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jc w:val="center"/>
        <w:tblLook w:firstColumn="1" w:firstRow="1" w:lastColumn="0" w:lastRow="0" w:noHBand="0" w:noVBand="1" w:val="04A0"/>
        <w:tblBorders>
          <w:top w:val="single" w:sz="0" w:space="0" w:color="123047"/>
          <w:left w:val="single" w:sz="0" w:space="0" w:color="123047"/>
          <w:bottom w:val="single" w:sz="0" w:space="0" w:color="123047"/>
          <w:right w:val="single" w:sz="0" w:space="0" w:color="123047"/>
          <w:insideH w:val="single" w:sz="0" w:space="0" w:color="123047"/>
          <w:insideV w:val="single" w:sz="0" w:space="0" w:color="123047"/>
        </w:tblBorders>
      </w:tblPr>
      <w:tblGrid>
        <w:gridCol w:w="10224"/>
      </w:tblGrid>
      <w:tr>
        <w:tc>
          <w:tcPr>
            <w:tcW w:type="dxa" w:w="10224"/>
            <w:shd w:fill="123047"/>
            <w:tcMar>
              <w:top w:w="600" w:type="dxa"/>
              <w:start w:w="450" w:type="dxa"/>
              <w:bottom w:w="600" w:type="dxa"/>
              <w:end w:w="450" w:type="dxa"/>
            </w:tcMar>
          </w:tcPr>
          <w:p>
            <w:pPr>
              <w:jc w:val="center"/>
            </w:pPr>
            <w:r/>
          </w:p>
          <w:p>
            <w:pPr>
              <w:jc w:val="center"/>
            </w:pPr>
            <w:r>
              <w:rPr>
                <w:b/>
                <w:color w:val="FFFFFF"/>
                <w:sz w:val="76"/>
              </w:rPr>
              <w:t>Claralinga</w:t>
            </w:r>
          </w:p>
          <w:p>
            <w:pPr>
              <w:jc w:val="center"/>
            </w:pPr>
            <w:r>
              <w:rPr>
                <w:b/>
                <w:color w:val="F2B84B"/>
                <w:sz w:val="44"/>
              </w:rPr>
              <w:t>Starter Kit v1.4</w:t>
            </w:r>
          </w:p>
          <w:p>
            <w:pPr>
              <w:jc w:val="center"/>
            </w:pPr>
            <w:r>
              <w:rPr>
                <w:i/>
                <w:color w:val="FFFFFF"/>
                <w:sz w:val="28"/>
              </w:rPr>
              <w:t>La linga clar pro un grande familia de voses</w:t>
            </w:r>
          </w:p>
          <w:p>
            <w:pPr>
              <w:jc w:val="center"/>
            </w:pPr>
            <w:r>
              <w:rPr>
                <w:color w:val="EAF6F5"/>
                <w:sz w:val="24"/>
              </w:rPr>
              <w:t>A quick-start guide for the clear international auxiliary language</w:t>
            </w:r>
          </w:p>
          <w:p>
            <w:pPr>
              <w:jc w:val="center"/>
            </w:pPr>
            <w:r>
              <w:rPr>
                <w:b/>
                <w:color w:val="FFFFFF"/>
                <w:sz w:val="22"/>
              </w:rPr>
              <w:t>Created by Chad S. Bruce</w:t>
            </w:r>
          </w:p>
        </w:tc>
      </w:tr>
    </w:tbl>
    <w:p>
      <w:r/>
    </w:p>
    <w:p>
      <w:pPr>
        <w:pStyle w:val="Heading1"/>
      </w:pPr>
      <w:r>
        <w:t>Welcome to Claralinga</w:t>
      </w:r>
    </w:p>
    <w:p>
      <w:r>
        <w:t>Claralinga is a passion project from one language nerd to another: a love letter to words, roots, sounds, and the way language can bring people together.</w:t>
      </w:r>
    </w:p>
    <w:p>
      <w:r>
        <w:t>It is designed to be simple, familiar, pronounceable, and welcoming to learners from many branches of the Indo-European family, and beyond. This Starter Kit gives you the fastest practical path into reading, speaking, and understanding the basics.</w:t>
      </w:r>
    </w:p>
    <w:tbl>
      <w:tblPr>
        <w:tblW w:type="auto" w:w="0"/>
        <w:jc w:val="center"/>
        <w:tblLook w:firstColumn="1" w:firstRow="1" w:lastColumn="0" w:lastRow="0" w:noHBand="0" w:noVBand="1" w:val="04A0"/>
        <w:tblBorders>
          <w:top w:val="single" w:sz="6" w:space="0" w:color="B9DDDC"/>
          <w:left w:val="single" w:sz="6" w:space="0" w:color="B9DDDC"/>
          <w:bottom w:val="single" w:sz="6" w:space="0" w:color="B9DDDC"/>
          <w:right w:val="single" w:sz="6" w:space="0" w:color="B9DDDC"/>
          <w:insideH w:val="single" w:sz="6" w:space="0" w:color="B9DDDC"/>
          <w:insideV w:val="single" w:sz="6" w:space="0" w:color="B9DDDC"/>
        </w:tblBorders>
      </w:tblPr>
      <w:tblGrid>
        <w:gridCol w:w="10224"/>
      </w:tblGrid>
      <w:tr>
        <w:tc>
          <w:tcPr>
            <w:tcW w:type="dxa" w:w="10224"/>
            <w:shd w:fill="EAF6F5"/>
            <w:tcMar>
              <w:top w:w="160" w:type="dxa"/>
              <w:start w:w="180" w:type="dxa"/>
              <w:bottom w:w="160" w:type="dxa"/>
              <w:end w:w="180" w:type="dxa"/>
            </w:tcMar>
          </w:tcPr>
          <w:p>
            <w:r>
              <w:rPr>
                <w:b/>
                <w:color w:val="123047"/>
              </w:rPr>
              <w:t>The core promise</w:t>
            </w:r>
          </w:p>
          <w:p>
            <w:pPr>
              <w:spacing w:after="0"/>
            </w:pPr>
            <w:r>
              <w:t>Understand more. Memorize less. Claralinga uses recognizable words, steady pronunciation, and simple grammar so learners can start communicating quickly.</w:t>
            </w:r>
          </w:p>
        </w:tc>
      </w:tr>
    </w:tbl>
    <w:p>
      <w:pPr/>
      <w:r>
        <w:rPr>
          <w:sz w:val="18"/>
        </w:rPr>
        <w:t>v0.5 alignment note: This edition is aligned to Core 500 v0.6. Claralinga now uses k as the default /k/ spelling, keeps c only when it makes a word instantly recognizable, uses linga as the official word for language, and treats Core 500 v0.6 as the current public vocabulary authority.</w:t>
      </w:r>
    </w:p>
    <w:p>
      <w:pPr/>
      <w:r>
        <w:rPr>
          <w:sz w:val="18"/>
        </w:rPr>
        <w:t>Originality note: Claralinga is an original constructed auxiliary language created by Chad S. Bruce. It intentionally uses familiar international roots shared across modern Indo-European languages and is not a fork, revision, or derivative of another constructed language.</w:t>
      </w:r>
    </w:p>
    <w:p>
      <w:pPr/>
      <w:r>
        <w:rPr>
          <w:sz w:val="18"/>
        </w:rPr>
        <w:t>Not just Romance: Claralinga uses Latin and Romance-looking roots when they are already international, but it also considers Germanic, Slavic, Greek, Indo-Iranian, English international, and modern global vocabulary. Beginner clarity wins overall.</w:t>
      </w:r>
    </w:p>
    <w:p>
      <w:pPr>
        <w:pStyle w:val="Heading2"/>
      </w:pPr>
      <w:r>
        <w:t>How to Use This Starter Kit</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3408"/>
        <w:gridCol w:w="3408"/>
        <w:gridCol w:w="3408"/>
      </w:tblGrid>
      <w:tr>
        <w:tc>
          <w:tcPr>
            <w:tcW w:type="dxa" w:w="3408"/>
            <w:shd w:fill="123047"/>
            <w:tcMar>
              <w:top w:w="100" w:type="dxa"/>
              <w:start w:w="100" w:type="dxa"/>
              <w:bottom w:w="100" w:type="dxa"/>
              <w:end w:w="100" w:type="dxa"/>
            </w:tcMar>
          </w:tcPr>
          <w:p>
            <w:r>
              <w:rPr>
                <w:color w:val="FFFFFF"/>
              </w:rPr>
              <w:t>Step</w:t>
            </w:r>
          </w:p>
        </w:tc>
        <w:tc>
          <w:tcPr>
            <w:tcW w:type="dxa" w:w="3408"/>
            <w:shd w:fill="123047"/>
            <w:tcMar>
              <w:top w:w="100" w:type="dxa"/>
              <w:start w:w="100" w:type="dxa"/>
              <w:bottom w:w="100" w:type="dxa"/>
              <w:end w:w="100" w:type="dxa"/>
            </w:tcMar>
          </w:tcPr>
          <w:p>
            <w:r>
              <w:rPr>
                <w:color w:val="FFFFFF"/>
              </w:rPr>
              <w:t>What to do</w:t>
            </w:r>
          </w:p>
        </w:tc>
        <w:tc>
          <w:tcPr>
            <w:tcW w:type="dxa" w:w="3408"/>
            <w:shd w:fill="123047"/>
            <w:tcMar>
              <w:top w:w="100" w:type="dxa"/>
              <w:start w:w="100" w:type="dxa"/>
              <w:bottom w:w="100" w:type="dxa"/>
              <w:end w:w="100" w:type="dxa"/>
            </w:tcMar>
          </w:tcPr>
          <w:p>
            <w:r>
              <w:rPr>
                <w:color w:val="FFFFFF"/>
              </w:rPr>
              <w:t>Goal</w:t>
            </w:r>
          </w:p>
        </w:tc>
      </w:tr>
      <w:tr>
        <w:tc>
          <w:tcPr>
            <w:tcW w:type="dxa" w:w="3408"/>
            <w:tcMar>
              <w:top w:w="80" w:type="dxa"/>
              <w:start w:w="90" w:type="dxa"/>
              <w:bottom w:w="80" w:type="dxa"/>
              <w:end w:w="90" w:type="dxa"/>
            </w:tcMar>
          </w:tcPr>
          <w:p>
            <w:r>
              <w:t>1</w:t>
            </w:r>
          </w:p>
        </w:tc>
        <w:tc>
          <w:tcPr>
            <w:tcW w:type="dxa" w:w="3408"/>
            <w:tcMar>
              <w:top w:w="80" w:type="dxa"/>
              <w:start w:w="90" w:type="dxa"/>
              <w:bottom w:w="80" w:type="dxa"/>
              <w:end w:w="90" w:type="dxa"/>
            </w:tcMar>
          </w:tcPr>
          <w:p>
            <w:r>
              <w:t>Read the pronunciation rules aloud.</w:t>
            </w:r>
          </w:p>
        </w:tc>
        <w:tc>
          <w:tcPr>
            <w:tcW w:type="dxa" w:w="3408"/>
            <w:tcMar>
              <w:top w:w="80" w:type="dxa"/>
              <w:start w:w="90" w:type="dxa"/>
              <w:bottom w:w="80" w:type="dxa"/>
              <w:end w:w="90" w:type="dxa"/>
            </w:tcMar>
          </w:tcPr>
          <w:p>
            <w:r>
              <w:t>Trust the spelling and sound system.</w:t>
            </w:r>
          </w:p>
        </w:tc>
      </w:tr>
      <w:tr>
        <w:tc>
          <w:tcPr>
            <w:tcW w:type="dxa" w:w="3408"/>
            <w:tcMar>
              <w:top w:w="80" w:type="dxa"/>
              <w:start w:w="90" w:type="dxa"/>
              <w:bottom w:w="80" w:type="dxa"/>
              <w:end w:w="90" w:type="dxa"/>
            </w:tcMar>
          </w:tcPr>
          <w:p>
            <w:r>
              <w:t>2</w:t>
            </w:r>
          </w:p>
        </w:tc>
        <w:tc>
          <w:tcPr>
            <w:tcW w:type="dxa" w:w="3408"/>
            <w:tcMar>
              <w:top w:w="80" w:type="dxa"/>
              <w:start w:w="90" w:type="dxa"/>
              <w:bottom w:w="80" w:type="dxa"/>
              <w:end w:w="90" w:type="dxa"/>
            </w:tcMar>
          </w:tcPr>
          <w:p>
            <w:r>
              <w:t>Learn the first 25 words and 15 survival phrases.</w:t>
            </w:r>
          </w:p>
        </w:tc>
        <w:tc>
          <w:tcPr>
            <w:tcW w:type="dxa" w:w="3408"/>
            <w:tcMar>
              <w:top w:w="80" w:type="dxa"/>
              <w:start w:w="90" w:type="dxa"/>
              <w:bottom w:w="80" w:type="dxa"/>
              <w:end w:w="90" w:type="dxa"/>
            </w:tcMar>
          </w:tcPr>
          <w:p>
            <w:r>
              <w:t>Start understanding useful sentences.</w:t>
            </w:r>
          </w:p>
        </w:tc>
      </w:tr>
      <w:tr>
        <w:tc>
          <w:tcPr>
            <w:tcW w:type="dxa" w:w="3408"/>
            <w:tcMar>
              <w:top w:w="80" w:type="dxa"/>
              <w:start w:w="90" w:type="dxa"/>
              <w:bottom w:w="80" w:type="dxa"/>
              <w:end w:w="90" w:type="dxa"/>
            </w:tcMar>
          </w:tcPr>
          <w:p>
            <w:r>
              <w:t>3</w:t>
            </w:r>
          </w:p>
        </w:tc>
        <w:tc>
          <w:tcPr>
            <w:tcW w:type="dxa" w:w="3408"/>
            <w:tcMar>
              <w:top w:w="80" w:type="dxa"/>
              <w:start w:w="90" w:type="dxa"/>
              <w:bottom w:w="80" w:type="dxa"/>
              <w:end w:w="90" w:type="dxa"/>
            </w:tcMar>
          </w:tcPr>
          <w:p>
            <w:r>
              <w:t>Practice the mini lesson, reading, and exercises.</w:t>
            </w:r>
          </w:p>
        </w:tc>
        <w:tc>
          <w:tcPr>
            <w:tcW w:type="dxa" w:w="3408"/>
            <w:tcMar>
              <w:top w:w="80" w:type="dxa"/>
              <w:start w:w="90" w:type="dxa"/>
              <w:bottom w:w="80" w:type="dxa"/>
              <w:end w:w="90" w:type="dxa"/>
            </w:tcMar>
          </w:tcPr>
          <w:p>
            <w:r>
              <w:t>Build your first working Claralinga habits.</w:t>
            </w:r>
          </w:p>
        </w:tc>
      </w:tr>
      <w:tr>
        <w:tc>
          <w:tcPr>
            <w:tcW w:type="dxa" w:w="3408"/>
            <w:tcMar>
              <w:top w:w="80" w:type="dxa"/>
              <w:start w:w="90" w:type="dxa"/>
              <w:bottom w:w="80" w:type="dxa"/>
              <w:end w:w="90" w:type="dxa"/>
            </w:tcMar>
          </w:tcPr>
          <w:p>
            <w:r>
              <w:t>4</w:t>
            </w:r>
          </w:p>
        </w:tc>
        <w:tc>
          <w:tcPr>
            <w:tcW w:type="dxa" w:w="3408"/>
            <w:tcMar>
              <w:top w:w="80" w:type="dxa"/>
              <w:start w:w="90" w:type="dxa"/>
              <w:bottom w:w="80" w:type="dxa"/>
              <w:end w:w="90" w:type="dxa"/>
            </w:tcMar>
          </w:tcPr>
          <w:p>
            <w:r>
              <w:t>Move to the Core 500, workbook, and graded reader.</w:t>
            </w:r>
          </w:p>
        </w:tc>
        <w:tc>
          <w:tcPr>
            <w:tcW w:type="dxa" w:w="3408"/>
            <w:tcMar>
              <w:top w:w="80" w:type="dxa"/>
              <w:start w:w="90" w:type="dxa"/>
              <w:bottom w:w="80" w:type="dxa"/>
              <w:end w:w="90" w:type="dxa"/>
            </w:tcMar>
          </w:tcPr>
          <w:p>
            <w:r>
              <w:t>Grow from starter phrases into real reading and speaking.</w:t>
            </w:r>
          </w:p>
        </w:tc>
      </w:tr>
    </w:tbl>
    <w:p>
      <w:r/>
    </w:p>
    <w:p>
      <w:pPr>
        <w:pStyle w:val="Heading1"/>
      </w:pPr>
      <w:r>
        <w:t>Pronunciation in Five Minutes</w:t>
      </w:r>
    </w:p>
    <w:p>
      <w:r>
        <w:t>Claralinga pronunciation is meant to be direct: every written letter is pronounced. No silent letters. No mystery meat.</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3408"/>
        <w:gridCol w:w="3408"/>
        <w:gridCol w:w="3408"/>
      </w:tblGrid>
      <w:tr>
        <w:tc>
          <w:tcPr>
            <w:tcW w:type="dxa" w:w="3408"/>
            <w:shd w:fill="123047"/>
            <w:tcMar>
              <w:top w:w="100" w:type="dxa"/>
              <w:start w:w="100" w:type="dxa"/>
              <w:bottom w:w="100" w:type="dxa"/>
              <w:end w:w="100" w:type="dxa"/>
            </w:tcMar>
          </w:tcPr>
          <w:p>
            <w:r>
              <w:rPr>
                <w:color w:val="FFFFFF"/>
              </w:rPr>
              <w:t>Letter / pattern</w:t>
            </w:r>
          </w:p>
        </w:tc>
        <w:tc>
          <w:tcPr>
            <w:tcW w:type="dxa" w:w="3408"/>
            <w:shd w:fill="123047"/>
            <w:tcMar>
              <w:top w:w="100" w:type="dxa"/>
              <w:start w:w="100" w:type="dxa"/>
              <w:bottom w:w="100" w:type="dxa"/>
              <w:end w:w="100" w:type="dxa"/>
            </w:tcMar>
          </w:tcPr>
          <w:p>
            <w:r>
              <w:rPr>
                <w:color w:val="FFFFFF"/>
              </w:rPr>
              <w:t>Sound</w:t>
            </w:r>
          </w:p>
        </w:tc>
        <w:tc>
          <w:tcPr>
            <w:tcW w:type="dxa" w:w="3408"/>
            <w:shd w:fill="123047"/>
            <w:tcMar>
              <w:top w:w="100" w:type="dxa"/>
              <w:start w:w="100" w:type="dxa"/>
              <w:bottom w:w="100" w:type="dxa"/>
              <w:end w:w="100" w:type="dxa"/>
            </w:tcMar>
          </w:tcPr>
          <w:p>
            <w:r>
              <w:rPr>
                <w:color w:val="FFFFFF"/>
              </w:rPr>
              <w:t>Examples</w:t>
            </w:r>
          </w:p>
        </w:tc>
      </w:tr>
      <w:tr>
        <w:tc>
          <w:tcPr>
            <w:tcW w:type="dxa" w:w="3408"/>
            <w:tcMar>
              <w:top w:w="80" w:type="dxa"/>
              <w:start w:w="90" w:type="dxa"/>
              <w:bottom w:w="80" w:type="dxa"/>
              <w:end w:w="90" w:type="dxa"/>
            </w:tcMar>
          </w:tcPr>
          <w:p>
            <w:r>
              <w:t>a</w:t>
            </w:r>
          </w:p>
        </w:tc>
        <w:tc>
          <w:tcPr>
            <w:tcW w:type="dxa" w:w="3408"/>
            <w:tcMar>
              <w:top w:w="80" w:type="dxa"/>
              <w:start w:w="90" w:type="dxa"/>
              <w:bottom w:w="80" w:type="dxa"/>
              <w:end w:w="90" w:type="dxa"/>
            </w:tcMar>
          </w:tcPr>
          <w:p>
            <w:r>
              <w:t>ah</w:t>
            </w:r>
          </w:p>
        </w:tc>
        <w:tc>
          <w:tcPr>
            <w:tcW w:type="dxa" w:w="3408"/>
            <w:tcMar>
              <w:top w:w="80" w:type="dxa"/>
              <w:start w:w="90" w:type="dxa"/>
              <w:bottom w:w="80" w:type="dxa"/>
              <w:end w:w="90" w:type="dxa"/>
            </w:tcMar>
          </w:tcPr>
          <w:p>
            <w:r>
              <w:t>salve, kasa</w:t>
            </w:r>
          </w:p>
        </w:tc>
      </w:tr>
      <w:tr>
        <w:tc>
          <w:tcPr>
            <w:tcW w:type="dxa" w:w="3408"/>
            <w:tcMar>
              <w:top w:w="80" w:type="dxa"/>
              <w:start w:w="90" w:type="dxa"/>
              <w:bottom w:w="80" w:type="dxa"/>
              <w:end w:w="90" w:type="dxa"/>
            </w:tcMar>
          </w:tcPr>
          <w:p>
            <w:r>
              <w:t>e</w:t>
            </w:r>
          </w:p>
        </w:tc>
        <w:tc>
          <w:tcPr>
            <w:tcW w:type="dxa" w:w="3408"/>
            <w:tcMar>
              <w:top w:w="80" w:type="dxa"/>
              <w:start w:w="90" w:type="dxa"/>
              <w:bottom w:w="80" w:type="dxa"/>
              <w:end w:w="90" w:type="dxa"/>
            </w:tcMar>
          </w:tcPr>
          <w:p>
            <w:r>
              <w:t>eh</w:t>
            </w:r>
          </w:p>
        </w:tc>
        <w:tc>
          <w:tcPr>
            <w:tcW w:type="dxa" w:w="3408"/>
            <w:tcMar>
              <w:top w:w="80" w:type="dxa"/>
              <w:start w:w="90" w:type="dxa"/>
              <w:bottom w:w="80" w:type="dxa"/>
              <w:end w:w="90" w:type="dxa"/>
            </w:tcMar>
          </w:tcPr>
          <w:p>
            <w:r>
              <w:t>bene, tempo</w:t>
            </w:r>
          </w:p>
        </w:tc>
      </w:tr>
      <w:tr>
        <w:tc>
          <w:tcPr>
            <w:tcW w:type="dxa" w:w="3408"/>
            <w:tcMar>
              <w:top w:w="80" w:type="dxa"/>
              <w:start w:w="90" w:type="dxa"/>
              <w:bottom w:w="80" w:type="dxa"/>
              <w:end w:w="90" w:type="dxa"/>
            </w:tcMar>
          </w:tcPr>
          <w:p>
            <w:r>
              <w:t>i</w:t>
            </w:r>
          </w:p>
        </w:tc>
        <w:tc>
          <w:tcPr>
            <w:tcW w:type="dxa" w:w="3408"/>
            <w:tcMar>
              <w:top w:w="80" w:type="dxa"/>
              <w:start w:w="90" w:type="dxa"/>
              <w:bottom w:w="80" w:type="dxa"/>
              <w:end w:w="90" w:type="dxa"/>
            </w:tcMar>
          </w:tcPr>
          <w:p>
            <w:r>
              <w:t>ee</w:t>
            </w:r>
          </w:p>
        </w:tc>
        <w:tc>
          <w:tcPr>
            <w:tcW w:type="dxa" w:w="3408"/>
            <w:tcMar>
              <w:top w:w="80" w:type="dxa"/>
              <w:start w:w="90" w:type="dxa"/>
              <w:bottom w:w="80" w:type="dxa"/>
              <w:end w:w="90" w:type="dxa"/>
            </w:tcMar>
          </w:tcPr>
          <w:p>
            <w:r>
              <w:t>histori, energi</w:t>
            </w:r>
          </w:p>
        </w:tc>
      </w:tr>
      <w:tr>
        <w:tc>
          <w:tcPr>
            <w:tcW w:type="dxa" w:w="3408"/>
            <w:tcMar>
              <w:top w:w="80" w:type="dxa"/>
              <w:start w:w="90" w:type="dxa"/>
              <w:bottom w:w="80" w:type="dxa"/>
              <w:end w:w="90" w:type="dxa"/>
            </w:tcMar>
          </w:tcPr>
          <w:p>
            <w:r>
              <w:t>o</w:t>
            </w:r>
          </w:p>
        </w:tc>
        <w:tc>
          <w:tcPr>
            <w:tcW w:type="dxa" w:w="3408"/>
            <w:tcMar>
              <w:top w:w="80" w:type="dxa"/>
              <w:start w:w="90" w:type="dxa"/>
              <w:bottom w:w="80" w:type="dxa"/>
              <w:end w:w="90" w:type="dxa"/>
            </w:tcMar>
          </w:tcPr>
          <w:p>
            <w:r>
              <w:t>oh</w:t>
            </w:r>
          </w:p>
        </w:tc>
        <w:tc>
          <w:tcPr>
            <w:tcW w:type="dxa" w:w="3408"/>
            <w:tcMar>
              <w:top w:w="80" w:type="dxa"/>
              <w:start w:w="90" w:type="dxa"/>
              <w:bottom w:w="80" w:type="dxa"/>
              <w:end w:w="90" w:type="dxa"/>
            </w:tcMar>
          </w:tcPr>
          <w:p>
            <w:r>
              <w:t>modo, mondo</w:t>
            </w:r>
          </w:p>
        </w:tc>
      </w:tr>
      <w:tr>
        <w:tc>
          <w:tcPr>
            <w:tcW w:type="dxa" w:w="3408"/>
            <w:tcMar>
              <w:top w:w="80" w:type="dxa"/>
              <w:start w:w="90" w:type="dxa"/>
              <w:bottom w:w="80" w:type="dxa"/>
              <w:end w:w="90" w:type="dxa"/>
            </w:tcMar>
          </w:tcPr>
          <w:p>
            <w:r>
              <w:t>u</w:t>
            </w:r>
          </w:p>
        </w:tc>
        <w:tc>
          <w:tcPr>
            <w:tcW w:type="dxa" w:w="3408"/>
            <w:tcMar>
              <w:top w:w="80" w:type="dxa"/>
              <w:start w:w="90" w:type="dxa"/>
              <w:bottom w:w="80" w:type="dxa"/>
              <w:end w:w="90" w:type="dxa"/>
            </w:tcMar>
          </w:tcPr>
          <w:p>
            <w:r>
              <w:t>oo</w:t>
            </w:r>
          </w:p>
        </w:tc>
        <w:tc>
          <w:tcPr>
            <w:tcW w:type="dxa" w:w="3408"/>
            <w:tcMar>
              <w:top w:w="80" w:type="dxa"/>
              <w:start w:w="90" w:type="dxa"/>
              <w:bottom w:w="80" w:type="dxa"/>
              <w:end w:w="90" w:type="dxa"/>
            </w:tcMar>
          </w:tcPr>
          <w:p>
            <w:r>
              <w:t>futur, kultura</w:t>
            </w:r>
          </w:p>
        </w:tc>
      </w:tr>
      <w:tr>
        <w:tc>
          <w:tcPr>
            <w:tcW w:type="dxa" w:w="3408"/>
            <w:tcMar>
              <w:top w:w="80" w:type="dxa"/>
              <w:start w:w="90" w:type="dxa"/>
              <w:bottom w:w="80" w:type="dxa"/>
              <w:end w:w="90" w:type="dxa"/>
            </w:tcMar>
          </w:tcPr>
          <w:p>
            <w:r>
              <w:t>c</w:t>
            </w:r>
          </w:p>
        </w:tc>
        <w:tc>
          <w:tcPr>
            <w:tcW w:type="dxa" w:w="3408"/>
            <w:tcMar>
              <w:top w:w="80" w:type="dxa"/>
              <w:start w:w="90" w:type="dxa"/>
              <w:bottom w:w="80" w:type="dxa"/>
              <w:end w:w="90" w:type="dxa"/>
            </w:tcMar>
          </w:tcPr>
          <w:p>
            <w:r>
              <w:t>retained k is default; soft c becomes s</w:t>
            </w:r>
          </w:p>
        </w:tc>
        <w:tc>
          <w:tcPr>
            <w:tcW w:type="dxa" w:w="3408"/>
            <w:tcMar>
              <w:top w:w="80" w:type="dxa"/>
              <w:start w:w="90" w:type="dxa"/>
              <w:bottom w:w="80" w:type="dxa"/>
              <w:end w:w="90" w:type="dxa"/>
            </w:tcMar>
          </w:tcPr>
          <w:p>
            <w:r>
              <w:t>clar, cel = kel</w:t>
            </w:r>
          </w:p>
        </w:tc>
      </w:tr>
      <w:tr>
        <w:tc>
          <w:tcPr>
            <w:tcW w:type="dxa" w:w="3408"/>
            <w:tcMar>
              <w:top w:w="80" w:type="dxa"/>
              <w:start w:w="90" w:type="dxa"/>
              <w:bottom w:w="80" w:type="dxa"/>
              <w:end w:w="90" w:type="dxa"/>
            </w:tcMar>
          </w:tcPr>
          <w:p>
            <w:r>
              <w:t>g</w:t>
            </w:r>
          </w:p>
        </w:tc>
        <w:tc>
          <w:tcPr>
            <w:tcW w:type="dxa" w:w="3408"/>
            <w:tcMar>
              <w:top w:w="80" w:type="dxa"/>
              <w:start w:w="90" w:type="dxa"/>
              <w:bottom w:w="80" w:type="dxa"/>
              <w:end w:w="90" w:type="dxa"/>
            </w:tcMar>
          </w:tcPr>
          <w:p>
            <w:r>
              <w:t>always hard g</w:t>
            </w:r>
          </w:p>
        </w:tc>
        <w:tc>
          <w:tcPr>
            <w:tcW w:type="dxa" w:w="3408"/>
            <w:tcMar>
              <w:top w:w="80" w:type="dxa"/>
              <w:start w:w="90" w:type="dxa"/>
              <w:bottom w:w="80" w:type="dxa"/>
              <w:end w:w="90" w:type="dxa"/>
            </w:tcMar>
          </w:tcPr>
          <w:p>
            <w:r>
              <w:t>grande, gratias</w:t>
            </w:r>
          </w:p>
        </w:tc>
      </w:tr>
      <w:tr>
        <w:tc>
          <w:tcPr>
            <w:tcW w:type="dxa" w:w="3408"/>
            <w:tcMar>
              <w:top w:w="80" w:type="dxa"/>
              <w:start w:w="90" w:type="dxa"/>
              <w:bottom w:w="80" w:type="dxa"/>
              <w:end w:w="90" w:type="dxa"/>
            </w:tcMar>
          </w:tcPr>
          <w:p>
            <w:r>
              <w:t>j</w:t>
            </w:r>
          </w:p>
        </w:tc>
        <w:tc>
          <w:tcPr>
            <w:tcW w:type="dxa" w:w="3408"/>
            <w:tcMar>
              <w:top w:w="80" w:type="dxa"/>
              <w:start w:w="90" w:type="dxa"/>
              <w:bottom w:w="80" w:type="dxa"/>
              <w:end w:w="90" w:type="dxa"/>
            </w:tcMar>
          </w:tcPr>
          <w:p>
            <w:r>
              <w:t>English y</w:t>
            </w:r>
          </w:p>
        </w:tc>
        <w:tc>
          <w:tcPr>
            <w:tcW w:type="dxa" w:w="3408"/>
            <w:tcMar>
              <w:top w:w="80" w:type="dxa"/>
              <w:start w:w="90" w:type="dxa"/>
              <w:bottom w:w="80" w:type="dxa"/>
              <w:end w:w="90" w:type="dxa"/>
            </w:tcMar>
          </w:tcPr>
          <w:p>
            <w:r>
              <w:t>jurnal = yurnal</w:t>
            </w:r>
          </w:p>
        </w:tc>
      </w:tr>
      <w:tr>
        <w:tc>
          <w:tcPr>
            <w:tcW w:type="dxa" w:w="3408"/>
            <w:tcMar>
              <w:top w:w="80" w:type="dxa"/>
              <w:start w:w="90" w:type="dxa"/>
              <w:bottom w:w="80" w:type="dxa"/>
              <w:end w:w="90" w:type="dxa"/>
            </w:tcMar>
          </w:tcPr>
          <w:p>
            <w:r>
              <w:t>sh</w:t>
            </w:r>
          </w:p>
        </w:tc>
        <w:tc>
          <w:tcPr>
            <w:tcW w:type="dxa" w:w="3408"/>
            <w:tcMar>
              <w:top w:w="80" w:type="dxa"/>
              <w:start w:w="90" w:type="dxa"/>
              <w:bottom w:w="80" w:type="dxa"/>
              <w:end w:w="90" w:type="dxa"/>
            </w:tcMar>
          </w:tcPr>
          <w:p>
            <w:r>
              <w:t>English sh</w:t>
            </w:r>
          </w:p>
        </w:tc>
        <w:tc>
          <w:tcPr>
            <w:tcW w:type="dxa" w:w="3408"/>
            <w:tcMar>
              <w:top w:w="80" w:type="dxa"/>
              <w:start w:w="90" w:type="dxa"/>
              <w:bottom w:w="80" w:type="dxa"/>
              <w:end w:w="90" w:type="dxa"/>
            </w:tcMar>
          </w:tcPr>
          <w:p>
            <w:r>
              <w:t>shanse</w:t>
            </w:r>
          </w:p>
        </w:tc>
      </w:tr>
      <w:tr>
        <w:tc>
          <w:tcPr>
            <w:tcW w:type="dxa" w:w="3408"/>
            <w:tcMar>
              <w:top w:w="80" w:type="dxa"/>
              <w:start w:w="90" w:type="dxa"/>
              <w:bottom w:w="80" w:type="dxa"/>
              <w:end w:w="90" w:type="dxa"/>
            </w:tcMar>
          </w:tcPr>
          <w:p>
            <w:r>
              <w:t>ch</w:t>
            </w:r>
          </w:p>
        </w:tc>
        <w:tc>
          <w:tcPr>
            <w:tcW w:type="dxa" w:w="3408"/>
            <w:tcMar>
              <w:top w:w="80" w:type="dxa"/>
              <w:start w:w="90" w:type="dxa"/>
              <w:bottom w:w="80" w:type="dxa"/>
              <w:end w:w="90" w:type="dxa"/>
            </w:tcMar>
          </w:tcPr>
          <w:p>
            <w:r>
              <w:t>English church</w:t>
            </w:r>
          </w:p>
        </w:tc>
        <w:tc>
          <w:tcPr>
            <w:tcW w:type="dxa" w:w="3408"/>
            <w:tcMar>
              <w:top w:w="80" w:type="dxa"/>
              <w:start w:w="90" w:type="dxa"/>
              <w:bottom w:w="80" w:type="dxa"/>
              <w:end w:w="90" w:type="dxa"/>
            </w:tcMar>
          </w:tcPr>
          <w:p>
            <w:r>
              <w:t>charta</w:t>
            </w:r>
          </w:p>
        </w:tc>
      </w:tr>
    </w:tbl>
    <w:tbl>
      <w:tblPr>
        <w:tblW w:type="auto" w:w="0"/>
        <w:jc w:val="center"/>
        <w:tblLook w:firstColumn="1" w:firstRow="1" w:lastColumn="0" w:lastRow="0" w:noHBand="0" w:noVBand="1" w:val="04A0"/>
        <w:tblBorders>
          <w:top w:val="single" w:sz="6" w:space="0" w:color="B9DDDC"/>
          <w:left w:val="single" w:sz="6" w:space="0" w:color="B9DDDC"/>
          <w:bottom w:val="single" w:sz="6" w:space="0" w:color="B9DDDC"/>
          <w:right w:val="single" w:sz="6" w:space="0" w:color="B9DDDC"/>
          <w:insideH w:val="single" w:sz="6" w:space="0" w:color="B9DDDC"/>
          <w:insideV w:val="single" w:sz="6" w:space="0" w:color="B9DDDC"/>
        </w:tblBorders>
      </w:tblPr>
      <w:tblGrid>
        <w:gridCol w:w="10224"/>
      </w:tblGrid>
      <w:tr>
        <w:tc>
          <w:tcPr>
            <w:tcW w:type="dxa" w:w="10224"/>
            <w:shd w:fill="EAF6F5"/>
            <w:tcMar>
              <w:top w:w="160" w:type="dxa"/>
              <w:start w:w="180" w:type="dxa"/>
              <w:bottom w:w="160" w:type="dxa"/>
              <w:end w:w="180" w:type="dxa"/>
            </w:tcMar>
          </w:tcPr>
          <w:p>
            <w:r>
              <w:rPr>
                <w:b/>
                <w:color w:val="123047"/>
              </w:rPr>
              <w:t>Stress rule</w:t>
            </w:r>
          </w:p>
          <w:p>
            <w:pPr>
              <w:spacing w:after="0"/>
            </w:pPr>
            <w:r>
              <w:t>Stress usually falls on the next-to-last syllable: cla-ra-LIN-ga, fa-MI-li-a, de-mo-KRA-ti.</w:t>
            </w:r>
          </w:p>
        </w:tc>
      </w:tr>
    </w:tbl>
    <w:p>
      <w:pPr>
        <w:pStyle w:val="Heading2"/>
      </w:pPr>
      <w:r>
        <w:t>Say These Aloud</w:t>
      </w:r>
    </w:p>
    <w:p>
      <w:pPr/>
      <w:r>
        <w:t>Salve. Mi nom es Ana.</w:t>
      </w:r>
    </w:p>
    <w:p>
      <w:pPr/>
      <w:r>
        <w:t>Mi nu aprende Claralinga.</w:t>
      </w:r>
    </w:p>
    <w:p>
      <w:pPr/>
      <w:r>
        <w:t>Plez parla lenta.</w:t>
      </w:r>
    </w:p>
    <w:p>
      <w:pPr/>
      <w:r>
        <w:t>Mi ne komprende.</w:t>
      </w:r>
    </w:p>
    <w:p>
      <w:pPr/>
      <w:r>
        <w:t>Ku tu komprende?</w:t>
      </w:r>
    </w:p>
    <w:p>
      <w:pPr/>
      <w:r>
        <w:t>Gratias. A revider.</w:t>
      </w:r>
    </w:p>
    <w:p>
      <w:pPr>
        <w:pStyle w:val="Heading1"/>
      </w:pPr>
      <w:r>
        <w:t>Grammar at a Glance</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3408"/>
        <w:gridCol w:w="3408"/>
        <w:gridCol w:w="3408"/>
      </w:tblGrid>
      <w:tr>
        <w:tc>
          <w:tcPr>
            <w:tcW w:type="dxa" w:w="3408"/>
            <w:shd w:fill="123047"/>
            <w:tcMar>
              <w:top w:w="100" w:type="dxa"/>
              <w:start w:w="100" w:type="dxa"/>
              <w:bottom w:w="100" w:type="dxa"/>
              <w:end w:w="100" w:type="dxa"/>
            </w:tcMar>
          </w:tcPr>
          <w:p>
            <w:r>
              <w:rPr>
                <w:color w:val="FFFFFF"/>
              </w:rPr>
              <w:t>Feature</w:t>
            </w:r>
          </w:p>
        </w:tc>
        <w:tc>
          <w:tcPr>
            <w:tcW w:type="dxa" w:w="3408"/>
            <w:shd w:fill="123047"/>
            <w:tcMar>
              <w:top w:w="100" w:type="dxa"/>
              <w:start w:w="100" w:type="dxa"/>
              <w:bottom w:w="100" w:type="dxa"/>
              <w:end w:w="100" w:type="dxa"/>
            </w:tcMar>
          </w:tcPr>
          <w:p>
            <w:r>
              <w:rPr>
                <w:color w:val="FFFFFF"/>
              </w:rPr>
              <w:t>Rule</w:t>
            </w:r>
          </w:p>
        </w:tc>
        <w:tc>
          <w:tcPr>
            <w:tcW w:type="dxa" w:w="3408"/>
            <w:shd w:fill="123047"/>
            <w:tcMar>
              <w:top w:w="100" w:type="dxa"/>
              <w:start w:w="100" w:type="dxa"/>
              <w:bottom w:w="100" w:type="dxa"/>
              <w:end w:w="100" w:type="dxa"/>
            </w:tcMar>
          </w:tcPr>
          <w:p>
            <w:r>
              <w:rPr>
                <w:color w:val="FFFFFF"/>
              </w:rPr>
              <w:t>Example</w:t>
            </w:r>
          </w:p>
        </w:tc>
      </w:tr>
      <w:tr>
        <w:tc>
          <w:tcPr>
            <w:tcW w:type="dxa" w:w="3408"/>
            <w:tcMar>
              <w:top w:w="75" w:type="dxa"/>
              <w:start w:w="80" w:type="dxa"/>
              <w:bottom w:w="75" w:type="dxa"/>
              <w:end w:w="80" w:type="dxa"/>
            </w:tcMar>
          </w:tcPr>
          <w:p>
            <w:r>
              <w:t>Word order</w:t>
            </w:r>
          </w:p>
        </w:tc>
        <w:tc>
          <w:tcPr>
            <w:tcW w:type="dxa" w:w="3408"/>
            <w:tcMar>
              <w:top w:w="75" w:type="dxa"/>
              <w:start w:w="80" w:type="dxa"/>
              <w:bottom w:w="75" w:type="dxa"/>
              <w:end w:w="80" w:type="dxa"/>
            </w:tcMar>
          </w:tcPr>
          <w:p>
            <w:r>
              <w:t>Subject + Verb + Object</w:t>
            </w:r>
          </w:p>
        </w:tc>
        <w:tc>
          <w:tcPr>
            <w:tcW w:type="dxa" w:w="3408"/>
            <w:tcMar>
              <w:top w:w="75" w:type="dxa"/>
              <w:start w:w="80" w:type="dxa"/>
              <w:bottom w:w="75" w:type="dxa"/>
              <w:end w:w="80" w:type="dxa"/>
            </w:tcMar>
          </w:tcPr>
          <w:p>
            <w:r>
              <w:t>Mi vide la libro. = I see the book.</w:t>
            </w:r>
          </w:p>
        </w:tc>
      </w:tr>
      <w:tr>
        <w:tc>
          <w:tcPr>
            <w:tcW w:type="dxa" w:w="3408"/>
            <w:tcMar>
              <w:top w:w="75" w:type="dxa"/>
              <w:start w:w="80" w:type="dxa"/>
              <w:bottom w:w="75" w:type="dxa"/>
              <w:end w:w="80" w:type="dxa"/>
            </w:tcMar>
          </w:tcPr>
          <w:p>
            <w:r>
              <w:t>Definite article</w:t>
            </w:r>
          </w:p>
        </w:tc>
        <w:tc>
          <w:tcPr>
            <w:tcW w:type="dxa" w:w="3408"/>
            <w:tcMar>
              <w:top w:w="75" w:type="dxa"/>
              <w:start w:w="80" w:type="dxa"/>
              <w:bottom w:w="75" w:type="dxa"/>
              <w:end w:w="80" w:type="dxa"/>
            </w:tcMar>
          </w:tcPr>
          <w:p>
            <w:r>
              <w:t>la = the</w:t>
            </w:r>
          </w:p>
        </w:tc>
        <w:tc>
          <w:tcPr>
            <w:tcW w:type="dxa" w:w="3408"/>
            <w:tcMar>
              <w:top w:w="75" w:type="dxa"/>
              <w:start w:w="80" w:type="dxa"/>
              <w:bottom w:w="75" w:type="dxa"/>
              <w:end w:w="80" w:type="dxa"/>
            </w:tcMar>
          </w:tcPr>
          <w:p>
            <w:r>
              <w:t>la kasa = the house</w:t>
            </w:r>
          </w:p>
        </w:tc>
      </w:tr>
      <w:tr>
        <w:tc>
          <w:tcPr>
            <w:tcW w:type="dxa" w:w="3408"/>
            <w:tcMar>
              <w:top w:w="75" w:type="dxa"/>
              <w:start w:w="80" w:type="dxa"/>
              <w:bottom w:w="75" w:type="dxa"/>
              <w:end w:w="80" w:type="dxa"/>
            </w:tcMar>
          </w:tcPr>
          <w:p>
            <w:r>
              <w:t>Indefinite article</w:t>
            </w:r>
          </w:p>
        </w:tc>
        <w:tc>
          <w:tcPr>
            <w:tcW w:type="dxa" w:w="3408"/>
            <w:tcMar>
              <w:top w:w="75" w:type="dxa"/>
              <w:start w:w="80" w:type="dxa"/>
              <w:bottom w:w="75" w:type="dxa"/>
              <w:end w:w="80" w:type="dxa"/>
            </w:tcMar>
          </w:tcPr>
          <w:p>
            <w:r>
              <w:t>un = a/an/one</w:t>
            </w:r>
          </w:p>
        </w:tc>
        <w:tc>
          <w:tcPr>
            <w:tcW w:type="dxa" w:w="3408"/>
            <w:tcMar>
              <w:top w:w="75" w:type="dxa"/>
              <w:start w:w="80" w:type="dxa"/>
              <w:bottom w:w="75" w:type="dxa"/>
              <w:end w:w="80" w:type="dxa"/>
            </w:tcMar>
          </w:tcPr>
          <w:p>
            <w:r>
              <w:t>un libro = a book</w:t>
            </w:r>
          </w:p>
        </w:tc>
      </w:tr>
      <w:tr>
        <w:tc>
          <w:tcPr>
            <w:tcW w:type="dxa" w:w="3408"/>
            <w:tcMar>
              <w:top w:w="75" w:type="dxa"/>
              <w:start w:w="80" w:type="dxa"/>
              <w:bottom w:w="75" w:type="dxa"/>
              <w:end w:w="80" w:type="dxa"/>
            </w:tcMar>
          </w:tcPr>
          <w:p>
            <w:r>
              <w:t>Plural</w:t>
            </w:r>
          </w:p>
        </w:tc>
        <w:tc>
          <w:tcPr>
            <w:tcW w:type="dxa" w:w="3408"/>
            <w:tcMar>
              <w:top w:w="75" w:type="dxa"/>
              <w:start w:w="80" w:type="dxa"/>
              <w:bottom w:w="75" w:type="dxa"/>
              <w:end w:w="80" w:type="dxa"/>
            </w:tcMar>
          </w:tcPr>
          <w:p>
            <w:r>
              <w:t>add -s after vowels, -es after consonants when easier</w:t>
            </w:r>
          </w:p>
        </w:tc>
        <w:tc>
          <w:tcPr>
            <w:tcW w:type="dxa" w:w="3408"/>
            <w:tcMar>
              <w:top w:w="75" w:type="dxa"/>
              <w:start w:w="80" w:type="dxa"/>
              <w:bottom w:w="75" w:type="dxa"/>
              <w:end w:w="80" w:type="dxa"/>
            </w:tcMar>
          </w:tcPr>
          <w:p>
            <w:r>
              <w:t>familia -&gt; familias; nasion -&gt; nasiones</w:t>
            </w:r>
          </w:p>
        </w:tc>
      </w:tr>
      <w:tr>
        <w:tc>
          <w:tcPr>
            <w:tcW w:type="dxa" w:w="3408"/>
            <w:tcMar>
              <w:top w:w="75" w:type="dxa"/>
              <w:start w:w="80" w:type="dxa"/>
              <w:bottom w:w="75" w:type="dxa"/>
              <w:end w:w="80" w:type="dxa"/>
            </w:tcMar>
          </w:tcPr>
          <w:p>
            <w:r>
              <w:t>Adjectives</w:t>
            </w:r>
          </w:p>
        </w:tc>
        <w:tc>
          <w:tcPr>
            <w:tcW w:type="dxa" w:w="3408"/>
            <w:tcMar>
              <w:top w:w="75" w:type="dxa"/>
              <w:start w:w="80" w:type="dxa"/>
              <w:bottom w:w="75" w:type="dxa"/>
              <w:end w:w="80" w:type="dxa"/>
            </w:tcMar>
          </w:tcPr>
          <w:p>
            <w:r>
              <w:t>do not change for gender or number</w:t>
            </w:r>
          </w:p>
        </w:tc>
        <w:tc>
          <w:tcPr>
            <w:tcW w:type="dxa" w:w="3408"/>
            <w:tcMar>
              <w:top w:w="75" w:type="dxa"/>
              <w:start w:w="80" w:type="dxa"/>
              <w:bottom w:w="75" w:type="dxa"/>
              <w:end w:w="80" w:type="dxa"/>
            </w:tcMar>
          </w:tcPr>
          <w:p>
            <w:r>
              <w:t>clar idea; clar ideas</w:t>
            </w:r>
          </w:p>
        </w:tc>
      </w:tr>
      <w:tr>
        <w:tc>
          <w:tcPr>
            <w:tcW w:type="dxa" w:w="3408"/>
            <w:tcMar>
              <w:top w:w="75" w:type="dxa"/>
              <w:start w:w="80" w:type="dxa"/>
              <w:bottom w:w="75" w:type="dxa"/>
              <w:end w:w="80" w:type="dxa"/>
            </w:tcMar>
          </w:tcPr>
          <w:p>
            <w:r>
              <w:t>Possession</w:t>
            </w:r>
          </w:p>
        </w:tc>
        <w:tc>
          <w:tcPr>
            <w:tcW w:type="dxa" w:w="3408"/>
            <w:tcMar>
              <w:top w:w="75" w:type="dxa"/>
              <w:start w:w="80" w:type="dxa"/>
              <w:bottom w:w="75" w:type="dxa"/>
              <w:end w:w="80" w:type="dxa"/>
            </w:tcMar>
          </w:tcPr>
          <w:p>
            <w:r>
              <w:t>use de or the same pronoun form</w:t>
            </w:r>
          </w:p>
        </w:tc>
        <w:tc>
          <w:tcPr>
            <w:tcW w:type="dxa" w:w="3408"/>
            <w:tcMar>
              <w:top w:w="75" w:type="dxa"/>
              <w:start w:w="80" w:type="dxa"/>
              <w:bottom w:w="75" w:type="dxa"/>
              <w:end w:w="80" w:type="dxa"/>
            </w:tcMar>
          </w:tcPr>
          <w:p>
            <w:r>
              <w:t>la libro de mi / mi libro</w:t>
            </w:r>
          </w:p>
        </w:tc>
      </w:tr>
      <w:tr>
        <w:tc>
          <w:tcPr>
            <w:tcW w:type="dxa" w:w="3408"/>
            <w:tcMar>
              <w:top w:w="75" w:type="dxa"/>
              <w:start w:w="80" w:type="dxa"/>
              <w:bottom w:w="75" w:type="dxa"/>
              <w:end w:w="80" w:type="dxa"/>
            </w:tcMar>
          </w:tcPr>
          <w:p>
            <w:r>
              <w:t>Negation</w:t>
            </w:r>
          </w:p>
        </w:tc>
        <w:tc>
          <w:tcPr>
            <w:tcW w:type="dxa" w:w="3408"/>
            <w:tcMar>
              <w:top w:w="75" w:type="dxa"/>
              <w:start w:w="80" w:type="dxa"/>
              <w:bottom w:w="75" w:type="dxa"/>
              <w:end w:w="80" w:type="dxa"/>
            </w:tcMar>
          </w:tcPr>
          <w:p>
            <w:r>
              <w:t>ne before the verb or marker</w:t>
            </w:r>
          </w:p>
        </w:tc>
        <w:tc>
          <w:tcPr>
            <w:tcW w:type="dxa" w:w="3408"/>
            <w:tcMar>
              <w:top w:w="75" w:type="dxa"/>
              <w:start w:w="80" w:type="dxa"/>
              <w:bottom w:w="75" w:type="dxa"/>
              <w:end w:w="80" w:type="dxa"/>
            </w:tcMar>
          </w:tcPr>
          <w:p>
            <w:r>
              <w:t>Mi ne komprende.</w:t>
            </w:r>
          </w:p>
        </w:tc>
      </w:tr>
      <w:tr>
        <w:tc>
          <w:tcPr>
            <w:tcW w:type="dxa" w:w="3408"/>
            <w:tcMar>
              <w:top w:w="75" w:type="dxa"/>
              <w:start w:w="80" w:type="dxa"/>
              <w:bottom w:w="75" w:type="dxa"/>
              <w:end w:w="80" w:type="dxa"/>
            </w:tcMar>
          </w:tcPr>
          <w:p>
            <w:r>
              <w:t>Questions</w:t>
            </w:r>
          </w:p>
        </w:tc>
        <w:tc>
          <w:tcPr>
            <w:tcW w:type="dxa" w:w="3408"/>
            <w:tcMar>
              <w:top w:w="75" w:type="dxa"/>
              <w:start w:w="80" w:type="dxa"/>
              <w:bottom w:w="75" w:type="dxa"/>
              <w:end w:w="80" w:type="dxa"/>
            </w:tcMar>
          </w:tcPr>
          <w:p>
            <w:r>
              <w:t>ku begins yes/no questions</w:t>
            </w:r>
          </w:p>
        </w:tc>
        <w:tc>
          <w:tcPr>
            <w:tcW w:type="dxa" w:w="3408"/>
            <w:tcMar>
              <w:top w:w="75" w:type="dxa"/>
              <w:start w:w="80" w:type="dxa"/>
              <w:bottom w:w="75" w:type="dxa"/>
              <w:end w:w="80" w:type="dxa"/>
            </w:tcMar>
          </w:tcPr>
          <w:p>
            <w:r>
              <w:t>Ku tu komprende?</w:t>
            </w:r>
          </w:p>
        </w:tc>
      </w:tr>
      <w:tr>
        <w:tc>
          <w:tcPr>
            <w:tcW w:type="dxa" w:w="3408"/>
            <w:tcMar>
              <w:top w:w="75" w:type="dxa"/>
              <w:start w:w="80" w:type="dxa"/>
              <w:bottom w:w="75" w:type="dxa"/>
              <w:end w:w="80" w:type="dxa"/>
            </w:tcMar>
          </w:tcPr>
          <w:p>
            <w:r>
              <w:t>Past</w:t>
            </w:r>
          </w:p>
        </w:tc>
        <w:tc>
          <w:tcPr>
            <w:tcW w:type="dxa" w:w="3408"/>
            <w:tcMar>
              <w:top w:w="75" w:type="dxa"/>
              <w:start w:w="80" w:type="dxa"/>
              <w:bottom w:w="75" w:type="dxa"/>
              <w:end w:w="80" w:type="dxa"/>
            </w:tcMar>
          </w:tcPr>
          <w:p>
            <w:r>
              <w:t>pa before the verb</w:t>
            </w:r>
          </w:p>
        </w:tc>
        <w:tc>
          <w:tcPr>
            <w:tcW w:type="dxa" w:w="3408"/>
            <w:tcMar>
              <w:top w:w="75" w:type="dxa"/>
              <w:start w:w="80" w:type="dxa"/>
              <w:bottom w:w="75" w:type="dxa"/>
              <w:end w:w="80" w:type="dxa"/>
            </w:tcMar>
          </w:tcPr>
          <w:p>
            <w:r>
              <w:t>Mi pa visita.</w:t>
            </w:r>
          </w:p>
        </w:tc>
      </w:tr>
      <w:tr>
        <w:tc>
          <w:tcPr>
            <w:tcW w:type="dxa" w:w="3408"/>
            <w:tcMar>
              <w:top w:w="75" w:type="dxa"/>
              <w:start w:w="80" w:type="dxa"/>
              <w:bottom w:w="75" w:type="dxa"/>
              <w:end w:w="80" w:type="dxa"/>
            </w:tcMar>
          </w:tcPr>
          <w:p>
            <w:r>
              <w:t>Future</w:t>
            </w:r>
          </w:p>
        </w:tc>
        <w:tc>
          <w:tcPr>
            <w:tcW w:type="dxa" w:w="3408"/>
            <w:tcMar>
              <w:top w:w="75" w:type="dxa"/>
              <w:start w:w="80" w:type="dxa"/>
              <w:bottom w:w="75" w:type="dxa"/>
              <w:end w:w="80" w:type="dxa"/>
            </w:tcMar>
          </w:tcPr>
          <w:p>
            <w:r>
              <w:t>va before the verb</w:t>
            </w:r>
          </w:p>
        </w:tc>
        <w:tc>
          <w:tcPr>
            <w:tcW w:type="dxa" w:w="3408"/>
            <w:tcMar>
              <w:top w:w="75" w:type="dxa"/>
              <w:start w:w="80" w:type="dxa"/>
              <w:bottom w:w="75" w:type="dxa"/>
              <w:end w:w="80" w:type="dxa"/>
            </w:tcMar>
          </w:tcPr>
          <w:p>
            <w:r>
              <w:t>Nos va aprende.</w:t>
            </w:r>
          </w:p>
        </w:tc>
      </w:tr>
      <w:tr>
        <w:tc>
          <w:tcPr>
            <w:tcW w:type="dxa" w:w="3408"/>
            <w:tcMar>
              <w:top w:w="75" w:type="dxa"/>
              <w:start w:w="80" w:type="dxa"/>
              <w:bottom w:w="75" w:type="dxa"/>
              <w:end w:w="80" w:type="dxa"/>
            </w:tcMar>
          </w:tcPr>
          <w:p>
            <w:r>
              <w:t>Current action</w:t>
            </w:r>
          </w:p>
        </w:tc>
        <w:tc>
          <w:tcPr>
            <w:tcW w:type="dxa" w:w="3408"/>
            <w:tcMar>
              <w:top w:w="75" w:type="dxa"/>
              <w:start w:w="80" w:type="dxa"/>
              <w:bottom w:w="75" w:type="dxa"/>
              <w:end w:w="80" w:type="dxa"/>
            </w:tcMar>
          </w:tcPr>
          <w:p>
            <w:r>
              <w:t>nu before the verb</w:t>
            </w:r>
          </w:p>
        </w:tc>
        <w:tc>
          <w:tcPr>
            <w:tcW w:type="dxa" w:w="3408"/>
            <w:tcMar>
              <w:top w:w="75" w:type="dxa"/>
              <w:start w:w="80" w:type="dxa"/>
              <w:bottom w:w="75" w:type="dxa"/>
              <w:end w:w="80" w:type="dxa"/>
            </w:tcMar>
          </w:tcPr>
          <w:p>
            <w:r>
              <w:t>Mi nu parla.</w:t>
            </w:r>
          </w:p>
        </w:tc>
      </w:tr>
      <w:tr>
        <w:tc>
          <w:tcPr>
            <w:tcW w:type="dxa" w:w="3408"/>
            <w:tcMar>
              <w:top w:w="75" w:type="dxa"/>
              <w:start w:w="80" w:type="dxa"/>
              <w:bottom w:w="75" w:type="dxa"/>
              <w:end w:w="80" w:type="dxa"/>
            </w:tcMar>
          </w:tcPr>
          <w:p>
            <w:r>
              <w:t>Already/perfect</w:t>
            </w:r>
          </w:p>
        </w:tc>
        <w:tc>
          <w:tcPr>
            <w:tcW w:type="dxa" w:w="3408"/>
            <w:tcMar>
              <w:top w:w="75" w:type="dxa"/>
              <w:start w:w="80" w:type="dxa"/>
              <w:bottom w:w="75" w:type="dxa"/>
              <w:end w:w="80" w:type="dxa"/>
            </w:tcMar>
          </w:tcPr>
          <w:p>
            <w:r>
              <w:t>ja before the verb</w:t>
            </w:r>
          </w:p>
        </w:tc>
        <w:tc>
          <w:tcPr>
            <w:tcW w:type="dxa" w:w="3408"/>
            <w:tcMar>
              <w:top w:w="75" w:type="dxa"/>
              <w:start w:w="80" w:type="dxa"/>
              <w:bottom w:w="75" w:type="dxa"/>
              <w:end w:w="80" w:type="dxa"/>
            </w:tcMar>
          </w:tcPr>
          <w:p>
            <w:r>
              <w:t>Les ja arriva.</w:t>
            </w:r>
          </w:p>
        </w:tc>
      </w:tr>
    </w:tbl>
    <w:p>
      <w:pPr>
        <w:pStyle w:val="Heading2"/>
      </w:pPr>
      <w:r>
        <w:t>Correction Standard Used in v1.3 Starter Materials</w:t>
      </w:r>
    </w:p>
    <w:p>
      <w:r>
        <w:t>This Starter Kit follows the Claralinga Consistency Audit standard. The starter materials use komun/komunika, parola, kentro for center, cent for hundred, banio for bathroom, and tu as the basic you/your form.</w:t>
      </w:r>
    </w:p>
    <w:p>
      <w:r/>
    </w:p>
    <w:p>
      <w:pPr>
        <w:pStyle w:val="Heading1"/>
      </w:pPr>
      <w:r>
        <w:t>First 25 Words</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3408"/>
        <w:gridCol w:w="3408"/>
        <w:gridCol w:w="3408"/>
      </w:tblGrid>
      <w:tr>
        <w:tc>
          <w:tcPr>
            <w:tcW w:type="dxa" w:w="3408"/>
            <w:shd w:fill="123047"/>
            <w:tcMar>
              <w:top w:w="90" w:type="dxa"/>
              <w:start w:w="90" w:type="dxa"/>
              <w:bottom w:w="90" w:type="dxa"/>
              <w:end w:w="90" w:type="dxa"/>
            </w:tcMar>
          </w:tcPr>
          <w:p>
            <w:r>
              <w:rPr>
                <w:color w:val="FFFFFF"/>
              </w:rPr>
              <w:t>Claralinga</w:t>
            </w:r>
          </w:p>
        </w:tc>
        <w:tc>
          <w:tcPr>
            <w:tcW w:type="dxa" w:w="3408"/>
            <w:shd w:fill="123047"/>
            <w:tcMar>
              <w:top w:w="90" w:type="dxa"/>
              <w:start w:w="90" w:type="dxa"/>
              <w:bottom w:w="90" w:type="dxa"/>
              <w:end w:w="90" w:type="dxa"/>
            </w:tcMar>
          </w:tcPr>
          <w:p>
            <w:r>
              <w:rPr>
                <w:color w:val="FFFFFF"/>
              </w:rPr>
              <w:t>English</w:t>
            </w:r>
          </w:p>
        </w:tc>
        <w:tc>
          <w:tcPr>
            <w:tcW w:type="dxa" w:w="3408"/>
            <w:shd w:fill="123047"/>
            <w:tcMar>
              <w:top w:w="90" w:type="dxa"/>
              <w:start w:w="90" w:type="dxa"/>
              <w:bottom w:w="90" w:type="dxa"/>
              <w:end w:w="90" w:type="dxa"/>
            </w:tcMar>
          </w:tcPr>
          <w:p>
            <w:r>
              <w:rPr>
                <w:color w:val="FFFFFF"/>
              </w:rPr>
              <w:t>Example</w:t>
            </w:r>
          </w:p>
        </w:tc>
      </w:tr>
      <w:tr>
        <w:tc>
          <w:tcPr>
            <w:tcW w:type="dxa" w:w="3408"/>
            <w:tcMar>
              <w:top w:w="60" w:type="dxa"/>
              <w:start w:w="80" w:type="dxa"/>
              <w:bottom w:w="60" w:type="dxa"/>
              <w:end w:w="80" w:type="dxa"/>
            </w:tcMar>
          </w:tcPr>
          <w:p>
            <w:r>
              <w:t>salve</w:t>
            </w:r>
          </w:p>
        </w:tc>
        <w:tc>
          <w:tcPr>
            <w:tcW w:type="dxa" w:w="3408"/>
            <w:tcMar>
              <w:top w:w="60" w:type="dxa"/>
              <w:start w:w="80" w:type="dxa"/>
              <w:bottom w:w="60" w:type="dxa"/>
              <w:end w:w="80" w:type="dxa"/>
            </w:tcMar>
          </w:tcPr>
          <w:p>
            <w:r>
              <w:t>hello</w:t>
            </w:r>
          </w:p>
        </w:tc>
        <w:tc>
          <w:tcPr>
            <w:tcW w:type="dxa" w:w="3408"/>
            <w:tcMar>
              <w:top w:w="60" w:type="dxa"/>
              <w:start w:w="80" w:type="dxa"/>
              <w:bottom w:w="60" w:type="dxa"/>
              <w:end w:w="80" w:type="dxa"/>
            </w:tcMar>
          </w:tcPr>
          <w:p>
            <w:r>
              <w:t>Salve, amik.</w:t>
            </w:r>
          </w:p>
        </w:tc>
      </w:tr>
      <w:tr>
        <w:tc>
          <w:tcPr>
            <w:tcW w:type="dxa" w:w="3408"/>
            <w:tcMar>
              <w:top w:w="60" w:type="dxa"/>
              <w:start w:w="80" w:type="dxa"/>
              <w:bottom w:w="60" w:type="dxa"/>
              <w:end w:w="80" w:type="dxa"/>
            </w:tcMar>
          </w:tcPr>
          <w:p>
            <w:r>
              <w:t>gratias</w:t>
            </w:r>
          </w:p>
        </w:tc>
        <w:tc>
          <w:tcPr>
            <w:tcW w:type="dxa" w:w="3408"/>
            <w:tcMar>
              <w:top w:w="60" w:type="dxa"/>
              <w:start w:w="80" w:type="dxa"/>
              <w:bottom w:w="60" w:type="dxa"/>
              <w:end w:w="80" w:type="dxa"/>
            </w:tcMar>
          </w:tcPr>
          <w:p>
            <w:r>
              <w:t>thanks</w:t>
            </w:r>
          </w:p>
        </w:tc>
        <w:tc>
          <w:tcPr>
            <w:tcW w:type="dxa" w:w="3408"/>
            <w:tcMar>
              <w:top w:w="60" w:type="dxa"/>
              <w:start w:w="80" w:type="dxa"/>
              <w:bottom w:w="60" w:type="dxa"/>
              <w:end w:w="80" w:type="dxa"/>
            </w:tcMar>
          </w:tcPr>
          <w:p>
            <w:r>
              <w:t>Gratias pro ajuda.</w:t>
            </w:r>
          </w:p>
        </w:tc>
      </w:tr>
      <w:tr>
        <w:tc>
          <w:tcPr>
            <w:tcW w:type="dxa" w:w="3408"/>
            <w:tcMar>
              <w:top w:w="60" w:type="dxa"/>
              <w:start w:w="80" w:type="dxa"/>
              <w:bottom w:w="60" w:type="dxa"/>
              <w:end w:w="80" w:type="dxa"/>
            </w:tcMar>
          </w:tcPr>
          <w:p>
            <w:r>
              <w:t>plez</w:t>
            </w:r>
          </w:p>
        </w:tc>
        <w:tc>
          <w:tcPr>
            <w:tcW w:type="dxa" w:w="3408"/>
            <w:tcMar>
              <w:top w:w="60" w:type="dxa"/>
              <w:start w:w="80" w:type="dxa"/>
              <w:bottom w:w="60" w:type="dxa"/>
              <w:end w:w="80" w:type="dxa"/>
            </w:tcMar>
          </w:tcPr>
          <w:p>
            <w:r>
              <w:t>please</w:t>
            </w:r>
          </w:p>
        </w:tc>
        <w:tc>
          <w:tcPr>
            <w:tcW w:type="dxa" w:w="3408"/>
            <w:tcMar>
              <w:top w:w="60" w:type="dxa"/>
              <w:start w:w="80" w:type="dxa"/>
              <w:bottom w:w="60" w:type="dxa"/>
              <w:end w:w="80" w:type="dxa"/>
            </w:tcMar>
          </w:tcPr>
          <w:p>
            <w:r>
              <w:t>Plez repete.</w:t>
            </w:r>
          </w:p>
        </w:tc>
      </w:tr>
      <w:tr>
        <w:tc>
          <w:tcPr>
            <w:tcW w:type="dxa" w:w="3408"/>
            <w:tcMar>
              <w:top w:w="60" w:type="dxa"/>
              <w:start w:w="80" w:type="dxa"/>
              <w:bottom w:w="60" w:type="dxa"/>
              <w:end w:w="80" w:type="dxa"/>
            </w:tcMar>
          </w:tcPr>
          <w:p>
            <w:r>
              <w:t>mi</w:t>
            </w:r>
          </w:p>
        </w:tc>
        <w:tc>
          <w:tcPr>
            <w:tcW w:type="dxa" w:w="3408"/>
            <w:tcMar>
              <w:top w:w="60" w:type="dxa"/>
              <w:start w:w="80" w:type="dxa"/>
              <w:bottom w:w="60" w:type="dxa"/>
              <w:end w:w="80" w:type="dxa"/>
            </w:tcMar>
          </w:tcPr>
          <w:p>
            <w:r>
              <w:t>I / me / my</w:t>
            </w:r>
          </w:p>
        </w:tc>
        <w:tc>
          <w:tcPr>
            <w:tcW w:type="dxa" w:w="3408"/>
            <w:tcMar>
              <w:top w:w="60" w:type="dxa"/>
              <w:start w:w="80" w:type="dxa"/>
              <w:bottom w:w="60" w:type="dxa"/>
              <w:end w:w="80" w:type="dxa"/>
            </w:tcMar>
          </w:tcPr>
          <w:p>
            <w:r>
              <w:t>Mi nom es Ana.</w:t>
            </w:r>
          </w:p>
        </w:tc>
      </w:tr>
      <w:tr>
        <w:tc>
          <w:tcPr>
            <w:tcW w:type="dxa" w:w="3408"/>
            <w:tcMar>
              <w:top w:w="60" w:type="dxa"/>
              <w:start w:w="80" w:type="dxa"/>
              <w:bottom w:w="60" w:type="dxa"/>
              <w:end w:w="80" w:type="dxa"/>
            </w:tcMar>
          </w:tcPr>
          <w:p>
            <w:r>
              <w:t>tu</w:t>
            </w:r>
          </w:p>
        </w:tc>
        <w:tc>
          <w:tcPr>
            <w:tcW w:type="dxa" w:w="3408"/>
            <w:tcMar>
              <w:top w:w="60" w:type="dxa"/>
              <w:start w:w="80" w:type="dxa"/>
              <w:bottom w:w="60" w:type="dxa"/>
              <w:end w:w="80" w:type="dxa"/>
            </w:tcMar>
          </w:tcPr>
          <w:p>
            <w:r>
              <w:t>you / your</w:t>
            </w:r>
          </w:p>
        </w:tc>
        <w:tc>
          <w:tcPr>
            <w:tcW w:type="dxa" w:w="3408"/>
            <w:tcMar>
              <w:top w:w="60" w:type="dxa"/>
              <w:start w:w="80" w:type="dxa"/>
              <w:bottom w:w="60" w:type="dxa"/>
              <w:end w:w="80" w:type="dxa"/>
            </w:tcMar>
          </w:tcPr>
          <w:p>
            <w:r>
              <w:t>Tu aprende bene.</w:t>
            </w:r>
          </w:p>
        </w:tc>
      </w:tr>
      <w:tr>
        <w:tc>
          <w:tcPr>
            <w:tcW w:type="dxa" w:w="3408"/>
            <w:tcMar>
              <w:top w:w="60" w:type="dxa"/>
              <w:start w:w="80" w:type="dxa"/>
              <w:bottom w:w="60" w:type="dxa"/>
              <w:end w:w="80" w:type="dxa"/>
            </w:tcMar>
          </w:tcPr>
          <w:p>
            <w:r>
              <w:t>nos</w:t>
            </w:r>
          </w:p>
        </w:tc>
        <w:tc>
          <w:tcPr>
            <w:tcW w:type="dxa" w:w="3408"/>
            <w:tcMar>
              <w:top w:w="60" w:type="dxa"/>
              <w:start w:w="80" w:type="dxa"/>
              <w:bottom w:w="60" w:type="dxa"/>
              <w:end w:w="80" w:type="dxa"/>
            </w:tcMar>
          </w:tcPr>
          <w:p>
            <w:r>
              <w:t>we / us / our</w:t>
            </w:r>
          </w:p>
        </w:tc>
        <w:tc>
          <w:tcPr>
            <w:tcW w:type="dxa" w:w="3408"/>
            <w:tcMar>
              <w:top w:w="60" w:type="dxa"/>
              <w:start w:w="80" w:type="dxa"/>
              <w:bottom w:w="60" w:type="dxa"/>
              <w:end w:w="80" w:type="dxa"/>
            </w:tcMar>
          </w:tcPr>
          <w:p>
            <w:r>
              <w:t>Nos parla Claralinga.</w:t>
            </w:r>
          </w:p>
        </w:tc>
      </w:tr>
      <w:tr>
        <w:tc>
          <w:tcPr>
            <w:tcW w:type="dxa" w:w="3408"/>
            <w:tcMar>
              <w:top w:w="60" w:type="dxa"/>
              <w:start w:w="80" w:type="dxa"/>
              <w:bottom w:w="60" w:type="dxa"/>
              <w:end w:w="80" w:type="dxa"/>
            </w:tcMar>
          </w:tcPr>
          <w:p>
            <w:r>
              <w:t>la</w:t>
            </w:r>
          </w:p>
        </w:tc>
        <w:tc>
          <w:tcPr>
            <w:tcW w:type="dxa" w:w="3408"/>
            <w:tcMar>
              <w:top w:w="60" w:type="dxa"/>
              <w:start w:w="80" w:type="dxa"/>
              <w:bottom w:w="60" w:type="dxa"/>
              <w:end w:w="80" w:type="dxa"/>
            </w:tcMar>
          </w:tcPr>
          <w:p>
            <w:r>
              <w:t>the</w:t>
            </w:r>
          </w:p>
        </w:tc>
        <w:tc>
          <w:tcPr>
            <w:tcW w:type="dxa" w:w="3408"/>
            <w:tcMar>
              <w:top w:w="60" w:type="dxa"/>
              <w:start w:w="80" w:type="dxa"/>
              <w:bottom w:w="60" w:type="dxa"/>
              <w:end w:w="80" w:type="dxa"/>
            </w:tcMar>
          </w:tcPr>
          <w:p>
            <w:r>
              <w:t>La libro es bon.</w:t>
            </w:r>
          </w:p>
        </w:tc>
      </w:tr>
      <w:tr>
        <w:tc>
          <w:tcPr>
            <w:tcW w:type="dxa" w:w="3408"/>
            <w:tcMar>
              <w:top w:w="60" w:type="dxa"/>
              <w:start w:w="80" w:type="dxa"/>
              <w:bottom w:w="60" w:type="dxa"/>
              <w:end w:w="80" w:type="dxa"/>
            </w:tcMar>
          </w:tcPr>
          <w:p>
            <w:r>
              <w:t>un</w:t>
            </w:r>
          </w:p>
        </w:tc>
        <w:tc>
          <w:tcPr>
            <w:tcW w:type="dxa" w:w="3408"/>
            <w:tcMar>
              <w:top w:w="60" w:type="dxa"/>
              <w:start w:w="80" w:type="dxa"/>
              <w:bottom w:w="60" w:type="dxa"/>
              <w:end w:w="80" w:type="dxa"/>
            </w:tcMar>
          </w:tcPr>
          <w:p>
            <w:r>
              <w:t>a / an / one</w:t>
            </w:r>
          </w:p>
        </w:tc>
        <w:tc>
          <w:tcPr>
            <w:tcW w:type="dxa" w:w="3408"/>
            <w:tcMar>
              <w:top w:w="60" w:type="dxa"/>
              <w:start w:w="80" w:type="dxa"/>
              <w:bottom w:w="60" w:type="dxa"/>
              <w:end w:w="80" w:type="dxa"/>
            </w:tcMar>
          </w:tcPr>
          <w:p>
            <w:r>
              <w:t>Mi habe un libro.</w:t>
            </w:r>
          </w:p>
        </w:tc>
      </w:tr>
      <w:tr>
        <w:tc>
          <w:tcPr>
            <w:tcW w:type="dxa" w:w="3408"/>
            <w:tcMar>
              <w:top w:w="60" w:type="dxa"/>
              <w:start w:w="80" w:type="dxa"/>
              <w:bottom w:w="60" w:type="dxa"/>
              <w:end w:w="80" w:type="dxa"/>
            </w:tcMar>
          </w:tcPr>
          <w:p>
            <w:r>
              <w:t>es</w:t>
            </w:r>
          </w:p>
        </w:tc>
        <w:tc>
          <w:tcPr>
            <w:tcW w:type="dxa" w:w="3408"/>
            <w:tcMar>
              <w:top w:w="60" w:type="dxa"/>
              <w:start w:w="80" w:type="dxa"/>
              <w:bottom w:w="60" w:type="dxa"/>
              <w:end w:w="80" w:type="dxa"/>
            </w:tcMar>
          </w:tcPr>
          <w:p>
            <w:r>
              <w:t>is / are / be</w:t>
            </w:r>
          </w:p>
        </w:tc>
        <w:tc>
          <w:tcPr>
            <w:tcW w:type="dxa" w:w="3408"/>
            <w:tcMar>
              <w:top w:w="60" w:type="dxa"/>
              <w:start w:w="80" w:type="dxa"/>
              <w:bottom w:w="60" w:type="dxa"/>
              <w:end w:w="80" w:type="dxa"/>
            </w:tcMar>
          </w:tcPr>
          <w:p>
            <w:r>
              <w:t>Claralinga es clar.</w:t>
            </w:r>
          </w:p>
        </w:tc>
      </w:tr>
      <w:tr>
        <w:tc>
          <w:tcPr>
            <w:tcW w:type="dxa" w:w="3408"/>
            <w:tcMar>
              <w:top w:w="60" w:type="dxa"/>
              <w:start w:w="80" w:type="dxa"/>
              <w:bottom w:w="60" w:type="dxa"/>
              <w:end w:w="80" w:type="dxa"/>
            </w:tcMar>
          </w:tcPr>
          <w:p>
            <w:r>
              <w:t>ne</w:t>
            </w:r>
          </w:p>
        </w:tc>
        <w:tc>
          <w:tcPr>
            <w:tcW w:type="dxa" w:w="3408"/>
            <w:tcMar>
              <w:top w:w="60" w:type="dxa"/>
              <w:start w:w="80" w:type="dxa"/>
              <w:bottom w:w="60" w:type="dxa"/>
              <w:end w:w="80" w:type="dxa"/>
            </w:tcMar>
          </w:tcPr>
          <w:p>
            <w:r>
              <w:t>not</w:t>
            </w:r>
          </w:p>
        </w:tc>
        <w:tc>
          <w:tcPr>
            <w:tcW w:type="dxa" w:w="3408"/>
            <w:tcMar>
              <w:top w:w="60" w:type="dxa"/>
              <w:start w:w="80" w:type="dxa"/>
              <w:bottom w:w="60" w:type="dxa"/>
              <w:end w:w="80" w:type="dxa"/>
            </w:tcMar>
          </w:tcPr>
          <w:p>
            <w:r>
              <w:t>Mi ne komprende.</w:t>
            </w:r>
          </w:p>
        </w:tc>
      </w:tr>
      <w:tr>
        <w:tc>
          <w:tcPr>
            <w:tcW w:type="dxa" w:w="3408"/>
            <w:tcMar>
              <w:top w:w="60" w:type="dxa"/>
              <w:start w:w="80" w:type="dxa"/>
              <w:bottom w:w="60" w:type="dxa"/>
              <w:end w:w="80" w:type="dxa"/>
            </w:tcMar>
          </w:tcPr>
          <w:p>
            <w:r>
              <w:t>ku</w:t>
            </w:r>
          </w:p>
        </w:tc>
        <w:tc>
          <w:tcPr>
            <w:tcW w:type="dxa" w:w="3408"/>
            <w:tcMar>
              <w:top w:w="60" w:type="dxa"/>
              <w:start w:w="80" w:type="dxa"/>
              <w:bottom w:w="60" w:type="dxa"/>
              <w:end w:w="80" w:type="dxa"/>
            </w:tcMar>
          </w:tcPr>
          <w:p>
            <w:r>
              <w:t>yes/no question marker</w:t>
            </w:r>
          </w:p>
        </w:tc>
        <w:tc>
          <w:tcPr>
            <w:tcW w:type="dxa" w:w="3408"/>
            <w:tcMar>
              <w:top w:w="60" w:type="dxa"/>
              <w:start w:w="80" w:type="dxa"/>
              <w:bottom w:w="60" w:type="dxa"/>
              <w:end w:w="80" w:type="dxa"/>
            </w:tcMar>
          </w:tcPr>
          <w:p>
            <w:r>
              <w:t>Ku tu komprende?</w:t>
            </w:r>
          </w:p>
        </w:tc>
      </w:tr>
      <w:tr>
        <w:tc>
          <w:tcPr>
            <w:tcW w:type="dxa" w:w="3408"/>
            <w:tcMar>
              <w:top w:w="60" w:type="dxa"/>
              <w:start w:w="80" w:type="dxa"/>
              <w:bottom w:w="60" w:type="dxa"/>
              <w:end w:w="80" w:type="dxa"/>
            </w:tcMar>
          </w:tcPr>
          <w:p>
            <w:r>
              <w:t>ke</w:t>
            </w:r>
          </w:p>
        </w:tc>
        <w:tc>
          <w:tcPr>
            <w:tcW w:type="dxa" w:w="3408"/>
            <w:tcMar>
              <w:top w:w="60" w:type="dxa"/>
              <w:start w:w="80" w:type="dxa"/>
              <w:bottom w:w="60" w:type="dxa"/>
              <w:end w:w="80" w:type="dxa"/>
            </w:tcMar>
          </w:tcPr>
          <w:p>
            <w:r>
              <w:t>what / that</w:t>
            </w:r>
          </w:p>
        </w:tc>
        <w:tc>
          <w:tcPr>
            <w:tcW w:type="dxa" w:w="3408"/>
            <w:tcMar>
              <w:top w:w="60" w:type="dxa"/>
              <w:start w:w="80" w:type="dxa"/>
              <w:bottom w:w="60" w:type="dxa"/>
              <w:end w:w="80" w:type="dxa"/>
            </w:tcMar>
          </w:tcPr>
          <w:p>
            <w:r>
              <w:t>Ke tu voli?</w:t>
            </w:r>
          </w:p>
        </w:tc>
      </w:tr>
      <w:tr>
        <w:tc>
          <w:tcPr>
            <w:tcW w:type="dxa" w:w="3408"/>
            <w:tcMar>
              <w:top w:w="60" w:type="dxa"/>
              <w:start w:w="80" w:type="dxa"/>
              <w:bottom w:w="60" w:type="dxa"/>
              <w:end w:w="80" w:type="dxa"/>
            </w:tcMar>
          </w:tcPr>
          <w:p>
            <w:r>
              <w:t>ube</w:t>
            </w:r>
          </w:p>
        </w:tc>
        <w:tc>
          <w:tcPr>
            <w:tcW w:type="dxa" w:w="3408"/>
            <w:tcMar>
              <w:top w:w="60" w:type="dxa"/>
              <w:start w:w="80" w:type="dxa"/>
              <w:bottom w:w="60" w:type="dxa"/>
              <w:end w:w="80" w:type="dxa"/>
            </w:tcMar>
          </w:tcPr>
          <w:p>
            <w:r>
              <w:t>where</w:t>
            </w:r>
          </w:p>
        </w:tc>
        <w:tc>
          <w:tcPr>
            <w:tcW w:type="dxa" w:w="3408"/>
            <w:tcMar>
              <w:top w:w="60" w:type="dxa"/>
              <w:start w:w="80" w:type="dxa"/>
              <w:bottom w:w="60" w:type="dxa"/>
              <w:end w:w="80" w:type="dxa"/>
            </w:tcMar>
          </w:tcPr>
          <w:p>
            <w:r>
              <w:t>Ube es la banio?</w:t>
            </w:r>
          </w:p>
        </w:tc>
      </w:tr>
      <w:tr>
        <w:tc>
          <w:tcPr>
            <w:tcW w:type="dxa" w:w="3408"/>
            <w:tcMar>
              <w:top w:w="60" w:type="dxa"/>
              <w:start w:w="80" w:type="dxa"/>
              <w:bottom w:w="60" w:type="dxa"/>
              <w:end w:w="80" w:type="dxa"/>
            </w:tcMar>
          </w:tcPr>
          <w:p>
            <w:r>
              <w:t>kom</w:t>
            </w:r>
          </w:p>
        </w:tc>
        <w:tc>
          <w:tcPr>
            <w:tcW w:type="dxa" w:w="3408"/>
            <w:tcMar>
              <w:top w:w="60" w:type="dxa"/>
              <w:start w:w="80" w:type="dxa"/>
              <w:bottom w:w="60" w:type="dxa"/>
              <w:end w:w="80" w:type="dxa"/>
            </w:tcMar>
          </w:tcPr>
          <w:p>
            <w:r>
              <w:t>how / as</w:t>
            </w:r>
          </w:p>
        </w:tc>
        <w:tc>
          <w:tcPr>
            <w:tcW w:type="dxa" w:w="3408"/>
            <w:tcMar>
              <w:top w:w="60" w:type="dxa"/>
              <w:start w:w="80" w:type="dxa"/>
              <w:bottom w:w="60" w:type="dxa"/>
              <w:end w:w="80" w:type="dxa"/>
            </w:tcMar>
          </w:tcPr>
          <w:p>
            <w:r>
              <w:t>Kom tu dise isto?</w:t>
            </w:r>
          </w:p>
        </w:tc>
      </w:tr>
      <w:tr>
        <w:tc>
          <w:tcPr>
            <w:tcW w:type="dxa" w:w="3408"/>
            <w:tcMar>
              <w:top w:w="60" w:type="dxa"/>
              <w:start w:w="80" w:type="dxa"/>
              <w:bottom w:w="60" w:type="dxa"/>
              <w:end w:w="80" w:type="dxa"/>
            </w:tcMar>
          </w:tcPr>
          <w:p>
            <w:r>
              <w:t>parla</w:t>
            </w:r>
          </w:p>
        </w:tc>
        <w:tc>
          <w:tcPr>
            <w:tcW w:type="dxa" w:w="3408"/>
            <w:tcMar>
              <w:top w:w="60" w:type="dxa"/>
              <w:start w:w="80" w:type="dxa"/>
              <w:bottom w:w="60" w:type="dxa"/>
              <w:end w:w="80" w:type="dxa"/>
            </w:tcMar>
          </w:tcPr>
          <w:p>
            <w:r>
              <w:t>speak</w:t>
            </w:r>
          </w:p>
        </w:tc>
        <w:tc>
          <w:tcPr>
            <w:tcW w:type="dxa" w:w="3408"/>
            <w:tcMar>
              <w:top w:w="60" w:type="dxa"/>
              <w:start w:w="80" w:type="dxa"/>
              <w:bottom w:w="60" w:type="dxa"/>
              <w:end w:w="80" w:type="dxa"/>
            </w:tcMar>
          </w:tcPr>
          <w:p>
            <w:r>
              <w:t>Tu parla bene.</w:t>
            </w:r>
          </w:p>
        </w:tc>
      </w:tr>
      <w:tr>
        <w:tc>
          <w:tcPr>
            <w:tcW w:type="dxa" w:w="3408"/>
            <w:tcMar>
              <w:top w:w="60" w:type="dxa"/>
              <w:start w:w="80" w:type="dxa"/>
              <w:bottom w:w="60" w:type="dxa"/>
              <w:end w:w="80" w:type="dxa"/>
            </w:tcMar>
          </w:tcPr>
          <w:p>
            <w:r>
              <w:t>komprende</w:t>
            </w:r>
          </w:p>
        </w:tc>
        <w:tc>
          <w:tcPr>
            <w:tcW w:type="dxa" w:w="3408"/>
            <w:tcMar>
              <w:top w:w="60" w:type="dxa"/>
              <w:start w:w="80" w:type="dxa"/>
              <w:bottom w:w="60" w:type="dxa"/>
              <w:end w:w="80" w:type="dxa"/>
            </w:tcMar>
          </w:tcPr>
          <w:p>
            <w:r>
              <w:t>understand</w:t>
            </w:r>
          </w:p>
        </w:tc>
        <w:tc>
          <w:tcPr>
            <w:tcW w:type="dxa" w:w="3408"/>
            <w:tcMar>
              <w:top w:w="60" w:type="dxa"/>
              <w:start w:w="80" w:type="dxa"/>
              <w:bottom w:w="60" w:type="dxa"/>
              <w:end w:w="80" w:type="dxa"/>
            </w:tcMar>
          </w:tcPr>
          <w:p>
            <w:r>
              <w:t>Mi komprende un poco.</w:t>
            </w:r>
          </w:p>
        </w:tc>
      </w:tr>
      <w:tr>
        <w:tc>
          <w:tcPr>
            <w:tcW w:type="dxa" w:w="3408"/>
            <w:tcMar>
              <w:top w:w="60" w:type="dxa"/>
              <w:start w:w="80" w:type="dxa"/>
              <w:bottom w:w="60" w:type="dxa"/>
              <w:end w:w="80" w:type="dxa"/>
            </w:tcMar>
          </w:tcPr>
          <w:p>
            <w:r>
              <w:t>aprende</w:t>
            </w:r>
          </w:p>
        </w:tc>
        <w:tc>
          <w:tcPr>
            <w:tcW w:type="dxa" w:w="3408"/>
            <w:tcMar>
              <w:top w:w="60" w:type="dxa"/>
              <w:start w:w="80" w:type="dxa"/>
              <w:bottom w:w="60" w:type="dxa"/>
              <w:end w:w="80" w:type="dxa"/>
            </w:tcMar>
          </w:tcPr>
          <w:p>
            <w:r>
              <w:t>learn</w:t>
            </w:r>
          </w:p>
        </w:tc>
        <w:tc>
          <w:tcPr>
            <w:tcW w:type="dxa" w:w="3408"/>
            <w:tcMar>
              <w:top w:w="60" w:type="dxa"/>
              <w:start w:w="80" w:type="dxa"/>
              <w:bottom w:w="60" w:type="dxa"/>
              <w:end w:w="80" w:type="dxa"/>
            </w:tcMar>
          </w:tcPr>
          <w:p>
            <w:r>
              <w:t>Mi nu aprende.</w:t>
            </w:r>
          </w:p>
        </w:tc>
      </w:tr>
      <w:tr>
        <w:tc>
          <w:tcPr>
            <w:tcW w:type="dxa" w:w="3408"/>
            <w:tcMar>
              <w:top w:w="60" w:type="dxa"/>
              <w:start w:w="80" w:type="dxa"/>
              <w:bottom w:w="60" w:type="dxa"/>
              <w:end w:w="80" w:type="dxa"/>
            </w:tcMar>
          </w:tcPr>
          <w:p>
            <w:r>
              <w:t>voli</w:t>
            </w:r>
          </w:p>
        </w:tc>
        <w:tc>
          <w:tcPr>
            <w:tcW w:type="dxa" w:w="3408"/>
            <w:tcMar>
              <w:top w:w="60" w:type="dxa"/>
              <w:start w:w="80" w:type="dxa"/>
              <w:bottom w:w="60" w:type="dxa"/>
              <w:end w:w="80" w:type="dxa"/>
            </w:tcMar>
          </w:tcPr>
          <w:p>
            <w:r>
              <w:t>want</w:t>
            </w:r>
          </w:p>
        </w:tc>
        <w:tc>
          <w:tcPr>
            <w:tcW w:type="dxa" w:w="3408"/>
            <w:tcMar>
              <w:top w:w="60" w:type="dxa"/>
              <w:start w:w="80" w:type="dxa"/>
              <w:bottom w:w="60" w:type="dxa"/>
              <w:end w:w="80" w:type="dxa"/>
            </w:tcMar>
          </w:tcPr>
          <w:p>
            <w:r>
              <w:t>Mi voli akua.</w:t>
            </w:r>
          </w:p>
        </w:tc>
      </w:tr>
      <w:tr>
        <w:tc>
          <w:tcPr>
            <w:tcW w:type="dxa" w:w="3408"/>
            <w:tcMar>
              <w:top w:w="60" w:type="dxa"/>
              <w:start w:w="80" w:type="dxa"/>
              <w:bottom w:w="60" w:type="dxa"/>
              <w:end w:w="80" w:type="dxa"/>
            </w:tcMar>
          </w:tcPr>
          <w:p>
            <w:r>
              <w:t>nesesita</w:t>
            </w:r>
          </w:p>
        </w:tc>
        <w:tc>
          <w:tcPr>
            <w:tcW w:type="dxa" w:w="3408"/>
            <w:tcMar>
              <w:top w:w="60" w:type="dxa"/>
              <w:start w:w="80" w:type="dxa"/>
              <w:bottom w:w="60" w:type="dxa"/>
              <w:end w:w="80" w:type="dxa"/>
            </w:tcMar>
          </w:tcPr>
          <w:p>
            <w:r>
              <w:t>need</w:t>
            </w:r>
          </w:p>
        </w:tc>
        <w:tc>
          <w:tcPr>
            <w:tcW w:type="dxa" w:w="3408"/>
            <w:tcMar>
              <w:top w:w="60" w:type="dxa"/>
              <w:start w:w="80" w:type="dxa"/>
              <w:bottom w:w="60" w:type="dxa"/>
              <w:end w:w="80" w:type="dxa"/>
            </w:tcMar>
          </w:tcPr>
          <w:p>
            <w:r>
              <w:t>Mi nesesita ajuda.</w:t>
            </w:r>
          </w:p>
        </w:tc>
      </w:tr>
      <w:tr>
        <w:tc>
          <w:tcPr>
            <w:tcW w:type="dxa" w:w="3408"/>
            <w:tcMar>
              <w:top w:w="60" w:type="dxa"/>
              <w:start w:w="80" w:type="dxa"/>
              <w:bottom w:w="60" w:type="dxa"/>
              <w:end w:w="80" w:type="dxa"/>
            </w:tcMar>
          </w:tcPr>
          <w:p>
            <w:r>
              <w:t>ajuda</w:t>
            </w:r>
          </w:p>
        </w:tc>
        <w:tc>
          <w:tcPr>
            <w:tcW w:type="dxa" w:w="3408"/>
            <w:tcMar>
              <w:top w:w="60" w:type="dxa"/>
              <w:start w:w="80" w:type="dxa"/>
              <w:bottom w:w="60" w:type="dxa"/>
              <w:end w:w="80" w:type="dxa"/>
            </w:tcMar>
          </w:tcPr>
          <w:p>
            <w:r>
              <w:t>help</w:t>
            </w:r>
          </w:p>
        </w:tc>
        <w:tc>
          <w:tcPr>
            <w:tcW w:type="dxa" w:w="3408"/>
            <w:tcMar>
              <w:top w:w="60" w:type="dxa"/>
              <w:start w:w="80" w:type="dxa"/>
              <w:bottom w:w="60" w:type="dxa"/>
              <w:end w:w="80" w:type="dxa"/>
            </w:tcMar>
          </w:tcPr>
          <w:p>
            <w:r>
              <w:t>Plez ajuda mi.</w:t>
            </w:r>
          </w:p>
        </w:tc>
      </w:tr>
      <w:tr>
        <w:tc>
          <w:tcPr>
            <w:tcW w:type="dxa" w:w="3408"/>
            <w:tcMar>
              <w:top w:w="60" w:type="dxa"/>
              <w:start w:w="80" w:type="dxa"/>
              <w:bottom w:w="60" w:type="dxa"/>
              <w:end w:w="80" w:type="dxa"/>
            </w:tcMar>
          </w:tcPr>
          <w:p>
            <w:r>
              <w:t>akua</w:t>
            </w:r>
          </w:p>
        </w:tc>
        <w:tc>
          <w:tcPr>
            <w:tcW w:type="dxa" w:w="3408"/>
            <w:tcMar>
              <w:top w:w="60" w:type="dxa"/>
              <w:start w:w="80" w:type="dxa"/>
              <w:bottom w:w="60" w:type="dxa"/>
              <w:end w:w="80" w:type="dxa"/>
            </w:tcMar>
          </w:tcPr>
          <w:p>
            <w:r>
              <w:t>water</w:t>
            </w:r>
          </w:p>
        </w:tc>
        <w:tc>
          <w:tcPr>
            <w:tcW w:type="dxa" w:w="3408"/>
            <w:tcMar>
              <w:top w:w="60" w:type="dxa"/>
              <w:start w:w="80" w:type="dxa"/>
              <w:bottom w:w="60" w:type="dxa"/>
              <w:end w:w="80" w:type="dxa"/>
            </w:tcMar>
          </w:tcPr>
          <w:p>
            <w:r>
              <w:t>Mi bebe akua.</w:t>
            </w:r>
          </w:p>
        </w:tc>
      </w:tr>
      <w:tr>
        <w:tc>
          <w:tcPr>
            <w:tcW w:type="dxa" w:w="3408"/>
            <w:tcMar>
              <w:top w:w="60" w:type="dxa"/>
              <w:start w:w="80" w:type="dxa"/>
              <w:bottom w:w="60" w:type="dxa"/>
              <w:end w:w="80" w:type="dxa"/>
            </w:tcMar>
          </w:tcPr>
          <w:p>
            <w:r>
              <w:t>alimenta</w:t>
            </w:r>
          </w:p>
        </w:tc>
        <w:tc>
          <w:tcPr>
            <w:tcW w:type="dxa" w:w="3408"/>
            <w:tcMar>
              <w:top w:w="60" w:type="dxa"/>
              <w:start w:w="80" w:type="dxa"/>
              <w:bottom w:w="60" w:type="dxa"/>
              <w:end w:w="80" w:type="dxa"/>
            </w:tcMar>
          </w:tcPr>
          <w:p>
            <w:r>
              <w:t>food</w:t>
            </w:r>
          </w:p>
        </w:tc>
        <w:tc>
          <w:tcPr>
            <w:tcW w:type="dxa" w:w="3408"/>
            <w:tcMar>
              <w:top w:w="60" w:type="dxa"/>
              <w:start w:w="80" w:type="dxa"/>
              <w:bottom w:w="60" w:type="dxa"/>
              <w:end w:w="80" w:type="dxa"/>
            </w:tcMar>
          </w:tcPr>
          <w:p>
            <w:r>
              <w:t>La alimenta es bon.</w:t>
            </w:r>
          </w:p>
        </w:tc>
      </w:tr>
      <w:tr>
        <w:tc>
          <w:tcPr>
            <w:tcW w:type="dxa" w:w="3408"/>
            <w:tcMar>
              <w:top w:w="60" w:type="dxa"/>
              <w:start w:w="80" w:type="dxa"/>
              <w:bottom w:w="60" w:type="dxa"/>
              <w:end w:w="80" w:type="dxa"/>
            </w:tcMar>
          </w:tcPr>
          <w:p>
            <w:r>
              <w:t>libro</w:t>
            </w:r>
          </w:p>
        </w:tc>
        <w:tc>
          <w:tcPr>
            <w:tcW w:type="dxa" w:w="3408"/>
            <w:tcMar>
              <w:top w:w="60" w:type="dxa"/>
              <w:start w:w="80" w:type="dxa"/>
              <w:bottom w:w="60" w:type="dxa"/>
              <w:end w:w="80" w:type="dxa"/>
            </w:tcMar>
          </w:tcPr>
          <w:p>
            <w:r>
              <w:t>book</w:t>
            </w:r>
          </w:p>
        </w:tc>
        <w:tc>
          <w:tcPr>
            <w:tcW w:type="dxa" w:w="3408"/>
            <w:tcMar>
              <w:top w:w="60" w:type="dxa"/>
              <w:start w:w="80" w:type="dxa"/>
              <w:bottom w:w="60" w:type="dxa"/>
              <w:end w:w="80" w:type="dxa"/>
            </w:tcMar>
          </w:tcPr>
          <w:p>
            <w:r>
              <w:t>Ela lege un libro.</w:t>
            </w:r>
          </w:p>
        </w:tc>
      </w:tr>
      <w:tr>
        <w:tc>
          <w:tcPr>
            <w:tcW w:type="dxa" w:w="3408"/>
            <w:tcMar>
              <w:top w:w="60" w:type="dxa"/>
              <w:start w:w="80" w:type="dxa"/>
              <w:bottom w:w="60" w:type="dxa"/>
              <w:end w:w="80" w:type="dxa"/>
            </w:tcMar>
          </w:tcPr>
          <w:p>
            <w:r>
              <w:t>kasa</w:t>
            </w:r>
          </w:p>
        </w:tc>
        <w:tc>
          <w:tcPr>
            <w:tcW w:type="dxa" w:w="3408"/>
            <w:tcMar>
              <w:top w:w="60" w:type="dxa"/>
              <w:start w:w="80" w:type="dxa"/>
              <w:bottom w:w="60" w:type="dxa"/>
              <w:end w:w="80" w:type="dxa"/>
            </w:tcMar>
          </w:tcPr>
          <w:p>
            <w:r>
              <w:t>house / home</w:t>
            </w:r>
          </w:p>
        </w:tc>
        <w:tc>
          <w:tcPr>
            <w:tcW w:type="dxa" w:w="3408"/>
            <w:tcMar>
              <w:top w:w="60" w:type="dxa"/>
              <w:start w:w="80" w:type="dxa"/>
              <w:bottom w:w="60" w:type="dxa"/>
              <w:end w:w="80" w:type="dxa"/>
            </w:tcMar>
          </w:tcPr>
          <w:p>
            <w:r>
              <w:t>Mi kasa es ici.</w:t>
            </w:r>
          </w:p>
        </w:tc>
      </w:tr>
      <w:tr>
        <w:tc>
          <w:tcPr>
            <w:tcW w:type="dxa" w:w="3408"/>
            <w:tcMar>
              <w:top w:w="60" w:type="dxa"/>
              <w:start w:w="80" w:type="dxa"/>
              <w:bottom w:w="60" w:type="dxa"/>
              <w:end w:w="80" w:type="dxa"/>
            </w:tcMar>
          </w:tcPr>
          <w:p>
            <w:r>
              <w:t>via</w:t>
            </w:r>
          </w:p>
        </w:tc>
        <w:tc>
          <w:tcPr>
            <w:tcW w:type="dxa" w:w="3408"/>
            <w:tcMar>
              <w:top w:w="60" w:type="dxa"/>
              <w:start w:w="80" w:type="dxa"/>
              <w:bottom w:w="60" w:type="dxa"/>
              <w:end w:w="80" w:type="dxa"/>
            </w:tcMar>
          </w:tcPr>
          <w:p>
            <w:r>
              <w:t>road / way</w:t>
            </w:r>
          </w:p>
        </w:tc>
        <w:tc>
          <w:tcPr>
            <w:tcW w:type="dxa" w:w="3408"/>
            <w:tcMar>
              <w:top w:w="60" w:type="dxa"/>
              <w:start w:w="80" w:type="dxa"/>
              <w:bottom w:w="60" w:type="dxa"/>
              <w:end w:w="80" w:type="dxa"/>
            </w:tcMar>
          </w:tcPr>
          <w:p>
            <w:r>
              <w:t>Ube es la via?</w:t>
            </w:r>
          </w:p>
        </w:tc>
      </w:tr>
    </w:tbl>
    <w:p>
      <w:r/>
    </w:p>
    <w:p>
      <w:pPr>
        <w:pStyle w:val="Heading1"/>
      </w:pPr>
      <w:r>
        <w:t>First Survival Phrases</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5112"/>
        <w:gridCol w:w="5112"/>
      </w:tblGrid>
      <w:tr>
        <w:tc>
          <w:tcPr>
            <w:tcW w:type="dxa" w:w="5112"/>
            <w:shd w:fill="123047"/>
            <w:tcMar>
              <w:top w:w="90" w:type="dxa"/>
              <w:start w:w="90" w:type="dxa"/>
              <w:bottom w:w="90" w:type="dxa"/>
              <w:end w:w="90" w:type="dxa"/>
            </w:tcMar>
          </w:tcPr>
          <w:p>
            <w:r>
              <w:rPr>
                <w:color w:val="FFFFFF"/>
              </w:rPr>
              <w:t>Claralinga</w:t>
            </w:r>
          </w:p>
        </w:tc>
        <w:tc>
          <w:tcPr>
            <w:tcW w:type="dxa" w:w="5112"/>
            <w:shd w:fill="123047"/>
            <w:tcMar>
              <w:top w:w="90" w:type="dxa"/>
              <w:start w:w="90" w:type="dxa"/>
              <w:bottom w:w="90" w:type="dxa"/>
              <w:end w:w="90" w:type="dxa"/>
            </w:tcMar>
          </w:tcPr>
          <w:p>
            <w:r>
              <w:rPr>
                <w:color w:val="FFFFFF"/>
              </w:rPr>
              <w:t>English</w:t>
            </w:r>
          </w:p>
        </w:tc>
      </w:tr>
      <w:tr>
        <w:tc>
          <w:tcPr>
            <w:tcW w:type="dxa" w:w="5112"/>
            <w:tcMar>
              <w:top w:w="75" w:type="dxa"/>
              <w:start w:w="80" w:type="dxa"/>
              <w:bottom w:w="75" w:type="dxa"/>
              <w:end w:w="80" w:type="dxa"/>
            </w:tcMar>
          </w:tcPr>
          <w:p>
            <w:r>
              <w:t>Salve.</w:t>
            </w:r>
          </w:p>
        </w:tc>
        <w:tc>
          <w:tcPr>
            <w:tcW w:type="dxa" w:w="5112"/>
            <w:tcMar>
              <w:top w:w="75" w:type="dxa"/>
              <w:start w:w="80" w:type="dxa"/>
              <w:bottom w:w="75" w:type="dxa"/>
              <w:end w:w="80" w:type="dxa"/>
            </w:tcMar>
          </w:tcPr>
          <w:p>
            <w:r>
              <w:t>Hello.</w:t>
            </w:r>
          </w:p>
        </w:tc>
      </w:tr>
      <w:tr>
        <w:tc>
          <w:tcPr>
            <w:tcW w:type="dxa" w:w="5112"/>
            <w:tcMar>
              <w:top w:w="75" w:type="dxa"/>
              <w:start w:w="80" w:type="dxa"/>
              <w:bottom w:w="75" w:type="dxa"/>
              <w:end w:w="80" w:type="dxa"/>
            </w:tcMar>
          </w:tcPr>
          <w:p>
            <w:r>
              <w:t>Mi nom es Ana.</w:t>
            </w:r>
          </w:p>
        </w:tc>
        <w:tc>
          <w:tcPr>
            <w:tcW w:type="dxa" w:w="5112"/>
            <w:tcMar>
              <w:top w:w="75" w:type="dxa"/>
              <w:start w:w="80" w:type="dxa"/>
              <w:bottom w:w="75" w:type="dxa"/>
              <w:end w:w="80" w:type="dxa"/>
            </w:tcMar>
          </w:tcPr>
          <w:p>
            <w:r>
              <w:t>My name is Ana.</w:t>
            </w:r>
          </w:p>
        </w:tc>
      </w:tr>
      <w:tr>
        <w:tc>
          <w:tcPr>
            <w:tcW w:type="dxa" w:w="5112"/>
            <w:tcMar>
              <w:top w:w="75" w:type="dxa"/>
              <w:start w:w="80" w:type="dxa"/>
              <w:bottom w:w="75" w:type="dxa"/>
              <w:end w:w="80" w:type="dxa"/>
            </w:tcMar>
          </w:tcPr>
          <w:p>
            <w:r>
              <w:t>Ku tu komprende?</w:t>
            </w:r>
          </w:p>
        </w:tc>
        <w:tc>
          <w:tcPr>
            <w:tcW w:type="dxa" w:w="5112"/>
            <w:tcMar>
              <w:top w:w="75" w:type="dxa"/>
              <w:start w:w="80" w:type="dxa"/>
              <w:bottom w:w="75" w:type="dxa"/>
              <w:end w:w="80" w:type="dxa"/>
            </w:tcMar>
          </w:tcPr>
          <w:p>
            <w:r>
              <w:t>Do you understand?</w:t>
            </w:r>
          </w:p>
        </w:tc>
      </w:tr>
      <w:tr>
        <w:tc>
          <w:tcPr>
            <w:tcW w:type="dxa" w:w="5112"/>
            <w:tcMar>
              <w:top w:w="75" w:type="dxa"/>
              <w:start w:w="80" w:type="dxa"/>
              <w:bottom w:w="75" w:type="dxa"/>
              <w:end w:w="80" w:type="dxa"/>
            </w:tcMar>
          </w:tcPr>
          <w:p>
            <w:r>
              <w:t>Mi komprende un poco.</w:t>
            </w:r>
          </w:p>
        </w:tc>
        <w:tc>
          <w:tcPr>
            <w:tcW w:type="dxa" w:w="5112"/>
            <w:tcMar>
              <w:top w:w="75" w:type="dxa"/>
              <w:start w:w="80" w:type="dxa"/>
              <w:bottom w:w="75" w:type="dxa"/>
              <w:end w:w="80" w:type="dxa"/>
            </w:tcMar>
          </w:tcPr>
          <w:p>
            <w:r>
              <w:t>I understand a little.</w:t>
            </w:r>
          </w:p>
        </w:tc>
      </w:tr>
      <w:tr>
        <w:tc>
          <w:tcPr>
            <w:tcW w:type="dxa" w:w="5112"/>
            <w:tcMar>
              <w:top w:w="75" w:type="dxa"/>
              <w:start w:w="80" w:type="dxa"/>
              <w:bottom w:w="75" w:type="dxa"/>
              <w:end w:w="80" w:type="dxa"/>
            </w:tcMar>
          </w:tcPr>
          <w:p>
            <w:r>
              <w:t>Mi ne komprende.</w:t>
            </w:r>
          </w:p>
        </w:tc>
        <w:tc>
          <w:tcPr>
            <w:tcW w:type="dxa" w:w="5112"/>
            <w:tcMar>
              <w:top w:w="75" w:type="dxa"/>
              <w:start w:w="80" w:type="dxa"/>
              <w:bottom w:w="75" w:type="dxa"/>
              <w:end w:w="80" w:type="dxa"/>
            </w:tcMar>
          </w:tcPr>
          <w:p>
            <w:r>
              <w:t>I do not understand.</w:t>
            </w:r>
          </w:p>
        </w:tc>
      </w:tr>
      <w:tr>
        <w:tc>
          <w:tcPr>
            <w:tcW w:type="dxa" w:w="5112"/>
            <w:tcMar>
              <w:top w:w="75" w:type="dxa"/>
              <w:start w:w="80" w:type="dxa"/>
              <w:bottom w:w="75" w:type="dxa"/>
              <w:end w:w="80" w:type="dxa"/>
            </w:tcMar>
          </w:tcPr>
          <w:p>
            <w:r>
              <w:t>Plez repete.</w:t>
            </w:r>
          </w:p>
        </w:tc>
        <w:tc>
          <w:tcPr>
            <w:tcW w:type="dxa" w:w="5112"/>
            <w:tcMar>
              <w:top w:w="75" w:type="dxa"/>
              <w:start w:w="80" w:type="dxa"/>
              <w:bottom w:w="75" w:type="dxa"/>
              <w:end w:w="80" w:type="dxa"/>
            </w:tcMar>
          </w:tcPr>
          <w:p>
            <w:r>
              <w:t>Please repeat.</w:t>
            </w:r>
          </w:p>
        </w:tc>
      </w:tr>
      <w:tr>
        <w:tc>
          <w:tcPr>
            <w:tcW w:type="dxa" w:w="5112"/>
            <w:tcMar>
              <w:top w:w="75" w:type="dxa"/>
              <w:start w:w="80" w:type="dxa"/>
              <w:bottom w:w="75" w:type="dxa"/>
              <w:end w:w="80" w:type="dxa"/>
            </w:tcMar>
          </w:tcPr>
          <w:p>
            <w:r>
              <w:t>Plez parla lenta.</w:t>
            </w:r>
          </w:p>
        </w:tc>
        <w:tc>
          <w:tcPr>
            <w:tcW w:type="dxa" w:w="5112"/>
            <w:tcMar>
              <w:top w:w="75" w:type="dxa"/>
              <w:start w:w="80" w:type="dxa"/>
              <w:bottom w:w="75" w:type="dxa"/>
              <w:end w:w="80" w:type="dxa"/>
            </w:tcMar>
          </w:tcPr>
          <w:p>
            <w:r>
              <w:t>Please speak slowly.</w:t>
            </w:r>
          </w:p>
        </w:tc>
      </w:tr>
      <w:tr>
        <w:tc>
          <w:tcPr>
            <w:tcW w:type="dxa" w:w="5112"/>
            <w:tcMar>
              <w:top w:w="75" w:type="dxa"/>
              <w:start w:w="80" w:type="dxa"/>
              <w:bottom w:w="75" w:type="dxa"/>
              <w:end w:w="80" w:type="dxa"/>
            </w:tcMar>
          </w:tcPr>
          <w:p>
            <w:r>
              <w:t>Kom tu dise isto in Claralinga?</w:t>
            </w:r>
          </w:p>
        </w:tc>
        <w:tc>
          <w:tcPr>
            <w:tcW w:type="dxa" w:w="5112"/>
            <w:tcMar>
              <w:top w:w="75" w:type="dxa"/>
              <w:start w:w="80" w:type="dxa"/>
              <w:bottom w:w="75" w:type="dxa"/>
              <w:end w:w="80" w:type="dxa"/>
            </w:tcMar>
          </w:tcPr>
          <w:p>
            <w:r>
              <w:t>How do you say this in Claralinga?</w:t>
            </w:r>
          </w:p>
        </w:tc>
      </w:tr>
      <w:tr>
        <w:tc>
          <w:tcPr>
            <w:tcW w:type="dxa" w:w="5112"/>
            <w:tcMar>
              <w:top w:w="75" w:type="dxa"/>
              <w:start w:w="80" w:type="dxa"/>
              <w:bottom w:w="75" w:type="dxa"/>
              <w:end w:w="80" w:type="dxa"/>
            </w:tcMar>
          </w:tcPr>
          <w:p>
            <w:r>
              <w:t>Ube es la banio?</w:t>
            </w:r>
          </w:p>
        </w:tc>
        <w:tc>
          <w:tcPr>
            <w:tcW w:type="dxa" w:w="5112"/>
            <w:tcMar>
              <w:top w:w="75" w:type="dxa"/>
              <w:start w:w="80" w:type="dxa"/>
              <w:bottom w:w="75" w:type="dxa"/>
              <w:end w:w="80" w:type="dxa"/>
            </w:tcMar>
          </w:tcPr>
          <w:p>
            <w:r>
              <w:t>Where is the bathroom?</w:t>
            </w:r>
          </w:p>
        </w:tc>
      </w:tr>
      <w:tr>
        <w:tc>
          <w:tcPr>
            <w:tcW w:type="dxa" w:w="5112"/>
            <w:tcMar>
              <w:top w:w="75" w:type="dxa"/>
              <w:start w:w="80" w:type="dxa"/>
              <w:bottom w:w="75" w:type="dxa"/>
              <w:end w:w="80" w:type="dxa"/>
            </w:tcMar>
          </w:tcPr>
          <w:p>
            <w:r>
              <w:t>Mi voli akua.</w:t>
            </w:r>
          </w:p>
        </w:tc>
        <w:tc>
          <w:tcPr>
            <w:tcW w:type="dxa" w:w="5112"/>
            <w:tcMar>
              <w:top w:w="75" w:type="dxa"/>
              <w:start w:w="80" w:type="dxa"/>
              <w:bottom w:w="75" w:type="dxa"/>
              <w:end w:w="80" w:type="dxa"/>
            </w:tcMar>
          </w:tcPr>
          <w:p>
            <w:r>
              <w:t>I want water.</w:t>
            </w:r>
          </w:p>
        </w:tc>
      </w:tr>
      <w:tr>
        <w:tc>
          <w:tcPr>
            <w:tcW w:type="dxa" w:w="5112"/>
            <w:tcMar>
              <w:top w:w="75" w:type="dxa"/>
              <w:start w:w="80" w:type="dxa"/>
              <w:bottom w:w="75" w:type="dxa"/>
              <w:end w:w="80" w:type="dxa"/>
            </w:tcMar>
          </w:tcPr>
          <w:p>
            <w:r>
              <w:t>Mi nesesita ajuda.</w:t>
            </w:r>
          </w:p>
        </w:tc>
        <w:tc>
          <w:tcPr>
            <w:tcW w:type="dxa" w:w="5112"/>
            <w:tcMar>
              <w:top w:w="75" w:type="dxa"/>
              <w:start w:w="80" w:type="dxa"/>
              <w:bottom w:w="75" w:type="dxa"/>
              <w:end w:w="80" w:type="dxa"/>
            </w:tcMar>
          </w:tcPr>
          <w:p>
            <w:r>
              <w:t>I need help.</w:t>
            </w:r>
          </w:p>
        </w:tc>
      </w:tr>
      <w:tr>
        <w:tc>
          <w:tcPr>
            <w:tcW w:type="dxa" w:w="5112"/>
            <w:tcMar>
              <w:top w:w="75" w:type="dxa"/>
              <w:start w:w="80" w:type="dxa"/>
              <w:bottom w:w="75" w:type="dxa"/>
              <w:end w:w="80" w:type="dxa"/>
            </w:tcMar>
          </w:tcPr>
          <w:p>
            <w:r>
              <w:t>Gratias pro ajuda.</w:t>
            </w:r>
          </w:p>
        </w:tc>
        <w:tc>
          <w:tcPr>
            <w:tcW w:type="dxa" w:w="5112"/>
            <w:tcMar>
              <w:top w:w="75" w:type="dxa"/>
              <w:start w:w="80" w:type="dxa"/>
              <w:bottom w:w="75" w:type="dxa"/>
              <w:end w:w="80" w:type="dxa"/>
            </w:tcMar>
          </w:tcPr>
          <w:p>
            <w:r>
              <w:t>Thanks for the help.</w:t>
            </w:r>
          </w:p>
        </w:tc>
      </w:tr>
      <w:tr>
        <w:tc>
          <w:tcPr>
            <w:tcW w:type="dxa" w:w="5112"/>
            <w:tcMar>
              <w:top w:w="75" w:type="dxa"/>
              <w:start w:w="80" w:type="dxa"/>
              <w:bottom w:w="75" w:type="dxa"/>
              <w:end w:w="80" w:type="dxa"/>
            </w:tcMar>
          </w:tcPr>
          <w:p>
            <w:r>
              <w:t>A revider.</w:t>
            </w:r>
          </w:p>
        </w:tc>
        <w:tc>
          <w:tcPr>
            <w:tcW w:type="dxa" w:w="5112"/>
            <w:tcMar>
              <w:top w:w="75" w:type="dxa"/>
              <w:start w:w="80" w:type="dxa"/>
              <w:bottom w:w="75" w:type="dxa"/>
              <w:end w:w="80" w:type="dxa"/>
            </w:tcMar>
          </w:tcPr>
          <w:p>
            <w:r>
              <w:t>Goodbye / see you again.</w:t>
            </w:r>
          </w:p>
        </w:tc>
      </w:tr>
      <w:tr>
        <w:tc>
          <w:tcPr>
            <w:tcW w:type="dxa" w:w="5112"/>
            <w:tcMar>
              <w:top w:w="75" w:type="dxa"/>
              <w:start w:w="80" w:type="dxa"/>
              <w:bottom w:w="75" w:type="dxa"/>
              <w:end w:w="80" w:type="dxa"/>
            </w:tcMar>
          </w:tcPr>
          <w:p>
            <w:r>
              <w:t>Nos va aprende.</w:t>
            </w:r>
          </w:p>
        </w:tc>
        <w:tc>
          <w:tcPr>
            <w:tcW w:type="dxa" w:w="5112"/>
            <w:tcMar>
              <w:top w:w="75" w:type="dxa"/>
              <w:start w:w="80" w:type="dxa"/>
              <w:bottom w:w="75" w:type="dxa"/>
              <w:end w:w="80" w:type="dxa"/>
            </w:tcMar>
          </w:tcPr>
          <w:p>
            <w:r>
              <w:t>We will learn.</w:t>
            </w:r>
          </w:p>
        </w:tc>
      </w:tr>
      <w:tr>
        <w:tc>
          <w:tcPr>
            <w:tcW w:type="dxa" w:w="5112"/>
            <w:tcMar>
              <w:top w:w="75" w:type="dxa"/>
              <w:start w:w="80" w:type="dxa"/>
              <w:bottom w:w="75" w:type="dxa"/>
              <w:end w:w="80" w:type="dxa"/>
            </w:tcMar>
          </w:tcPr>
          <w:p>
            <w:r>
              <w:t>Claralinga es clar et simple.</w:t>
            </w:r>
          </w:p>
        </w:tc>
        <w:tc>
          <w:tcPr>
            <w:tcW w:type="dxa" w:w="5112"/>
            <w:tcMar>
              <w:top w:w="75" w:type="dxa"/>
              <w:start w:w="80" w:type="dxa"/>
              <w:bottom w:w="75" w:type="dxa"/>
              <w:end w:w="80" w:type="dxa"/>
            </w:tcMar>
          </w:tcPr>
          <w:p>
            <w:r>
              <w:t>Claralinga is clear and simple.</w:t>
            </w:r>
          </w:p>
        </w:tc>
      </w:tr>
    </w:tbl>
    <w:p>
      <w:pPr>
        <w:pStyle w:val="Heading2"/>
      </w:pPr>
      <w:r>
        <w:t>First Conversation</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3408"/>
        <w:gridCol w:w="3408"/>
        <w:gridCol w:w="3408"/>
      </w:tblGrid>
      <w:tr>
        <w:tc>
          <w:tcPr>
            <w:tcW w:type="dxa" w:w="3408"/>
            <w:shd w:fill="123047"/>
            <w:tcMar>
              <w:top w:w="90" w:type="dxa"/>
              <w:start w:w="90" w:type="dxa"/>
              <w:bottom w:w="90" w:type="dxa"/>
              <w:end w:w="90" w:type="dxa"/>
            </w:tcMar>
          </w:tcPr>
          <w:p>
            <w:r>
              <w:rPr>
                <w:color w:val="FFFFFF"/>
              </w:rPr>
              <w:t>Speaker</w:t>
            </w:r>
          </w:p>
        </w:tc>
        <w:tc>
          <w:tcPr>
            <w:tcW w:type="dxa" w:w="3408"/>
            <w:shd w:fill="123047"/>
            <w:tcMar>
              <w:top w:w="90" w:type="dxa"/>
              <w:start w:w="90" w:type="dxa"/>
              <w:bottom w:w="90" w:type="dxa"/>
              <w:end w:w="90" w:type="dxa"/>
            </w:tcMar>
          </w:tcPr>
          <w:p>
            <w:r>
              <w:rPr>
                <w:color w:val="FFFFFF"/>
              </w:rPr>
              <w:t>Claralinga</w:t>
            </w:r>
          </w:p>
        </w:tc>
        <w:tc>
          <w:tcPr>
            <w:tcW w:type="dxa" w:w="3408"/>
            <w:shd w:fill="123047"/>
            <w:tcMar>
              <w:top w:w="90" w:type="dxa"/>
              <w:start w:w="90" w:type="dxa"/>
              <w:bottom w:w="90" w:type="dxa"/>
              <w:end w:w="90" w:type="dxa"/>
            </w:tcMar>
          </w:tcPr>
          <w:p>
            <w:r>
              <w:rPr>
                <w:color w:val="FFFFFF"/>
              </w:rPr>
              <w:t>English</w:t>
            </w:r>
          </w:p>
        </w:tc>
      </w:tr>
      <w:tr>
        <w:tc>
          <w:tcPr>
            <w:tcW w:type="dxa" w:w="3408"/>
            <w:tcMar>
              <w:top w:w="75" w:type="dxa"/>
              <w:start w:w="80" w:type="dxa"/>
              <w:bottom w:w="75" w:type="dxa"/>
              <w:end w:w="80" w:type="dxa"/>
            </w:tcMar>
          </w:tcPr>
          <w:p>
            <w:r>
              <w:t>A</w:t>
            </w:r>
          </w:p>
        </w:tc>
        <w:tc>
          <w:tcPr>
            <w:tcW w:type="dxa" w:w="3408"/>
            <w:tcMar>
              <w:top w:w="75" w:type="dxa"/>
              <w:start w:w="80" w:type="dxa"/>
              <w:bottom w:w="75" w:type="dxa"/>
              <w:end w:w="80" w:type="dxa"/>
            </w:tcMar>
          </w:tcPr>
          <w:p>
            <w:r>
              <w:t>Salve. Mi nom es Ana.</w:t>
            </w:r>
          </w:p>
        </w:tc>
        <w:tc>
          <w:tcPr>
            <w:tcW w:type="dxa" w:w="3408"/>
            <w:tcMar>
              <w:top w:w="75" w:type="dxa"/>
              <w:start w:w="80" w:type="dxa"/>
              <w:bottom w:w="75" w:type="dxa"/>
              <w:end w:w="80" w:type="dxa"/>
            </w:tcMar>
          </w:tcPr>
          <w:p>
            <w:r>
              <w:t>Hello. My name is Ana.</w:t>
            </w:r>
          </w:p>
        </w:tc>
      </w:tr>
      <w:tr>
        <w:tc>
          <w:tcPr>
            <w:tcW w:type="dxa" w:w="3408"/>
            <w:tcMar>
              <w:top w:w="75" w:type="dxa"/>
              <w:start w:w="80" w:type="dxa"/>
              <w:bottom w:w="75" w:type="dxa"/>
              <w:end w:w="80" w:type="dxa"/>
            </w:tcMar>
          </w:tcPr>
          <w:p>
            <w:r>
              <w:t>B</w:t>
            </w:r>
          </w:p>
        </w:tc>
        <w:tc>
          <w:tcPr>
            <w:tcW w:type="dxa" w:w="3408"/>
            <w:tcMar>
              <w:top w:w="75" w:type="dxa"/>
              <w:start w:w="80" w:type="dxa"/>
              <w:bottom w:w="75" w:type="dxa"/>
              <w:end w:w="80" w:type="dxa"/>
            </w:tcMar>
          </w:tcPr>
          <w:p>
            <w:r>
              <w:t>Salve, Ana. Mi nom es Mark.</w:t>
            </w:r>
          </w:p>
        </w:tc>
        <w:tc>
          <w:tcPr>
            <w:tcW w:type="dxa" w:w="3408"/>
            <w:tcMar>
              <w:top w:w="75" w:type="dxa"/>
              <w:start w:w="80" w:type="dxa"/>
              <w:bottom w:w="75" w:type="dxa"/>
              <w:end w:w="80" w:type="dxa"/>
            </w:tcMar>
          </w:tcPr>
          <w:p>
            <w:r>
              <w:t>Hello, Ana. My name is Mark.</w:t>
            </w:r>
          </w:p>
        </w:tc>
      </w:tr>
      <w:tr>
        <w:tc>
          <w:tcPr>
            <w:tcW w:type="dxa" w:w="3408"/>
            <w:tcMar>
              <w:top w:w="75" w:type="dxa"/>
              <w:start w:w="80" w:type="dxa"/>
              <w:bottom w:w="75" w:type="dxa"/>
              <w:end w:w="80" w:type="dxa"/>
            </w:tcMar>
          </w:tcPr>
          <w:p>
            <w:r>
              <w:t>A</w:t>
            </w:r>
          </w:p>
        </w:tc>
        <w:tc>
          <w:tcPr>
            <w:tcW w:type="dxa" w:w="3408"/>
            <w:tcMar>
              <w:top w:w="75" w:type="dxa"/>
              <w:start w:w="80" w:type="dxa"/>
              <w:bottom w:w="75" w:type="dxa"/>
              <w:end w:w="80" w:type="dxa"/>
            </w:tcMar>
          </w:tcPr>
          <w:p>
            <w:r>
              <w:t>Ku tu komprende Claralinga?</w:t>
            </w:r>
          </w:p>
        </w:tc>
        <w:tc>
          <w:tcPr>
            <w:tcW w:type="dxa" w:w="3408"/>
            <w:tcMar>
              <w:top w:w="75" w:type="dxa"/>
              <w:start w:w="80" w:type="dxa"/>
              <w:bottom w:w="75" w:type="dxa"/>
              <w:end w:w="80" w:type="dxa"/>
            </w:tcMar>
          </w:tcPr>
          <w:p>
            <w:r>
              <w:t>Do you understand Claralinga?</w:t>
            </w:r>
          </w:p>
        </w:tc>
      </w:tr>
      <w:tr>
        <w:tc>
          <w:tcPr>
            <w:tcW w:type="dxa" w:w="3408"/>
            <w:tcMar>
              <w:top w:w="75" w:type="dxa"/>
              <w:start w:w="80" w:type="dxa"/>
              <w:bottom w:w="75" w:type="dxa"/>
              <w:end w:w="80" w:type="dxa"/>
            </w:tcMar>
          </w:tcPr>
          <w:p>
            <w:r>
              <w:t>B</w:t>
            </w:r>
          </w:p>
        </w:tc>
        <w:tc>
          <w:tcPr>
            <w:tcW w:type="dxa" w:w="3408"/>
            <w:tcMar>
              <w:top w:w="75" w:type="dxa"/>
              <w:start w:w="80" w:type="dxa"/>
              <w:bottom w:w="75" w:type="dxa"/>
              <w:end w:w="80" w:type="dxa"/>
            </w:tcMar>
          </w:tcPr>
          <w:p>
            <w:r>
              <w:t>Si, mi komprende un poco.</w:t>
            </w:r>
          </w:p>
        </w:tc>
        <w:tc>
          <w:tcPr>
            <w:tcW w:type="dxa" w:w="3408"/>
            <w:tcMar>
              <w:top w:w="75" w:type="dxa"/>
              <w:start w:w="80" w:type="dxa"/>
              <w:bottom w:w="75" w:type="dxa"/>
              <w:end w:w="80" w:type="dxa"/>
            </w:tcMar>
          </w:tcPr>
          <w:p>
            <w:r>
              <w:t>Yes, I understand a little.</w:t>
            </w:r>
          </w:p>
        </w:tc>
      </w:tr>
      <w:tr>
        <w:tc>
          <w:tcPr>
            <w:tcW w:type="dxa" w:w="3408"/>
            <w:tcMar>
              <w:top w:w="75" w:type="dxa"/>
              <w:start w:w="80" w:type="dxa"/>
              <w:bottom w:w="75" w:type="dxa"/>
              <w:end w:w="80" w:type="dxa"/>
            </w:tcMar>
          </w:tcPr>
          <w:p>
            <w:r>
              <w:t>A</w:t>
            </w:r>
          </w:p>
        </w:tc>
        <w:tc>
          <w:tcPr>
            <w:tcW w:type="dxa" w:w="3408"/>
            <w:tcMar>
              <w:top w:w="75" w:type="dxa"/>
              <w:start w:w="80" w:type="dxa"/>
              <w:bottom w:w="75" w:type="dxa"/>
              <w:end w:w="80" w:type="dxa"/>
            </w:tcMar>
          </w:tcPr>
          <w:p>
            <w:r>
              <w:t>Bon! Nos va aprende.</w:t>
            </w:r>
          </w:p>
        </w:tc>
        <w:tc>
          <w:tcPr>
            <w:tcW w:type="dxa" w:w="3408"/>
            <w:tcMar>
              <w:top w:w="75" w:type="dxa"/>
              <w:start w:w="80" w:type="dxa"/>
              <w:bottom w:w="75" w:type="dxa"/>
              <w:end w:w="80" w:type="dxa"/>
            </w:tcMar>
          </w:tcPr>
          <w:p>
            <w:r>
              <w:t>Good! We will learn.</w:t>
            </w:r>
          </w:p>
        </w:tc>
      </w:tr>
    </w:tbl>
    <w:p>
      <w:r/>
    </w:p>
    <w:p>
      <w:pPr>
        <w:pStyle w:val="Heading1"/>
      </w:pPr>
      <w:r>
        <w:t>Mini Lesson: Build Your First Sentences</w:t>
      </w:r>
    </w:p>
    <w:p>
      <w:r>
        <w:t>Claralinga starts with a direct sentence pattern. Put the subject first, then the verb, then the object or description.</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2556"/>
        <w:gridCol w:w="2556"/>
        <w:gridCol w:w="2556"/>
        <w:gridCol w:w="2556"/>
      </w:tblGrid>
      <w:tr>
        <w:tc>
          <w:tcPr>
            <w:tcW w:type="dxa" w:w="2556"/>
            <w:shd w:fill="123047"/>
            <w:tcMar>
              <w:top w:w="90" w:type="dxa"/>
              <w:start w:w="90" w:type="dxa"/>
              <w:bottom w:w="90" w:type="dxa"/>
              <w:end w:w="90" w:type="dxa"/>
            </w:tcMar>
          </w:tcPr>
          <w:p>
            <w:r>
              <w:rPr>
                <w:color w:val="FFFFFF"/>
              </w:rPr>
              <w:t>Subject</w:t>
            </w:r>
          </w:p>
        </w:tc>
        <w:tc>
          <w:tcPr>
            <w:tcW w:type="dxa" w:w="2556"/>
            <w:shd w:fill="123047"/>
            <w:tcMar>
              <w:top w:w="90" w:type="dxa"/>
              <w:start w:w="90" w:type="dxa"/>
              <w:bottom w:w="90" w:type="dxa"/>
              <w:end w:w="90" w:type="dxa"/>
            </w:tcMar>
          </w:tcPr>
          <w:p>
            <w:r>
              <w:rPr>
                <w:color w:val="FFFFFF"/>
              </w:rPr>
              <w:t>Marker</w:t>
            </w:r>
          </w:p>
        </w:tc>
        <w:tc>
          <w:tcPr>
            <w:tcW w:type="dxa" w:w="2556"/>
            <w:shd w:fill="123047"/>
            <w:tcMar>
              <w:top w:w="90" w:type="dxa"/>
              <w:start w:w="90" w:type="dxa"/>
              <w:bottom w:w="90" w:type="dxa"/>
              <w:end w:w="90" w:type="dxa"/>
            </w:tcMar>
          </w:tcPr>
          <w:p>
            <w:r>
              <w:rPr>
                <w:color w:val="FFFFFF"/>
              </w:rPr>
              <w:t>Verb</w:t>
            </w:r>
          </w:p>
        </w:tc>
        <w:tc>
          <w:tcPr>
            <w:tcW w:type="dxa" w:w="2556"/>
            <w:shd w:fill="123047"/>
            <w:tcMar>
              <w:top w:w="90" w:type="dxa"/>
              <w:start w:w="90" w:type="dxa"/>
              <w:bottom w:w="90" w:type="dxa"/>
              <w:end w:w="90" w:type="dxa"/>
            </w:tcMar>
          </w:tcPr>
          <w:p>
            <w:r>
              <w:rPr>
                <w:color w:val="FFFFFF"/>
              </w:rPr>
              <w:t>Object / rest</w:t>
            </w:r>
          </w:p>
        </w:tc>
      </w:tr>
      <w:tr>
        <w:tc>
          <w:tcPr>
            <w:tcW w:type="dxa" w:w="2556"/>
            <w:tcMar>
              <w:top w:w="75" w:type="dxa"/>
              <w:start w:w="80" w:type="dxa"/>
              <w:bottom w:w="75" w:type="dxa"/>
              <w:end w:w="80" w:type="dxa"/>
            </w:tcMar>
          </w:tcPr>
          <w:p>
            <w:r>
              <w:t>Mi</w:t>
            </w:r>
          </w:p>
        </w:tc>
        <w:tc>
          <w:tcPr>
            <w:tcW w:type="dxa" w:w="2556"/>
            <w:tcMar>
              <w:top w:w="75" w:type="dxa"/>
              <w:start w:w="80" w:type="dxa"/>
              <w:bottom w:w="75" w:type="dxa"/>
              <w:end w:w="80" w:type="dxa"/>
            </w:tcMar>
          </w:tcPr>
          <w:p>
            <w:r/>
          </w:p>
        </w:tc>
        <w:tc>
          <w:tcPr>
            <w:tcW w:type="dxa" w:w="2556"/>
            <w:tcMar>
              <w:top w:w="75" w:type="dxa"/>
              <w:start w:w="80" w:type="dxa"/>
              <w:bottom w:w="75" w:type="dxa"/>
              <w:end w:w="80" w:type="dxa"/>
            </w:tcMar>
          </w:tcPr>
          <w:p>
            <w:r>
              <w:t>parla</w:t>
            </w:r>
          </w:p>
        </w:tc>
        <w:tc>
          <w:tcPr>
            <w:tcW w:type="dxa" w:w="2556"/>
            <w:tcMar>
              <w:top w:w="75" w:type="dxa"/>
              <w:start w:w="80" w:type="dxa"/>
              <w:bottom w:w="75" w:type="dxa"/>
              <w:end w:w="80" w:type="dxa"/>
            </w:tcMar>
          </w:tcPr>
          <w:p>
            <w:r>
              <w:t>Claralinga.</w:t>
            </w:r>
          </w:p>
        </w:tc>
      </w:tr>
      <w:tr>
        <w:tc>
          <w:tcPr>
            <w:tcW w:type="dxa" w:w="2556"/>
            <w:tcMar>
              <w:top w:w="75" w:type="dxa"/>
              <w:start w:w="80" w:type="dxa"/>
              <w:bottom w:w="75" w:type="dxa"/>
              <w:end w:w="80" w:type="dxa"/>
            </w:tcMar>
          </w:tcPr>
          <w:p>
            <w:r>
              <w:t>Tu</w:t>
            </w:r>
          </w:p>
        </w:tc>
        <w:tc>
          <w:tcPr>
            <w:tcW w:type="dxa" w:w="2556"/>
            <w:tcMar>
              <w:top w:w="75" w:type="dxa"/>
              <w:start w:w="80" w:type="dxa"/>
              <w:bottom w:w="75" w:type="dxa"/>
              <w:end w:w="80" w:type="dxa"/>
            </w:tcMar>
          </w:tcPr>
          <w:p>
            <w:r>
              <w:t>ne</w:t>
            </w:r>
          </w:p>
        </w:tc>
        <w:tc>
          <w:tcPr>
            <w:tcW w:type="dxa" w:w="2556"/>
            <w:tcMar>
              <w:top w:w="75" w:type="dxa"/>
              <w:start w:w="80" w:type="dxa"/>
              <w:bottom w:w="75" w:type="dxa"/>
              <w:end w:w="80" w:type="dxa"/>
            </w:tcMar>
          </w:tcPr>
          <w:p>
            <w:r>
              <w:t>komprende</w:t>
            </w:r>
          </w:p>
        </w:tc>
        <w:tc>
          <w:tcPr>
            <w:tcW w:type="dxa" w:w="2556"/>
            <w:tcMar>
              <w:top w:w="75" w:type="dxa"/>
              <w:start w:w="80" w:type="dxa"/>
              <w:bottom w:w="75" w:type="dxa"/>
              <w:end w:w="80" w:type="dxa"/>
            </w:tcMar>
          </w:tcPr>
          <w:p>
            <w:r>
              <w:t>la parola.</w:t>
            </w:r>
          </w:p>
        </w:tc>
      </w:tr>
      <w:tr>
        <w:tc>
          <w:tcPr>
            <w:tcW w:type="dxa" w:w="2556"/>
            <w:tcMar>
              <w:top w:w="75" w:type="dxa"/>
              <w:start w:w="80" w:type="dxa"/>
              <w:bottom w:w="75" w:type="dxa"/>
              <w:end w:w="80" w:type="dxa"/>
            </w:tcMar>
          </w:tcPr>
          <w:p>
            <w:r>
              <w:t>Nos</w:t>
            </w:r>
          </w:p>
        </w:tc>
        <w:tc>
          <w:tcPr>
            <w:tcW w:type="dxa" w:w="2556"/>
            <w:tcMar>
              <w:top w:w="75" w:type="dxa"/>
              <w:start w:w="80" w:type="dxa"/>
              <w:bottom w:w="75" w:type="dxa"/>
              <w:end w:w="80" w:type="dxa"/>
            </w:tcMar>
          </w:tcPr>
          <w:p>
            <w:r>
              <w:t>va</w:t>
            </w:r>
          </w:p>
        </w:tc>
        <w:tc>
          <w:tcPr>
            <w:tcW w:type="dxa" w:w="2556"/>
            <w:tcMar>
              <w:top w:w="75" w:type="dxa"/>
              <w:start w:w="80" w:type="dxa"/>
              <w:bottom w:w="75" w:type="dxa"/>
              <w:end w:w="80" w:type="dxa"/>
            </w:tcMar>
          </w:tcPr>
          <w:p>
            <w:r>
              <w:t>aprende</w:t>
            </w:r>
          </w:p>
        </w:tc>
        <w:tc>
          <w:tcPr>
            <w:tcW w:type="dxa" w:w="2556"/>
            <w:tcMar>
              <w:top w:w="75" w:type="dxa"/>
              <w:start w:w="80" w:type="dxa"/>
              <w:bottom w:w="75" w:type="dxa"/>
              <w:end w:w="80" w:type="dxa"/>
            </w:tcMar>
          </w:tcPr>
          <w:p>
            <w:r>
              <w:t>hodia.</w:t>
            </w:r>
          </w:p>
        </w:tc>
      </w:tr>
      <w:tr>
        <w:tc>
          <w:tcPr>
            <w:tcW w:type="dxa" w:w="2556"/>
            <w:tcMar>
              <w:top w:w="75" w:type="dxa"/>
              <w:start w:w="80" w:type="dxa"/>
              <w:bottom w:w="75" w:type="dxa"/>
              <w:end w:w="80" w:type="dxa"/>
            </w:tcMar>
          </w:tcPr>
          <w:p>
            <w:r>
              <w:t>Ela</w:t>
            </w:r>
          </w:p>
        </w:tc>
        <w:tc>
          <w:tcPr>
            <w:tcW w:type="dxa" w:w="2556"/>
            <w:tcMar>
              <w:top w:w="75" w:type="dxa"/>
              <w:start w:w="80" w:type="dxa"/>
              <w:bottom w:w="75" w:type="dxa"/>
              <w:end w:w="80" w:type="dxa"/>
            </w:tcMar>
          </w:tcPr>
          <w:p>
            <w:r>
              <w:t>nu</w:t>
            </w:r>
          </w:p>
        </w:tc>
        <w:tc>
          <w:tcPr>
            <w:tcW w:type="dxa" w:w="2556"/>
            <w:tcMar>
              <w:top w:w="75" w:type="dxa"/>
              <w:start w:w="80" w:type="dxa"/>
              <w:bottom w:w="75" w:type="dxa"/>
              <w:end w:w="80" w:type="dxa"/>
            </w:tcMar>
          </w:tcPr>
          <w:p>
            <w:r>
              <w:t>lege</w:t>
            </w:r>
          </w:p>
        </w:tc>
        <w:tc>
          <w:tcPr>
            <w:tcW w:type="dxa" w:w="2556"/>
            <w:tcMar>
              <w:top w:w="75" w:type="dxa"/>
              <w:start w:w="80" w:type="dxa"/>
              <w:bottom w:w="75" w:type="dxa"/>
              <w:end w:w="80" w:type="dxa"/>
            </w:tcMar>
          </w:tcPr>
          <w:p>
            <w:r>
              <w:t>un libro.</w:t>
            </w:r>
          </w:p>
        </w:tc>
      </w:tr>
      <w:tr>
        <w:tc>
          <w:tcPr>
            <w:tcW w:type="dxa" w:w="2556"/>
            <w:tcMar>
              <w:top w:w="75" w:type="dxa"/>
              <w:start w:w="80" w:type="dxa"/>
              <w:bottom w:w="75" w:type="dxa"/>
              <w:end w:w="80" w:type="dxa"/>
            </w:tcMar>
          </w:tcPr>
          <w:p>
            <w:r>
              <w:t>Les</w:t>
            </w:r>
          </w:p>
        </w:tc>
        <w:tc>
          <w:tcPr>
            <w:tcW w:type="dxa" w:w="2556"/>
            <w:tcMar>
              <w:top w:w="75" w:type="dxa"/>
              <w:start w:w="80" w:type="dxa"/>
              <w:bottom w:w="75" w:type="dxa"/>
              <w:end w:w="80" w:type="dxa"/>
            </w:tcMar>
          </w:tcPr>
          <w:p>
            <w:r>
              <w:t>pa</w:t>
            </w:r>
          </w:p>
        </w:tc>
        <w:tc>
          <w:tcPr>
            <w:tcW w:type="dxa" w:w="2556"/>
            <w:tcMar>
              <w:top w:w="75" w:type="dxa"/>
              <w:start w:w="80" w:type="dxa"/>
              <w:bottom w:w="75" w:type="dxa"/>
              <w:end w:w="80" w:type="dxa"/>
            </w:tcMar>
          </w:tcPr>
          <w:p>
            <w:r>
              <w:t>visita</w:t>
            </w:r>
          </w:p>
        </w:tc>
        <w:tc>
          <w:tcPr>
            <w:tcW w:type="dxa" w:w="2556"/>
            <w:tcMar>
              <w:top w:w="75" w:type="dxa"/>
              <w:start w:w="80" w:type="dxa"/>
              <w:bottom w:w="75" w:type="dxa"/>
              <w:end w:w="80" w:type="dxa"/>
            </w:tcMar>
          </w:tcPr>
          <w:p>
            <w:r>
              <w:t>la kentro.</w:t>
            </w:r>
          </w:p>
        </w:tc>
      </w:tr>
    </w:tbl>
    <w:tbl>
      <w:tblPr>
        <w:tblW w:type="auto" w:w="0"/>
        <w:jc w:val="center"/>
        <w:tblLook w:firstColumn="1" w:firstRow="1" w:lastColumn="0" w:lastRow="0" w:noHBand="0" w:noVBand="1" w:val="04A0"/>
        <w:tblBorders>
          <w:top w:val="single" w:sz="6" w:space="0" w:color="B9DDDC"/>
          <w:left w:val="single" w:sz="6" w:space="0" w:color="B9DDDC"/>
          <w:bottom w:val="single" w:sz="6" w:space="0" w:color="B9DDDC"/>
          <w:right w:val="single" w:sz="6" w:space="0" w:color="B9DDDC"/>
          <w:insideH w:val="single" w:sz="6" w:space="0" w:color="B9DDDC"/>
          <w:insideV w:val="single" w:sz="6" w:space="0" w:color="B9DDDC"/>
        </w:tblBorders>
      </w:tblPr>
      <w:tblGrid>
        <w:gridCol w:w="10224"/>
      </w:tblGrid>
      <w:tr>
        <w:tc>
          <w:tcPr>
            <w:tcW w:type="dxa" w:w="10224"/>
            <w:shd w:fill="EAF6F5"/>
            <w:tcMar>
              <w:top w:w="160" w:type="dxa"/>
              <w:start w:w="180" w:type="dxa"/>
              <w:bottom w:w="160" w:type="dxa"/>
              <w:end w:w="180" w:type="dxa"/>
            </w:tcMar>
          </w:tcPr>
          <w:p>
            <w:r>
              <w:rPr>
                <w:b/>
                <w:color w:val="123047"/>
              </w:rPr>
              <w:t>Pattern</w:t>
            </w:r>
          </w:p>
          <w:p>
            <w:pPr>
              <w:spacing w:after="0"/>
            </w:pPr>
            <w:r>
              <w:t>Mi parla. Tu parla. Nos parla. The verb stem does not change by person. That is the whole point. No verb-table goblin hiding under the bed.</w:t>
            </w:r>
          </w:p>
        </w:tc>
      </w:tr>
    </w:tbl>
    <w:p>
      <w:pPr>
        <w:pStyle w:val="Heading2"/>
      </w:pPr>
      <w:r>
        <w:t>Reading Practice</w:t>
      </w:r>
    </w:p>
    <w:p>
      <w:r>
        <w:t>Mi es Ana. Mi nu aprende Claralinga. La linga es clar et simple. Mi habe un libro et un lista de parolas. Mi ne komprende tota, ma mi komprende un poco. Hodia, mi va parla kon un amik.</w:t>
      </w:r>
    </w:p>
    <w:p>
      <w:pPr>
        <w:pStyle w:val="Heading3"/>
      </w:pPr>
      <w:r>
        <w:t>Reading Questions</w:t>
      </w:r>
    </w:p>
    <w:p>
      <w:r>
        <w:t>Ki nu aprende Claralinga?</w:t>
      </w:r>
    </w:p>
    <w:p>
      <w:r>
        <w:t>Ke Ana habe?</w:t>
      </w:r>
    </w:p>
    <w:p>
      <w:r>
        <w:t>Ku Ana komprende tota?</w:t>
      </w:r>
    </w:p>
    <w:p>
      <w:r>
        <w:t>Ki Ana va parla kon?</w:t>
      </w:r>
    </w:p>
    <w:p>
      <w:r/>
    </w:p>
    <w:p>
      <w:pPr>
        <w:pStyle w:val="Heading1"/>
      </w:pPr>
      <w:r>
        <w:t>Practice Exercises</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5112"/>
        <w:gridCol w:w="5112"/>
      </w:tblGrid>
      <w:tr>
        <w:tc>
          <w:tcPr>
            <w:tcW w:type="dxa" w:w="5112"/>
            <w:shd w:fill="123047"/>
            <w:tcMar>
              <w:top w:w="90" w:type="dxa"/>
              <w:start w:w="90" w:type="dxa"/>
              <w:bottom w:w="90" w:type="dxa"/>
              <w:end w:w="90" w:type="dxa"/>
            </w:tcMar>
          </w:tcPr>
          <w:p>
            <w:r>
              <w:rPr>
                <w:color w:val="FFFFFF"/>
              </w:rPr>
              <w:t>Exercise</w:t>
            </w:r>
          </w:p>
        </w:tc>
        <w:tc>
          <w:tcPr>
            <w:tcW w:type="dxa" w:w="5112"/>
            <w:shd w:fill="123047"/>
            <w:tcMar>
              <w:top w:w="90" w:type="dxa"/>
              <w:start w:w="90" w:type="dxa"/>
              <w:bottom w:w="90" w:type="dxa"/>
              <w:end w:w="90" w:type="dxa"/>
            </w:tcMar>
          </w:tcPr>
          <w:p>
            <w:r>
              <w:rPr>
                <w:color w:val="FFFFFF"/>
              </w:rPr>
              <w:t>Your answer</w:t>
            </w:r>
          </w:p>
        </w:tc>
      </w:tr>
      <w:tr>
        <w:tc>
          <w:tcPr>
            <w:tcW w:type="dxa" w:w="5112"/>
            <w:tcMar>
              <w:top w:w="100" w:type="dxa"/>
              <w:start w:w="90" w:type="dxa"/>
              <w:bottom w:w="100" w:type="dxa"/>
              <w:end w:w="90" w:type="dxa"/>
            </w:tcMar>
          </w:tcPr>
          <w:p>
            <w:r>
              <w:t>Translate: Mi ne komprende.</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Translate: Nos va aprende Claralinga.</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Translate: Ku tu voli akua?</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Translate to Claralinga: I need help.</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Translate to Claralinga: Please speak slowly.</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Add past marker: Mi ___ visita la kentro.</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Add future marker: Nos ___ parla.</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Make a yes/no question: Tu komprende.</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Write your name in Claralinga.</w:t>
            </w:r>
          </w:p>
        </w:tc>
        <w:tc>
          <w:tcPr>
            <w:tcW w:type="dxa" w:w="5112"/>
            <w:tcMar>
              <w:top w:w="100" w:type="dxa"/>
              <w:start w:w="90" w:type="dxa"/>
              <w:bottom w:w="100" w:type="dxa"/>
              <w:end w:w="90" w:type="dxa"/>
            </w:tcMar>
          </w:tcPr>
          <w:p>
            <w:r/>
          </w:p>
        </w:tc>
      </w:tr>
      <w:tr>
        <w:tc>
          <w:tcPr>
            <w:tcW w:type="dxa" w:w="5112"/>
            <w:tcMar>
              <w:top w:w="100" w:type="dxa"/>
              <w:start w:w="90" w:type="dxa"/>
              <w:bottom w:w="100" w:type="dxa"/>
              <w:end w:w="90" w:type="dxa"/>
            </w:tcMar>
          </w:tcPr>
          <w:p>
            <w:r>
              <w:t>Write one sentence using akua.</w:t>
            </w:r>
          </w:p>
        </w:tc>
        <w:tc>
          <w:tcPr>
            <w:tcW w:type="dxa" w:w="5112"/>
            <w:tcMar>
              <w:top w:w="100" w:type="dxa"/>
              <w:start w:w="90" w:type="dxa"/>
              <w:bottom w:w="100" w:type="dxa"/>
              <w:end w:w="90" w:type="dxa"/>
            </w:tcMar>
          </w:tcPr>
          <w:p>
            <w:r/>
          </w:p>
        </w:tc>
      </w:tr>
    </w:tbl>
    <w:p>
      <w:pPr>
        <w:pStyle w:val="Heading2"/>
      </w:pPr>
      <w:r>
        <w:t>Answer Key</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5112"/>
        <w:gridCol w:w="5112"/>
      </w:tblGrid>
      <w:tr>
        <w:tc>
          <w:tcPr>
            <w:tcW w:type="dxa" w:w="5112"/>
            <w:shd w:fill="123047"/>
            <w:tcMar>
              <w:top w:w="60" w:type="dxa"/>
              <w:start w:w="70" w:type="dxa"/>
              <w:bottom w:w="60" w:type="dxa"/>
              <w:end w:w="70" w:type="dxa"/>
            </w:tcMar>
          </w:tcPr>
          <w:p>
            <w:r>
              <w:rPr>
                <w:color w:val="FFFFFF"/>
              </w:rPr>
              <w:t>#</w:t>
            </w:r>
          </w:p>
        </w:tc>
        <w:tc>
          <w:tcPr>
            <w:tcW w:type="dxa" w:w="5112"/>
            <w:shd w:fill="123047"/>
            <w:tcMar>
              <w:top w:w="60" w:type="dxa"/>
              <w:start w:w="70" w:type="dxa"/>
              <w:bottom w:w="60" w:type="dxa"/>
              <w:end w:w="70" w:type="dxa"/>
            </w:tcMar>
          </w:tcPr>
          <w:p>
            <w:r>
              <w:rPr>
                <w:color w:val="FFFFFF"/>
              </w:rPr>
              <w:t>Answer</w:t>
            </w:r>
          </w:p>
        </w:tc>
      </w:tr>
      <w:tr>
        <w:tc>
          <w:tcPr>
            <w:tcW w:type="dxa" w:w="5112"/>
            <w:tcMar>
              <w:top w:w="45" w:type="dxa"/>
              <w:start w:w="60" w:type="dxa"/>
              <w:bottom w:w="45" w:type="dxa"/>
              <w:end w:w="60" w:type="dxa"/>
            </w:tcMar>
          </w:tcPr>
          <w:p>
            <w:r>
              <w:t>1</w:t>
            </w:r>
          </w:p>
        </w:tc>
        <w:tc>
          <w:tcPr>
            <w:tcW w:type="dxa" w:w="5112"/>
            <w:tcMar>
              <w:top w:w="45" w:type="dxa"/>
              <w:start w:w="60" w:type="dxa"/>
              <w:bottom w:w="45" w:type="dxa"/>
              <w:end w:w="60" w:type="dxa"/>
            </w:tcMar>
          </w:tcPr>
          <w:p>
            <w:r>
              <w:t>I do not understand.</w:t>
            </w:r>
          </w:p>
        </w:tc>
      </w:tr>
      <w:tr>
        <w:tc>
          <w:tcPr>
            <w:tcW w:type="dxa" w:w="5112"/>
            <w:tcMar>
              <w:top w:w="45" w:type="dxa"/>
              <w:start w:w="60" w:type="dxa"/>
              <w:bottom w:w="45" w:type="dxa"/>
              <w:end w:w="60" w:type="dxa"/>
            </w:tcMar>
          </w:tcPr>
          <w:p>
            <w:r>
              <w:t>2</w:t>
            </w:r>
          </w:p>
        </w:tc>
        <w:tc>
          <w:tcPr>
            <w:tcW w:type="dxa" w:w="5112"/>
            <w:tcMar>
              <w:top w:w="45" w:type="dxa"/>
              <w:start w:w="60" w:type="dxa"/>
              <w:bottom w:w="45" w:type="dxa"/>
              <w:end w:w="60" w:type="dxa"/>
            </w:tcMar>
          </w:tcPr>
          <w:p>
            <w:r>
              <w:t>We will learn Claralinga.</w:t>
            </w:r>
          </w:p>
        </w:tc>
      </w:tr>
      <w:tr>
        <w:tc>
          <w:tcPr>
            <w:tcW w:type="dxa" w:w="5112"/>
            <w:tcMar>
              <w:top w:w="45" w:type="dxa"/>
              <w:start w:w="60" w:type="dxa"/>
              <w:bottom w:w="45" w:type="dxa"/>
              <w:end w:w="60" w:type="dxa"/>
            </w:tcMar>
          </w:tcPr>
          <w:p>
            <w:r>
              <w:t>3</w:t>
            </w:r>
          </w:p>
        </w:tc>
        <w:tc>
          <w:tcPr>
            <w:tcW w:type="dxa" w:w="5112"/>
            <w:tcMar>
              <w:top w:w="45" w:type="dxa"/>
              <w:start w:w="60" w:type="dxa"/>
              <w:bottom w:w="45" w:type="dxa"/>
              <w:end w:w="60" w:type="dxa"/>
            </w:tcMar>
          </w:tcPr>
          <w:p>
            <w:r>
              <w:t>Do you want water?</w:t>
            </w:r>
          </w:p>
        </w:tc>
      </w:tr>
      <w:tr>
        <w:tc>
          <w:tcPr>
            <w:tcW w:type="dxa" w:w="5112"/>
            <w:tcMar>
              <w:top w:w="45" w:type="dxa"/>
              <w:start w:w="60" w:type="dxa"/>
              <w:bottom w:w="45" w:type="dxa"/>
              <w:end w:w="60" w:type="dxa"/>
            </w:tcMar>
          </w:tcPr>
          <w:p>
            <w:r>
              <w:t>4</w:t>
            </w:r>
          </w:p>
        </w:tc>
        <w:tc>
          <w:tcPr>
            <w:tcW w:type="dxa" w:w="5112"/>
            <w:tcMar>
              <w:top w:w="45" w:type="dxa"/>
              <w:start w:w="60" w:type="dxa"/>
              <w:bottom w:w="45" w:type="dxa"/>
              <w:end w:w="60" w:type="dxa"/>
            </w:tcMar>
          </w:tcPr>
          <w:p>
            <w:r>
              <w:t>Mi nesesita ajuda.</w:t>
            </w:r>
          </w:p>
        </w:tc>
      </w:tr>
      <w:tr>
        <w:tc>
          <w:tcPr>
            <w:tcW w:type="dxa" w:w="5112"/>
            <w:tcMar>
              <w:top w:w="45" w:type="dxa"/>
              <w:start w:w="60" w:type="dxa"/>
              <w:bottom w:w="45" w:type="dxa"/>
              <w:end w:w="60" w:type="dxa"/>
            </w:tcMar>
          </w:tcPr>
          <w:p>
            <w:r>
              <w:t>5</w:t>
            </w:r>
          </w:p>
        </w:tc>
        <w:tc>
          <w:tcPr>
            <w:tcW w:type="dxa" w:w="5112"/>
            <w:tcMar>
              <w:top w:w="45" w:type="dxa"/>
              <w:start w:w="60" w:type="dxa"/>
              <w:bottom w:w="45" w:type="dxa"/>
              <w:end w:w="60" w:type="dxa"/>
            </w:tcMar>
          </w:tcPr>
          <w:p>
            <w:r>
              <w:t>Plez parla lenta.</w:t>
            </w:r>
          </w:p>
        </w:tc>
      </w:tr>
      <w:tr>
        <w:tc>
          <w:tcPr>
            <w:tcW w:type="dxa" w:w="5112"/>
            <w:tcMar>
              <w:top w:w="45" w:type="dxa"/>
              <w:start w:w="60" w:type="dxa"/>
              <w:bottom w:w="45" w:type="dxa"/>
              <w:end w:w="60" w:type="dxa"/>
            </w:tcMar>
          </w:tcPr>
          <w:p>
            <w:r>
              <w:t>6</w:t>
            </w:r>
          </w:p>
        </w:tc>
        <w:tc>
          <w:tcPr>
            <w:tcW w:type="dxa" w:w="5112"/>
            <w:tcMar>
              <w:top w:w="45" w:type="dxa"/>
              <w:start w:w="60" w:type="dxa"/>
              <w:bottom w:w="45" w:type="dxa"/>
              <w:end w:w="60" w:type="dxa"/>
            </w:tcMar>
          </w:tcPr>
          <w:p>
            <w:r>
              <w:t>Mi pa visita la kentro.</w:t>
            </w:r>
          </w:p>
        </w:tc>
      </w:tr>
      <w:tr>
        <w:tc>
          <w:tcPr>
            <w:tcW w:type="dxa" w:w="5112"/>
            <w:tcMar>
              <w:top w:w="45" w:type="dxa"/>
              <w:start w:w="60" w:type="dxa"/>
              <w:bottom w:w="45" w:type="dxa"/>
              <w:end w:w="60" w:type="dxa"/>
            </w:tcMar>
          </w:tcPr>
          <w:p>
            <w:r>
              <w:t>7</w:t>
            </w:r>
          </w:p>
        </w:tc>
        <w:tc>
          <w:tcPr>
            <w:tcW w:type="dxa" w:w="5112"/>
            <w:tcMar>
              <w:top w:w="45" w:type="dxa"/>
              <w:start w:w="60" w:type="dxa"/>
              <w:bottom w:w="45" w:type="dxa"/>
              <w:end w:w="60" w:type="dxa"/>
            </w:tcMar>
          </w:tcPr>
          <w:p>
            <w:r>
              <w:t>Nos va parla.</w:t>
            </w:r>
          </w:p>
        </w:tc>
      </w:tr>
      <w:tr>
        <w:tc>
          <w:tcPr>
            <w:tcW w:type="dxa" w:w="5112"/>
            <w:tcMar>
              <w:top w:w="45" w:type="dxa"/>
              <w:start w:w="60" w:type="dxa"/>
              <w:bottom w:w="45" w:type="dxa"/>
              <w:end w:w="60" w:type="dxa"/>
            </w:tcMar>
          </w:tcPr>
          <w:p>
            <w:r>
              <w:t>8</w:t>
            </w:r>
          </w:p>
        </w:tc>
        <w:tc>
          <w:tcPr>
            <w:tcW w:type="dxa" w:w="5112"/>
            <w:tcMar>
              <w:top w:w="45" w:type="dxa"/>
              <w:start w:w="60" w:type="dxa"/>
              <w:bottom w:w="45" w:type="dxa"/>
              <w:end w:w="60" w:type="dxa"/>
            </w:tcMar>
          </w:tcPr>
          <w:p>
            <w:r>
              <w:t>Ku tu komprende?</w:t>
            </w:r>
          </w:p>
        </w:tc>
      </w:tr>
      <w:tr>
        <w:tc>
          <w:tcPr>
            <w:tcW w:type="dxa" w:w="5112"/>
            <w:tcMar>
              <w:top w:w="45" w:type="dxa"/>
              <w:start w:w="60" w:type="dxa"/>
              <w:bottom w:w="45" w:type="dxa"/>
              <w:end w:w="60" w:type="dxa"/>
            </w:tcMar>
          </w:tcPr>
          <w:p>
            <w:r>
              <w:t>9</w:t>
            </w:r>
          </w:p>
        </w:tc>
        <w:tc>
          <w:tcPr>
            <w:tcW w:type="dxa" w:w="5112"/>
            <w:tcMar>
              <w:top w:w="45" w:type="dxa"/>
              <w:start w:w="60" w:type="dxa"/>
              <w:bottom w:w="45" w:type="dxa"/>
              <w:end w:w="60" w:type="dxa"/>
            </w:tcMar>
          </w:tcPr>
          <w:p>
            <w:r>
              <w:t>Mi nom es _____.</w:t>
            </w:r>
          </w:p>
        </w:tc>
      </w:tr>
      <w:tr>
        <w:tc>
          <w:tcPr>
            <w:tcW w:type="dxa" w:w="5112"/>
            <w:tcMar>
              <w:top w:w="45" w:type="dxa"/>
              <w:start w:w="60" w:type="dxa"/>
              <w:bottom w:w="45" w:type="dxa"/>
              <w:end w:w="60" w:type="dxa"/>
            </w:tcMar>
          </w:tcPr>
          <w:p>
            <w:r>
              <w:t>10</w:t>
            </w:r>
          </w:p>
        </w:tc>
        <w:tc>
          <w:tcPr>
            <w:tcW w:type="dxa" w:w="5112"/>
            <w:tcMar>
              <w:top w:w="45" w:type="dxa"/>
              <w:start w:w="60" w:type="dxa"/>
              <w:bottom w:w="45" w:type="dxa"/>
              <w:end w:w="60" w:type="dxa"/>
            </w:tcMar>
          </w:tcPr>
          <w:p>
            <w:r>
              <w:t>Example: Mi voli akua.</w:t>
            </w:r>
          </w:p>
        </w:tc>
      </w:tr>
    </w:tbl>
    <w:p>
      <w:r/>
    </w:p>
    <w:p>
      <w:pPr>
        <w:pStyle w:val="Heading1"/>
      </w:pPr>
      <w:r>
        <w:t>What to Learn Next</w:t>
      </w:r>
    </w:p>
    <w:tbl>
      <w:tblPr>
        <w:tblW w:type="auto" w:w="0"/>
        <w:jc w:val="center"/>
        <w:tblLook w:firstColumn="1" w:firstRow="1" w:lastColumn="0" w:lastRow="0" w:noHBand="0" w:noVBand="1" w:val="04A0"/>
        <w:tblBorders>
          <w:top w:val="single" w:sz="6" w:space="0" w:color="D7E7E7"/>
          <w:left w:val="single" w:sz="6" w:space="0" w:color="D7E7E7"/>
          <w:bottom w:val="single" w:sz="6" w:space="0" w:color="D7E7E7"/>
          <w:right w:val="single" w:sz="6" w:space="0" w:color="D7E7E7"/>
          <w:insideH w:val="single" w:sz="6" w:space="0" w:color="D7E7E7"/>
          <w:insideV w:val="single" w:sz="6" w:space="0" w:color="D7E7E7"/>
        </w:tblBorders>
      </w:tblPr>
      <w:tblGrid>
        <w:gridCol w:w="5112"/>
        <w:gridCol w:w="5112"/>
      </w:tblGrid>
      <w:tr>
        <w:tc>
          <w:tcPr>
            <w:tcW w:type="dxa" w:w="5112"/>
            <w:shd w:fill="123047"/>
            <w:tcMar>
              <w:top w:w="90" w:type="dxa"/>
              <w:start w:w="90" w:type="dxa"/>
              <w:bottom w:w="90" w:type="dxa"/>
              <w:end w:w="90" w:type="dxa"/>
            </w:tcMar>
          </w:tcPr>
          <w:p>
            <w:r>
              <w:rPr>
                <w:color w:val="FFFFFF"/>
              </w:rPr>
              <w:t>Resource</w:t>
            </w:r>
          </w:p>
        </w:tc>
        <w:tc>
          <w:tcPr>
            <w:tcW w:type="dxa" w:w="5112"/>
            <w:shd w:fill="123047"/>
            <w:tcMar>
              <w:top w:w="90" w:type="dxa"/>
              <w:start w:w="90" w:type="dxa"/>
              <w:bottom w:w="90" w:type="dxa"/>
              <w:end w:w="90" w:type="dxa"/>
            </w:tcMar>
          </w:tcPr>
          <w:p>
            <w:r>
              <w:rPr>
                <w:color w:val="FFFFFF"/>
              </w:rPr>
              <w:t>Use it for</w:t>
            </w:r>
          </w:p>
        </w:tc>
      </w:tr>
      <w:tr>
        <w:tc>
          <w:tcPr>
            <w:tcW w:type="dxa" w:w="5112"/>
            <w:tcMar>
              <w:top w:w="80" w:type="dxa"/>
              <w:start w:w="90" w:type="dxa"/>
              <w:bottom w:w="80" w:type="dxa"/>
              <w:end w:w="90" w:type="dxa"/>
            </w:tcMar>
          </w:tcPr>
          <w:p>
            <w:r>
              <w:t>Claralinga: An Introduction</w:t>
            </w:r>
          </w:p>
        </w:tc>
        <w:tc>
          <w:tcPr>
            <w:tcW w:type="dxa" w:w="5112"/>
            <w:tcMar>
              <w:top w:w="80" w:type="dxa"/>
              <w:start w:w="90" w:type="dxa"/>
              <w:bottom w:w="80" w:type="dxa"/>
              <w:end w:w="90" w:type="dxa"/>
            </w:tcMar>
          </w:tcPr>
          <w:p>
            <w:r>
              <w:t>Full overview, grammar, pronunciation, philosophy, and reference material.</w:t>
            </w:r>
          </w:p>
        </w:tc>
      </w:tr>
      <w:tr>
        <w:tc>
          <w:tcPr>
            <w:tcW w:type="dxa" w:w="5112"/>
            <w:tcMar>
              <w:top w:w="80" w:type="dxa"/>
              <w:start w:w="90" w:type="dxa"/>
              <w:bottom w:w="80" w:type="dxa"/>
              <w:end w:w="90" w:type="dxa"/>
            </w:tcMar>
          </w:tcPr>
          <w:p>
            <w:r>
              <w:t>Claralinga Core 500</w:t>
            </w:r>
          </w:p>
        </w:tc>
        <w:tc>
          <w:tcPr>
            <w:tcW w:type="dxa" w:w="5112"/>
            <w:tcMar>
              <w:top w:w="80" w:type="dxa"/>
              <w:start w:w="90" w:type="dxa"/>
              <w:bottom w:w="80" w:type="dxa"/>
              <w:end w:w="90" w:type="dxa"/>
            </w:tcMar>
          </w:tcPr>
          <w:p>
            <w:r>
              <w:t>Official starter vocabulary for basic fluency.</w:t>
            </w:r>
          </w:p>
        </w:tc>
      </w:tr>
      <w:tr>
        <w:tc>
          <w:tcPr>
            <w:tcW w:type="dxa" w:w="5112"/>
            <w:tcMar>
              <w:top w:w="80" w:type="dxa"/>
              <w:start w:w="90" w:type="dxa"/>
              <w:bottom w:w="80" w:type="dxa"/>
              <w:end w:w="90" w:type="dxa"/>
            </w:tcMar>
          </w:tcPr>
          <w:p>
            <w:r>
              <w:t>Claralinga Beginner Workbook</w:t>
            </w:r>
          </w:p>
        </w:tc>
        <w:tc>
          <w:tcPr>
            <w:tcW w:type="dxa" w:w="5112"/>
            <w:tcMar>
              <w:top w:w="80" w:type="dxa"/>
              <w:start w:w="90" w:type="dxa"/>
              <w:bottom w:w="80" w:type="dxa"/>
              <w:end w:w="90" w:type="dxa"/>
            </w:tcMar>
          </w:tcPr>
          <w:p>
            <w:r>
              <w:t>Structured practice for reading, writing, speaking, and translation.</w:t>
            </w:r>
          </w:p>
        </w:tc>
      </w:tr>
      <w:tr>
        <w:tc>
          <w:tcPr>
            <w:tcW w:type="dxa" w:w="5112"/>
            <w:tcMar>
              <w:top w:w="80" w:type="dxa"/>
              <w:start w:w="90" w:type="dxa"/>
              <w:bottom w:w="80" w:type="dxa"/>
              <w:end w:w="90" w:type="dxa"/>
            </w:tcMar>
          </w:tcPr>
          <w:p>
            <w:r>
              <w:t>Claralinga Graded Reader</w:t>
            </w:r>
          </w:p>
        </w:tc>
        <w:tc>
          <w:tcPr>
            <w:tcW w:type="dxa" w:w="5112"/>
            <w:tcMar>
              <w:top w:w="80" w:type="dxa"/>
              <w:start w:w="90" w:type="dxa"/>
              <w:bottom w:w="80" w:type="dxa"/>
              <w:end w:w="90" w:type="dxa"/>
            </w:tcMar>
          </w:tcPr>
          <w:p>
            <w:r>
              <w:t>Progressive reading practice from easy sentences to natural short texts.</w:t>
            </w:r>
          </w:p>
        </w:tc>
      </w:tr>
      <w:tr>
        <w:tc>
          <w:tcPr>
            <w:tcW w:type="dxa" w:w="5112"/>
            <w:tcMar>
              <w:top w:w="80" w:type="dxa"/>
              <w:start w:w="90" w:type="dxa"/>
              <w:bottom w:w="80" w:type="dxa"/>
              <w:end w:w="90" w:type="dxa"/>
            </w:tcMar>
          </w:tcPr>
          <w:p>
            <w:r>
              <w:t>Pronunciation &amp; Audio Script Pack</w:t>
            </w:r>
          </w:p>
        </w:tc>
        <w:tc>
          <w:tcPr>
            <w:tcW w:type="dxa" w:w="5112"/>
            <w:tcMar>
              <w:top w:w="80" w:type="dxa"/>
              <w:start w:w="90" w:type="dxa"/>
              <w:bottom w:w="80" w:type="dxa"/>
              <w:end w:w="90" w:type="dxa"/>
            </w:tcMar>
          </w:tcPr>
          <w:p>
            <w:r>
              <w:t>Recording scripts for future audio lessons and speaking practice.</w:t>
            </w:r>
          </w:p>
        </w:tc>
      </w:tr>
      <w:tr>
        <w:tc>
          <w:tcPr>
            <w:tcW w:type="dxa" w:w="5112"/>
            <w:tcMar>
              <w:top w:w="80" w:type="dxa"/>
              <w:start w:w="90" w:type="dxa"/>
              <w:bottom w:w="80" w:type="dxa"/>
              <w:end w:w="90" w:type="dxa"/>
            </w:tcMar>
          </w:tcPr>
          <w:p>
            <w:r>
              <w:t>Claralinga Website</w:t>
            </w:r>
          </w:p>
        </w:tc>
        <w:tc>
          <w:tcPr>
            <w:tcW w:type="dxa" w:w="5112"/>
            <w:tcMar>
              <w:top w:w="80" w:type="dxa"/>
              <w:start w:w="90" w:type="dxa"/>
              <w:bottom w:w="80" w:type="dxa"/>
              <w:end w:w="90" w:type="dxa"/>
            </w:tcMar>
          </w:tcPr>
          <w:p>
            <w:r>
              <w:t>Publik learning hub with tools, downloads, and project information.</w:t>
            </w:r>
          </w:p>
        </w:tc>
      </w:tr>
    </w:tbl>
    <w:tbl>
      <w:tblPr>
        <w:tblW w:type="auto" w:w="0"/>
        <w:jc w:val="center"/>
        <w:tblLook w:firstColumn="1" w:firstRow="1" w:lastColumn="0" w:lastRow="0" w:noHBand="0" w:noVBand="1" w:val="04A0"/>
        <w:tblBorders>
          <w:top w:val="single" w:sz="6" w:space="0" w:color="B9DDDC"/>
          <w:left w:val="single" w:sz="6" w:space="0" w:color="B9DDDC"/>
          <w:bottom w:val="single" w:sz="6" w:space="0" w:color="B9DDDC"/>
          <w:right w:val="single" w:sz="6" w:space="0" w:color="B9DDDC"/>
          <w:insideH w:val="single" w:sz="6" w:space="0" w:color="B9DDDC"/>
          <w:insideV w:val="single" w:sz="6" w:space="0" w:color="B9DDDC"/>
        </w:tblBorders>
      </w:tblPr>
      <w:tblGrid>
        <w:gridCol w:w="10224"/>
      </w:tblGrid>
      <w:tr>
        <w:tc>
          <w:tcPr>
            <w:tcW w:type="dxa" w:w="10224"/>
            <w:shd w:fill="EAF6F5"/>
            <w:tcMar>
              <w:top w:w="160" w:type="dxa"/>
              <w:start w:w="180" w:type="dxa"/>
              <w:bottom w:w="160" w:type="dxa"/>
              <w:end w:w="180" w:type="dxa"/>
            </w:tcMar>
          </w:tcPr>
          <w:p>
            <w:r>
              <w:rPr>
                <w:b/>
                <w:color w:val="123047"/>
              </w:rPr>
              <w:t>Starter Kit v1.4 note</w:t>
            </w:r>
          </w:p>
          <w:p>
            <w:pPr>
              <w:spacing w:after="0"/>
            </w:pPr>
            <w:r>
              <w:t>This kit is the public front door. The deeper books continue to grow from the same consistency standard and should be revised into full v1.3 editions before major public promotion.</w:t>
            </w:r>
          </w:p>
        </w:tc>
      </w:tr>
    </w:tbl>
    <w:p>
      <w:r/>
    </w:p>
    <w:p>
      <w:pPr>
        <w:pStyle w:val="Heading1"/>
      </w:pPr>
      <w:r>
        <w:t>Copyright and Use</w:t>
      </w:r>
    </w:p>
    <w:p>
      <w:r>
        <w:t>© 2018-2026 Chad S. Bruce. All rights reserved. Claralinga, the Claralinga logo, vocabulary, learning materials, and related content are original works of Chad S. Bruce.</w:t>
      </w:r>
    </w:p>
    <w:p>
      <w:r>
        <w:t>Free materials are provided for personal learning and classroom use. Reproduction, redistribution, commercial use, or modified editions require written permission.</w:t>
      </w:r>
    </w:p>
    <w:p>
      <w:r/>
    </w:p>
    <w:p>
      <w:pPr>
        <w:jc w:val="center"/>
      </w:pPr>
      <w:r>
        <w:rPr>
          <w:i/>
          <w:color w:val="5D6B7A"/>
        </w:rPr>
        <w:t>Blank back cover</w:t>
      </w:r>
    </w:p>
    <w:sectPr w:rsidR="00FC693F" w:rsidRPr="0006063C" w:rsidSect="00034616">
      <w:footerReference w:type="default" r:id="rId9"/>
      <w:headerReference w:type="default" r:id="rId11"/>
      <w:headerReference w:type="first" r:id="rId12"/>
      <w:footerReference w:type="first" r:id="rId13"/>
      <w:headerReference w:type="even" r:id="rId14"/>
      <w:footerReference w:type="even" r:id="rId15"/>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5D6B7A"/>
        <w:sz w:val="16"/>
      </w:rPr>
      <w:t>Claralinga Starter Kit v1.4 | Created by Chad S. Bruce | © 2018-2026 Chad S. Bruce. All rights reserved.</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color w:val="172231"/>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ptos Display" w:hAnsi="Aptos Display"/>
      <w:b/>
      <w:bCs/>
      <w:color w:val="123047"/>
      <w:sz w:val="4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ptos Display" w:hAnsi="Aptos Display"/>
      <w:b/>
      <w:bCs/>
      <w:color w:val="123047"/>
      <w:sz w:val="3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ptos Display" w:hAnsi="Aptos Display"/>
      <w:b/>
      <w:bCs/>
      <w:color w:val="123047"/>
      <w:sz w:val="26"/>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