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07858" w14:textId="77777777" w:rsidR="000907E6" w:rsidRDefault="00000000">
      <w:pPr>
        <w:jc w:val="center"/>
      </w:pPr>
      <w:r>
        <w:rPr>
          <w:noProof/>
        </w:rPr>
      </w:r>
    </w:p>
    <w:p w14:paraId="6915B3A3" w14:textId="77777777" w:rsidR="000907E6" w:rsidRDefault="00000000">
      <w:pPr>
        <w:jc w:val="center"/>
      </w:pPr>
      <w:r>
        <w:rPr>
          <w:b/>
          <w:color w:val="0B2E4A"/>
          <w:sz w:val="68"/>
        </w:rPr>
        <w:t>Claralinga</w:t>
      </w:r>
    </w:p>
    <w:p w14:paraId="0099752C" w14:textId="77777777" w:rsidR="000907E6" w:rsidRDefault="00000000">
      <w:pPr>
        <w:jc w:val="center"/>
      </w:pPr>
      <w:r>
        <w:rPr>
          <w:b/>
          <w:color w:val="006C7C"/>
          <w:sz w:val="56"/>
        </w:rPr>
        <w:t>Graded Reader</w:t>
      </w:r>
    </w:p>
    <w:p w14:paraId="1A30BD41" w14:textId="77777777" w:rsidR="000907E6" w:rsidRDefault="00000000">
      <w:pPr>
        <w:jc w:val="center"/>
      </w:pPr>
      <w:r>
        <w:rPr>
          <w:b/>
          <w:color w:val="B77700"/>
          <w:sz w:val="28"/>
        </w:rPr>
        <w:t>Version 0.6</w:t>
      </w:r>
    </w:p>
    <w:p>
      <w:pPr/>
      <w:r>
        <w:rPr>
          <w:sz w:val="18"/>
        </w:rPr>
        <w:t>v0.5 alignment note: This edition is aligned to Core 500 v0.6. Claralinga now uses k as the default /k/ spelling, keeps c only when it makes a word instantly recognizable, uses linga as the official word for language, and treats Core 500 v0.6 as the current public vocabulary authority.</w:t>
      </w:r>
    </w:p>
    <w:p>
      <w:pPr/>
      <w:r>
        <w:rPr>
          <w:sz w:val="18"/>
        </w:rPr>
        <w:t>Originality note: Claralinga is an original constructed auxiliary language created by Chad S. Bruce. It intentionally uses familiar international roots shared across modern Indo-European languages and is not a fork, revision, or derivative of another constructed language.</w:t>
      </w:r>
    </w:p>
    <w:p>
      <w:pPr/>
      <w:r>
        <w:rPr>
          <w:sz w:val="18"/>
        </w:rPr>
        <w:t>Not just Romance: Claralinga uses Latin and Romance-looking roots when they are already international, but it also considers Germanic, Slavic, Greek, Indo-Iranian, English international, and modern global vocabulary. Beginner clarity wins overall.</w:t>
      </w:r>
    </w:p>
    <w:p>
      <w:pPr>
        <w:pStyle w:val="IntenseQuote"/>
      </w:pPr>
      <w:r>
        <w:rPr>
          <w:sz w:val="20"/>
        </w:rPr>
        <w:t>Public alignment revision: updated to the Claralinga Consistency Audit standard and aligned with public starter vocabulary.</w:t>
      </w:r>
    </w:p>
    <w:p w14:paraId="5AD916CB" w14:textId="77777777" w:rsidR="000907E6" w:rsidRDefault="00000000">
      <w:pPr>
        <w:jc w:val="center"/>
      </w:pPr>
      <w:r>
        <w:rPr>
          <w:i/>
          <w:sz w:val="24"/>
        </w:rPr>
        <w:t>Read, speak, pronounce, and understand the clear international auxiliary language</w:t>
      </w:r>
    </w:p>
    <w:p w14:paraId="554C4738" w14:textId="77777777" w:rsidR="000907E6" w:rsidRPr="00CE26E7" w:rsidRDefault="00000000">
      <w:pPr>
        <w:jc w:val="center"/>
        <w:rPr>
          <w:lang w:val="es-ES"/>
        </w:rPr>
      </w:pPr>
      <w:r w:rsidRPr="00CE26E7">
        <w:rPr>
          <w:color w:val="0B2E4A"/>
          <w:sz w:val="24"/>
          <w:lang w:val="es-ES"/>
        </w:rPr>
        <w:t>La linga clar pro un grande familia de voses</w:t>
      </w:r>
    </w:p>
    <w:p w14:paraId="6A550CDA" w14:textId="77777777" w:rsidR="000907E6" w:rsidRPr="00CE26E7" w:rsidRDefault="000907E6">
      <w:pPr>
        <w:rPr>
          <w:lang w:val="es-ES"/>
        </w:rPr>
      </w:pPr>
    </w:p>
    <w:p w14:paraId="5BDAFB68" w14:textId="77777777" w:rsidR="000907E6" w:rsidRPr="00CE26E7" w:rsidRDefault="000907E6">
      <w:pPr>
        <w:rPr>
          <w:lang w:val="es-ES"/>
        </w:rPr>
      </w:pPr>
    </w:p>
    <w:tbl>
      <w:tblPr>
        <w:tblW w:w="0" w:type="auto"/>
        <w:jc w:val="center"/>
        <w:tblLook w:val="04A0" w:firstRow="1" w:lastRow="0" w:firstColumn="1" w:lastColumn="0" w:noHBand="0" w:noVBand="1"/>
      </w:tblPr>
      <w:tblGrid>
        <w:gridCol w:w="10340"/>
      </w:tblGrid>
      <w:tr w:rsidR="000907E6" w14:paraId="109BF03A" w14:textId="77777777">
        <w:trPr>
          <w:jc w:val="center"/>
        </w:trPr>
        <w:tc>
          <w:tcPr>
            <w:tcW w:w="10340" w:type="dxa"/>
            <w:tcBorders>
              <w:top w:val="single" w:sz="4" w:space="0" w:color="5AA9B4"/>
              <w:left w:val="single" w:sz="4" w:space="0" w:color="5AA9B4"/>
              <w:bottom w:val="single" w:sz="4" w:space="0" w:color="5AA9B4"/>
              <w:right w:val="single" w:sz="4" w:space="0" w:color="5AA9B4"/>
            </w:tcBorders>
            <w:shd w:val="clear" w:color="auto" w:fill="FFF4D6"/>
          </w:tcPr>
          <w:p w14:paraId="7AEBBA6A" w14:textId="77777777" w:rsidR="000907E6" w:rsidRDefault="00000000">
            <w:pPr>
              <w:spacing w:after="40"/>
            </w:pPr>
            <w:r>
              <w:rPr>
                <w:b/>
                <w:color w:val="0B2E4A"/>
              </w:rPr>
              <w:t>Reader purpose</w:t>
            </w:r>
          </w:p>
          <w:p w14:paraId="405B7B74" w14:textId="77777777" w:rsidR="000907E6" w:rsidRDefault="00000000">
            <w:pPr>
              <w:spacing w:after="0"/>
            </w:pPr>
            <w:r>
              <w:rPr>
                <w:sz w:val="18"/>
              </w:rPr>
              <w:t>This graded reader gives learners a path from very short Claralinga sentences to longer connected texts. Each reading includes pronunciation focus, useful vocabulary, comprehension questions, speaking practice, and writing practice.</w:t>
            </w:r>
          </w:p>
        </w:tc>
      </w:tr>
    </w:tbl>
    <w:p w14:paraId="495BA7CD" w14:textId="77777777" w:rsidR="000907E6" w:rsidRDefault="000907E6"/>
    <w:p w14:paraId="5C414F4B" w14:textId="77777777" w:rsidR="000907E6" w:rsidRDefault="000907E6"/>
    <w:p w14:paraId="508BD8B2" w14:textId="77777777" w:rsidR="000907E6" w:rsidRDefault="00000000">
      <w:pPr>
        <w:jc w:val="center"/>
      </w:pPr>
      <w:r>
        <w:rPr>
          <w:b/>
          <w:sz w:val="24"/>
        </w:rPr>
        <w:t>Created by Chad S. Bruce</w:t>
      </w:r>
    </w:p>
    <w:p w14:paraId="20050673" w14:textId="77777777" w:rsidR="000907E6" w:rsidRDefault="00000000">
      <w:pPr>
        <w:jc w:val="center"/>
      </w:pPr>
      <w:r>
        <w:t>Companion to Claralinga: An Introduction v0.9, Core 500 v0.6, and Beginner Workbook v0.6.</w:t>
      </w:r>
    </w:p>
    <w:p w14:paraId="7BD51ED3" w14:textId="77777777" w:rsidR="000907E6" w:rsidRDefault="00000000">
      <w:r/>
    </w:p>
    <w:p w14:paraId="3A0C7592" w14:textId="77777777" w:rsidR="000907E6" w:rsidRDefault="00000000">
      <w:pPr>
        <w:pStyle w:val="Heading1"/>
      </w:pPr>
      <w:r>
        <w:t>Front Matter</w:t>
      </w:r>
    </w:p>
    <w:p w14:paraId="0B0731B1" w14:textId="77777777" w:rsidR="000907E6" w:rsidRDefault="00000000">
      <w:pPr>
        <w:pStyle w:val="Heading2"/>
      </w:pPr>
      <w:r>
        <w:t>How to Use This Reader</w:t>
      </w:r>
    </w:p>
    <w:p w14:paraId="2E0A0A00" w14:textId="77777777" w:rsidR="000907E6" w:rsidRDefault="00000000">
      <w:pPr>
        <w:spacing w:after="100"/>
      </w:pPr>
      <w:r>
        <w:t>Read every text three ways: first silently for meaning, second aloud for pronunciation, and third aloud again for natural rhythm. Do not rush. Claralinga is built to be clear, and clear beats fast every day of the week.</w:t>
      </w:r>
    </w:p>
    <w:p w14:paraId="522E6C67" w14:textId="77777777" w:rsidR="000907E6" w:rsidRDefault="00000000">
      <w:pPr>
        <w:pStyle w:val="ListBullet"/>
        <w:spacing w:after="40"/>
      </w:pPr>
      <w:r>
        <w:t>Step 1: Preview the useful words before reading.</w:t>
      </w:r>
    </w:p>
    <w:p w14:paraId="5A01936B" w14:textId="77777777" w:rsidR="000907E6" w:rsidRDefault="00000000">
      <w:pPr>
        <w:pStyle w:val="ListBullet"/>
        <w:spacing w:after="40"/>
      </w:pPr>
      <w:r>
        <w:t>Step 2: Read the Claralinga text aloud slowly.</w:t>
      </w:r>
    </w:p>
    <w:p w14:paraId="09814E36" w14:textId="77777777" w:rsidR="000907E6" w:rsidRDefault="00000000">
      <w:pPr>
        <w:pStyle w:val="ListBullet"/>
        <w:spacing w:after="40"/>
      </w:pPr>
      <w:r>
        <w:t>Step 3: Answer the questions without looking at the English gloss if possible.</w:t>
      </w:r>
    </w:p>
    <w:p w14:paraId="40A21508" w14:textId="77777777" w:rsidR="000907E6" w:rsidRDefault="00000000">
      <w:pPr>
        <w:pStyle w:val="ListBullet"/>
        <w:spacing w:after="40"/>
      </w:pPr>
      <w:r>
        <w:t>Step 4: Use the speaking prompt with a partner or record yourself.</w:t>
      </w:r>
    </w:p>
    <w:p w14:paraId="250D9C37" w14:textId="77777777" w:rsidR="000907E6" w:rsidRDefault="00000000">
      <w:pPr>
        <w:pStyle w:val="ListBullet"/>
        <w:spacing w:after="40"/>
      </w:pPr>
      <w:r>
        <w:t>Step 5: Write your own version using the model.</w:t>
      </w:r>
    </w:p>
    <w:p w14:paraId="162EA853" w14:textId="77777777" w:rsidR="000907E6" w:rsidRDefault="00000000">
      <w:pPr>
        <w:pStyle w:val="Heading2"/>
      </w:pPr>
      <w:r>
        <w:t>Pronunciation Reminder</w:t>
      </w:r>
    </w:p>
    <w:tbl>
      <w:tblPr>
        <w:tblW w:w="0" w:type="auto"/>
        <w:jc w:val="center"/>
        <w:tblLook w:val="04A0" w:firstRow="1" w:lastRow="0" w:firstColumn="1" w:lastColumn="0" w:noHBand="0" w:noVBand="1"/>
      </w:tblPr>
      <w:tblGrid>
        <w:gridCol w:w="3447"/>
        <w:gridCol w:w="3447"/>
        <w:gridCol w:w="3447"/>
      </w:tblGrid>
      <w:tr w:rsidR="000907E6" w14:paraId="1FF6EAB9" w14:textId="77777777">
        <w:trPr>
          <w:tblHeader/>
          <w:jc w:val="center"/>
        </w:trPr>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16FC306D" w14:textId="77777777" w:rsidR="000907E6" w:rsidRDefault="00000000">
            <w:pPr>
              <w:spacing w:after="0"/>
            </w:pPr>
            <w:r>
              <w:rPr>
                <w:b/>
                <w:color w:val="FFFFFF"/>
                <w:sz w:val="16"/>
              </w:rPr>
              <w:t>Pattern</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63DA88E2" w14:textId="77777777" w:rsidR="000907E6" w:rsidRDefault="00000000">
            <w:pPr>
              <w:spacing w:after="0"/>
            </w:pPr>
            <w:r>
              <w:rPr>
                <w:b/>
                <w:color w:val="FFFFFF"/>
                <w:sz w:val="16"/>
              </w:rPr>
              <w:t>Sound</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51C22449" w14:textId="77777777" w:rsidR="000907E6" w:rsidRDefault="00000000">
            <w:pPr>
              <w:spacing w:after="0"/>
            </w:pPr>
            <w:r>
              <w:rPr>
                <w:b/>
                <w:color w:val="FFFFFF"/>
                <w:sz w:val="16"/>
              </w:rPr>
              <w:t>Practice</w:t>
            </w:r>
          </w:p>
        </w:tc>
      </w:tr>
      <w:tr w:rsidR="000907E6" w14:paraId="6B81ABC4"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5E978BC1" w14:textId="77777777" w:rsidR="000907E6" w:rsidRDefault="00000000">
            <w:pPr>
              <w:spacing w:after="0"/>
            </w:pPr>
            <w:r>
              <w:rPr>
                <w:sz w:val="16"/>
              </w:rPr>
              <w:t>a</w:t>
            </w:r>
          </w:p>
        </w:tc>
        <w:tc>
          <w:tcPr>
            <w:tcW w:w="3447" w:type="dxa"/>
            <w:tcBorders>
              <w:top w:val="single" w:sz="4" w:space="0" w:color="D8E6EC"/>
              <w:left w:val="single" w:sz="4" w:space="0" w:color="D8E6EC"/>
              <w:bottom w:val="single" w:sz="4" w:space="0" w:color="D8E6EC"/>
              <w:right w:val="single" w:sz="4" w:space="0" w:color="D8E6EC"/>
            </w:tcBorders>
          </w:tcPr>
          <w:p w14:paraId="76D94F11" w14:textId="77777777" w:rsidR="000907E6" w:rsidRDefault="00000000">
            <w:pPr>
              <w:spacing w:after="0"/>
            </w:pPr>
            <w:r>
              <w:rPr>
                <w:sz w:val="16"/>
              </w:rPr>
              <w:t>ah</w:t>
            </w:r>
          </w:p>
        </w:tc>
        <w:tc>
          <w:tcPr>
            <w:tcW w:w="3447" w:type="dxa"/>
            <w:tcBorders>
              <w:top w:val="single" w:sz="4" w:space="0" w:color="D8E6EC"/>
              <w:left w:val="single" w:sz="4" w:space="0" w:color="D8E6EC"/>
              <w:bottom w:val="single" w:sz="4" w:space="0" w:color="D8E6EC"/>
              <w:right w:val="single" w:sz="4" w:space="0" w:color="D8E6EC"/>
            </w:tcBorders>
          </w:tcPr>
          <w:p w14:paraId="09BB24DB" w14:textId="77777777" w:rsidR="000907E6" w:rsidRDefault="00000000">
            <w:pPr>
              <w:spacing w:after="0"/>
            </w:pPr>
            <w:r>
              <w:rPr>
                <w:sz w:val="16"/>
              </w:rPr>
              <w:t>familia, clar, kasa</w:t>
            </w:r>
          </w:p>
        </w:tc>
      </w:tr>
      <w:tr w:rsidR="000907E6" w14:paraId="00673073"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68A75F9C" w14:textId="77777777" w:rsidR="000907E6" w:rsidRDefault="00000000">
            <w:pPr>
              <w:spacing w:after="0"/>
            </w:pPr>
            <w:r>
              <w:rPr>
                <w:sz w:val="16"/>
              </w:rPr>
              <w:t>et</w:t>
            </w:r>
          </w:p>
        </w:tc>
        <w:tc>
          <w:tcPr>
            <w:tcW w:w="3447" w:type="dxa"/>
            <w:tcBorders>
              <w:top w:val="single" w:sz="4" w:space="0" w:color="D8E6EC"/>
              <w:left w:val="single" w:sz="4" w:space="0" w:color="D8E6EC"/>
              <w:bottom w:val="single" w:sz="4" w:space="0" w:color="D8E6EC"/>
              <w:right w:val="single" w:sz="4" w:space="0" w:color="D8E6EC"/>
            </w:tcBorders>
          </w:tcPr>
          <w:p w14:paraId="780BC29A" w14:textId="77777777" w:rsidR="000907E6" w:rsidRDefault="00000000">
            <w:pPr>
              <w:spacing w:after="0"/>
            </w:pPr>
            <w:r>
              <w:rPr>
                <w:sz w:val="16"/>
              </w:rPr>
              <w:t>eh</w:t>
            </w:r>
          </w:p>
        </w:tc>
        <w:tc>
          <w:tcPr>
            <w:tcW w:w="3447" w:type="dxa"/>
            <w:tcBorders>
              <w:top w:val="single" w:sz="4" w:space="0" w:color="D8E6EC"/>
              <w:left w:val="single" w:sz="4" w:space="0" w:color="D8E6EC"/>
              <w:bottom w:val="single" w:sz="4" w:space="0" w:color="D8E6EC"/>
              <w:right w:val="single" w:sz="4" w:space="0" w:color="D8E6EC"/>
            </w:tcBorders>
          </w:tcPr>
          <w:p w14:paraId="76359377" w14:textId="77777777" w:rsidR="000907E6" w:rsidRDefault="00000000">
            <w:pPr>
              <w:spacing w:after="0"/>
            </w:pPr>
            <w:r>
              <w:rPr>
                <w:sz w:val="16"/>
              </w:rPr>
              <w:t>tempo, bene, lege</w:t>
            </w:r>
          </w:p>
        </w:tc>
      </w:tr>
      <w:tr w:rsidR="000907E6" w14:paraId="0C3A32B5"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11BA54C4" w14:textId="77777777" w:rsidR="000907E6" w:rsidRDefault="00000000">
            <w:pPr>
              <w:spacing w:after="0"/>
            </w:pPr>
            <w:r>
              <w:rPr>
                <w:sz w:val="16"/>
              </w:rPr>
              <w:t>i</w:t>
            </w:r>
          </w:p>
        </w:tc>
        <w:tc>
          <w:tcPr>
            <w:tcW w:w="3447" w:type="dxa"/>
            <w:tcBorders>
              <w:top w:val="single" w:sz="4" w:space="0" w:color="D8E6EC"/>
              <w:left w:val="single" w:sz="4" w:space="0" w:color="D8E6EC"/>
              <w:bottom w:val="single" w:sz="4" w:space="0" w:color="D8E6EC"/>
              <w:right w:val="single" w:sz="4" w:space="0" w:color="D8E6EC"/>
            </w:tcBorders>
          </w:tcPr>
          <w:p w14:paraId="3452A465" w14:textId="77777777" w:rsidR="000907E6" w:rsidRDefault="00000000">
            <w:pPr>
              <w:spacing w:after="0"/>
            </w:pPr>
            <w:r>
              <w:rPr>
                <w:sz w:val="16"/>
              </w:rPr>
              <w:t>ee</w:t>
            </w:r>
          </w:p>
        </w:tc>
        <w:tc>
          <w:tcPr>
            <w:tcW w:w="3447" w:type="dxa"/>
            <w:tcBorders>
              <w:top w:val="single" w:sz="4" w:space="0" w:color="D8E6EC"/>
              <w:left w:val="single" w:sz="4" w:space="0" w:color="D8E6EC"/>
              <w:bottom w:val="single" w:sz="4" w:space="0" w:color="D8E6EC"/>
              <w:right w:val="single" w:sz="4" w:space="0" w:color="D8E6EC"/>
            </w:tcBorders>
          </w:tcPr>
          <w:p w14:paraId="61797995" w14:textId="77777777" w:rsidR="000907E6" w:rsidRDefault="00000000">
            <w:pPr>
              <w:spacing w:after="0"/>
            </w:pPr>
            <w:r>
              <w:rPr>
                <w:sz w:val="16"/>
              </w:rPr>
              <w:t>histori, energi, mi</w:t>
            </w:r>
          </w:p>
        </w:tc>
      </w:tr>
      <w:tr w:rsidR="000907E6" w14:paraId="0ACD4EA9"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2FB7FA9C" w14:textId="77777777" w:rsidR="000907E6" w:rsidRDefault="00000000">
            <w:pPr>
              <w:spacing w:after="0"/>
            </w:pPr>
            <w:r>
              <w:rPr>
                <w:sz w:val="16"/>
              </w:rPr>
              <w:t>o</w:t>
            </w:r>
          </w:p>
        </w:tc>
        <w:tc>
          <w:tcPr>
            <w:tcW w:w="3447" w:type="dxa"/>
            <w:tcBorders>
              <w:top w:val="single" w:sz="4" w:space="0" w:color="D8E6EC"/>
              <w:left w:val="single" w:sz="4" w:space="0" w:color="D8E6EC"/>
              <w:bottom w:val="single" w:sz="4" w:space="0" w:color="D8E6EC"/>
              <w:right w:val="single" w:sz="4" w:space="0" w:color="D8E6EC"/>
            </w:tcBorders>
          </w:tcPr>
          <w:p w14:paraId="4015F6A2" w14:textId="77777777" w:rsidR="000907E6" w:rsidRDefault="00000000">
            <w:pPr>
              <w:spacing w:after="0"/>
            </w:pPr>
            <w:r>
              <w:rPr>
                <w:sz w:val="16"/>
              </w:rPr>
              <w:t>oh</w:t>
            </w:r>
          </w:p>
        </w:tc>
        <w:tc>
          <w:tcPr>
            <w:tcW w:w="3447" w:type="dxa"/>
            <w:tcBorders>
              <w:top w:val="single" w:sz="4" w:space="0" w:color="D8E6EC"/>
              <w:left w:val="single" w:sz="4" w:space="0" w:color="D8E6EC"/>
              <w:bottom w:val="single" w:sz="4" w:space="0" w:color="D8E6EC"/>
              <w:right w:val="single" w:sz="4" w:space="0" w:color="D8E6EC"/>
            </w:tcBorders>
          </w:tcPr>
          <w:p w14:paraId="25A37507" w14:textId="77777777" w:rsidR="000907E6" w:rsidRDefault="00000000">
            <w:pPr>
              <w:spacing w:after="0"/>
            </w:pPr>
            <w:r>
              <w:rPr>
                <w:sz w:val="16"/>
              </w:rPr>
              <w:t>moderno, mondo, nova</w:t>
            </w:r>
          </w:p>
        </w:tc>
      </w:tr>
      <w:tr w:rsidR="000907E6" w14:paraId="58888F66"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014F56F5" w14:textId="77777777" w:rsidR="000907E6" w:rsidRDefault="00000000">
            <w:pPr>
              <w:spacing w:after="0"/>
            </w:pPr>
            <w:r>
              <w:rPr>
                <w:sz w:val="16"/>
              </w:rPr>
              <w:t>u</w:t>
            </w:r>
          </w:p>
        </w:tc>
        <w:tc>
          <w:tcPr>
            <w:tcW w:w="3447" w:type="dxa"/>
            <w:tcBorders>
              <w:top w:val="single" w:sz="4" w:space="0" w:color="D8E6EC"/>
              <w:left w:val="single" w:sz="4" w:space="0" w:color="D8E6EC"/>
              <w:bottom w:val="single" w:sz="4" w:space="0" w:color="D8E6EC"/>
              <w:right w:val="single" w:sz="4" w:space="0" w:color="D8E6EC"/>
            </w:tcBorders>
          </w:tcPr>
          <w:p w14:paraId="5BC792E6" w14:textId="77777777" w:rsidR="000907E6" w:rsidRDefault="00000000">
            <w:pPr>
              <w:spacing w:after="0"/>
            </w:pPr>
            <w:r>
              <w:rPr>
                <w:sz w:val="16"/>
              </w:rPr>
              <w:t>oo</w:t>
            </w:r>
          </w:p>
        </w:tc>
        <w:tc>
          <w:tcPr>
            <w:tcW w:w="3447" w:type="dxa"/>
            <w:tcBorders>
              <w:top w:val="single" w:sz="4" w:space="0" w:color="D8E6EC"/>
              <w:left w:val="single" w:sz="4" w:space="0" w:color="D8E6EC"/>
              <w:bottom w:val="single" w:sz="4" w:space="0" w:color="D8E6EC"/>
              <w:right w:val="single" w:sz="4" w:space="0" w:color="D8E6EC"/>
            </w:tcBorders>
          </w:tcPr>
          <w:p w14:paraId="125B6D9B" w14:textId="77777777" w:rsidR="000907E6" w:rsidRDefault="00000000">
            <w:pPr>
              <w:spacing w:after="0"/>
            </w:pPr>
            <w:r>
              <w:rPr>
                <w:sz w:val="16"/>
              </w:rPr>
              <w:t>futur, kultura, tu</w:t>
            </w:r>
          </w:p>
        </w:tc>
      </w:tr>
      <w:tr w:rsidR="000907E6" w14:paraId="65E5F73A"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09F22FD3" w14:textId="77777777" w:rsidR="000907E6" w:rsidRDefault="00000000">
            <w:pPr>
              <w:spacing w:after="0"/>
            </w:pPr>
            <w:r>
              <w:rPr>
                <w:sz w:val="16"/>
              </w:rPr>
              <w:t>c</w:t>
            </w:r>
          </w:p>
        </w:tc>
        <w:tc>
          <w:tcPr>
            <w:tcW w:w="3447" w:type="dxa"/>
            <w:tcBorders>
              <w:top w:val="single" w:sz="4" w:space="0" w:color="D8E6EC"/>
              <w:left w:val="single" w:sz="4" w:space="0" w:color="D8E6EC"/>
              <w:bottom w:val="single" w:sz="4" w:space="0" w:color="D8E6EC"/>
              <w:right w:val="single" w:sz="4" w:space="0" w:color="D8E6EC"/>
            </w:tcBorders>
          </w:tcPr>
          <w:p w14:paraId="2B21571E" w14:textId="77777777" w:rsidR="000907E6" w:rsidRDefault="00000000">
            <w:pPr>
              <w:spacing w:after="0"/>
            </w:pPr>
            <w:r>
              <w:rPr>
                <w:sz w:val="16"/>
              </w:rPr>
              <w:t>retained k is default; soft c becomes s</w:t>
            </w:r>
          </w:p>
        </w:tc>
        <w:tc>
          <w:tcPr>
            <w:tcW w:w="3447" w:type="dxa"/>
            <w:tcBorders>
              <w:top w:val="single" w:sz="4" w:space="0" w:color="D8E6EC"/>
              <w:left w:val="single" w:sz="4" w:space="0" w:color="D8E6EC"/>
              <w:bottom w:val="single" w:sz="4" w:space="0" w:color="D8E6EC"/>
              <w:right w:val="single" w:sz="4" w:space="0" w:color="D8E6EC"/>
            </w:tcBorders>
          </w:tcPr>
          <w:p w14:paraId="3917ECD8" w14:textId="77777777" w:rsidR="000907E6" w:rsidRDefault="00000000">
            <w:pPr>
              <w:spacing w:after="0"/>
            </w:pPr>
            <w:r>
              <w:rPr>
                <w:sz w:val="16"/>
              </w:rPr>
              <w:t>clar, cel, kultura</w:t>
            </w:r>
          </w:p>
        </w:tc>
      </w:tr>
      <w:tr w:rsidR="000907E6" w14:paraId="723D5B95"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424A6754" w14:textId="77777777" w:rsidR="000907E6" w:rsidRDefault="00000000">
            <w:pPr>
              <w:spacing w:after="0"/>
            </w:pPr>
            <w:r>
              <w:rPr>
                <w:sz w:val="16"/>
              </w:rPr>
              <w:t>g</w:t>
            </w:r>
          </w:p>
        </w:tc>
        <w:tc>
          <w:tcPr>
            <w:tcW w:w="3447" w:type="dxa"/>
            <w:tcBorders>
              <w:top w:val="single" w:sz="4" w:space="0" w:color="D8E6EC"/>
              <w:left w:val="single" w:sz="4" w:space="0" w:color="D8E6EC"/>
              <w:bottom w:val="single" w:sz="4" w:space="0" w:color="D8E6EC"/>
              <w:right w:val="single" w:sz="4" w:space="0" w:color="D8E6EC"/>
            </w:tcBorders>
          </w:tcPr>
          <w:p w14:paraId="3B6AD3A3" w14:textId="77777777" w:rsidR="000907E6" w:rsidRDefault="00000000">
            <w:pPr>
              <w:spacing w:after="0"/>
            </w:pPr>
            <w:r>
              <w:rPr>
                <w:sz w:val="16"/>
              </w:rPr>
              <w:t>hard g</w:t>
            </w:r>
          </w:p>
        </w:tc>
        <w:tc>
          <w:tcPr>
            <w:tcW w:w="3447" w:type="dxa"/>
            <w:tcBorders>
              <w:top w:val="single" w:sz="4" w:space="0" w:color="D8E6EC"/>
              <w:left w:val="single" w:sz="4" w:space="0" w:color="D8E6EC"/>
              <w:bottom w:val="single" w:sz="4" w:space="0" w:color="D8E6EC"/>
              <w:right w:val="single" w:sz="4" w:space="0" w:color="D8E6EC"/>
            </w:tcBorders>
          </w:tcPr>
          <w:p w14:paraId="0C45F10E" w14:textId="77777777" w:rsidR="000907E6" w:rsidRDefault="00000000">
            <w:pPr>
              <w:spacing w:after="0"/>
            </w:pPr>
            <w:r>
              <w:rPr>
                <w:sz w:val="16"/>
              </w:rPr>
              <w:t>grande, gratias</w:t>
            </w:r>
          </w:p>
        </w:tc>
      </w:tr>
      <w:tr w:rsidR="000907E6" w14:paraId="2EB07E1E"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36EF577E" w14:textId="77777777" w:rsidR="000907E6" w:rsidRDefault="00000000">
            <w:pPr>
              <w:spacing w:after="0"/>
            </w:pPr>
            <w:r>
              <w:rPr>
                <w:sz w:val="16"/>
              </w:rPr>
              <w:t>j</w:t>
            </w:r>
          </w:p>
        </w:tc>
        <w:tc>
          <w:tcPr>
            <w:tcW w:w="3447" w:type="dxa"/>
            <w:tcBorders>
              <w:top w:val="single" w:sz="4" w:space="0" w:color="D8E6EC"/>
              <w:left w:val="single" w:sz="4" w:space="0" w:color="D8E6EC"/>
              <w:bottom w:val="single" w:sz="4" w:space="0" w:color="D8E6EC"/>
              <w:right w:val="single" w:sz="4" w:space="0" w:color="D8E6EC"/>
            </w:tcBorders>
          </w:tcPr>
          <w:p w14:paraId="16FC5A10" w14:textId="77777777" w:rsidR="000907E6" w:rsidRDefault="00000000">
            <w:pPr>
              <w:spacing w:after="0"/>
            </w:pPr>
            <w:r>
              <w:rPr>
                <w:sz w:val="16"/>
              </w:rPr>
              <w:t>English y</w:t>
            </w:r>
          </w:p>
        </w:tc>
        <w:tc>
          <w:tcPr>
            <w:tcW w:w="3447" w:type="dxa"/>
            <w:tcBorders>
              <w:top w:val="single" w:sz="4" w:space="0" w:color="D8E6EC"/>
              <w:left w:val="single" w:sz="4" w:space="0" w:color="D8E6EC"/>
              <w:bottom w:val="single" w:sz="4" w:space="0" w:color="D8E6EC"/>
              <w:right w:val="single" w:sz="4" w:space="0" w:color="D8E6EC"/>
            </w:tcBorders>
          </w:tcPr>
          <w:p w14:paraId="6A17D0C1" w14:textId="77777777" w:rsidR="000907E6" w:rsidRDefault="00000000">
            <w:pPr>
              <w:spacing w:after="0"/>
            </w:pPr>
            <w:r>
              <w:rPr>
                <w:sz w:val="16"/>
              </w:rPr>
              <w:t>jurnal, juni</w:t>
            </w:r>
          </w:p>
        </w:tc>
      </w:tr>
      <w:tr w:rsidR="000907E6" w14:paraId="2A2294AF"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43E2FDFE" w14:textId="77777777" w:rsidR="000907E6" w:rsidRDefault="00000000">
            <w:pPr>
              <w:spacing w:after="0"/>
            </w:pPr>
            <w:r>
              <w:rPr>
                <w:sz w:val="16"/>
              </w:rPr>
              <w:t>sh</w:t>
            </w:r>
          </w:p>
        </w:tc>
        <w:tc>
          <w:tcPr>
            <w:tcW w:w="3447" w:type="dxa"/>
            <w:tcBorders>
              <w:top w:val="single" w:sz="4" w:space="0" w:color="D8E6EC"/>
              <w:left w:val="single" w:sz="4" w:space="0" w:color="D8E6EC"/>
              <w:bottom w:val="single" w:sz="4" w:space="0" w:color="D8E6EC"/>
              <w:right w:val="single" w:sz="4" w:space="0" w:color="D8E6EC"/>
            </w:tcBorders>
          </w:tcPr>
          <w:p w14:paraId="7636E2D8" w14:textId="77777777" w:rsidR="000907E6" w:rsidRDefault="00000000">
            <w:pPr>
              <w:spacing w:after="0"/>
            </w:pPr>
            <w:r>
              <w:rPr>
                <w:sz w:val="16"/>
              </w:rPr>
              <w:t>English sh</w:t>
            </w:r>
          </w:p>
        </w:tc>
        <w:tc>
          <w:tcPr>
            <w:tcW w:w="3447" w:type="dxa"/>
            <w:tcBorders>
              <w:top w:val="single" w:sz="4" w:space="0" w:color="D8E6EC"/>
              <w:left w:val="single" w:sz="4" w:space="0" w:color="D8E6EC"/>
              <w:bottom w:val="single" w:sz="4" w:space="0" w:color="D8E6EC"/>
              <w:right w:val="single" w:sz="4" w:space="0" w:color="D8E6EC"/>
            </w:tcBorders>
          </w:tcPr>
          <w:p w14:paraId="32A9760D" w14:textId="77777777" w:rsidR="000907E6" w:rsidRDefault="00000000">
            <w:pPr>
              <w:spacing w:after="0"/>
            </w:pPr>
            <w:r>
              <w:rPr>
                <w:sz w:val="16"/>
              </w:rPr>
              <w:t>shanse</w:t>
            </w:r>
          </w:p>
        </w:tc>
      </w:tr>
      <w:tr w:rsidR="000907E6" w14:paraId="03CBD685"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0BAECDC0" w14:textId="77777777" w:rsidR="000907E6" w:rsidRDefault="00000000">
            <w:pPr>
              <w:spacing w:after="0"/>
            </w:pPr>
            <w:r>
              <w:rPr>
                <w:sz w:val="16"/>
              </w:rPr>
              <w:t>ch</w:t>
            </w:r>
          </w:p>
        </w:tc>
        <w:tc>
          <w:tcPr>
            <w:tcW w:w="3447" w:type="dxa"/>
            <w:tcBorders>
              <w:top w:val="single" w:sz="4" w:space="0" w:color="D8E6EC"/>
              <w:left w:val="single" w:sz="4" w:space="0" w:color="D8E6EC"/>
              <w:bottom w:val="single" w:sz="4" w:space="0" w:color="D8E6EC"/>
              <w:right w:val="single" w:sz="4" w:space="0" w:color="D8E6EC"/>
            </w:tcBorders>
          </w:tcPr>
          <w:p w14:paraId="4C17FFDD" w14:textId="77777777" w:rsidR="000907E6" w:rsidRDefault="00000000">
            <w:pPr>
              <w:spacing w:after="0"/>
            </w:pPr>
            <w:r>
              <w:rPr>
                <w:sz w:val="16"/>
              </w:rPr>
              <w:t>English church</w:t>
            </w:r>
          </w:p>
        </w:tc>
        <w:tc>
          <w:tcPr>
            <w:tcW w:w="3447" w:type="dxa"/>
            <w:tcBorders>
              <w:top w:val="single" w:sz="4" w:space="0" w:color="D8E6EC"/>
              <w:left w:val="single" w:sz="4" w:space="0" w:color="D8E6EC"/>
              <w:bottom w:val="single" w:sz="4" w:space="0" w:color="D8E6EC"/>
              <w:right w:val="single" w:sz="4" w:space="0" w:color="D8E6EC"/>
            </w:tcBorders>
          </w:tcPr>
          <w:p w14:paraId="4FBF9534" w14:textId="77777777" w:rsidR="000907E6" w:rsidRDefault="00000000">
            <w:pPr>
              <w:spacing w:after="0"/>
            </w:pPr>
            <w:r>
              <w:rPr>
                <w:sz w:val="16"/>
              </w:rPr>
              <w:t>charta</w:t>
            </w:r>
          </w:p>
        </w:tc>
      </w:tr>
      <w:tr w:rsidR="000907E6" w14:paraId="3B895DAC" w14:textId="77777777">
        <w:trPr>
          <w:jc w:val="center"/>
        </w:trPr>
        <w:tc>
          <w:tcPr>
            <w:tcW w:w="10340" w:type="dxa"/>
            <w:gridSpan w:val="3"/>
            <w:tcBorders>
              <w:top w:val="single" w:sz="4" w:space="0" w:color="5AA9B4"/>
              <w:left w:val="single" w:sz="4" w:space="0" w:color="5AA9B4"/>
              <w:bottom w:val="single" w:sz="4" w:space="0" w:color="5AA9B4"/>
              <w:right w:val="single" w:sz="4" w:space="0" w:color="5AA9B4"/>
            </w:tcBorders>
            <w:shd w:val="clear" w:color="auto" w:fill="EAF7F7"/>
          </w:tcPr>
          <w:p w14:paraId="3DF14BA3" w14:textId="77777777" w:rsidR="000907E6" w:rsidRDefault="00000000">
            <w:pPr>
              <w:spacing w:after="40"/>
            </w:pPr>
            <w:r>
              <w:rPr>
                <w:b/>
                <w:color w:val="0B2E4A"/>
              </w:rPr>
              <w:t>Big rule</w:t>
            </w:r>
          </w:p>
          <w:p w14:paraId="6CEF8334" w14:textId="77777777" w:rsidR="000907E6" w:rsidRDefault="00000000">
            <w:pPr>
              <w:spacing w:after="0"/>
            </w:pPr>
            <w:r>
              <w:rPr>
                <w:sz w:val="18"/>
              </w:rPr>
              <w:t>Every written letter is pronounced. No silent letters. Final i sounds like ee. cel is pronounced kel. The language is clear, not sneaky.</w:t>
            </w:r>
          </w:p>
        </w:tc>
      </w:tr>
    </w:tbl>
    <w:p w14:paraId="1FDB6C06" w14:textId="77777777" w:rsidR="000907E6" w:rsidRDefault="00000000">
      <w:pPr>
        <w:pStyle w:val="Heading2"/>
      </w:pPr>
      <w:r>
        <w:t>Level Guide</w:t>
      </w:r>
    </w:p>
    <w:tbl>
      <w:tblPr>
        <w:tblW w:w="0" w:type="auto"/>
        <w:jc w:val="center"/>
        <w:tblLook w:val="04A0" w:firstRow="1" w:lastRow="0" w:firstColumn="1" w:lastColumn="0" w:noHBand="0" w:noVBand="1"/>
      </w:tblPr>
      <w:tblGrid>
        <w:gridCol w:w="3447"/>
        <w:gridCol w:w="3447"/>
        <w:gridCol w:w="3447"/>
      </w:tblGrid>
      <w:tr w:rsidR="000907E6" w14:paraId="7453F9BE" w14:textId="77777777">
        <w:trPr>
          <w:tblHeader/>
          <w:jc w:val="center"/>
        </w:trPr>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3FCBE22B" w14:textId="77777777" w:rsidR="000907E6" w:rsidRDefault="00000000">
            <w:pPr>
              <w:spacing w:after="0"/>
            </w:pPr>
            <w:r>
              <w:rPr>
                <w:b/>
                <w:color w:val="FFFFFF"/>
                <w:sz w:val="16"/>
              </w:rPr>
              <w:t>Level</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0BB06A1C" w14:textId="77777777" w:rsidR="000907E6" w:rsidRDefault="00000000">
            <w:pPr>
              <w:spacing w:after="0"/>
            </w:pPr>
            <w:r>
              <w:rPr>
                <w:b/>
                <w:color w:val="FFFFFF"/>
                <w:sz w:val="16"/>
              </w:rPr>
              <w:t>What You Practice</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09E36986" w14:textId="77777777" w:rsidR="000907E6" w:rsidRDefault="00000000">
            <w:pPr>
              <w:spacing w:after="0"/>
            </w:pPr>
            <w:r>
              <w:rPr>
                <w:b/>
                <w:color w:val="FFFFFF"/>
                <w:sz w:val="16"/>
              </w:rPr>
              <w:t>Can-Do Goal</w:t>
            </w:r>
          </w:p>
        </w:tc>
      </w:tr>
      <w:tr w:rsidR="000907E6" w14:paraId="0C5E2E21"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54A0D37A" w14:textId="77777777" w:rsidR="000907E6" w:rsidRDefault="00000000">
            <w:pPr>
              <w:spacing w:after="0"/>
            </w:pPr>
            <w:r>
              <w:rPr>
                <w:sz w:val="16"/>
              </w:rPr>
              <w:t>0</w:t>
            </w:r>
          </w:p>
        </w:tc>
        <w:tc>
          <w:tcPr>
            <w:tcW w:w="3447" w:type="dxa"/>
            <w:tcBorders>
              <w:top w:val="single" w:sz="4" w:space="0" w:color="D8E6EC"/>
              <w:left w:val="single" w:sz="4" w:space="0" w:color="D8E6EC"/>
              <w:bottom w:val="single" w:sz="4" w:space="0" w:color="D8E6EC"/>
              <w:right w:val="single" w:sz="4" w:space="0" w:color="D8E6EC"/>
            </w:tcBorders>
          </w:tcPr>
          <w:p w14:paraId="38DDC710" w14:textId="77777777" w:rsidR="000907E6" w:rsidRDefault="00000000">
            <w:pPr>
              <w:spacing w:after="0"/>
            </w:pPr>
            <w:r>
              <w:rPr>
                <w:sz w:val="16"/>
              </w:rPr>
              <w:t>Words, sound, and tiny sentences</w:t>
            </w:r>
          </w:p>
        </w:tc>
        <w:tc>
          <w:tcPr>
            <w:tcW w:w="3447" w:type="dxa"/>
            <w:tcBorders>
              <w:top w:val="single" w:sz="4" w:space="0" w:color="D8E6EC"/>
              <w:left w:val="single" w:sz="4" w:space="0" w:color="D8E6EC"/>
              <w:bottom w:val="single" w:sz="4" w:space="0" w:color="D8E6EC"/>
              <w:right w:val="single" w:sz="4" w:space="0" w:color="D8E6EC"/>
            </w:tcBorders>
          </w:tcPr>
          <w:p w14:paraId="2F2A7F30" w14:textId="77777777" w:rsidR="000907E6" w:rsidRDefault="00000000">
            <w:pPr>
              <w:spacing w:after="0"/>
            </w:pPr>
            <w:r>
              <w:rPr>
                <w:sz w:val="16"/>
              </w:rPr>
              <w:t>Recognize and pronounce core words.</w:t>
            </w:r>
          </w:p>
        </w:tc>
      </w:tr>
      <w:tr w:rsidR="000907E6" w14:paraId="24F4F8ED"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141C6BBA" w14:textId="77777777" w:rsidR="000907E6" w:rsidRDefault="00000000">
            <w:pPr>
              <w:spacing w:after="0"/>
            </w:pPr>
            <w:r>
              <w:rPr>
                <w:sz w:val="16"/>
              </w:rPr>
              <w:t>1</w:t>
            </w:r>
          </w:p>
        </w:tc>
        <w:tc>
          <w:tcPr>
            <w:tcW w:w="3447" w:type="dxa"/>
            <w:tcBorders>
              <w:top w:val="single" w:sz="4" w:space="0" w:color="D8E6EC"/>
              <w:left w:val="single" w:sz="4" w:space="0" w:color="D8E6EC"/>
              <w:bottom w:val="single" w:sz="4" w:space="0" w:color="D8E6EC"/>
              <w:right w:val="single" w:sz="4" w:space="0" w:color="D8E6EC"/>
            </w:tcBorders>
          </w:tcPr>
          <w:p w14:paraId="215D79D7" w14:textId="77777777" w:rsidR="000907E6" w:rsidRDefault="00000000">
            <w:pPr>
              <w:spacing w:after="0"/>
            </w:pPr>
            <w:r>
              <w:rPr>
                <w:sz w:val="16"/>
              </w:rPr>
              <w:t>Simple SVO sentences</w:t>
            </w:r>
          </w:p>
        </w:tc>
        <w:tc>
          <w:tcPr>
            <w:tcW w:w="3447" w:type="dxa"/>
            <w:tcBorders>
              <w:top w:val="single" w:sz="4" w:space="0" w:color="D8E6EC"/>
              <w:left w:val="single" w:sz="4" w:space="0" w:color="D8E6EC"/>
              <w:bottom w:val="single" w:sz="4" w:space="0" w:color="D8E6EC"/>
              <w:right w:val="single" w:sz="4" w:space="0" w:color="D8E6EC"/>
            </w:tcBorders>
          </w:tcPr>
          <w:p w14:paraId="1A17FA95" w14:textId="77777777" w:rsidR="000907E6" w:rsidRDefault="00000000">
            <w:pPr>
              <w:spacing w:after="0"/>
            </w:pPr>
            <w:r>
              <w:rPr>
                <w:sz w:val="16"/>
              </w:rPr>
              <w:t>Read and answer very short texts.</w:t>
            </w:r>
          </w:p>
        </w:tc>
      </w:tr>
      <w:tr w:rsidR="000907E6" w14:paraId="2B46FB7C"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64FE6AEC" w14:textId="77777777" w:rsidR="000907E6" w:rsidRDefault="00000000">
            <w:pPr>
              <w:spacing w:after="0"/>
            </w:pPr>
            <w:r>
              <w:rPr>
                <w:sz w:val="16"/>
              </w:rPr>
              <w:t>2</w:t>
            </w:r>
          </w:p>
        </w:tc>
        <w:tc>
          <w:tcPr>
            <w:tcW w:w="3447" w:type="dxa"/>
            <w:tcBorders>
              <w:top w:val="single" w:sz="4" w:space="0" w:color="D8E6EC"/>
              <w:left w:val="single" w:sz="4" w:space="0" w:color="D8E6EC"/>
              <w:bottom w:val="single" w:sz="4" w:space="0" w:color="D8E6EC"/>
              <w:right w:val="single" w:sz="4" w:space="0" w:color="D8E6EC"/>
            </w:tcBorders>
          </w:tcPr>
          <w:p w14:paraId="0F58BCE0" w14:textId="77777777" w:rsidR="000907E6" w:rsidRDefault="00000000">
            <w:pPr>
              <w:spacing w:after="0"/>
            </w:pPr>
            <w:r>
              <w:rPr>
                <w:sz w:val="16"/>
              </w:rPr>
              <w:t>People, family, places, and needs</w:t>
            </w:r>
          </w:p>
        </w:tc>
        <w:tc>
          <w:tcPr>
            <w:tcW w:w="3447" w:type="dxa"/>
            <w:tcBorders>
              <w:top w:val="single" w:sz="4" w:space="0" w:color="D8E6EC"/>
              <w:left w:val="single" w:sz="4" w:space="0" w:color="D8E6EC"/>
              <w:bottom w:val="single" w:sz="4" w:space="0" w:color="D8E6EC"/>
              <w:right w:val="single" w:sz="4" w:space="0" w:color="D8E6EC"/>
            </w:tcBorders>
          </w:tcPr>
          <w:p w14:paraId="5A528862" w14:textId="77777777" w:rsidR="000907E6" w:rsidRDefault="00000000">
            <w:pPr>
              <w:spacing w:after="0"/>
            </w:pPr>
            <w:r>
              <w:rPr>
                <w:sz w:val="16"/>
              </w:rPr>
              <w:t>Handle everyday survival messages.</w:t>
            </w:r>
          </w:p>
        </w:tc>
      </w:tr>
      <w:tr w:rsidR="000907E6" w14:paraId="77349E65"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5D2A7C64" w14:textId="77777777" w:rsidR="000907E6" w:rsidRDefault="00000000">
            <w:pPr>
              <w:spacing w:after="0"/>
            </w:pPr>
            <w:r>
              <w:rPr>
                <w:sz w:val="16"/>
              </w:rPr>
              <w:t>3</w:t>
            </w:r>
          </w:p>
        </w:tc>
        <w:tc>
          <w:tcPr>
            <w:tcW w:w="3447" w:type="dxa"/>
            <w:tcBorders>
              <w:top w:val="single" w:sz="4" w:space="0" w:color="D8E6EC"/>
              <w:left w:val="single" w:sz="4" w:space="0" w:color="D8E6EC"/>
              <w:bottom w:val="single" w:sz="4" w:space="0" w:color="D8E6EC"/>
              <w:right w:val="single" w:sz="4" w:space="0" w:color="D8E6EC"/>
            </w:tcBorders>
          </w:tcPr>
          <w:p w14:paraId="41F2F8F2" w14:textId="77777777" w:rsidR="000907E6" w:rsidRDefault="00000000">
            <w:pPr>
              <w:spacing w:after="0"/>
            </w:pPr>
            <w:r>
              <w:rPr>
                <w:sz w:val="16"/>
              </w:rPr>
              <w:t>Past, future, questions, and short dialogues</w:t>
            </w:r>
          </w:p>
        </w:tc>
        <w:tc>
          <w:tcPr>
            <w:tcW w:w="3447" w:type="dxa"/>
            <w:tcBorders>
              <w:top w:val="single" w:sz="4" w:space="0" w:color="D8E6EC"/>
              <w:left w:val="single" w:sz="4" w:space="0" w:color="D8E6EC"/>
              <w:bottom w:val="single" w:sz="4" w:space="0" w:color="D8E6EC"/>
              <w:right w:val="single" w:sz="4" w:space="0" w:color="D8E6EC"/>
            </w:tcBorders>
          </w:tcPr>
          <w:p w14:paraId="214535FB" w14:textId="77777777" w:rsidR="000907E6" w:rsidRDefault="00000000">
            <w:pPr>
              <w:spacing w:after="0"/>
            </w:pPr>
            <w:r>
              <w:rPr>
                <w:sz w:val="16"/>
              </w:rPr>
              <w:t>Talk about plans and experiences.</w:t>
            </w:r>
          </w:p>
        </w:tc>
      </w:tr>
      <w:tr w:rsidR="000907E6" w14:paraId="61493D8C"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38AD7C15" w14:textId="77777777" w:rsidR="000907E6" w:rsidRDefault="00000000">
            <w:pPr>
              <w:spacing w:after="0"/>
            </w:pPr>
            <w:r>
              <w:rPr>
                <w:sz w:val="16"/>
              </w:rPr>
              <w:t>4</w:t>
            </w:r>
          </w:p>
        </w:tc>
        <w:tc>
          <w:tcPr>
            <w:tcW w:w="3447" w:type="dxa"/>
            <w:tcBorders>
              <w:top w:val="single" w:sz="4" w:space="0" w:color="D8E6EC"/>
              <w:left w:val="single" w:sz="4" w:space="0" w:color="D8E6EC"/>
              <w:bottom w:val="single" w:sz="4" w:space="0" w:color="D8E6EC"/>
              <w:right w:val="single" w:sz="4" w:space="0" w:color="D8E6EC"/>
            </w:tcBorders>
          </w:tcPr>
          <w:p w14:paraId="727E00FA" w14:textId="77777777" w:rsidR="000907E6" w:rsidRDefault="00000000">
            <w:pPr>
              <w:spacing w:after="0"/>
            </w:pPr>
            <w:r>
              <w:rPr>
                <w:sz w:val="16"/>
              </w:rPr>
              <w:t>Longer paragraphs and practical situations</w:t>
            </w:r>
          </w:p>
        </w:tc>
        <w:tc>
          <w:tcPr>
            <w:tcW w:w="3447" w:type="dxa"/>
            <w:tcBorders>
              <w:top w:val="single" w:sz="4" w:space="0" w:color="D8E6EC"/>
              <w:left w:val="single" w:sz="4" w:space="0" w:color="D8E6EC"/>
              <w:bottom w:val="single" w:sz="4" w:space="0" w:color="D8E6EC"/>
              <w:right w:val="single" w:sz="4" w:space="0" w:color="D8E6EC"/>
            </w:tcBorders>
          </w:tcPr>
          <w:p w14:paraId="66F85E5F" w14:textId="77777777" w:rsidR="000907E6" w:rsidRDefault="00000000">
            <w:pPr>
              <w:spacing w:after="0"/>
            </w:pPr>
            <w:r>
              <w:rPr>
                <w:sz w:val="16"/>
              </w:rPr>
              <w:t>Read connected text with less help.</w:t>
            </w:r>
          </w:p>
        </w:tc>
      </w:tr>
      <w:tr w:rsidR="000907E6" w14:paraId="16B44015"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51CB184C" w14:textId="77777777" w:rsidR="000907E6" w:rsidRDefault="00000000">
            <w:pPr>
              <w:spacing w:after="0"/>
            </w:pPr>
            <w:r>
              <w:rPr>
                <w:sz w:val="16"/>
              </w:rPr>
              <w:t>5</w:t>
            </w:r>
          </w:p>
        </w:tc>
        <w:tc>
          <w:tcPr>
            <w:tcW w:w="3447" w:type="dxa"/>
            <w:tcBorders>
              <w:top w:val="single" w:sz="4" w:space="0" w:color="D8E6EC"/>
              <w:left w:val="single" w:sz="4" w:space="0" w:color="D8E6EC"/>
              <w:bottom w:val="single" w:sz="4" w:space="0" w:color="D8E6EC"/>
              <w:right w:val="single" w:sz="4" w:space="0" w:color="D8E6EC"/>
            </w:tcBorders>
          </w:tcPr>
          <w:p w14:paraId="776FFFC9" w14:textId="77777777" w:rsidR="000907E6" w:rsidRDefault="00000000">
            <w:pPr>
              <w:spacing w:after="0"/>
            </w:pPr>
            <w:r>
              <w:rPr>
                <w:sz w:val="16"/>
              </w:rPr>
              <w:t>Natural reading and culture texts</w:t>
            </w:r>
          </w:p>
        </w:tc>
        <w:tc>
          <w:tcPr>
            <w:tcW w:w="3447" w:type="dxa"/>
            <w:tcBorders>
              <w:top w:val="single" w:sz="4" w:space="0" w:color="D8E6EC"/>
              <w:left w:val="single" w:sz="4" w:space="0" w:color="D8E6EC"/>
              <w:bottom w:val="single" w:sz="4" w:space="0" w:color="D8E6EC"/>
              <w:right w:val="single" w:sz="4" w:space="0" w:color="D8E6EC"/>
            </w:tcBorders>
          </w:tcPr>
          <w:p w14:paraId="1EB4BC9B" w14:textId="77777777" w:rsidR="000907E6" w:rsidRDefault="00000000">
            <w:pPr>
              <w:spacing w:after="0"/>
            </w:pPr>
            <w:r>
              <w:rPr>
                <w:sz w:val="16"/>
              </w:rPr>
              <w:t>Read short articles and stories with confidence.</w:t>
            </w:r>
          </w:p>
        </w:tc>
      </w:tr>
    </w:tbl>
    <w:p w14:paraId="1C0B1AD5" w14:textId="77777777" w:rsidR="000907E6" w:rsidRDefault="00000000">
      <w:r/>
    </w:p>
    <w:p w14:paraId="71110F81" w14:textId="77777777" w:rsidR="000907E6" w:rsidRDefault="00000000">
      <w:pPr>
        <w:pStyle w:val="Heading1"/>
      </w:pPr>
      <w:r>
        <w:t>Reading Strategy Pages</w:t>
      </w:r>
    </w:p>
    <w:p w14:paraId="368CB58F" w14:textId="77777777" w:rsidR="000907E6" w:rsidRDefault="00000000">
      <w:pPr>
        <w:pStyle w:val="Heading2"/>
      </w:pPr>
      <w:r>
        <w:t>How to Read Claralinga Aloud</w:t>
      </w:r>
    </w:p>
    <w:p w14:paraId="4F1E05CA" w14:textId="77777777" w:rsidR="000907E6" w:rsidRDefault="00000000">
      <w:pPr>
        <w:spacing w:after="100"/>
      </w:pPr>
      <w:r>
        <w:t>Good Claralinga reading has three qualities: clean vowels, steady stress, and calm pacing. A learner should sound understandable, not theatrical. This is a bridge language, not a pirate audition.</w:t>
      </w:r>
    </w:p>
    <w:tbl>
      <w:tblPr>
        <w:tblW w:w="0" w:type="auto"/>
        <w:jc w:val="center"/>
        <w:tblLook w:val="04A0" w:firstRow="1" w:lastRow="0" w:firstColumn="1" w:lastColumn="0" w:noHBand="0" w:noVBand="1"/>
      </w:tblPr>
      <w:tblGrid>
        <w:gridCol w:w="3447"/>
        <w:gridCol w:w="3447"/>
        <w:gridCol w:w="3447"/>
      </w:tblGrid>
      <w:tr w:rsidR="000907E6" w14:paraId="32811ADA" w14:textId="77777777">
        <w:trPr>
          <w:tblHeader/>
          <w:jc w:val="center"/>
        </w:trPr>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4DD1043A" w14:textId="77777777" w:rsidR="000907E6" w:rsidRDefault="00000000">
            <w:pPr>
              <w:spacing w:after="0"/>
            </w:pPr>
            <w:r>
              <w:rPr>
                <w:b/>
                <w:color w:val="FFFFFF"/>
                <w:sz w:val="17"/>
              </w:rPr>
              <w:t>Skill</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669C09D9" w14:textId="77777777" w:rsidR="000907E6" w:rsidRDefault="00000000">
            <w:pPr>
              <w:spacing w:after="0"/>
            </w:pPr>
            <w:r>
              <w:rPr>
                <w:b/>
                <w:color w:val="FFFFFF"/>
                <w:sz w:val="17"/>
              </w:rPr>
              <w:t>What to Do</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0B32AF70" w14:textId="77777777" w:rsidR="000907E6" w:rsidRDefault="00000000">
            <w:pPr>
              <w:spacing w:after="0"/>
            </w:pPr>
            <w:r>
              <w:rPr>
                <w:b/>
                <w:color w:val="FFFFFF"/>
                <w:sz w:val="17"/>
              </w:rPr>
              <w:t>Example</w:t>
            </w:r>
          </w:p>
        </w:tc>
      </w:tr>
      <w:tr w:rsidR="000907E6" w:rsidRPr="00CE26E7" w14:paraId="3D0ED38D"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1DEFFBC2" w14:textId="77777777" w:rsidR="000907E6" w:rsidRDefault="00000000">
            <w:pPr>
              <w:spacing w:after="0"/>
            </w:pPr>
            <w:r>
              <w:rPr>
                <w:sz w:val="17"/>
              </w:rPr>
              <w:t>Clean vowels</w:t>
            </w:r>
          </w:p>
        </w:tc>
        <w:tc>
          <w:tcPr>
            <w:tcW w:w="3447" w:type="dxa"/>
            <w:tcBorders>
              <w:top w:val="single" w:sz="4" w:space="0" w:color="D8E6EC"/>
              <w:left w:val="single" w:sz="4" w:space="0" w:color="D8E6EC"/>
              <w:bottom w:val="single" w:sz="4" w:space="0" w:color="D8E6EC"/>
              <w:right w:val="single" w:sz="4" w:space="0" w:color="D8E6EC"/>
            </w:tcBorders>
          </w:tcPr>
          <w:p w14:paraId="1A99FDCC" w14:textId="77777777" w:rsidR="000907E6" w:rsidRDefault="00000000">
            <w:pPr>
              <w:spacing w:after="0"/>
            </w:pPr>
            <w:r>
              <w:rPr>
                <w:sz w:val="17"/>
              </w:rPr>
              <w:t>Keep each vowel consistent.</w:t>
            </w:r>
          </w:p>
        </w:tc>
        <w:tc>
          <w:tcPr>
            <w:tcW w:w="3447" w:type="dxa"/>
            <w:tcBorders>
              <w:top w:val="single" w:sz="4" w:space="0" w:color="D8E6EC"/>
              <w:left w:val="single" w:sz="4" w:space="0" w:color="D8E6EC"/>
              <w:bottom w:val="single" w:sz="4" w:space="0" w:color="D8E6EC"/>
              <w:right w:val="single" w:sz="4" w:space="0" w:color="D8E6EC"/>
            </w:tcBorders>
          </w:tcPr>
          <w:p w14:paraId="20AA370E" w14:textId="77777777" w:rsidR="000907E6" w:rsidRPr="00CE26E7" w:rsidRDefault="00000000">
            <w:pPr>
              <w:spacing w:after="0"/>
              <w:rPr>
                <w:lang w:val="es-ES"/>
              </w:rPr>
            </w:pPr>
            <w:r w:rsidRPr="00CE26E7">
              <w:rPr>
                <w:sz w:val="17"/>
                <w:lang w:val="es-ES"/>
              </w:rPr>
              <w:t>familia = fa-mee-lee-ah</w:t>
            </w:r>
          </w:p>
        </w:tc>
      </w:tr>
      <w:tr w:rsidR="000907E6" w14:paraId="4A39A62C"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7CD69C4A" w14:textId="77777777" w:rsidR="000907E6" w:rsidRDefault="00000000">
            <w:pPr>
              <w:spacing w:after="0"/>
            </w:pPr>
            <w:r>
              <w:rPr>
                <w:sz w:val="17"/>
              </w:rPr>
              <w:t>Retained c</w:t>
            </w:r>
          </w:p>
        </w:tc>
        <w:tc>
          <w:tcPr>
            <w:tcW w:w="3447" w:type="dxa"/>
            <w:tcBorders>
              <w:top w:val="single" w:sz="4" w:space="0" w:color="D8E6EC"/>
              <w:left w:val="single" w:sz="4" w:space="0" w:color="D8E6EC"/>
              <w:bottom w:val="single" w:sz="4" w:space="0" w:color="D8E6EC"/>
              <w:right w:val="single" w:sz="4" w:space="0" w:color="D8E6EC"/>
            </w:tcBorders>
          </w:tcPr>
          <w:p w14:paraId="5036BB71" w14:textId="77777777" w:rsidR="000907E6" w:rsidRDefault="00000000">
            <w:pPr>
              <w:spacing w:after="0"/>
            </w:pPr>
            <w:r>
              <w:rPr>
                <w:sz w:val="17"/>
              </w:rPr>
              <w:t>Say c as k every time.</w:t>
            </w:r>
          </w:p>
        </w:tc>
        <w:tc>
          <w:tcPr>
            <w:tcW w:w="3447" w:type="dxa"/>
            <w:tcBorders>
              <w:top w:val="single" w:sz="4" w:space="0" w:color="D8E6EC"/>
              <w:left w:val="single" w:sz="4" w:space="0" w:color="D8E6EC"/>
              <w:bottom w:val="single" w:sz="4" w:space="0" w:color="D8E6EC"/>
              <w:right w:val="single" w:sz="4" w:space="0" w:color="D8E6EC"/>
            </w:tcBorders>
          </w:tcPr>
          <w:p w14:paraId="5EC1C1EE" w14:textId="77777777" w:rsidR="000907E6" w:rsidRDefault="00000000">
            <w:pPr>
              <w:spacing w:after="0"/>
            </w:pPr>
            <w:r>
              <w:rPr>
                <w:sz w:val="17"/>
              </w:rPr>
              <w:t>cel = kel, kultura = kool-too-rah</w:t>
            </w:r>
          </w:p>
        </w:tc>
      </w:tr>
      <w:tr w:rsidR="000907E6" w:rsidRPr="00CE26E7" w14:paraId="203DA88D"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20A8B03E" w14:textId="77777777" w:rsidR="000907E6" w:rsidRDefault="00000000">
            <w:pPr>
              <w:spacing w:after="0"/>
            </w:pPr>
            <w:r>
              <w:rPr>
                <w:sz w:val="17"/>
              </w:rPr>
              <w:t>Stable verbs</w:t>
            </w:r>
          </w:p>
        </w:tc>
        <w:tc>
          <w:tcPr>
            <w:tcW w:w="3447" w:type="dxa"/>
            <w:tcBorders>
              <w:top w:val="single" w:sz="4" w:space="0" w:color="D8E6EC"/>
              <w:left w:val="single" w:sz="4" w:space="0" w:color="D8E6EC"/>
              <w:bottom w:val="single" w:sz="4" w:space="0" w:color="D8E6EC"/>
              <w:right w:val="single" w:sz="4" w:space="0" w:color="D8E6EC"/>
            </w:tcBorders>
          </w:tcPr>
          <w:p w14:paraId="027DEE3A" w14:textId="77777777" w:rsidR="000907E6" w:rsidRDefault="00000000">
            <w:pPr>
              <w:spacing w:after="0"/>
            </w:pPr>
            <w:r>
              <w:rPr>
                <w:sz w:val="17"/>
              </w:rPr>
              <w:t>Do not change the verb by person.</w:t>
            </w:r>
          </w:p>
        </w:tc>
        <w:tc>
          <w:tcPr>
            <w:tcW w:w="3447" w:type="dxa"/>
            <w:tcBorders>
              <w:top w:val="single" w:sz="4" w:space="0" w:color="D8E6EC"/>
              <w:left w:val="single" w:sz="4" w:space="0" w:color="D8E6EC"/>
              <w:bottom w:val="single" w:sz="4" w:space="0" w:color="D8E6EC"/>
              <w:right w:val="single" w:sz="4" w:space="0" w:color="D8E6EC"/>
            </w:tcBorders>
          </w:tcPr>
          <w:p w14:paraId="3428E749" w14:textId="77777777" w:rsidR="000907E6" w:rsidRPr="00CE26E7" w:rsidRDefault="00000000">
            <w:pPr>
              <w:spacing w:after="0"/>
              <w:rPr>
                <w:lang w:val="es-ES"/>
              </w:rPr>
            </w:pPr>
            <w:r w:rsidRPr="00CE26E7">
              <w:rPr>
                <w:sz w:val="17"/>
                <w:lang w:val="es-ES"/>
              </w:rPr>
              <w:t>mi parla, tu parla, nos parla</w:t>
            </w:r>
          </w:p>
        </w:tc>
      </w:tr>
      <w:tr w:rsidR="000907E6" w14:paraId="474494D4"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7877E935" w14:textId="77777777" w:rsidR="000907E6" w:rsidRDefault="00000000">
            <w:pPr>
              <w:spacing w:after="0"/>
            </w:pPr>
            <w:r>
              <w:rPr>
                <w:sz w:val="17"/>
              </w:rPr>
              <w:t>Pause by phrase</w:t>
            </w:r>
          </w:p>
        </w:tc>
        <w:tc>
          <w:tcPr>
            <w:tcW w:w="3447" w:type="dxa"/>
            <w:tcBorders>
              <w:top w:val="single" w:sz="4" w:space="0" w:color="D8E6EC"/>
              <w:left w:val="single" w:sz="4" w:space="0" w:color="D8E6EC"/>
              <w:bottom w:val="single" w:sz="4" w:space="0" w:color="D8E6EC"/>
              <w:right w:val="single" w:sz="4" w:space="0" w:color="D8E6EC"/>
            </w:tcBorders>
          </w:tcPr>
          <w:p w14:paraId="2B3A9B1A" w14:textId="77777777" w:rsidR="000907E6" w:rsidRDefault="00000000">
            <w:pPr>
              <w:spacing w:after="0"/>
            </w:pPr>
            <w:r>
              <w:rPr>
                <w:sz w:val="17"/>
              </w:rPr>
              <w:t>Pause after natural meaning groups.</w:t>
            </w:r>
          </w:p>
        </w:tc>
        <w:tc>
          <w:tcPr>
            <w:tcW w:w="3447" w:type="dxa"/>
            <w:tcBorders>
              <w:top w:val="single" w:sz="4" w:space="0" w:color="D8E6EC"/>
              <w:left w:val="single" w:sz="4" w:space="0" w:color="D8E6EC"/>
              <w:bottom w:val="single" w:sz="4" w:space="0" w:color="D8E6EC"/>
              <w:right w:val="single" w:sz="4" w:space="0" w:color="D8E6EC"/>
            </w:tcBorders>
          </w:tcPr>
          <w:p w14:paraId="025D103D" w14:textId="77777777" w:rsidR="000907E6" w:rsidRDefault="00000000">
            <w:pPr>
              <w:spacing w:after="0"/>
            </w:pPr>
            <w:r>
              <w:rPr>
                <w:sz w:val="17"/>
              </w:rPr>
              <w:t>Mi nu aprende / Claralinga.</w:t>
            </w:r>
          </w:p>
        </w:tc>
      </w:tr>
      <w:tr w:rsidR="000907E6" w14:paraId="3B719297"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2D0E6A5A" w14:textId="77777777" w:rsidR="000907E6" w:rsidRDefault="00000000">
            <w:pPr>
              <w:spacing w:after="0"/>
            </w:pPr>
            <w:r>
              <w:rPr>
                <w:sz w:val="17"/>
              </w:rPr>
              <w:t>Repeat aloud</w:t>
            </w:r>
          </w:p>
        </w:tc>
        <w:tc>
          <w:tcPr>
            <w:tcW w:w="3447" w:type="dxa"/>
            <w:tcBorders>
              <w:top w:val="single" w:sz="4" w:space="0" w:color="D8E6EC"/>
              <w:left w:val="single" w:sz="4" w:space="0" w:color="D8E6EC"/>
              <w:bottom w:val="single" w:sz="4" w:space="0" w:color="D8E6EC"/>
              <w:right w:val="single" w:sz="4" w:space="0" w:color="D8E6EC"/>
            </w:tcBorders>
          </w:tcPr>
          <w:p w14:paraId="1D12C74E" w14:textId="77777777" w:rsidR="000907E6" w:rsidRDefault="00000000">
            <w:pPr>
              <w:spacing w:after="0"/>
            </w:pPr>
            <w:r>
              <w:rPr>
                <w:sz w:val="17"/>
              </w:rPr>
              <w:t>Read each text at least twice.</w:t>
            </w:r>
          </w:p>
        </w:tc>
        <w:tc>
          <w:tcPr>
            <w:tcW w:w="3447" w:type="dxa"/>
            <w:tcBorders>
              <w:top w:val="single" w:sz="4" w:space="0" w:color="D8E6EC"/>
              <w:left w:val="single" w:sz="4" w:space="0" w:color="D8E6EC"/>
              <w:bottom w:val="single" w:sz="4" w:space="0" w:color="D8E6EC"/>
              <w:right w:val="single" w:sz="4" w:space="0" w:color="D8E6EC"/>
            </w:tcBorders>
          </w:tcPr>
          <w:p w14:paraId="7474AF2F" w14:textId="77777777" w:rsidR="000907E6" w:rsidRDefault="00000000">
            <w:pPr>
              <w:spacing w:after="0"/>
            </w:pPr>
            <w:r>
              <w:rPr>
                <w:sz w:val="17"/>
              </w:rPr>
              <w:t>Slow first, natural second.</w:t>
            </w:r>
          </w:p>
        </w:tc>
      </w:tr>
    </w:tbl>
    <w:p w14:paraId="0F116FB8" w14:textId="77777777" w:rsidR="000907E6" w:rsidRDefault="00000000">
      <w:pPr>
        <w:pStyle w:val="Heading2"/>
      </w:pPr>
      <w:r>
        <w:t>Reading Marks Used en This Book</w:t>
      </w:r>
    </w:p>
    <w:tbl>
      <w:tblPr>
        <w:tblW w:w="0" w:type="auto"/>
        <w:jc w:val="center"/>
        <w:tblLook w:val="04A0" w:firstRow="1" w:lastRow="0" w:firstColumn="1" w:lastColumn="0" w:noHBand="0" w:noVBand="1"/>
      </w:tblPr>
      <w:tblGrid>
        <w:gridCol w:w="5170"/>
        <w:gridCol w:w="5170"/>
      </w:tblGrid>
      <w:tr w:rsidR="000907E6" w14:paraId="6C6E2A4D"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AF7968C" w14:textId="77777777" w:rsidR="000907E6" w:rsidRDefault="00000000">
            <w:pPr>
              <w:spacing w:after="0"/>
            </w:pPr>
            <w:r>
              <w:rPr>
                <w:b/>
                <w:color w:val="FFFFFF"/>
                <w:sz w:val="18"/>
              </w:rPr>
              <w:t>Mark</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757553E" w14:textId="77777777" w:rsidR="000907E6" w:rsidRDefault="00000000">
            <w:pPr>
              <w:spacing w:after="0"/>
            </w:pPr>
            <w:r>
              <w:rPr>
                <w:b/>
                <w:color w:val="FFFFFF"/>
                <w:sz w:val="18"/>
              </w:rPr>
              <w:t>Meaning</w:t>
            </w:r>
          </w:p>
        </w:tc>
      </w:tr>
      <w:tr w:rsidR="000907E6" w14:paraId="0A24524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959B2B3" w14:textId="77777777" w:rsidR="000907E6" w:rsidRDefault="00000000">
            <w:pPr>
              <w:spacing w:after="0"/>
            </w:pPr>
            <w:r>
              <w:rPr>
                <w:sz w:val="18"/>
              </w:rPr>
              <w:t>/</w:t>
            </w:r>
          </w:p>
        </w:tc>
        <w:tc>
          <w:tcPr>
            <w:tcW w:w="5170" w:type="dxa"/>
            <w:tcBorders>
              <w:top w:val="single" w:sz="4" w:space="0" w:color="D8E6EC"/>
              <w:left w:val="single" w:sz="4" w:space="0" w:color="D8E6EC"/>
              <w:bottom w:val="single" w:sz="4" w:space="0" w:color="D8E6EC"/>
              <w:right w:val="single" w:sz="4" w:space="0" w:color="D8E6EC"/>
            </w:tcBorders>
          </w:tcPr>
          <w:p w14:paraId="61295810" w14:textId="77777777" w:rsidR="000907E6" w:rsidRDefault="00000000">
            <w:pPr>
              <w:spacing w:after="0"/>
            </w:pPr>
            <w:r>
              <w:rPr>
                <w:sz w:val="18"/>
              </w:rPr>
              <w:t>short pause</w:t>
            </w:r>
          </w:p>
        </w:tc>
      </w:tr>
      <w:tr w:rsidR="000907E6" w14:paraId="19D501D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E74456E" w14:textId="77777777" w:rsidR="000907E6" w:rsidRDefault="00000000">
            <w:pPr>
              <w:spacing w:after="0"/>
            </w:pPr>
            <w:r>
              <w:rPr>
                <w:sz w:val="18"/>
              </w:rPr>
              <w:t>//</w:t>
            </w:r>
          </w:p>
        </w:tc>
        <w:tc>
          <w:tcPr>
            <w:tcW w:w="5170" w:type="dxa"/>
            <w:tcBorders>
              <w:top w:val="single" w:sz="4" w:space="0" w:color="D8E6EC"/>
              <w:left w:val="single" w:sz="4" w:space="0" w:color="D8E6EC"/>
              <w:bottom w:val="single" w:sz="4" w:space="0" w:color="D8E6EC"/>
              <w:right w:val="single" w:sz="4" w:space="0" w:color="D8E6EC"/>
            </w:tcBorders>
          </w:tcPr>
          <w:p w14:paraId="3D98612E" w14:textId="77777777" w:rsidR="000907E6" w:rsidRDefault="00000000">
            <w:pPr>
              <w:spacing w:after="0"/>
            </w:pPr>
            <w:r>
              <w:rPr>
                <w:sz w:val="18"/>
              </w:rPr>
              <w:t>longer pause</w:t>
            </w:r>
          </w:p>
        </w:tc>
      </w:tr>
      <w:tr w:rsidR="000907E6" w14:paraId="421D9E6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BB49709" w14:textId="77777777" w:rsidR="000907E6" w:rsidRDefault="00000000">
            <w:pPr>
              <w:spacing w:after="0"/>
            </w:pPr>
            <w:r>
              <w:rPr>
                <w:sz w:val="18"/>
              </w:rPr>
              <w:t>[focus]</w:t>
            </w:r>
          </w:p>
        </w:tc>
        <w:tc>
          <w:tcPr>
            <w:tcW w:w="5170" w:type="dxa"/>
            <w:tcBorders>
              <w:top w:val="single" w:sz="4" w:space="0" w:color="D8E6EC"/>
              <w:left w:val="single" w:sz="4" w:space="0" w:color="D8E6EC"/>
              <w:bottom w:val="single" w:sz="4" w:space="0" w:color="D8E6EC"/>
              <w:right w:val="single" w:sz="4" w:space="0" w:color="D8E6EC"/>
            </w:tcBorders>
          </w:tcPr>
          <w:p w14:paraId="7A12E665" w14:textId="77777777" w:rsidR="000907E6" w:rsidRDefault="00000000">
            <w:pPr>
              <w:spacing w:after="0"/>
            </w:pPr>
            <w:r>
              <w:rPr>
                <w:sz w:val="18"/>
              </w:rPr>
              <w:t>watch pronunciation or grammar</w:t>
            </w:r>
          </w:p>
        </w:tc>
      </w:tr>
      <w:tr w:rsidR="000907E6" w14:paraId="2D1235F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55212D0" w14:textId="77777777" w:rsidR="000907E6" w:rsidRDefault="00000000">
            <w:pPr>
              <w:spacing w:after="0"/>
            </w:pPr>
            <w:r>
              <w:rPr>
                <w:sz w:val="18"/>
              </w:rPr>
              <w:t>Say it again</w:t>
            </w:r>
          </w:p>
        </w:tc>
        <w:tc>
          <w:tcPr>
            <w:tcW w:w="5170" w:type="dxa"/>
            <w:tcBorders>
              <w:top w:val="single" w:sz="4" w:space="0" w:color="D8E6EC"/>
              <w:left w:val="single" w:sz="4" w:space="0" w:color="D8E6EC"/>
              <w:bottom w:val="single" w:sz="4" w:space="0" w:color="D8E6EC"/>
              <w:right w:val="single" w:sz="4" w:space="0" w:color="D8E6EC"/>
            </w:tcBorders>
          </w:tcPr>
          <w:p w14:paraId="38A856AE" w14:textId="77777777" w:rsidR="000907E6" w:rsidRDefault="00000000">
            <w:pPr>
              <w:spacing w:after="0"/>
            </w:pPr>
            <w:r>
              <w:rPr>
                <w:sz w:val="18"/>
              </w:rPr>
              <w:t>repeat aloud for rhythm</w:t>
            </w:r>
          </w:p>
        </w:tc>
      </w:tr>
      <w:tr w:rsidR="000907E6" w14:paraId="6266F87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EAE1084" w14:textId="77777777" w:rsidR="000907E6" w:rsidRDefault="00000000">
            <w:pPr>
              <w:spacing w:after="0"/>
            </w:pPr>
            <w:r>
              <w:rPr>
                <w:sz w:val="18"/>
              </w:rPr>
              <w:t>Build it</w:t>
            </w:r>
          </w:p>
        </w:tc>
        <w:tc>
          <w:tcPr>
            <w:tcW w:w="5170" w:type="dxa"/>
            <w:tcBorders>
              <w:top w:val="single" w:sz="4" w:space="0" w:color="D8E6EC"/>
              <w:left w:val="single" w:sz="4" w:space="0" w:color="D8E6EC"/>
              <w:bottom w:val="single" w:sz="4" w:space="0" w:color="D8E6EC"/>
              <w:right w:val="single" w:sz="4" w:space="0" w:color="D8E6EC"/>
            </w:tcBorders>
          </w:tcPr>
          <w:p w14:paraId="66BC571E" w14:textId="77777777" w:rsidR="000907E6" w:rsidRDefault="00000000">
            <w:pPr>
              <w:spacing w:after="0"/>
            </w:pPr>
            <w:r>
              <w:rPr>
                <w:sz w:val="18"/>
              </w:rPr>
              <w:t>write or speak your own sentence</w:t>
            </w:r>
          </w:p>
        </w:tc>
      </w:tr>
    </w:tbl>
    <w:p w14:paraId="23568330" w14:textId="77777777" w:rsidR="000907E6" w:rsidRDefault="00000000">
      <w:pPr>
        <w:pStyle w:val="Heading2"/>
      </w:pPr>
      <w:r>
        <w:t>Core Grammar for Reading</w:t>
      </w:r>
    </w:p>
    <w:tbl>
      <w:tblPr>
        <w:tblW w:w="0" w:type="auto"/>
        <w:jc w:val="center"/>
        <w:tblLook w:val="04A0" w:firstRow="1" w:lastRow="0" w:firstColumn="1" w:lastColumn="0" w:noHBand="0" w:noVBand="1"/>
      </w:tblPr>
      <w:tblGrid>
        <w:gridCol w:w="3447"/>
        <w:gridCol w:w="3447"/>
        <w:gridCol w:w="3447"/>
      </w:tblGrid>
      <w:tr w:rsidR="000907E6" w14:paraId="0A4ADE16" w14:textId="77777777">
        <w:trPr>
          <w:tblHeader/>
          <w:jc w:val="center"/>
        </w:trPr>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48F38461" w14:textId="77777777" w:rsidR="000907E6" w:rsidRDefault="00000000">
            <w:pPr>
              <w:spacing w:after="0"/>
            </w:pPr>
            <w:r>
              <w:rPr>
                <w:b/>
                <w:color w:val="FFFFFF"/>
                <w:sz w:val="17"/>
              </w:rPr>
              <w:t>Feature</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412A6311" w14:textId="77777777" w:rsidR="000907E6" w:rsidRDefault="00000000">
            <w:pPr>
              <w:spacing w:after="0"/>
            </w:pPr>
            <w:r>
              <w:rPr>
                <w:b/>
                <w:color w:val="FFFFFF"/>
                <w:sz w:val="17"/>
              </w:rPr>
              <w:t>Meaning</w:t>
            </w:r>
          </w:p>
        </w:tc>
        <w:tc>
          <w:tcPr>
            <w:tcW w:w="3447" w:type="dxa"/>
            <w:tcBorders>
              <w:top w:val="single" w:sz="4" w:space="0" w:color="D8E6EC"/>
              <w:left w:val="single" w:sz="4" w:space="0" w:color="D8E6EC"/>
              <w:bottom w:val="single" w:sz="4" w:space="0" w:color="D8E6EC"/>
              <w:right w:val="single" w:sz="4" w:space="0" w:color="D8E6EC"/>
            </w:tcBorders>
            <w:shd w:val="clear" w:color="auto" w:fill="0B2E4A"/>
          </w:tcPr>
          <w:p w14:paraId="12275740" w14:textId="77777777" w:rsidR="000907E6" w:rsidRDefault="00000000">
            <w:pPr>
              <w:spacing w:after="0"/>
            </w:pPr>
            <w:r>
              <w:rPr>
                <w:b/>
                <w:color w:val="FFFFFF"/>
                <w:sz w:val="17"/>
              </w:rPr>
              <w:t>Example</w:t>
            </w:r>
          </w:p>
        </w:tc>
      </w:tr>
      <w:tr w:rsidR="000907E6" w14:paraId="0A14C1C9"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7536AF6E" w14:textId="77777777" w:rsidR="000907E6" w:rsidRDefault="00000000">
            <w:pPr>
              <w:spacing w:after="0"/>
            </w:pPr>
            <w:r>
              <w:rPr>
                <w:sz w:val="17"/>
              </w:rPr>
              <w:t>la</w:t>
            </w:r>
          </w:p>
        </w:tc>
        <w:tc>
          <w:tcPr>
            <w:tcW w:w="3447" w:type="dxa"/>
            <w:tcBorders>
              <w:top w:val="single" w:sz="4" w:space="0" w:color="D8E6EC"/>
              <w:left w:val="single" w:sz="4" w:space="0" w:color="D8E6EC"/>
              <w:bottom w:val="single" w:sz="4" w:space="0" w:color="D8E6EC"/>
              <w:right w:val="single" w:sz="4" w:space="0" w:color="D8E6EC"/>
            </w:tcBorders>
          </w:tcPr>
          <w:p w14:paraId="4DF50D11" w14:textId="77777777" w:rsidR="000907E6" w:rsidRDefault="00000000">
            <w:pPr>
              <w:spacing w:after="0"/>
            </w:pPr>
            <w:r>
              <w:rPr>
                <w:sz w:val="17"/>
              </w:rPr>
              <w:t>the</w:t>
            </w:r>
          </w:p>
        </w:tc>
        <w:tc>
          <w:tcPr>
            <w:tcW w:w="3447" w:type="dxa"/>
            <w:tcBorders>
              <w:top w:val="single" w:sz="4" w:space="0" w:color="D8E6EC"/>
              <w:left w:val="single" w:sz="4" w:space="0" w:color="D8E6EC"/>
              <w:bottom w:val="single" w:sz="4" w:space="0" w:color="D8E6EC"/>
              <w:right w:val="single" w:sz="4" w:space="0" w:color="D8E6EC"/>
            </w:tcBorders>
          </w:tcPr>
          <w:p w14:paraId="4D0313A0" w14:textId="77777777" w:rsidR="000907E6" w:rsidRDefault="00000000">
            <w:pPr>
              <w:spacing w:after="0"/>
            </w:pPr>
            <w:r>
              <w:rPr>
                <w:sz w:val="17"/>
              </w:rPr>
              <w:t>la libro = the book</w:t>
            </w:r>
          </w:p>
        </w:tc>
      </w:tr>
      <w:tr w:rsidR="000907E6" w14:paraId="1006E1EF"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595AFBA2" w14:textId="77777777" w:rsidR="000907E6" w:rsidRDefault="00000000">
            <w:pPr>
              <w:spacing w:after="0"/>
            </w:pPr>
            <w:r>
              <w:rPr>
                <w:sz w:val="17"/>
              </w:rPr>
              <w:t>un</w:t>
            </w:r>
          </w:p>
        </w:tc>
        <w:tc>
          <w:tcPr>
            <w:tcW w:w="3447" w:type="dxa"/>
            <w:tcBorders>
              <w:top w:val="single" w:sz="4" w:space="0" w:color="D8E6EC"/>
              <w:left w:val="single" w:sz="4" w:space="0" w:color="D8E6EC"/>
              <w:bottom w:val="single" w:sz="4" w:space="0" w:color="D8E6EC"/>
              <w:right w:val="single" w:sz="4" w:space="0" w:color="D8E6EC"/>
            </w:tcBorders>
          </w:tcPr>
          <w:p w14:paraId="127457DC" w14:textId="77777777" w:rsidR="000907E6" w:rsidRDefault="00000000">
            <w:pPr>
              <w:spacing w:after="0"/>
            </w:pPr>
            <w:r>
              <w:rPr>
                <w:sz w:val="17"/>
              </w:rPr>
              <w:t>a/an/one</w:t>
            </w:r>
          </w:p>
        </w:tc>
        <w:tc>
          <w:tcPr>
            <w:tcW w:w="3447" w:type="dxa"/>
            <w:tcBorders>
              <w:top w:val="single" w:sz="4" w:space="0" w:color="D8E6EC"/>
              <w:left w:val="single" w:sz="4" w:space="0" w:color="D8E6EC"/>
              <w:bottom w:val="single" w:sz="4" w:space="0" w:color="D8E6EC"/>
              <w:right w:val="single" w:sz="4" w:space="0" w:color="D8E6EC"/>
            </w:tcBorders>
          </w:tcPr>
          <w:p w14:paraId="145B5CE1" w14:textId="77777777" w:rsidR="000907E6" w:rsidRDefault="00000000">
            <w:pPr>
              <w:spacing w:after="0"/>
            </w:pPr>
            <w:r>
              <w:rPr>
                <w:sz w:val="17"/>
              </w:rPr>
              <w:t>un dom = a house</w:t>
            </w:r>
          </w:p>
        </w:tc>
      </w:tr>
      <w:tr w:rsidR="000907E6" w14:paraId="54B9715E"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73163828" w14:textId="77777777" w:rsidR="000907E6" w:rsidRDefault="00000000">
            <w:pPr>
              <w:spacing w:after="0"/>
            </w:pPr>
            <w:r>
              <w:rPr>
                <w:sz w:val="17"/>
              </w:rPr>
              <w:t>ne</w:t>
            </w:r>
          </w:p>
        </w:tc>
        <w:tc>
          <w:tcPr>
            <w:tcW w:w="3447" w:type="dxa"/>
            <w:tcBorders>
              <w:top w:val="single" w:sz="4" w:space="0" w:color="D8E6EC"/>
              <w:left w:val="single" w:sz="4" w:space="0" w:color="D8E6EC"/>
              <w:bottom w:val="single" w:sz="4" w:space="0" w:color="D8E6EC"/>
              <w:right w:val="single" w:sz="4" w:space="0" w:color="D8E6EC"/>
            </w:tcBorders>
          </w:tcPr>
          <w:p w14:paraId="3675486C" w14:textId="77777777" w:rsidR="000907E6" w:rsidRDefault="00000000">
            <w:pPr>
              <w:spacing w:after="0"/>
            </w:pPr>
            <w:r>
              <w:rPr>
                <w:sz w:val="17"/>
              </w:rPr>
              <w:t>not</w:t>
            </w:r>
          </w:p>
        </w:tc>
        <w:tc>
          <w:tcPr>
            <w:tcW w:w="3447" w:type="dxa"/>
            <w:tcBorders>
              <w:top w:val="single" w:sz="4" w:space="0" w:color="D8E6EC"/>
              <w:left w:val="single" w:sz="4" w:space="0" w:color="D8E6EC"/>
              <w:bottom w:val="single" w:sz="4" w:space="0" w:color="D8E6EC"/>
              <w:right w:val="single" w:sz="4" w:space="0" w:color="D8E6EC"/>
            </w:tcBorders>
          </w:tcPr>
          <w:p w14:paraId="4C6834AB" w14:textId="77777777" w:rsidR="000907E6" w:rsidRDefault="00000000">
            <w:pPr>
              <w:spacing w:after="0"/>
            </w:pPr>
            <w:r>
              <w:rPr>
                <w:sz w:val="17"/>
              </w:rPr>
              <w:t>Mi ne komprende.</w:t>
            </w:r>
          </w:p>
        </w:tc>
      </w:tr>
      <w:tr w:rsidR="000907E6" w14:paraId="5EF1E31A"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693EF68B" w14:textId="77777777" w:rsidR="000907E6" w:rsidRDefault="00000000">
            <w:pPr>
              <w:spacing w:after="0"/>
            </w:pPr>
            <w:r>
              <w:rPr>
                <w:sz w:val="17"/>
              </w:rPr>
              <w:t>ku</w:t>
            </w:r>
          </w:p>
        </w:tc>
        <w:tc>
          <w:tcPr>
            <w:tcW w:w="3447" w:type="dxa"/>
            <w:tcBorders>
              <w:top w:val="single" w:sz="4" w:space="0" w:color="D8E6EC"/>
              <w:left w:val="single" w:sz="4" w:space="0" w:color="D8E6EC"/>
              <w:bottom w:val="single" w:sz="4" w:space="0" w:color="D8E6EC"/>
              <w:right w:val="single" w:sz="4" w:space="0" w:color="D8E6EC"/>
            </w:tcBorders>
          </w:tcPr>
          <w:p w14:paraId="2F8512B5" w14:textId="77777777" w:rsidR="000907E6" w:rsidRDefault="00000000">
            <w:pPr>
              <w:spacing w:after="0"/>
            </w:pPr>
            <w:r>
              <w:rPr>
                <w:sz w:val="17"/>
              </w:rPr>
              <w:t>yes/no question marker</w:t>
            </w:r>
          </w:p>
        </w:tc>
        <w:tc>
          <w:tcPr>
            <w:tcW w:w="3447" w:type="dxa"/>
            <w:tcBorders>
              <w:top w:val="single" w:sz="4" w:space="0" w:color="D8E6EC"/>
              <w:left w:val="single" w:sz="4" w:space="0" w:color="D8E6EC"/>
              <w:bottom w:val="single" w:sz="4" w:space="0" w:color="D8E6EC"/>
              <w:right w:val="single" w:sz="4" w:space="0" w:color="D8E6EC"/>
            </w:tcBorders>
          </w:tcPr>
          <w:p w14:paraId="1F2B65EC" w14:textId="77777777" w:rsidR="000907E6" w:rsidRDefault="00000000">
            <w:pPr>
              <w:spacing w:after="0"/>
            </w:pPr>
            <w:r>
              <w:rPr>
                <w:sz w:val="17"/>
              </w:rPr>
              <w:t>Ku tu komprende?</w:t>
            </w:r>
          </w:p>
        </w:tc>
      </w:tr>
      <w:tr w:rsidR="000907E6" w14:paraId="3868F563"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00A24A85" w14:textId="77777777" w:rsidR="000907E6" w:rsidRDefault="00000000">
            <w:pPr>
              <w:spacing w:after="0"/>
            </w:pPr>
            <w:r>
              <w:rPr>
                <w:sz w:val="17"/>
              </w:rPr>
              <w:t>pa</w:t>
            </w:r>
          </w:p>
        </w:tc>
        <w:tc>
          <w:tcPr>
            <w:tcW w:w="3447" w:type="dxa"/>
            <w:tcBorders>
              <w:top w:val="single" w:sz="4" w:space="0" w:color="D8E6EC"/>
              <w:left w:val="single" w:sz="4" w:space="0" w:color="D8E6EC"/>
              <w:bottom w:val="single" w:sz="4" w:space="0" w:color="D8E6EC"/>
              <w:right w:val="single" w:sz="4" w:space="0" w:color="D8E6EC"/>
            </w:tcBorders>
          </w:tcPr>
          <w:p w14:paraId="6D117D45" w14:textId="77777777" w:rsidR="000907E6" w:rsidRDefault="00000000">
            <w:pPr>
              <w:spacing w:after="0"/>
            </w:pPr>
            <w:r>
              <w:rPr>
                <w:sz w:val="17"/>
              </w:rPr>
              <w:t>past</w:t>
            </w:r>
          </w:p>
        </w:tc>
        <w:tc>
          <w:tcPr>
            <w:tcW w:w="3447" w:type="dxa"/>
            <w:tcBorders>
              <w:top w:val="single" w:sz="4" w:space="0" w:color="D8E6EC"/>
              <w:left w:val="single" w:sz="4" w:space="0" w:color="D8E6EC"/>
              <w:bottom w:val="single" w:sz="4" w:space="0" w:color="D8E6EC"/>
              <w:right w:val="single" w:sz="4" w:space="0" w:color="D8E6EC"/>
            </w:tcBorders>
          </w:tcPr>
          <w:p w14:paraId="52FFBFAB" w14:textId="77777777" w:rsidR="000907E6" w:rsidRDefault="00000000">
            <w:pPr>
              <w:spacing w:after="0"/>
            </w:pPr>
            <w:r>
              <w:rPr>
                <w:sz w:val="17"/>
              </w:rPr>
              <w:t>Mi pa visita.</w:t>
            </w:r>
          </w:p>
        </w:tc>
      </w:tr>
      <w:tr w:rsidR="000907E6" w14:paraId="7969EFD3"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2D9AB0E1" w14:textId="77777777" w:rsidR="000907E6" w:rsidRDefault="00000000">
            <w:pPr>
              <w:spacing w:after="0"/>
            </w:pPr>
            <w:r>
              <w:rPr>
                <w:sz w:val="17"/>
              </w:rPr>
              <w:t>va</w:t>
            </w:r>
          </w:p>
        </w:tc>
        <w:tc>
          <w:tcPr>
            <w:tcW w:w="3447" w:type="dxa"/>
            <w:tcBorders>
              <w:top w:val="single" w:sz="4" w:space="0" w:color="D8E6EC"/>
              <w:left w:val="single" w:sz="4" w:space="0" w:color="D8E6EC"/>
              <w:bottom w:val="single" w:sz="4" w:space="0" w:color="D8E6EC"/>
              <w:right w:val="single" w:sz="4" w:space="0" w:color="D8E6EC"/>
            </w:tcBorders>
          </w:tcPr>
          <w:p w14:paraId="22808061" w14:textId="77777777" w:rsidR="000907E6" w:rsidRDefault="00000000">
            <w:pPr>
              <w:spacing w:after="0"/>
            </w:pPr>
            <w:r>
              <w:rPr>
                <w:sz w:val="17"/>
              </w:rPr>
              <w:t>future</w:t>
            </w:r>
          </w:p>
        </w:tc>
        <w:tc>
          <w:tcPr>
            <w:tcW w:w="3447" w:type="dxa"/>
            <w:tcBorders>
              <w:top w:val="single" w:sz="4" w:space="0" w:color="D8E6EC"/>
              <w:left w:val="single" w:sz="4" w:space="0" w:color="D8E6EC"/>
              <w:bottom w:val="single" w:sz="4" w:space="0" w:color="D8E6EC"/>
              <w:right w:val="single" w:sz="4" w:space="0" w:color="D8E6EC"/>
            </w:tcBorders>
          </w:tcPr>
          <w:p w14:paraId="36C9DE82" w14:textId="77777777" w:rsidR="000907E6" w:rsidRDefault="00000000">
            <w:pPr>
              <w:spacing w:after="0"/>
            </w:pPr>
            <w:r>
              <w:rPr>
                <w:sz w:val="17"/>
              </w:rPr>
              <w:t>Nos va aprende.</w:t>
            </w:r>
          </w:p>
        </w:tc>
      </w:tr>
      <w:tr w:rsidR="000907E6" w14:paraId="0442CD2D"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7022603E" w14:textId="77777777" w:rsidR="000907E6" w:rsidRDefault="00000000">
            <w:pPr>
              <w:spacing w:after="0"/>
            </w:pPr>
            <w:r>
              <w:rPr>
                <w:sz w:val="17"/>
              </w:rPr>
              <w:t>nu</w:t>
            </w:r>
          </w:p>
        </w:tc>
        <w:tc>
          <w:tcPr>
            <w:tcW w:w="3447" w:type="dxa"/>
            <w:tcBorders>
              <w:top w:val="single" w:sz="4" w:space="0" w:color="D8E6EC"/>
              <w:left w:val="single" w:sz="4" w:space="0" w:color="D8E6EC"/>
              <w:bottom w:val="single" w:sz="4" w:space="0" w:color="D8E6EC"/>
              <w:right w:val="single" w:sz="4" w:space="0" w:color="D8E6EC"/>
            </w:tcBorders>
          </w:tcPr>
          <w:p w14:paraId="71D32E9F" w14:textId="77777777" w:rsidR="000907E6" w:rsidRDefault="00000000">
            <w:pPr>
              <w:spacing w:after="0"/>
            </w:pPr>
            <w:r>
              <w:rPr>
                <w:sz w:val="17"/>
              </w:rPr>
              <w:t>current action</w:t>
            </w:r>
          </w:p>
        </w:tc>
        <w:tc>
          <w:tcPr>
            <w:tcW w:w="3447" w:type="dxa"/>
            <w:tcBorders>
              <w:top w:val="single" w:sz="4" w:space="0" w:color="D8E6EC"/>
              <w:left w:val="single" w:sz="4" w:space="0" w:color="D8E6EC"/>
              <w:bottom w:val="single" w:sz="4" w:space="0" w:color="D8E6EC"/>
              <w:right w:val="single" w:sz="4" w:space="0" w:color="D8E6EC"/>
            </w:tcBorders>
          </w:tcPr>
          <w:p w14:paraId="4DB06C97" w14:textId="77777777" w:rsidR="000907E6" w:rsidRDefault="00000000">
            <w:pPr>
              <w:spacing w:after="0"/>
            </w:pPr>
            <w:r>
              <w:rPr>
                <w:sz w:val="17"/>
              </w:rPr>
              <w:t>Ela nu lege.</w:t>
            </w:r>
          </w:p>
        </w:tc>
      </w:tr>
      <w:tr w:rsidR="000907E6" w14:paraId="160976B8"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11C5F58B" w14:textId="77777777" w:rsidR="000907E6" w:rsidRDefault="00000000">
            <w:pPr>
              <w:spacing w:after="0"/>
            </w:pPr>
            <w:r>
              <w:rPr>
                <w:sz w:val="17"/>
              </w:rPr>
              <w:t>ja</w:t>
            </w:r>
          </w:p>
        </w:tc>
        <w:tc>
          <w:tcPr>
            <w:tcW w:w="3447" w:type="dxa"/>
            <w:tcBorders>
              <w:top w:val="single" w:sz="4" w:space="0" w:color="D8E6EC"/>
              <w:left w:val="single" w:sz="4" w:space="0" w:color="D8E6EC"/>
              <w:bottom w:val="single" w:sz="4" w:space="0" w:color="D8E6EC"/>
              <w:right w:val="single" w:sz="4" w:space="0" w:color="D8E6EC"/>
            </w:tcBorders>
          </w:tcPr>
          <w:p w14:paraId="72697FD4" w14:textId="77777777" w:rsidR="000907E6" w:rsidRDefault="00000000">
            <w:pPr>
              <w:spacing w:after="0"/>
            </w:pPr>
            <w:r>
              <w:rPr>
                <w:sz w:val="17"/>
              </w:rPr>
              <w:t>already/perfect</w:t>
            </w:r>
          </w:p>
        </w:tc>
        <w:tc>
          <w:tcPr>
            <w:tcW w:w="3447" w:type="dxa"/>
            <w:tcBorders>
              <w:top w:val="single" w:sz="4" w:space="0" w:color="D8E6EC"/>
              <w:left w:val="single" w:sz="4" w:space="0" w:color="D8E6EC"/>
              <w:bottom w:val="single" w:sz="4" w:space="0" w:color="D8E6EC"/>
              <w:right w:val="single" w:sz="4" w:space="0" w:color="D8E6EC"/>
            </w:tcBorders>
          </w:tcPr>
          <w:p w14:paraId="5459D9E8" w14:textId="77777777" w:rsidR="000907E6" w:rsidRDefault="00000000">
            <w:pPr>
              <w:spacing w:after="0"/>
            </w:pPr>
            <w:r>
              <w:rPr>
                <w:sz w:val="17"/>
              </w:rPr>
              <w:t>Les ja arriva.</w:t>
            </w:r>
          </w:p>
        </w:tc>
      </w:tr>
      <w:tr w:rsidR="000907E6" w14:paraId="04E525B9" w14:textId="77777777">
        <w:trPr>
          <w:jc w:val="center"/>
        </w:trPr>
        <w:tc>
          <w:tcPr>
            <w:tcW w:w="3447" w:type="dxa"/>
            <w:tcBorders>
              <w:top w:val="single" w:sz="4" w:space="0" w:color="D8E6EC"/>
              <w:left w:val="single" w:sz="4" w:space="0" w:color="D8E6EC"/>
              <w:bottom w:val="single" w:sz="4" w:space="0" w:color="D8E6EC"/>
              <w:right w:val="single" w:sz="4" w:space="0" w:color="D8E6EC"/>
            </w:tcBorders>
          </w:tcPr>
          <w:p w14:paraId="041C37BB" w14:textId="77777777" w:rsidR="000907E6" w:rsidRDefault="00000000">
            <w:pPr>
              <w:spacing w:after="0"/>
            </w:pPr>
            <w:r>
              <w:rPr>
                <w:sz w:val="17"/>
              </w:rPr>
              <w:t>de</w:t>
            </w:r>
          </w:p>
        </w:tc>
        <w:tc>
          <w:tcPr>
            <w:tcW w:w="3447" w:type="dxa"/>
            <w:tcBorders>
              <w:top w:val="single" w:sz="4" w:space="0" w:color="D8E6EC"/>
              <w:left w:val="single" w:sz="4" w:space="0" w:color="D8E6EC"/>
              <w:bottom w:val="single" w:sz="4" w:space="0" w:color="D8E6EC"/>
              <w:right w:val="single" w:sz="4" w:space="0" w:color="D8E6EC"/>
            </w:tcBorders>
          </w:tcPr>
          <w:p w14:paraId="4992ADF7" w14:textId="77777777" w:rsidR="000907E6" w:rsidRDefault="00000000">
            <w:pPr>
              <w:spacing w:after="0"/>
            </w:pPr>
            <w:r>
              <w:rPr>
                <w:sz w:val="17"/>
              </w:rPr>
              <w:t>of/from/possession</w:t>
            </w:r>
          </w:p>
        </w:tc>
        <w:tc>
          <w:tcPr>
            <w:tcW w:w="3447" w:type="dxa"/>
            <w:tcBorders>
              <w:top w:val="single" w:sz="4" w:space="0" w:color="D8E6EC"/>
              <w:left w:val="single" w:sz="4" w:space="0" w:color="D8E6EC"/>
              <w:bottom w:val="single" w:sz="4" w:space="0" w:color="D8E6EC"/>
              <w:right w:val="single" w:sz="4" w:space="0" w:color="D8E6EC"/>
            </w:tcBorders>
          </w:tcPr>
          <w:p w14:paraId="1B28BCF1" w14:textId="77777777" w:rsidR="000907E6" w:rsidRDefault="00000000">
            <w:pPr>
              <w:spacing w:after="0"/>
            </w:pPr>
            <w:r>
              <w:rPr>
                <w:sz w:val="17"/>
              </w:rPr>
              <w:t>la kasa de nos</w:t>
            </w:r>
          </w:p>
        </w:tc>
      </w:tr>
    </w:tbl>
    <w:p w14:paraId="65E4D836" w14:textId="77777777" w:rsidR="000907E6" w:rsidRDefault="00000000">
      <w:r/>
    </w:p>
    <w:p w14:paraId="17477DB1" w14:textId="77777777" w:rsidR="000907E6" w:rsidRDefault="00000000">
      <w:pPr>
        <w:pStyle w:val="Heading1"/>
      </w:pPr>
      <w:r>
        <w:t>Level 0: Sound and First Words</w:t>
      </w:r>
    </w:p>
    <w:p w14:paraId="2CAD9C42" w14:textId="77777777" w:rsidR="000907E6" w:rsidRDefault="00000000">
      <w:pPr>
        <w:spacing w:after="100"/>
      </w:pPr>
      <w:r>
        <w:t>Read these selections aloud. The goal is not speed. The goal is clear pronunciation, solid grammar, and understanding you can actually use.</w:t>
      </w:r>
    </w:p>
    <w:p w14:paraId="1B506938" w14:textId="77777777" w:rsidR="000907E6" w:rsidRDefault="00000000">
      <w:r/>
    </w:p>
    <w:p w14:paraId="76E149A1" w14:textId="77777777" w:rsidR="000907E6" w:rsidRDefault="00000000">
      <w:pPr>
        <w:pStyle w:val="Heading2"/>
      </w:pPr>
      <w:r>
        <w:t>Level 0: Sound Start: Salve</w:t>
      </w:r>
    </w:p>
    <w:tbl>
      <w:tblPr>
        <w:tblW w:w="0" w:type="auto"/>
        <w:jc w:val="center"/>
        <w:tblLook w:val="04A0" w:firstRow="1" w:lastRow="0" w:firstColumn="1" w:lastColumn="0" w:noHBand="0" w:noVBand="1"/>
      </w:tblPr>
      <w:tblGrid>
        <w:gridCol w:w="5170"/>
        <w:gridCol w:w="5170"/>
      </w:tblGrid>
      <w:tr w:rsidR="000907E6" w14:paraId="4D29EE3F"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3BD29FD9" w14:textId="77777777" w:rsidR="000907E6" w:rsidRDefault="00000000">
            <w:pPr>
              <w:spacing w:after="40"/>
            </w:pPr>
            <w:r>
              <w:rPr>
                <w:b/>
                <w:color w:val="0B2E4A"/>
              </w:rPr>
              <w:t>Reading goal</w:t>
            </w:r>
          </w:p>
          <w:p w14:paraId="1A4B1323" w14:textId="77777777" w:rsidR="000907E6" w:rsidRDefault="00000000">
            <w:pPr>
              <w:spacing w:after="0"/>
            </w:pPr>
            <w:r>
              <w:rPr>
                <w:sz w:val="18"/>
              </w:rPr>
              <w:t>Practice greeting words and clean vowels.</w:t>
            </w:r>
          </w:p>
        </w:tc>
      </w:tr>
      <w:tr w:rsidR="000907E6" w14:paraId="77D3CA88"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5CA5BA21" w14:textId="77777777" w:rsidR="000907E6" w:rsidRDefault="00000000">
            <w:pPr>
              <w:spacing w:after="40"/>
            </w:pPr>
            <w:r>
              <w:rPr>
                <w:b/>
                <w:color w:val="0B2E4A"/>
              </w:rPr>
              <w:t>Pronunciation focus</w:t>
            </w:r>
          </w:p>
          <w:p w14:paraId="5CE27C9F" w14:textId="77777777" w:rsidR="000907E6" w:rsidRDefault="00000000">
            <w:pPr>
              <w:spacing w:after="0"/>
            </w:pPr>
            <w:r>
              <w:rPr>
                <w:sz w:val="18"/>
              </w:rPr>
              <w:t>Focus on a, e, i, o, u. Do not swallow final vowels.</w:t>
            </w:r>
          </w:p>
        </w:tc>
      </w:tr>
      <w:tr w:rsidR="000907E6" w14:paraId="319CF96F"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30DBD64"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1277415" w14:textId="77777777" w:rsidR="000907E6" w:rsidRDefault="00000000">
            <w:pPr>
              <w:spacing w:after="0"/>
            </w:pPr>
            <w:r>
              <w:rPr>
                <w:b/>
                <w:color w:val="FFFFFF"/>
                <w:sz w:val="17"/>
              </w:rPr>
              <w:t>Meaning</w:t>
            </w:r>
          </w:p>
        </w:tc>
      </w:tr>
      <w:tr w:rsidR="000907E6" w14:paraId="33A0EB3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E19ECD1" w14:textId="77777777" w:rsidR="000907E6" w:rsidRDefault="00000000">
            <w:pPr>
              <w:spacing w:after="0"/>
            </w:pPr>
            <w:r>
              <w:rPr>
                <w:sz w:val="17"/>
              </w:rPr>
              <w:t>salve</w:t>
            </w:r>
          </w:p>
        </w:tc>
        <w:tc>
          <w:tcPr>
            <w:tcW w:w="5170" w:type="dxa"/>
            <w:tcBorders>
              <w:top w:val="single" w:sz="4" w:space="0" w:color="D8E6EC"/>
              <w:left w:val="single" w:sz="4" w:space="0" w:color="D8E6EC"/>
              <w:bottom w:val="single" w:sz="4" w:space="0" w:color="D8E6EC"/>
              <w:right w:val="single" w:sz="4" w:space="0" w:color="D8E6EC"/>
            </w:tcBorders>
          </w:tcPr>
          <w:p w14:paraId="739EF16D" w14:textId="77777777" w:rsidR="000907E6" w:rsidRDefault="00000000">
            <w:pPr>
              <w:spacing w:after="0"/>
            </w:pPr>
            <w:r>
              <w:rPr>
                <w:sz w:val="17"/>
              </w:rPr>
              <w:t>hello</w:t>
            </w:r>
          </w:p>
        </w:tc>
      </w:tr>
      <w:tr w:rsidR="000907E6" w14:paraId="74225234"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F6B95BC" w14:textId="77777777" w:rsidR="000907E6" w:rsidRDefault="00000000">
            <w:pPr>
              <w:spacing w:after="0"/>
            </w:pPr>
            <w:r>
              <w:rPr>
                <w:sz w:val="17"/>
              </w:rPr>
              <w:t>mi</w:t>
            </w:r>
          </w:p>
        </w:tc>
        <w:tc>
          <w:tcPr>
            <w:tcW w:w="5170" w:type="dxa"/>
            <w:tcBorders>
              <w:top w:val="single" w:sz="4" w:space="0" w:color="D8E6EC"/>
              <w:left w:val="single" w:sz="4" w:space="0" w:color="D8E6EC"/>
              <w:bottom w:val="single" w:sz="4" w:space="0" w:color="D8E6EC"/>
              <w:right w:val="single" w:sz="4" w:space="0" w:color="D8E6EC"/>
            </w:tcBorders>
          </w:tcPr>
          <w:p w14:paraId="1D5C2C75" w14:textId="77777777" w:rsidR="000907E6" w:rsidRDefault="00000000">
            <w:pPr>
              <w:spacing w:after="0"/>
            </w:pPr>
            <w:r>
              <w:rPr>
                <w:sz w:val="17"/>
              </w:rPr>
              <w:t>I / me / my</w:t>
            </w:r>
          </w:p>
        </w:tc>
      </w:tr>
      <w:tr w:rsidR="000907E6" w14:paraId="40CB127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3B87C97" w14:textId="77777777" w:rsidR="000907E6" w:rsidRDefault="00000000">
            <w:pPr>
              <w:spacing w:after="0"/>
            </w:pPr>
            <w:r>
              <w:rPr>
                <w:sz w:val="17"/>
              </w:rPr>
              <w:t>nom</w:t>
            </w:r>
          </w:p>
        </w:tc>
        <w:tc>
          <w:tcPr>
            <w:tcW w:w="5170" w:type="dxa"/>
            <w:tcBorders>
              <w:top w:val="single" w:sz="4" w:space="0" w:color="D8E6EC"/>
              <w:left w:val="single" w:sz="4" w:space="0" w:color="D8E6EC"/>
              <w:bottom w:val="single" w:sz="4" w:space="0" w:color="D8E6EC"/>
              <w:right w:val="single" w:sz="4" w:space="0" w:color="D8E6EC"/>
            </w:tcBorders>
          </w:tcPr>
          <w:p w14:paraId="379095AE" w14:textId="77777777" w:rsidR="000907E6" w:rsidRDefault="00000000">
            <w:pPr>
              <w:spacing w:after="0"/>
            </w:pPr>
            <w:r>
              <w:rPr>
                <w:sz w:val="17"/>
              </w:rPr>
              <w:t>name</w:t>
            </w:r>
          </w:p>
        </w:tc>
      </w:tr>
      <w:tr w:rsidR="000907E6" w14:paraId="306C25D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99072C4" w14:textId="77777777" w:rsidR="000907E6" w:rsidRDefault="00000000">
            <w:pPr>
              <w:spacing w:after="0"/>
            </w:pPr>
            <w:r>
              <w:rPr>
                <w:sz w:val="17"/>
              </w:rPr>
              <w:t>es</w:t>
            </w:r>
          </w:p>
        </w:tc>
        <w:tc>
          <w:tcPr>
            <w:tcW w:w="5170" w:type="dxa"/>
            <w:tcBorders>
              <w:top w:val="single" w:sz="4" w:space="0" w:color="D8E6EC"/>
              <w:left w:val="single" w:sz="4" w:space="0" w:color="D8E6EC"/>
              <w:bottom w:val="single" w:sz="4" w:space="0" w:color="D8E6EC"/>
              <w:right w:val="single" w:sz="4" w:space="0" w:color="D8E6EC"/>
            </w:tcBorders>
          </w:tcPr>
          <w:p w14:paraId="458F95A1" w14:textId="77777777" w:rsidR="000907E6" w:rsidRDefault="00000000">
            <w:pPr>
              <w:spacing w:after="0"/>
            </w:pPr>
            <w:r>
              <w:rPr>
                <w:sz w:val="17"/>
              </w:rPr>
              <w:t>is / are</w:t>
            </w:r>
          </w:p>
        </w:tc>
      </w:tr>
      <w:tr w:rsidR="000907E6" w14:paraId="019B40A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FF3A515" w14:textId="77777777" w:rsidR="000907E6" w:rsidRDefault="00000000">
            <w:pPr>
              <w:spacing w:after="0"/>
            </w:pPr>
            <w:r>
              <w:rPr>
                <w:sz w:val="17"/>
              </w:rPr>
              <w:t>gratias</w:t>
            </w:r>
          </w:p>
        </w:tc>
        <w:tc>
          <w:tcPr>
            <w:tcW w:w="5170" w:type="dxa"/>
            <w:tcBorders>
              <w:top w:val="single" w:sz="4" w:space="0" w:color="D8E6EC"/>
              <w:left w:val="single" w:sz="4" w:space="0" w:color="D8E6EC"/>
              <w:bottom w:val="single" w:sz="4" w:space="0" w:color="D8E6EC"/>
              <w:right w:val="single" w:sz="4" w:space="0" w:color="D8E6EC"/>
            </w:tcBorders>
          </w:tcPr>
          <w:p w14:paraId="0110EE86" w14:textId="77777777" w:rsidR="000907E6" w:rsidRDefault="00000000">
            <w:pPr>
              <w:spacing w:after="0"/>
            </w:pPr>
            <w:r>
              <w:rPr>
                <w:sz w:val="17"/>
              </w:rPr>
              <w:t>thanks</w:t>
            </w:r>
          </w:p>
        </w:tc>
      </w:tr>
    </w:tbl>
    <w:p w14:paraId="3C0B31F0"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75975E62"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1487942D" w14:textId="77777777" w:rsidR="000907E6" w:rsidRPr="00CE26E7" w:rsidRDefault="00000000">
            <w:pPr>
              <w:spacing w:after="40"/>
              <w:rPr>
                <w:lang w:val="es-ES"/>
              </w:rPr>
            </w:pPr>
            <w:r w:rsidRPr="00CE26E7">
              <w:rPr>
                <w:b/>
                <w:color w:val="0B2E4A"/>
                <w:sz w:val="24"/>
                <w:lang w:val="es-ES"/>
              </w:rPr>
              <w:t>Salve. Mi nom es Ana. Mi es ici. Gratias. A revider.</w:t>
            </w:r>
          </w:p>
          <w:p w14:paraId="304C2E42" w14:textId="77777777" w:rsidR="000907E6" w:rsidRDefault="00000000">
            <w:pPr>
              <w:spacing w:after="0"/>
            </w:pPr>
            <w:r>
              <w:rPr>
                <w:i/>
                <w:color w:val="5A5A5A"/>
                <w:sz w:val="18"/>
              </w:rPr>
              <w:t>Hello. My name is Ana. I am here. Thanks. Goodbye.</w:t>
            </w:r>
          </w:p>
        </w:tc>
      </w:tr>
    </w:tbl>
    <w:p w14:paraId="4B0CCF96" w14:textId="77777777" w:rsidR="000907E6" w:rsidRDefault="00000000">
      <w:pPr>
        <w:pStyle w:val="Heading3"/>
      </w:pPr>
      <w:r>
        <w:t>Check Understanding</w:t>
      </w:r>
    </w:p>
    <w:p w14:paraId="45847C3E" w14:textId="77777777" w:rsidR="000907E6" w:rsidRDefault="00000000">
      <w:pPr>
        <w:spacing w:after="40"/>
      </w:pPr>
      <w:r>
        <w:t>Ke es la nom?</w:t>
      </w:r>
    </w:p>
    <w:p w14:paraId="069F2CB2" w14:textId="77777777" w:rsidR="000907E6" w:rsidRPr="00CE26E7" w:rsidRDefault="00000000">
      <w:pPr>
        <w:spacing w:after="40"/>
        <w:rPr>
          <w:lang w:val="es-ES"/>
        </w:rPr>
      </w:pPr>
      <w:r w:rsidRPr="00CE26E7">
        <w:rPr>
          <w:lang w:val="es-ES"/>
        </w:rPr>
        <w:t>____________________________________________________________________________</w:t>
      </w:r>
    </w:p>
    <w:p w14:paraId="238257CC" w14:textId="77777777" w:rsidR="000907E6" w:rsidRPr="00CE26E7" w:rsidRDefault="00000000">
      <w:pPr>
        <w:spacing w:after="40"/>
        <w:rPr>
          <w:lang w:val="es-ES"/>
        </w:rPr>
      </w:pPr>
      <w:r w:rsidRPr="00CE26E7">
        <w:rPr>
          <w:lang w:val="es-ES"/>
        </w:rPr>
        <w:t>Ube es Ana?</w:t>
      </w:r>
    </w:p>
    <w:p w14:paraId="5A6EEA40" w14:textId="77777777" w:rsidR="000907E6" w:rsidRPr="00CE26E7" w:rsidRDefault="00000000">
      <w:pPr>
        <w:spacing w:after="40"/>
        <w:rPr>
          <w:lang w:val="es-ES"/>
        </w:rPr>
      </w:pPr>
      <w:r w:rsidRPr="00CE26E7">
        <w:rPr>
          <w:lang w:val="es-ES"/>
        </w:rPr>
        <w:t>____________________________________________________________________________</w:t>
      </w:r>
    </w:p>
    <w:p w14:paraId="6C1D7B7B" w14:textId="77777777" w:rsidR="000907E6" w:rsidRPr="00CE26E7" w:rsidRDefault="00000000">
      <w:pPr>
        <w:spacing w:after="40"/>
        <w:rPr>
          <w:lang w:val="es-ES"/>
        </w:rPr>
      </w:pPr>
      <w:r w:rsidRPr="00CE26E7">
        <w:rPr>
          <w:lang w:val="es-ES"/>
        </w:rPr>
        <w:t>Ke significa gratias?</w:t>
      </w:r>
    </w:p>
    <w:p w14:paraId="4216FC8B" w14:textId="77777777" w:rsidR="000907E6" w:rsidRDefault="00000000">
      <w:pPr>
        <w:spacing w:after="40"/>
      </w:pPr>
      <w:r>
        <w:t>____________________________________________________________________________</w:t>
      </w:r>
    </w:p>
    <w:p w14:paraId="06E338D7" w14:textId="77777777" w:rsidR="000907E6" w:rsidRDefault="00000000">
      <w:pPr>
        <w:pStyle w:val="Heading3"/>
      </w:pPr>
      <w:r>
        <w:t>Speak It</w:t>
      </w:r>
    </w:p>
    <w:p w14:paraId="56084980" w14:textId="77777777" w:rsidR="000907E6" w:rsidRDefault="00000000">
      <w:pPr>
        <w:pStyle w:val="ListBullet"/>
        <w:spacing w:after="40"/>
      </w:pPr>
      <w:r>
        <w:t>Say the whole text twice. Keep every final vowel alive.</w:t>
      </w:r>
    </w:p>
    <w:p w14:paraId="16F89296" w14:textId="77777777" w:rsidR="000907E6" w:rsidRDefault="00000000">
      <w:pPr>
        <w:pStyle w:val="Heading3"/>
      </w:pPr>
      <w:r>
        <w:t>Write It</w:t>
      </w:r>
    </w:p>
    <w:p w14:paraId="591C4B39" w14:textId="77777777" w:rsidR="000907E6" w:rsidRDefault="00000000">
      <w:pPr>
        <w:spacing w:after="40"/>
      </w:pPr>
      <w:r>
        <w:t>Write your own greeting using mi nom es...</w:t>
      </w:r>
    </w:p>
    <w:p w14:paraId="2D7EB588" w14:textId="77777777" w:rsidR="000907E6" w:rsidRDefault="00000000">
      <w:pPr>
        <w:spacing w:after="40"/>
      </w:pPr>
      <w:r>
        <w:t>____________________________________________________________________________</w:t>
      </w:r>
    </w:p>
    <w:p w14:paraId="7106E47E" w14:textId="77777777" w:rsidR="000907E6" w:rsidRDefault="00000000">
      <w:pPr>
        <w:spacing w:after="40"/>
      </w:pPr>
      <w:r>
        <w:t>____________________________________________________________________________</w:t>
      </w:r>
    </w:p>
    <w:p w14:paraId="3078978E" w14:textId="77777777" w:rsidR="000907E6" w:rsidRDefault="00000000">
      <w:pPr>
        <w:spacing w:after="40"/>
      </w:pPr>
      <w:r>
        <w:t>____________________________________________________________________________</w:t>
      </w:r>
    </w:p>
    <w:p w14:paraId="1D5AFE13" w14:textId="77777777" w:rsidR="000907E6" w:rsidRDefault="00000000">
      <w:r/>
    </w:p>
    <w:p w14:paraId="46D1F06D" w14:textId="77777777" w:rsidR="000907E6" w:rsidRDefault="00000000">
      <w:pPr>
        <w:pStyle w:val="Heading2"/>
      </w:pPr>
      <w:r>
        <w:t>Level 0: Five Clear Sentences</w:t>
      </w:r>
    </w:p>
    <w:tbl>
      <w:tblPr>
        <w:tblW w:w="0" w:type="auto"/>
        <w:jc w:val="center"/>
        <w:tblLook w:val="04A0" w:firstRow="1" w:lastRow="0" w:firstColumn="1" w:lastColumn="0" w:noHBand="0" w:noVBand="1"/>
      </w:tblPr>
      <w:tblGrid>
        <w:gridCol w:w="5170"/>
        <w:gridCol w:w="5170"/>
      </w:tblGrid>
      <w:tr w:rsidR="000907E6" w14:paraId="411EC0F4"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7F01510C" w14:textId="77777777" w:rsidR="000907E6" w:rsidRDefault="00000000">
            <w:pPr>
              <w:spacing w:after="40"/>
            </w:pPr>
            <w:r>
              <w:rPr>
                <w:b/>
                <w:color w:val="0B2E4A"/>
              </w:rPr>
              <w:t>Reading goal</w:t>
            </w:r>
          </w:p>
          <w:p w14:paraId="708F3630" w14:textId="77777777" w:rsidR="000907E6" w:rsidRDefault="00000000">
            <w:pPr>
              <w:spacing w:after="0"/>
            </w:pPr>
            <w:r>
              <w:rPr>
                <w:sz w:val="18"/>
              </w:rPr>
              <w:t>Practice SVO and core words.</w:t>
            </w:r>
          </w:p>
        </w:tc>
      </w:tr>
      <w:tr w:rsidR="000907E6" w14:paraId="6A046BF3"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53DD31AC" w14:textId="77777777" w:rsidR="000907E6" w:rsidRDefault="00000000">
            <w:pPr>
              <w:spacing w:after="40"/>
            </w:pPr>
            <w:r>
              <w:rPr>
                <w:b/>
                <w:color w:val="0B2E4A"/>
              </w:rPr>
              <w:t>Pronunciation focus</w:t>
            </w:r>
          </w:p>
          <w:p w14:paraId="67C775F0" w14:textId="77777777" w:rsidR="000907E6" w:rsidRDefault="00000000">
            <w:pPr>
              <w:spacing w:after="0"/>
            </w:pPr>
            <w:r>
              <w:rPr>
                <w:sz w:val="18"/>
              </w:rPr>
              <w:t>k is default; retained c is pronounced k. kasa = kah-sah.</w:t>
            </w:r>
          </w:p>
        </w:tc>
      </w:tr>
      <w:tr w:rsidR="000907E6" w14:paraId="2D41B3E5"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6AE3B78"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52C3D8B" w14:textId="77777777" w:rsidR="000907E6" w:rsidRDefault="00000000">
            <w:pPr>
              <w:spacing w:after="0"/>
            </w:pPr>
            <w:r>
              <w:rPr>
                <w:b/>
                <w:color w:val="FFFFFF"/>
                <w:sz w:val="17"/>
              </w:rPr>
              <w:t>Meaning</w:t>
            </w:r>
          </w:p>
        </w:tc>
      </w:tr>
      <w:tr w:rsidR="000907E6" w14:paraId="1493706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C9F2D16" w14:textId="77777777" w:rsidR="000907E6" w:rsidRDefault="00000000">
            <w:pPr>
              <w:spacing w:after="0"/>
            </w:pPr>
            <w:r>
              <w:rPr>
                <w:sz w:val="17"/>
              </w:rPr>
              <w:t>mi</w:t>
            </w:r>
          </w:p>
        </w:tc>
        <w:tc>
          <w:tcPr>
            <w:tcW w:w="5170" w:type="dxa"/>
            <w:tcBorders>
              <w:top w:val="single" w:sz="4" w:space="0" w:color="D8E6EC"/>
              <w:left w:val="single" w:sz="4" w:space="0" w:color="D8E6EC"/>
              <w:bottom w:val="single" w:sz="4" w:space="0" w:color="D8E6EC"/>
              <w:right w:val="single" w:sz="4" w:space="0" w:color="D8E6EC"/>
            </w:tcBorders>
          </w:tcPr>
          <w:p w14:paraId="1191771E" w14:textId="77777777" w:rsidR="000907E6" w:rsidRDefault="00000000">
            <w:pPr>
              <w:spacing w:after="0"/>
            </w:pPr>
            <w:r>
              <w:rPr>
                <w:sz w:val="17"/>
              </w:rPr>
              <w:t>I</w:t>
            </w:r>
          </w:p>
        </w:tc>
      </w:tr>
      <w:tr w:rsidR="000907E6" w14:paraId="148DE6A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74AC85F" w14:textId="77777777" w:rsidR="000907E6" w:rsidRDefault="00000000">
            <w:pPr>
              <w:spacing w:after="0"/>
            </w:pPr>
            <w:r>
              <w:rPr>
                <w:sz w:val="17"/>
              </w:rPr>
              <w:t>vide</w:t>
            </w:r>
          </w:p>
        </w:tc>
        <w:tc>
          <w:tcPr>
            <w:tcW w:w="5170" w:type="dxa"/>
            <w:tcBorders>
              <w:top w:val="single" w:sz="4" w:space="0" w:color="D8E6EC"/>
              <w:left w:val="single" w:sz="4" w:space="0" w:color="D8E6EC"/>
              <w:bottom w:val="single" w:sz="4" w:space="0" w:color="D8E6EC"/>
              <w:right w:val="single" w:sz="4" w:space="0" w:color="D8E6EC"/>
            </w:tcBorders>
          </w:tcPr>
          <w:p w14:paraId="0AF5D8E1" w14:textId="77777777" w:rsidR="000907E6" w:rsidRDefault="00000000">
            <w:pPr>
              <w:spacing w:after="0"/>
            </w:pPr>
            <w:r>
              <w:rPr>
                <w:sz w:val="17"/>
              </w:rPr>
              <w:t>see</w:t>
            </w:r>
          </w:p>
        </w:tc>
      </w:tr>
      <w:tr w:rsidR="000907E6" w14:paraId="08810D0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2D6C0B5" w14:textId="77777777" w:rsidR="000907E6" w:rsidRDefault="00000000">
            <w:pPr>
              <w:spacing w:after="0"/>
            </w:pPr>
            <w:r>
              <w:rPr>
                <w:sz w:val="17"/>
              </w:rPr>
              <w:t>la</w:t>
            </w:r>
          </w:p>
        </w:tc>
        <w:tc>
          <w:tcPr>
            <w:tcW w:w="5170" w:type="dxa"/>
            <w:tcBorders>
              <w:top w:val="single" w:sz="4" w:space="0" w:color="D8E6EC"/>
              <w:left w:val="single" w:sz="4" w:space="0" w:color="D8E6EC"/>
              <w:bottom w:val="single" w:sz="4" w:space="0" w:color="D8E6EC"/>
              <w:right w:val="single" w:sz="4" w:space="0" w:color="D8E6EC"/>
            </w:tcBorders>
          </w:tcPr>
          <w:p w14:paraId="23AB9508" w14:textId="77777777" w:rsidR="000907E6" w:rsidRDefault="00000000">
            <w:pPr>
              <w:spacing w:after="0"/>
            </w:pPr>
            <w:r>
              <w:rPr>
                <w:sz w:val="17"/>
              </w:rPr>
              <w:t>the</w:t>
            </w:r>
          </w:p>
        </w:tc>
      </w:tr>
      <w:tr w:rsidR="000907E6" w14:paraId="73986FB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9DCA293" w14:textId="77777777" w:rsidR="000907E6" w:rsidRDefault="00000000">
            <w:pPr>
              <w:spacing w:after="0"/>
            </w:pPr>
            <w:r>
              <w:rPr>
                <w:sz w:val="17"/>
              </w:rPr>
              <w:t>libro</w:t>
            </w:r>
          </w:p>
        </w:tc>
        <w:tc>
          <w:tcPr>
            <w:tcW w:w="5170" w:type="dxa"/>
            <w:tcBorders>
              <w:top w:val="single" w:sz="4" w:space="0" w:color="D8E6EC"/>
              <w:left w:val="single" w:sz="4" w:space="0" w:color="D8E6EC"/>
              <w:bottom w:val="single" w:sz="4" w:space="0" w:color="D8E6EC"/>
              <w:right w:val="single" w:sz="4" w:space="0" w:color="D8E6EC"/>
            </w:tcBorders>
          </w:tcPr>
          <w:p w14:paraId="0055B8A0" w14:textId="77777777" w:rsidR="000907E6" w:rsidRDefault="00000000">
            <w:pPr>
              <w:spacing w:after="0"/>
            </w:pPr>
            <w:r>
              <w:rPr>
                <w:sz w:val="17"/>
              </w:rPr>
              <w:t>book</w:t>
            </w:r>
          </w:p>
        </w:tc>
      </w:tr>
      <w:tr w:rsidR="000907E6" w14:paraId="5592939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A02DC62" w14:textId="77777777" w:rsidR="000907E6" w:rsidRDefault="00000000">
            <w:pPr>
              <w:spacing w:after="0"/>
            </w:pPr>
            <w:r>
              <w:rPr>
                <w:sz w:val="17"/>
              </w:rPr>
              <w:t>bon</w:t>
            </w:r>
          </w:p>
        </w:tc>
        <w:tc>
          <w:tcPr>
            <w:tcW w:w="5170" w:type="dxa"/>
            <w:tcBorders>
              <w:top w:val="single" w:sz="4" w:space="0" w:color="D8E6EC"/>
              <w:left w:val="single" w:sz="4" w:space="0" w:color="D8E6EC"/>
              <w:bottom w:val="single" w:sz="4" w:space="0" w:color="D8E6EC"/>
              <w:right w:val="single" w:sz="4" w:space="0" w:color="D8E6EC"/>
            </w:tcBorders>
          </w:tcPr>
          <w:p w14:paraId="1ACD6B1A" w14:textId="77777777" w:rsidR="000907E6" w:rsidRDefault="00000000">
            <w:pPr>
              <w:spacing w:after="0"/>
            </w:pPr>
            <w:r>
              <w:rPr>
                <w:sz w:val="17"/>
              </w:rPr>
              <w:t>good</w:t>
            </w:r>
          </w:p>
        </w:tc>
      </w:tr>
    </w:tbl>
    <w:p w14:paraId="73341AAF"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0C845946"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30F092D4" w14:textId="77777777" w:rsidR="000907E6" w:rsidRDefault="00000000">
            <w:pPr>
              <w:spacing w:after="40"/>
            </w:pPr>
            <w:r w:rsidRPr="00CE26E7">
              <w:rPr>
                <w:b/>
                <w:color w:val="0B2E4A"/>
                <w:sz w:val="24"/>
                <w:lang w:val="es-ES"/>
              </w:rPr>
              <w:t xml:space="preserve">Mi vide la libro. La libro es bon. Tu vide la kasa. La kasa es grande. </w:t>
            </w:r>
            <w:r>
              <w:rPr>
                <w:b/>
                <w:color w:val="0B2E4A"/>
                <w:sz w:val="24"/>
              </w:rPr>
              <w:t>Nos es ici.</w:t>
            </w:r>
          </w:p>
          <w:p w14:paraId="183D8E2F" w14:textId="77777777" w:rsidR="000907E6" w:rsidRDefault="00000000">
            <w:pPr>
              <w:spacing w:after="0"/>
            </w:pPr>
            <w:r>
              <w:rPr>
                <w:i/>
                <w:color w:val="5A5A5A"/>
                <w:sz w:val="18"/>
              </w:rPr>
              <w:t>I see the book. The book is good. You see the house. The house is big. We are here.</w:t>
            </w:r>
          </w:p>
        </w:tc>
      </w:tr>
    </w:tbl>
    <w:p w14:paraId="4C618EBF" w14:textId="77777777" w:rsidR="000907E6" w:rsidRDefault="00000000">
      <w:pPr>
        <w:pStyle w:val="Heading3"/>
      </w:pPr>
      <w:r>
        <w:t>Check Understanding</w:t>
      </w:r>
    </w:p>
    <w:p w14:paraId="55AE17B1" w14:textId="77777777" w:rsidR="000907E6" w:rsidRDefault="00000000">
      <w:pPr>
        <w:spacing w:after="40"/>
      </w:pPr>
      <w:r>
        <w:t>Ke mi vide?</w:t>
      </w:r>
    </w:p>
    <w:p w14:paraId="12CFC722" w14:textId="77777777" w:rsidR="000907E6" w:rsidRDefault="00000000">
      <w:pPr>
        <w:spacing w:after="40"/>
      </w:pPr>
      <w:r>
        <w:t>____________________________________________________________________________</w:t>
      </w:r>
    </w:p>
    <w:p w14:paraId="4817110F" w14:textId="77777777" w:rsidR="000907E6" w:rsidRPr="00CE26E7" w:rsidRDefault="00000000">
      <w:pPr>
        <w:spacing w:after="40"/>
        <w:rPr>
          <w:lang w:val="es-ES"/>
        </w:rPr>
      </w:pPr>
      <w:r w:rsidRPr="00CE26E7">
        <w:rPr>
          <w:lang w:val="es-ES"/>
        </w:rPr>
        <w:t>Ku la libro es bon?</w:t>
      </w:r>
    </w:p>
    <w:p w14:paraId="37F63EA5" w14:textId="77777777" w:rsidR="000907E6" w:rsidRDefault="00000000">
      <w:pPr>
        <w:spacing w:after="40"/>
      </w:pPr>
      <w:r>
        <w:t>____________________________________________________________________________</w:t>
      </w:r>
    </w:p>
    <w:p w14:paraId="7CCE23BE" w14:textId="77777777" w:rsidR="000907E6" w:rsidRDefault="00000000">
      <w:pPr>
        <w:spacing w:after="40"/>
      </w:pPr>
      <w:r>
        <w:t>Ki es ici?</w:t>
      </w:r>
    </w:p>
    <w:p w14:paraId="0B3E2E22" w14:textId="77777777" w:rsidR="000907E6" w:rsidRDefault="00000000">
      <w:pPr>
        <w:spacing w:after="40"/>
      </w:pPr>
      <w:r>
        <w:t>____________________________________________________________________________</w:t>
      </w:r>
    </w:p>
    <w:p w14:paraId="6B7C7670" w14:textId="77777777" w:rsidR="000907E6" w:rsidRDefault="00000000">
      <w:pPr>
        <w:pStyle w:val="Heading3"/>
      </w:pPr>
      <w:r>
        <w:t>Speak It</w:t>
      </w:r>
    </w:p>
    <w:p w14:paraId="20D88759" w14:textId="77777777" w:rsidR="000907E6" w:rsidRDefault="00000000">
      <w:pPr>
        <w:pStyle w:val="ListBullet"/>
        <w:spacing w:after="40"/>
      </w:pPr>
      <w:r>
        <w:t>Read each sentence, then change one noun: libro, kasa, via, mapa.</w:t>
      </w:r>
    </w:p>
    <w:p w14:paraId="2DCD2119" w14:textId="77777777" w:rsidR="000907E6" w:rsidRDefault="00000000">
      <w:pPr>
        <w:pStyle w:val="Heading3"/>
      </w:pPr>
      <w:r>
        <w:t>Write It</w:t>
      </w:r>
    </w:p>
    <w:p w14:paraId="317B85AA" w14:textId="77777777" w:rsidR="000907E6" w:rsidRDefault="00000000">
      <w:pPr>
        <w:spacing w:after="40"/>
      </w:pPr>
      <w:r>
        <w:t>Write three SVO sentences beginning with Mi, Tu, and Nos.</w:t>
      </w:r>
    </w:p>
    <w:p w14:paraId="6AC38C78" w14:textId="77777777" w:rsidR="000907E6" w:rsidRDefault="00000000">
      <w:pPr>
        <w:spacing w:after="40"/>
      </w:pPr>
      <w:r>
        <w:t>____________________________________________________________________________</w:t>
      </w:r>
    </w:p>
    <w:p w14:paraId="6AF0BCE5" w14:textId="77777777" w:rsidR="000907E6" w:rsidRDefault="00000000">
      <w:pPr>
        <w:spacing w:after="40"/>
      </w:pPr>
      <w:r>
        <w:t>____________________________________________________________________________</w:t>
      </w:r>
    </w:p>
    <w:p w14:paraId="308B8D36" w14:textId="77777777" w:rsidR="000907E6" w:rsidRDefault="00000000">
      <w:pPr>
        <w:spacing w:after="40"/>
      </w:pPr>
      <w:r>
        <w:t>____________________________________________________________________________</w:t>
      </w:r>
    </w:p>
    <w:p w14:paraId="74B5195F" w14:textId="77777777" w:rsidR="000907E6" w:rsidRDefault="00000000">
      <w:r/>
    </w:p>
    <w:p w14:paraId="629B39A9" w14:textId="77777777" w:rsidR="000907E6" w:rsidRDefault="00000000">
      <w:pPr>
        <w:pStyle w:val="Heading1"/>
      </w:pPr>
      <w:r>
        <w:t>Level 1: Simple Sentences</w:t>
      </w:r>
    </w:p>
    <w:p w14:paraId="77FFF4D0" w14:textId="77777777" w:rsidR="000907E6" w:rsidRDefault="00000000">
      <w:pPr>
        <w:spacing w:after="100"/>
      </w:pPr>
      <w:r>
        <w:t>Read these selections aloud. The goal is not speed. The goal is clear pronunciation, solid grammar, and understanding you can actually use.</w:t>
      </w:r>
    </w:p>
    <w:p w14:paraId="315FC966" w14:textId="77777777" w:rsidR="000907E6" w:rsidRDefault="00000000">
      <w:r/>
    </w:p>
    <w:p w14:paraId="42BE0F05" w14:textId="77777777" w:rsidR="000907E6" w:rsidRDefault="00000000">
      <w:pPr>
        <w:pStyle w:val="Heading2"/>
      </w:pPr>
      <w:r>
        <w:t>Level 1: Mi Familia</w:t>
      </w:r>
    </w:p>
    <w:tbl>
      <w:tblPr>
        <w:tblW w:w="0" w:type="auto"/>
        <w:jc w:val="center"/>
        <w:tblLook w:val="04A0" w:firstRow="1" w:lastRow="0" w:firstColumn="1" w:lastColumn="0" w:noHBand="0" w:noVBand="1"/>
      </w:tblPr>
      <w:tblGrid>
        <w:gridCol w:w="5170"/>
        <w:gridCol w:w="5170"/>
      </w:tblGrid>
      <w:tr w:rsidR="000907E6" w14:paraId="09D5E7C2"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1052F8CD" w14:textId="77777777" w:rsidR="000907E6" w:rsidRDefault="00000000">
            <w:pPr>
              <w:spacing w:after="40"/>
            </w:pPr>
            <w:r>
              <w:rPr>
                <w:b/>
                <w:color w:val="0B2E4A"/>
              </w:rPr>
              <w:t>Reading goal</w:t>
            </w:r>
          </w:p>
          <w:p w14:paraId="5A1F9CF9" w14:textId="77777777" w:rsidR="000907E6" w:rsidRDefault="00000000">
            <w:pPr>
              <w:spacing w:after="0"/>
            </w:pPr>
            <w:r>
              <w:rPr>
                <w:sz w:val="18"/>
              </w:rPr>
              <w:t>Read about people and family.</w:t>
            </w:r>
          </w:p>
        </w:tc>
      </w:tr>
      <w:tr w:rsidR="000907E6" w14:paraId="47DECA7B"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6E28B525" w14:textId="77777777" w:rsidR="000907E6" w:rsidRDefault="00000000">
            <w:pPr>
              <w:spacing w:after="40"/>
            </w:pPr>
            <w:r>
              <w:rPr>
                <w:b/>
                <w:color w:val="0B2E4A"/>
              </w:rPr>
              <w:t>Pronunciation focus</w:t>
            </w:r>
          </w:p>
          <w:p w14:paraId="2ABA4B12" w14:textId="77777777" w:rsidR="000907E6" w:rsidRDefault="00000000">
            <w:pPr>
              <w:spacing w:after="0"/>
            </w:pPr>
            <w:r>
              <w:rPr>
                <w:sz w:val="18"/>
              </w:rPr>
              <w:t>familia has four pronounced vowels: fa-mi-li-a.</w:t>
            </w:r>
          </w:p>
        </w:tc>
      </w:tr>
      <w:tr w:rsidR="000907E6" w14:paraId="51CA3A10"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90A9B76"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36FAE259" w14:textId="77777777" w:rsidR="000907E6" w:rsidRDefault="00000000">
            <w:pPr>
              <w:spacing w:after="0"/>
            </w:pPr>
            <w:r>
              <w:rPr>
                <w:b/>
                <w:color w:val="FFFFFF"/>
                <w:sz w:val="17"/>
              </w:rPr>
              <w:t>Meaning</w:t>
            </w:r>
          </w:p>
        </w:tc>
      </w:tr>
      <w:tr w:rsidR="000907E6" w14:paraId="663FB2D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6224776" w14:textId="77777777" w:rsidR="000907E6" w:rsidRDefault="00000000">
            <w:pPr>
              <w:spacing w:after="0"/>
            </w:pPr>
            <w:r>
              <w:rPr>
                <w:sz w:val="17"/>
              </w:rPr>
              <w:t>familia</w:t>
            </w:r>
          </w:p>
        </w:tc>
        <w:tc>
          <w:tcPr>
            <w:tcW w:w="5170" w:type="dxa"/>
            <w:tcBorders>
              <w:top w:val="single" w:sz="4" w:space="0" w:color="D8E6EC"/>
              <w:left w:val="single" w:sz="4" w:space="0" w:color="D8E6EC"/>
              <w:bottom w:val="single" w:sz="4" w:space="0" w:color="D8E6EC"/>
              <w:right w:val="single" w:sz="4" w:space="0" w:color="D8E6EC"/>
            </w:tcBorders>
          </w:tcPr>
          <w:p w14:paraId="7C1C56ED" w14:textId="77777777" w:rsidR="000907E6" w:rsidRDefault="00000000">
            <w:pPr>
              <w:spacing w:after="0"/>
            </w:pPr>
            <w:r>
              <w:rPr>
                <w:sz w:val="17"/>
              </w:rPr>
              <w:t>family</w:t>
            </w:r>
          </w:p>
        </w:tc>
      </w:tr>
      <w:tr w:rsidR="000907E6" w14:paraId="2D8D0F3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4BDB05D" w14:textId="77777777" w:rsidR="000907E6" w:rsidRDefault="00000000">
            <w:pPr>
              <w:spacing w:after="0"/>
            </w:pPr>
            <w:r>
              <w:rPr>
                <w:sz w:val="17"/>
              </w:rPr>
              <w:t>mater</w:t>
            </w:r>
          </w:p>
        </w:tc>
        <w:tc>
          <w:tcPr>
            <w:tcW w:w="5170" w:type="dxa"/>
            <w:tcBorders>
              <w:top w:val="single" w:sz="4" w:space="0" w:color="D8E6EC"/>
              <w:left w:val="single" w:sz="4" w:space="0" w:color="D8E6EC"/>
              <w:bottom w:val="single" w:sz="4" w:space="0" w:color="D8E6EC"/>
              <w:right w:val="single" w:sz="4" w:space="0" w:color="D8E6EC"/>
            </w:tcBorders>
          </w:tcPr>
          <w:p w14:paraId="6C239EB9" w14:textId="77777777" w:rsidR="000907E6" w:rsidRDefault="00000000">
            <w:pPr>
              <w:spacing w:after="0"/>
            </w:pPr>
            <w:r>
              <w:rPr>
                <w:sz w:val="17"/>
              </w:rPr>
              <w:t>mother</w:t>
            </w:r>
          </w:p>
        </w:tc>
      </w:tr>
      <w:tr w:rsidR="000907E6" w14:paraId="6FE69EB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78DECD4" w14:textId="77777777" w:rsidR="000907E6" w:rsidRDefault="00000000">
            <w:pPr>
              <w:spacing w:after="0"/>
            </w:pPr>
            <w:r>
              <w:rPr>
                <w:sz w:val="17"/>
              </w:rPr>
              <w:t>pater</w:t>
            </w:r>
          </w:p>
        </w:tc>
        <w:tc>
          <w:tcPr>
            <w:tcW w:w="5170" w:type="dxa"/>
            <w:tcBorders>
              <w:top w:val="single" w:sz="4" w:space="0" w:color="D8E6EC"/>
              <w:left w:val="single" w:sz="4" w:space="0" w:color="D8E6EC"/>
              <w:bottom w:val="single" w:sz="4" w:space="0" w:color="D8E6EC"/>
              <w:right w:val="single" w:sz="4" w:space="0" w:color="D8E6EC"/>
            </w:tcBorders>
          </w:tcPr>
          <w:p w14:paraId="3AC342CE" w14:textId="77777777" w:rsidR="000907E6" w:rsidRDefault="00000000">
            <w:pPr>
              <w:spacing w:after="0"/>
            </w:pPr>
            <w:r>
              <w:rPr>
                <w:sz w:val="17"/>
              </w:rPr>
              <w:t>father</w:t>
            </w:r>
          </w:p>
        </w:tc>
      </w:tr>
      <w:tr w:rsidR="000907E6" w14:paraId="34918B1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D64CAEB" w14:textId="77777777" w:rsidR="000907E6" w:rsidRDefault="00000000">
            <w:pPr>
              <w:spacing w:after="0"/>
            </w:pPr>
            <w:r>
              <w:rPr>
                <w:sz w:val="17"/>
              </w:rPr>
              <w:t>amik</w:t>
            </w:r>
          </w:p>
        </w:tc>
        <w:tc>
          <w:tcPr>
            <w:tcW w:w="5170" w:type="dxa"/>
            <w:tcBorders>
              <w:top w:val="single" w:sz="4" w:space="0" w:color="D8E6EC"/>
              <w:left w:val="single" w:sz="4" w:space="0" w:color="D8E6EC"/>
              <w:bottom w:val="single" w:sz="4" w:space="0" w:color="D8E6EC"/>
              <w:right w:val="single" w:sz="4" w:space="0" w:color="D8E6EC"/>
            </w:tcBorders>
          </w:tcPr>
          <w:p w14:paraId="1EC988CB" w14:textId="77777777" w:rsidR="000907E6" w:rsidRDefault="00000000">
            <w:pPr>
              <w:spacing w:after="0"/>
            </w:pPr>
            <w:r>
              <w:rPr>
                <w:sz w:val="17"/>
              </w:rPr>
              <w:t>friend</w:t>
            </w:r>
          </w:p>
        </w:tc>
      </w:tr>
      <w:tr w:rsidR="000907E6" w14:paraId="5A24B24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E92E0A7" w14:textId="77777777" w:rsidR="000907E6" w:rsidRDefault="00000000">
            <w:pPr>
              <w:spacing w:after="0"/>
            </w:pPr>
            <w:r>
              <w:rPr>
                <w:sz w:val="17"/>
              </w:rPr>
              <w:t>ama</w:t>
            </w:r>
          </w:p>
        </w:tc>
        <w:tc>
          <w:tcPr>
            <w:tcW w:w="5170" w:type="dxa"/>
            <w:tcBorders>
              <w:top w:val="single" w:sz="4" w:space="0" w:color="D8E6EC"/>
              <w:left w:val="single" w:sz="4" w:space="0" w:color="D8E6EC"/>
              <w:bottom w:val="single" w:sz="4" w:space="0" w:color="D8E6EC"/>
              <w:right w:val="single" w:sz="4" w:space="0" w:color="D8E6EC"/>
            </w:tcBorders>
          </w:tcPr>
          <w:p w14:paraId="73C14FF0" w14:textId="77777777" w:rsidR="000907E6" w:rsidRDefault="00000000">
            <w:pPr>
              <w:spacing w:after="0"/>
            </w:pPr>
            <w:r>
              <w:rPr>
                <w:sz w:val="17"/>
              </w:rPr>
              <w:t>love</w:t>
            </w:r>
          </w:p>
        </w:tc>
      </w:tr>
    </w:tbl>
    <w:p w14:paraId="4CD7626C"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0F49FC29"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7DE797E8" w14:textId="77777777" w:rsidR="000907E6" w:rsidRDefault="00000000">
            <w:pPr>
              <w:spacing w:after="40"/>
            </w:pPr>
            <w:r w:rsidRPr="00CE26E7">
              <w:rPr>
                <w:b/>
                <w:color w:val="0B2E4A"/>
                <w:sz w:val="24"/>
                <w:lang w:val="es-ES"/>
              </w:rPr>
              <w:t xml:space="preserve">Mi familia es grande. Mi mater ama musik. Mi pater ama libri. Mi amik Ana ama arte. </w:t>
            </w:r>
            <w:r>
              <w:rPr>
                <w:b/>
                <w:color w:val="0B2E4A"/>
                <w:sz w:val="24"/>
              </w:rPr>
              <w:t>Nos ama bon conversa.</w:t>
            </w:r>
          </w:p>
          <w:p w14:paraId="38BB94D8" w14:textId="77777777" w:rsidR="000907E6" w:rsidRDefault="00000000">
            <w:pPr>
              <w:spacing w:after="0"/>
            </w:pPr>
            <w:r>
              <w:rPr>
                <w:i/>
                <w:color w:val="5A5A5A"/>
                <w:sz w:val="18"/>
              </w:rPr>
              <w:t>My family is big. My mother loves music. My father loves books. My friend Ana loves art. We love good conversation.</w:t>
            </w:r>
          </w:p>
        </w:tc>
      </w:tr>
    </w:tbl>
    <w:p w14:paraId="245B74A2" w14:textId="77777777" w:rsidR="000907E6" w:rsidRDefault="00000000">
      <w:pPr>
        <w:pStyle w:val="Heading3"/>
      </w:pPr>
      <w:r>
        <w:t>Check Understanding</w:t>
      </w:r>
    </w:p>
    <w:p w14:paraId="6396261E" w14:textId="77777777" w:rsidR="000907E6" w:rsidRPr="00CE26E7" w:rsidRDefault="00000000">
      <w:pPr>
        <w:spacing w:after="40"/>
        <w:rPr>
          <w:lang w:val="es-ES"/>
        </w:rPr>
      </w:pPr>
      <w:r w:rsidRPr="00CE26E7">
        <w:rPr>
          <w:lang w:val="es-ES"/>
        </w:rPr>
        <w:t>Ku la familia es grande?</w:t>
      </w:r>
    </w:p>
    <w:p w14:paraId="124140BE" w14:textId="77777777" w:rsidR="000907E6" w:rsidRPr="00CE26E7" w:rsidRDefault="00000000">
      <w:pPr>
        <w:spacing w:after="40"/>
        <w:rPr>
          <w:lang w:val="es-ES"/>
        </w:rPr>
      </w:pPr>
      <w:r w:rsidRPr="00CE26E7">
        <w:rPr>
          <w:lang w:val="es-ES"/>
        </w:rPr>
        <w:t>____________________________________________________________________________</w:t>
      </w:r>
    </w:p>
    <w:p w14:paraId="6C5D6574" w14:textId="77777777" w:rsidR="000907E6" w:rsidRPr="00CE26E7" w:rsidRDefault="00000000">
      <w:pPr>
        <w:spacing w:after="40"/>
        <w:rPr>
          <w:lang w:val="es-ES"/>
        </w:rPr>
      </w:pPr>
      <w:r w:rsidRPr="00CE26E7">
        <w:rPr>
          <w:lang w:val="es-ES"/>
        </w:rPr>
        <w:t>Ki ama musik?</w:t>
      </w:r>
    </w:p>
    <w:p w14:paraId="560A0854" w14:textId="77777777" w:rsidR="000907E6" w:rsidRPr="00CE26E7" w:rsidRDefault="00000000">
      <w:pPr>
        <w:spacing w:after="40"/>
        <w:rPr>
          <w:lang w:val="es-ES"/>
        </w:rPr>
      </w:pPr>
      <w:r w:rsidRPr="00CE26E7">
        <w:rPr>
          <w:lang w:val="es-ES"/>
        </w:rPr>
        <w:t>____________________________________________________________________________</w:t>
      </w:r>
    </w:p>
    <w:p w14:paraId="59EE5BA6" w14:textId="77777777" w:rsidR="000907E6" w:rsidRPr="00CE26E7" w:rsidRDefault="00000000">
      <w:pPr>
        <w:spacing w:after="40"/>
        <w:rPr>
          <w:lang w:val="es-ES"/>
        </w:rPr>
      </w:pPr>
      <w:r w:rsidRPr="00CE26E7">
        <w:rPr>
          <w:lang w:val="es-ES"/>
        </w:rPr>
        <w:t>Ke ama Ana?</w:t>
      </w:r>
    </w:p>
    <w:p w14:paraId="283EE70B" w14:textId="77777777" w:rsidR="000907E6" w:rsidRDefault="00000000">
      <w:pPr>
        <w:spacing w:after="40"/>
      </w:pPr>
      <w:r>
        <w:t>____________________________________________________________________________</w:t>
      </w:r>
    </w:p>
    <w:p w14:paraId="10324E84" w14:textId="77777777" w:rsidR="000907E6" w:rsidRDefault="00000000">
      <w:pPr>
        <w:pStyle w:val="Heading3"/>
      </w:pPr>
      <w:r>
        <w:t>Speak It</w:t>
      </w:r>
    </w:p>
    <w:p w14:paraId="74FAD64C" w14:textId="77777777" w:rsidR="000907E6" w:rsidRDefault="00000000">
      <w:pPr>
        <w:pStyle w:val="ListBullet"/>
        <w:spacing w:after="40"/>
      </w:pPr>
      <w:r>
        <w:t>Tell someone one thing your family likes using ama.</w:t>
      </w:r>
    </w:p>
    <w:p w14:paraId="55FC123A" w14:textId="77777777" w:rsidR="000907E6" w:rsidRDefault="00000000">
      <w:pPr>
        <w:pStyle w:val="Heading3"/>
      </w:pPr>
      <w:r>
        <w:t>Write It</w:t>
      </w:r>
    </w:p>
    <w:p w14:paraId="42541536" w14:textId="77777777" w:rsidR="000907E6" w:rsidRPr="00CE26E7" w:rsidRDefault="00000000">
      <w:pPr>
        <w:spacing w:after="40"/>
        <w:rPr>
          <w:lang w:val="es-ES"/>
        </w:rPr>
      </w:pPr>
      <w:r>
        <w:t xml:space="preserve">Write five sentences about people you know. </w:t>
      </w:r>
      <w:r w:rsidRPr="00CE26E7">
        <w:rPr>
          <w:lang w:val="es-ES"/>
        </w:rPr>
        <w:t>Use ama, es, and de.</w:t>
      </w:r>
    </w:p>
    <w:p w14:paraId="2EBE7FCD" w14:textId="77777777" w:rsidR="000907E6" w:rsidRDefault="00000000">
      <w:pPr>
        <w:spacing w:after="40"/>
      </w:pPr>
      <w:r>
        <w:t>____________________________________________________________________________</w:t>
      </w:r>
    </w:p>
    <w:p w14:paraId="5D39A460" w14:textId="77777777" w:rsidR="000907E6" w:rsidRDefault="00000000">
      <w:pPr>
        <w:spacing w:after="40"/>
      </w:pPr>
      <w:r>
        <w:t>____________________________________________________________________________</w:t>
      </w:r>
    </w:p>
    <w:p w14:paraId="0763ECF7" w14:textId="77777777" w:rsidR="000907E6" w:rsidRDefault="00000000">
      <w:pPr>
        <w:spacing w:after="40"/>
      </w:pPr>
      <w:r>
        <w:t>____________________________________________________________________________</w:t>
      </w:r>
    </w:p>
    <w:p w14:paraId="1F867D66" w14:textId="77777777" w:rsidR="000907E6" w:rsidRDefault="00000000">
      <w:r/>
    </w:p>
    <w:p w14:paraId="05857857" w14:textId="77777777" w:rsidR="000907E6" w:rsidRDefault="00000000">
      <w:pPr>
        <w:pStyle w:val="Heading2"/>
      </w:pPr>
      <w:r>
        <w:t>Level 1: La Bon Libro</w:t>
      </w:r>
    </w:p>
    <w:tbl>
      <w:tblPr>
        <w:tblW w:w="0" w:type="auto"/>
        <w:jc w:val="center"/>
        <w:tblLook w:val="04A0" w:firstRow="1" w:lastRow="0" w:firstColumn="1" w:lastColumn="0" w:noHBand="0" w:noVBand="1"/>
      </w:tblPr>
      <w:tblGrid>
        <w:gridCol w:w="5170"/>
        <w:gridCol w:w="5170"/>
      </w:tblGrid>
      <w:tr w:rsidR="000907E6" w14:paraId="74051A26"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6C66639D" w14:textId="77777777" w:rsidR="000907E6" w:rsidRDefault="00000000">
            <w:pPr>
              <w:spacing w:after="40"/>
            </w:pPr>
            <w:r>
              <w:rPr>
                <w:b/>
                <w:color w:val="0B2E4A"/>
              </w:rPr>
              <w:t>Reading goal</w:t>
            </w:r>
          </w:p>
          <w:p w14:paraId="2F087F36" w14:textId="77777777" w:rsidR="000907E6" w:rsidRDefault="00000000">
            <w:pPr>
              <w:spacing w:after="0"/>
            </w:pPr>
            <w:r>
              <w:rPr>
                <w:sz w:val="18"/>
              </w:rPr>
              <w:t>Practice adjectives that do not change.</w:t>
            </w:r>
          </w:p>
        </w:tc>
      </w:tr>
      <w:tr w:rsidR="000907E6" w14:paraId="655E990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02C9145A" w14:textId="77777777" w:rsidR="000907E6" w:rsidRDefault="00000000">
            <w:pPr>
              <w:spacing w:after="40"/>
            </w:pPr>
            <w:r>
              <w:rPr>
                <w:b/>
                <w:color w:val="0B2E4A"/>
              </w:rPr>
              <w:t>Pronunciation focus</w:t>
            </w:r>
          </w:p>
          <w:p w14:paraId="771E6D93" w14:textId="77777777" w:rsidR="000907E6" w:rsidRDefault="00000000">
            <w:pPr>
              <w:spacing w:after="0"/>
            </w:pPr>
            <w:r>
              <w:rPr>
                <w:sz w:val="18"/>
              </w:rPr>
              <w:t>Do not add agreement endings to adjectives.</w:t>
            </w:r>
          </w:p>
        </w:tc>
      </w:tr>
      <w:tr w:rsidR="000907E6" w14:paraId="41DC3879"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921F01E"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605A6C9" w14:textId="77777777" w:rsidR="000907E6" w:rsidRDefault="00000000">
            <w:pPr>
              <w:spacing w:after="0"/>
            </w:pPr>
            <w:r>
              <w:rPr>
                <w:b/>
                <w:color w:val="FFFFFF"/>
                <w:sz w:val="17"/>
              </w:rPr>
              <w:t>Meaning</w:t>
            </w:r>
          </w:p>
        </w:tc>
      </w:tr>
      <w:tr w:rsidR="000907E6" w14:paraId="74EE56F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86F506D" w14:textId="77777777" w:rsidR="000907E6" w:rsidRDefault="00000000">
            <w:pPr>
              <w:spacing w:after="0"/>
            </w:pPr>
            <w:r>
              <w:rPr>
                <w:sz w:val="17"/>
              </w:rPr>
              <w:t>clar</w:t>
            </w:r>
          </w:p>
        </w:tc>
        <w:tc>
          <w:tcPr>
            <w:tcW w:w="5170" w:type="dxa"/>
            <w:tcBorders>
              <w:top w:val="single" w:sz="4" w:space="0" w:color="D8E6EC"/>
              <w:left w:val="single" w:sz="4" w:space="0" w:color="D8E6EC"/>
              <w:bottom w:val="single" w:sz="4" w:space="0" w:color="D8E6EC"/>
              <w:right w:val="single" w:sz="4" w:space="0" w:color="D8E6EC"/>
            </w:tcBorders>
          </w:tcPr>
          <w:p w14:paraId="216D309A" w14:textId="77777777" w:rsidR="000907E6" w:rsidRDefault="00000000">
            <w:pPr>
              <w:spacing w:after="0"/>
            </w:pPr>
            <w:r>
              <w:rPr>
                <w:sz w:val="17"/>
              </w:rPr>
              <w:t>clear</w:t>
            </w:r>
          </w:p>
        </w:tc>
      </w:tr>
      <w:tr w:rsidR="000907E6" w14:paraId="64A7760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68B2575" w14:textId="77777777" w:rsidR="000907E6" w:rsidRDefault="00000000">
            <w:pPr>
              <w:spacing w:after="0"/>
            </w:pPr>
            <w:r>
              <w:rPr>
                <w:sz w:val="17"/>
              </w:rPr>
              <w:t>bon</w:t>
            </w:r>
          </w:p>
        </w:tc>
        <w:tc>
          <w:tcPr>
            <w:tcW w:w="5170" w:type="dxa"/>
            <w:tcBorders>
              <w:top w:val="single" w:sz="4" w:space="0" w:color="D8E6EC"/>
              <w:left w:val="single" w:sz="4" w:space="0" w:color="D8E6EC"/>
              <w:bottom w:val="single" w:sz="4" w:space="0" w:color="D8E6EC"/>
              <w:right w:val="single" w:sz="4" w:space="0" w:color="D8E6EC"/>
            </w:tcBorders>
          </w:tcPr>
          <w:p w14:paraId="5328F0B7" w14:textId="77777777" w:rsidR="000907E6" w:rsidRDefault="00000000">
            <w:pPr>
              <w:spacing w:after="0"/>
            </w:pPr>
            <w:r>
              <w:rPr>
                <w:sz w:val="17"/>
              </w:rPr>
              <w:t>good</w:t>
            </w:r>
          </w:p>
        </w:tc>
      </w:tr>
      <w:tr w:rsidR="000907E6" w14:paraId="72475A6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76779FB" w14:textId="77777777" w:rsidR="000907E6" w:rsidRDefault="00000000">
            <w:pPr>
              <w:spacing w:after="0"/>
            </w:pPr>
            <w:r>
              <w:rPr>
                <w:sz w:val="17"/>
              </w:rPr>
              <w:t>nova</w:t>
            </w:r>
          </w:p>
        </w:tc>
        <w:tc>
          <w:tcPr>
            <w:tcW w:w="5170" w:type="dxa"/>
            <w:tcBorders>
              <w:top w:val="single" w:sz="4" w:space="0" w:color="D8E6EC"/>
              <w:left w:val="single" w:sz="4" w:space="0" w:color="D8E6EC"/>
              <w:bottom w:val="single" w:sz="4" w:space="0" w:color="D8E6EC"/>
              <w:right w:val="single" w:sz="4" w:space="0" w:color="D8E6EC"/>
            </w:tcBorders>
          </w:tcPr>
          <w:p w14:paraId="27BF55B2" w14:textId="77777777" w:rsidR="000907E6" w:rsidRDefault="00000000">
            <w:pPr>
              <w:spacing w:after="0"/>
            </w:pPr>
            <w:r>
              <w:rPr>
                <w:sz w:val="17"/>
              </w:rPr>
              <w:t>new</w:t>
            </w:r>
          </w:p>
        </w:tc>
      </w:tr>
      <w:tr w:rsidR="000907E6" w14:paraId="749A158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663882B" w14:textId="77777777" w:rsidR="000907E6" w:rsidRDefault="00000000">
            <w:pPr>
              <w:spacing w:after="0"/>
            </w:pPr>
            <w:r>
              <w:rPr>
                <w:sz w:val="17"/>
              </w:rPr>
              <w:t>idea</w:t>
            </w:r>
          </w:p>
        </w:tc>
        <w:tc>
          <w:tcPr>
            <w:tcW w:w="5170" w:type="dxa"/>
            <w:tcBorders>
              <w:top w:val="single" w:sz="4" w:space="0" w:color="D8E6EC"/>
              <w:left w:val="single" w:sz="4" w:space="0" w:color="D8E6EC"/>
              <w:bottom w:val="single" w:sz="4" w:space="0" w:color="D8E6EC"/>
              <w:right w:val="single" w:sz="4" w:space="0" w:color="D8E6EC"/>
            </w:tcBorders>
          </w:tcPr>
          <w:p w14:paraId="236BAB5F" w14:textId="77777777" w:rsidR="000907E6" w:rsidRDefault="00000000">
            <w:pPr>
              <w:spacing w:after="0"/>
            </w:pPr>
            <w:r>
              <w:rPr>
                <w:sz w:val="17"/>
              </w:rPr>
              <w:t>idea</w:t>
            </w:r>
          </w:p>
        </w:tc>
      </w:tr>
      <w:tr w:rsidR="000907E6" w14:paraId="4E5E500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637E654" w14:textId="77777777" w:rsidR="000907E6" w:rsidRDefault="00000000">
            <w:pPr>
              <w:spacing w:after="0"/>
            </w:pPr>
            <w:r>
              <w:rPr>
                <w:sz w:val="17"/>
              </w:rPr>
              <w:t>lege</w:t>
            </w:r>
          </w:p>
        </w:tc>
        <w:tc>
          <w:tcPr>
            <w:tcW w:w="5170" w:type="dxa"/>
            <w:tcBorders>
              <w:top w:val="single" w:sz="4" w:space="0" w:color="D8E6EC"/>
              <w:left w:val="single" w:sz="4" w:space="0" w:color="D8E6EC"/>
              <w:bottom w:val="single" w:sz="4" w:space="0" w:color="D8E6EC"/>
              <w:right w:val="single" w:sz="4" w:space="0" w:color="D8E6EC"/>
            </w:tcBorders>
          </w:tcPr>
          <w:p w14:paraId="398C1715" w14:textId="77777777" w:rsidR="000907E6" w:rsidRDefault="00000000">
            <w:pPr>
              <w:spacing w:after="0"/>
            </w:pPr>
            <w:r>
              <w:rPr>
                <w:sz w:val="17"/>
              </w:rPr>
              <w:t>read</w:t>
            </w:r>
          </w:p>
        </w:tc>
      </w:tr>
    </w:tbl>
    <w:p w14:paraId="1331F13F"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436D8274"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7E00AE49" w14:textId="77777777" w:rsidR="000907E6" w:rsidRPr="00CE26E7" w:rsidRDefault="00000000">
            <w:pPr>
              <w:spacing w:after="40"/>
              <w:rPr>
                <w:lang w:val="es-ES"/>
              </w:rPr>
            </w:pPr>
            <w:r w:rsidRPr="00CE26E7">
              <w:rPr>
                <w:b/>
                <w:color w:val="0B2E4A"/>
                <w:sz w:val="24"/>
                <w:lang w:val="es-ES"/>
              </w:rPr>
              <w:t>Mi habe un nova libro. La libro es clar. Ela lege la libro. Les lege la libro. La ideas es bon.</w:t>
            </w:r>
          </w:p>
          <w:p w14:paraId="7B2B33C2" w14:textId="77777777" w:rsidR="000907E6" w:rsidRDefault="00000000">
            <w:pPr>
              <w:spacing w:after="0"/>
            </w:pPr>
            <w:r>
              <w:rPr>
                <w:i/>
                <w:color w:val="5A5A5A"/>
                <w:sz w:val="18"/>
              </w:rPr>
              <w:t>I have a new book. The book is clear. She reads the book. They read the book. The ideas are good.</w:t>
            </w:r>
          </w:p>
        </w:tc>
      </w:tr>
    </w:tbl>
    <w:p w14:paraId="5B32620C" w14:textId="77777777" w:rsidR="000907E6" w:rsidRDefault="00000000">
      <w:pPr>
        <w:pStyle w:val="Heading3"/>
      </w:pPr>
      <w:r>
        <w:t>Check Understanding</w:t>
      </w:r>
    </w:p>
    <w:p w14:paraId="36E85242" w14:textId="77777777" w:rsidR="000907E6" w:rsidRDefault="00000000">
      <w:pPr>
        <w:spacing w:after="40"/>
      </w:pPr>
      <w:r>
        <w:t>Ke mi habe?</w:t>
      </w:r>
    </w:p>
    <w:p w14:paraId="09A87709" w14:textId="77777777" w:rsidR="000907E6" w:rsidRPr="00CE26E7" w:rsidRDefault="00000000">
      <w:pPr>
        <w:spacing w:after="40"/>
        <w:rPr>
          <w:lang w:val="es-ES"/>
        </w:rPr>
      </w:pPr>
      <w:r w:rsidRPr="00CE26E7">
        <w:rPr>
          <w:lang w:val="es-ES"/>
        </w:rPr>
        <w:t>____________________________________________________________________________</w:t>
      </w:r>
    </w:p>
    <w:p w14:paraId="1EEB4B92" w14:textId="77777777" w:rsidR="000907E6" w:rsidRPr="00CE26E7" w:rsidRDefault="00000000">
      <w:pPr>
        <w:spacing w:after="40"/>
        <w:rPr>
          <w:lang w:val="es-ES"/>
        </w:rPr>
      </w:pPr>
      <w:r w:rsidRPr="00CE26E7">
        <w:rPr>
          <w:lang w:val="es-ES"/>
        </w:rPr>
        <w:t>Ku la libro es clar?</w:t>
      </w:r>
    </w:p>
    <w:p w14:paraId="43BED577" w14:textId="77777777" w:rsidR="000907E6" w:rsidRDefault="00000000">
      <w:pPr>
        <w:spacing w:after="40"/>
      </w:pPr>
      <w:r>
        <w:t>____________________________________________________________________________</w:t>
      </w:r>
    </w:p>
    <w:p w14:paraId="0B0FFD44" w14:textId="77777777" w:rsidR="000907E6" w:rsidRDefault="00000000">
      <w:pPr>
        <w:spacing w:after="40"/>
      </w:pPr>
      <w:r>
        <w:t>Ki lege la libro?</w:t>
      </w:r>
    </w:p>
    <w:p w14:paraId="7F73D4AB" w14:textId="77777777" w:rsidR="000907E6" w:rsidRDefault="00000000">
      <w:pPr>
        <w:spacing w:after="40"/>
      </w:pPr>
      <w:r>
        <w:t>____________________________________________________________________________</w:t>
      </w:r>
    </w:p>
    <w:p w14:paraId="19B2A274" w14:textId="77777777" w:rsidR="000907E6" w:rsidRDefault="00000000">
      <w:pPr>
        <w:pStyle w:val="Heading3"/>
      </w:pPr>
      <w:r>
        <w:t>Speak It</w:t>
      </w:r>
    </w:p>
    <w:p w14:paraId="750EF934" w14:textId="77777777" w:rsidR="000907E6" w:rsidRDefault="00000000">
      <w:pPr>
        <w:pStyle w:val="ListBullet"/>
        <w:spacing w:after="40"/>
      </w:pPr>
      <w:r>
        <w:t>Say clar idea and clar ideas. The adjective does not change.</w:t>
      </w:r>
    </w:p>
    <w:p w14:paraId="5A7B4184" w14:textId="77777777" w:rsidR="000907E6" w:rsidRDefault="00000000">
      <w:pPr>
        <w:pStyle w:val="Heading3"/>
      </w:pPr>
      <w:r>
        <w:t>Write It</w:t>
      </w:r>
    </w:p>
    <w:p w14:paraId="458D4815" w14:textId="77777777" w:rsidR="000907E6" w:rsidRDefault="00000000">
      <w:pPr>
        <w:spacing w:after="40"/>
      </w:pPr>
      <w:r>
        <w:t>Write four sentences with bon, clar, nova, and grande.</w:t>
      </w:r>
    </w:p>
    <w:p w14:paraId="58133361" w14:textId="77777777" w:rsidR="000907E6" w:rsidRDefault="00000000">
      <w:pPr>
        <w:spacing w:after="40"/>
      </w:pPr>
      <w:r>
        <w:t>____________________________________________________________________________</w:t>
      </w:r>
    </w:p>
    <w:p w14:paraId="73A703B3" w14:textId="77777777" w:rsidR="000907E6" w:rsidRDefault="00000000">
      <w:pPr>
        <w:spacing w:after="40"/>
      </w:pPr>
      <w:r>
        <w:t>____________________________________________________________________________</w:t>
      </w:r>
    </w:p>
    <w:p w14:paraId="6945E6B5" w14:textId="77777777" w:rsidR="000907E6" w:rsidRDefault="00000000">
      <w:pPr>
        <w:spacing w:after="40"/>
      </w:pPr>
      <w:r>
        <w:t>____________________________________________________________________________</w:t>
      </w:r>
    </w:p>
    <w:p w14:paraId="39B0912F" w14:textId="77777777" w:rsidR="000907E6" w:rsidRDefault="00000000">
      <w:r/>
    </w:p>
    <w:p w14:paraId="45BE9356" w14:textId="77777777" w:rsidR="000907E6" w:rsidRDefault="00000000">
      <w:pPr>
        <w:pStyle w:val="Heading2"/>
      </w:pPr>
      <w:r>
        <w:t>Level 1: En La Kasa</w:t>
      </w:r>
    </w:p>
    <w:tbl>
      <w:tblPr>
        <w:tblW w:w="0" w:type="auto"/>
        <w:jc w:val="center"/>
        <w:tblLook w:val="04A0" w:firstRow="1" w:lastRow="0" w:firstColumn="1" w:lastColumn="0" w:noHBand="0" w:noVBand="1"/>
      </w:tblPr>
      <w:tblGrid>
        <w:gridCol w:w="5170"/>
        <w:gridCol w:w="5170"/>
      </w:tblGrid>
      <w:tr w:rsidR="000907E6" w14:paraId="0F6CD907"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3B272D39" w14:textId="77777777" w:rsidR="000907E6" w:rsidRDefault="00000000">
            <w:pPr>
              <w:spacing w:after="40"/>
            </w:pPr>
            <w:r>
              <w:rPr>
                <w:b/>
                <w:color w:val="0B2E4A"/>
              </w:rPr>
              <w:t>Reading goal</w:t>
            </w:r>
          </w:p>
          <w:p w14:paraId="68FEBB85" w14:textId="77777777" w:rsidR="000907E6" w:rsidRDefault="00000000">
            <w:pPr>
              <w:spacing w:after="0"/>
            </w:pPr>
            <w:r>
              <w:rPr>
                <w:sz w:val="18"/>
              </w:rPr>
              <w:t>Practice home and place words.</w:t>
            </w:r>
          </w:p>
        </w:tc>
      </w:tr>
      <w:tr w:rsidR="000907E6" w14:paraId="3B19AB08"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5DCE90BF" w14:textId="77777777" w:rsidR="000907E6" w:rsidRDefault="00000000">
            <w:pPr>
              <w:spacing w:after="40"/>
            </w:pPr>
            <w:r>
              <w:rPr>
                <w:b/>
                <w:color w:val="0B2E4A"/>
              </w:rPr>
              <w:t>Pronunciation focus</w:t>
            </w:r>
          </w:p>
          <w:p w14:paraId="5893D9DC" w14:textId="77777777" w:rsidR="000907E6" w:rsidRDefault="00000000">
            <w:pPr>
              <w:spacing w:after="0"/>
            </w:pPr>
            <w:r>
              <w:rPr>
                <w:sz w:val="18"/>
              </w:rPr>
              <w:t>dom = home; kasa = house/building.</w:t>
            </w:r>
          </w:p>
        </w:tc>
      </w:tr>
      <w:tr w:rsidR="000907E6" w14:paraId="5AACB0F7"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62C33123"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54106BF" w14:textId="77777777" w:rsidR="000907E6" w:rsidRDefault="00000000">
            <w:pPr>
              <w:spacing w:after="0"/>
            </w:pPr>
            <w:r>
              <w:rPr>
                <w:b/>
                <w:color w:val="FFFFFF"/>
                <w:sz w:val="17"/>
              </w:rPr>
              <w:t>Meaning</w:t>
            </w:r>
          </w:p>
        </w:tc>
      </w:tr>
      <w:tr w:rsidR="000907E6" w14:paraId="2606F3F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E0DDD02" w14:textId="77777777" w:rsidR="000907E6" w:rsidRDefault="00000000">
            <w:pPr>
              <w:spacing w:after="0"/>
            </w:pPr>
            <w:r>
              <w:rPr>
                <w:sz w:val="17"/>
              </w:rPr>
              <w:t>kasa</w:t>
            </w:r>
          </w:p>
        </w:tc>
        <w:tc>
          <w:tcPr>
            <w:tcW w:w="5170" w:type="dxa"/>
            <w:tcBorders>
              <w:top w:val="single" w:sz="4" w:space="0" w:color="D8E6EC"/>
              <w:left w:val="single" w:sz="4" w:space="0" w:color="D8E6EC"/>
              <w:bottom w:val="single" w:sz="4" w:space="0" w:color="D8E6EC"/>
              <w:right w:val="single" w:sz="4" w:space="0" w:color="D8E6EC"/>
            </w:tcBorders>
          </w:tcPr>
          <w:p w14:paraId="64E45111" w14:textId="77777777" w:rsidR="000907E6" w:rsidRDefault="00000000">
            <w:pPr>
              <w:spacing w:after="0"/>
            </w:pPr>
            <w:r>
              <w:rPr>
                <w:sz w:val="17"/>
              </w:rPr>
              <w:t>house</w:t>
            </w:r>
          </w:p>
        </w:tc>
      </w:tr>
      <w:tr w:rsidR="000907E6" w14:paraId="30A053F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3CAD938" w14:textId="77777777" w:rsidR="000907E6" w:rsidRDefault="00000000">
            <w:pPr>
              <w:spacing w:after="0"/>
            </w:pPr>
            <w:r>
              <w:rPr>
                <w:sz w:val="17"/>
              </w:rPr>
              <w:t>dom</w:t>
            </w:r>
          </w:p>
        </w:tc>
        <w:tc>
          <w:tcPr>
            <w:tcW w:w="5170" w:type="dxa"/>
            <w:tcBorders>
              <w:top w:val="single" w:sz="4" w:space="0" w:color="D8E6EC"/>
              <w:left w:val="single" w:sz="4" w:space="0" w:color="D8E6EC"/>
              <w:bottom w:val="single" w:sz="4" w:space="0" w:color="D8E6EC"/>
              <w:right w:val="single" w:sz="4" w:space="0" w:color="D8E6EC"/>
            </w:tcBorders>
          </w:tcPr>
          <w:p w14:paraId="47FC2EE8" w14:textId="77777777" w:rsidR="000907E6" w:rsidRDefault="00000000">
            <w:pPr>
              <w:spacing w:after="0"/>
            </w:pPr>
            <w:r>
              <w:rPr>
                <w:sz w:val="17"/>
              </w:rPr>
              <w:t>home</w:t>
            </w:r>
          </w:p>
        </w:tc>
      </w:tr>
      <w:tr w:rsidR="000907E6" w14:paraId="4DFB77C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1C23B32" w14:textId="77777777" w:rsidR="000907E6" w:rsidRDefault="00000000">
            <w:pPr>
              <w:spacing w:after="0"/>
            </w:pPr>
            <w:r>
              <w:rPr>
                <w:sz w:val="17"/>
              </w:rPr>
              <w:t>en</w:t>
            </w:r>
          </w:p>
        </w:tc>
        <w:tc>
          <w:tcPr>
            <w:tcW w:w="5170" w:type="dxa"/>
            <w:tcBorders>
              <w:top w:val="single" w:sz="4" w:space="0" w:color="D8E6EC"/>
              <w:left w:val="single" w:sz="4" w:space="0" w:color="D8E6EC"/>
              <w:bottom w:val="single" w:sz="4" w:space="0" w:color="D8E6EC"/>
              <w:right w:val="single" w:sz="4" w:space="0" w:color="D8E6EC"/>
            </w:tcBorders>
          </w:tcPr>
          <w:p w14:paraId="6365A86E" w14:textId="77777777" w:rsidR="000907E6" w:rsidRDefault="00000000">
            <w:pPr>
              <w:spacing w:after="0"/>
            </w:pPr>
            <w:r>
              <w:rPr>
                <w:sz w:val="17"/>
              </w:rPr>
              <w:t>en</w:t>
            </w:r>
          </w:p>
        </w:tc>
      </w:tr>
      <w:tr w:rsidR="000907E6" w14:paraId="21C5EEF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32FC645" w14:textId="77777777" w:rsidR="000907E6" w:rsidRDefault="00000000">
            <w:pPr>
              <w:spacing w:after="0"/>
            </w:pPr>
            <w:r>
              <w:rPr>
                <w:sz w:val="17"/>
              </w:rPr>
              <w:t>ici</w:t>
            </w:r>
          </w:p>
        </w:tc>
        <w:tc>
          <w:tcPr>
            <w:tcW w:w="5170" w:type="dxa"/>
            <w:tcBorders>
              <w:top w:val="single" w:sz="4" w:space="0" w:color="D8E6EC"/>
              <w:left w:val="single" w:sz="4" w:space="0" w:color="D8E6EC"/>
              <w:bottom w:val="single" w:sz="4" w:space="0" w:color="D8E6EC"/>
              <w:right w:val="single" w:sz="4" w:space="0" w:color="D8E6EC"/>
            </w:tcBorders>
          </w:tcPr>
          <w:p w14:paraId="1AD613E5" w14:textId="77777777" w:rsidR="000907E6" w:rsidRDefault="00000000">
            <w:pPr>
              <w:spacing w:after="0"/>
            </w:pPr>
            <w:r>
              <w:rPr>
                <w:sz w:val="17"/>
              </w:rPr>
              <w:t>here</w:t>
            </w:r>
          </w:p>
        </w:tc>
      </w:tr>
      <w:tr w:rsidR="000907E6" w14:paraId="723736D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16D4B1A" w14:textId="77777777" w:rsidR="000907E6" w:rsidRDefault="00000000">
            <w:pPr>
              <w:spacing w:after="0"/>
            </w:pPr>
            <w:r>
              <w:rPr>
                <w:sz w:val="17"/>
              </w:rPr>
              <w:t>lume</w:t>
            </w:r>
          </w:p>
        </w:tc>
        <w:tc>
          <w:tcPr>
            <w:tcW w:w="5170" w:type="dxa"/>
            <w:tcBorders>
              <w:top w:val="single" w:sz="4" w:space="0" w:color="D8E6EC"/>
              <w:left w:val="single" w:sz="4" w:space="0" w:color="D8E6EC"/>
              <w:bottom w:val="single" w:sz="4" w:space="0" w:color="D8E6EC"/>
              <w:right w:val="single" w:sz="4" w:space="0" w:color="D8E6EC"/>
            </w:tcBorders>
          </w:tcPr>
          <w:p w14:paraId="18E70854" w14:textId="77777777" w:rsidR="000907E6" w:rsidRDefault="00000000">
            <w:pPr>
              <w:spacing w:after="0"/>
            </w:pPr>
            <w:r>
              <w:rPr>
                <w:sz w:val="17"/>
              </w:rPr>
              <w:t>light</w:t>
            </w:r>
          </w:p>
        </w:tc>
      </w:tr>
    </w:tbl>
    <w:p w14:paraId="4B40868A"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405E69F1"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05763647" w14:textId="77777777" w:rsidR="000907E6" w:rsidRDefault="00000000">
            <w:pPr>
              <w:spacing w:after="40"/>
            </w:pPr>
            <w:r w:rsidRPr="00CE26E7">
              <w:rPr>
                <w:b/>
                <w:color w:val="0B2E4A"/>
                <w:sz w:val="24"/>
                <w:lang w:val="es-ES"/>
              </w:rPr>
              <w:t xml:space="preserve">La kasa es ici. Mi dom es calma. En la kasa, nos habe lume, akua, et alimenta. </w:t>
            </w:r>
            <w:r>
              <w:rPr>
                <w:b/>
                <w:color w:val="0B2E4A"/>
                <w:sz w:val="24"/>
              </w:rPr>
              <w:t>Mi ama la dom de nos.</w:t>
            </w:r>
          </w:p>
          <w:p w14:paraId="230CE29D" w14:textId="77777777" w:rsidR="000907E6" w:rsidRDefault="00000000">
            <w:pPr>
              <w:spacing w:after="0"/>
            </w:pPr>
            <w:r>
              <w:rPr>
                <w:i/>
                <w:color w:val="5A5A5A"/>
                <w:sz w:val="18"/>
              </w:rPr>
              <w:t>The house is here. My home is calm. In the house, we have light, water, and food. I love our home.</w:t>
            </w:r>
          </w:p>
        </w:tc>
      </w:tr>
    </w:tbl>
    <w:p w14:paraId="01131247" w14:textId="77777777" w:rsidR="000907E6" w:rsidRDefault="00000000">
      <w:pPr>
        <w:pStyle w:val="Heading3"/>
      </w:pPr>
      <w:r>
        <w:t>Check Understanding</w:t>
      </w:r>
    </w:p>
    <w:p w14:paraId="53B0EB75" w14:textId="77777777" w:rsidR="000907E6" w:rsidRDefault="00000000">
      <w:pPr>
        <w:spacing w:after="40"/>
      </w:pPr>
      <w:r>
        <w:t>Ube es la kasa?</w:t>
      </w:r>
    </w:p>
    <w:p w14:paraId="4545D427" w14:textId="77777777" w:rsidR="000907E6" w:rsidRDefault="00000000">
      <w:pPr>
        <w:spacing w:after="40"/>
      </w:pPr>
      <w:r>
        <w:t>____________________________________________________________________________</w:t>
      </w:r>
    </w:p>
    <w:p w14:paraId="22E8A9A5" w14:textId="77777777" w:rsidR="000907E6" w:rsidRPr="00CE26E7" w:rsidRDefault="00000000">
      <w:pPr>
        <w:spacing w:after="40"/>
        <w:rPr>
          <w:lang w:val="es-ES"/>
        </w:rPr>
      </w:pPr>
      <w:r w:rsidRPr="00CE26E7">
        <w:rPr>
          <w:lang w:val="es-ES"/>
        </w:rPr>
        <w:t>Ke nos habe en la kasa?</w:t>
      </w:r>
    </w:p>
    <w:p w14:paraId="52C0F1BD" w14:textId="77777777" w:rsidR="000907E6" w:rsidRDefault="00000000">
      <w:pPr>
        <w:spacing w:after="40"/>
      </w:pPr>
      <w:r>
        <w:t>____________________________________________________________________________</w:t>
      </w:r>
    </w:p>
    <w:p w14:paraId="4F06AE7C" w14:textId="77777777" w:rsidR="000907E6" w:rsidRDefault="00000000">
      <w:pPr>
        <w:spacing w:after="40"/>
      </w:pPr>
      <w:r>
        <w:t>Ki ama la dom?</w:t>
      </w:r>
    </w:p>
    <w:p w14:paraId="4E60A82F" w14:textId="77777777" w:rsidR="000907E6" w:rsidRDefault="00000000">
      <w:pPr>
        <w:spacing w:after="40"/>
      </w:pPr>
      <w:r>
        <w:t>____________________________________________________________________________</w:t>
      </w:r>
    </w:p>
    <w:p w14:paraId="6D20E472" w14:textId="77777777" w:rsidR="000907E6" w:rsidRDefault="00000000">
      <w:pPr>
        <w:pStyle w:val="Heading3"/>
      </w:pPr>
      <w:r>
        <w:t>Speak It</w:t>
      </w:r>
    </w:p>
    <w:p w14:paraId="21E8CD4C" w14:textId="77777777" w:rsidR="000907E6" w:rsidRDefault="00000000">
      <w:pPr>
        <w:pStyle w:val="ListBullet"/>
        <w:spacing w:after="40"/>
      </w:pPr>
      <w:r>
        <w:t>Describe your room or home using habe and es.</w:t>
      </w:r>
    </w:p>
    <w:p w14:paraId="7B189507" w14:textId="77777777" w:rsidR="000907E6" w:rsidRDefault="00000000">
      <w:pPr>
        <w:pStyle w:val="Heading3"/>
      </w:pPr>
      <w:r>
        <w:t>Write It</w:t>
      </w:r>
    </w:p>
    <w:p w14:paraId="791A2520" w14:textId="77777777" w:rsidR="000907E6" w:rsidRDefault="00000000">
      <w:pPr>
        <w:spacing w:after="40"/>
      </w:pPr>
      <w:r>
        <w:t>Write a four-sentence description of a home.</w:t>
      </w:r>
    </w:p>
    <w:p w14:paraId="7B0F38EE" w14:textId="77777777" w:rsidR="000907E6" w:rsidRDefault="00000000">
      <w:pPr>
        <w:spacing w:after="40"/>
      </w:pPr>
      <w:r>
        <w:t>____________________________________________________________________________</w:t>
      </w:r>
    </w:p>
    <w:p w14:paraId="1207E97E" w14:textId="77777777" w:rsidR="000907E6" w:rsidRDefault="00000000">
      <w:pPr>
        <w:spacing w:after="40"/>
      </w:pPr>
      <w:r>
        <w:t>____________________________________________________________________________</w:t>
      </w:r>
    </w:p>
    <w:p w14:paraId="549530F5" w14:textId="77777777" w:rsidR="000907E6" w:rsidRDefault="00000000">
      <w:pPr>
        <w:spacing w:after="40"/>
      </w:pPr>
      <w:r>
        <w:t>____________________________________________________________________________</w:t>
      </w:r>
    </w:p>
    <w:p w14:paraId="7A840AF4" w14:textId="77777777" w:rsidR="000907E6" w:rsidRDefault="00000000">
      <w:r/>
    </w:p>
    <w:p w14:paraId="36A53EAF" w14:textId="77777777" w:rsidR="000907E6" w:rsidRDefault="00000000">
      <w:pPr>
        <w:pStyle w:val="Heading1"/>
      </w:pPr>
      <w:r>
        <w:t>Level 2: Everyday Survival Reading</w:t>
      </w:r>
    </w:p>
    <w:p w14:paraId="7C6285C7" w14:textId="77777777" w:rsidR="000907E6" w:rsidRDefault="00000000">
      <w:pPr>
        <w:spacing w:after="100"/>
      </w:pPr>
      <w:r>
        <w:t>Read these selections aloud. The goal is not speed. The goal is clear pronunciation, solid grammar, and understanding you can actually use.</w:t>
      </w:r>
    </w:p>
    <w:p w14:paraId="6AB32B10" w14:textId="77777777" w:rsidR="000907E6" w:rsidRDefault="00000000">
      <w:r/>
    </w:p>
    <w:p w14:paraId="7687E3BE" w14:textId="77777777" w:rsidR="000907E6" w:rsidRDefault="00000000">
      <w:pPr>
        <w:pStyle w:val="Heading2"/>
      </w:pPr>
      <w:r>
        <w:t>Level 2: At the Kafe</w:t>
      </w:r>
    </w:p>
    <w:tbl>
      <w:tblPr>
        <w:tblW w:w="0" w:type="auto"/>
        <w:jc w:val="center"/>
        <w:tblLook w:val="04A0" w:firstRow="1" w:lastRow="0" w:firstColumn="1" w:lastColumn="0" w:noHBand="0" w:noVBand="1"/>
      </w:tblPr>
      <w:tblGrid>
        <w:gridCol w:w="5170"/>
        <w:gridCol w:w="5170"/>
      </w:tblGrid>
      <w:tr w:rsidR="000907E6" w14:paraId="04B71A65"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5638F58B" w14:textId="77777777" w:rsidR="000907E6" w:rsidRDefault="00000000">
            <w:pPr>
              <w:spacing w:after="40"/>
            </w:pPr>
            <w:r>
              <w:rPr>
                <w:b/>
                <w:color w:val="0B2E4A"/>
              </w:rPr>
              <w:t>Reading goal</w:t>
            </w:r>
          </w:p>
          <w:p w14:paraId="6230C9B5" w14:textId="77777777" w:rsidR="000907E6" w:rsidRDefault="00000000">
            <w:pPr>
              <w:spacing w:after="0"/>
            </w:pPr>
            <w:r>
              <w:rPr>
                <w:sz w:val="18"/>
              </w:rPr>
              <w:t>Read a practical ordering scene.</w:t>
            </w:r>
          </w:p>
        </w:tc>
      </w:tr>
      <w:tr w:rsidR="000907E6" w14:paraId="23872FCC"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7F7C4EE8" w14:textId="77777777" w:rsidR="000907E6" w:rsidRDefault="00000000">
            <w:pPr>
              <w:spacing w:after="40"/>
            </w:pPr>
            <w:r>
              <w:rPr>
                <w:b/>
                <w:color w:val="0B2E4A"/>
              </w:rPr>
              <w:t>Pronunciation focus</w:t>
            </w:r>
          </w:p>
          <w:p w14:paraId="5EEC1FA7" w14:textId="77777777" w:rsidR="000907E6" w:rsidRDefault="00000000">
            <w:pPr>
              <w:spacing w:after="0"/>
            </w:pPr>
            <w:r>
              <w:rPr>
                <w:sz w:val="18"/>
              </w:rPr>
              <w:t>kafe is pronounced kah-feh, with final et pronounced.</w:t>
            </w:r>
          </w:p>
        </w:tc>
      </w:tr>
      <w:tr w:rsidR="000907E6" w14:paraId="1497DE65"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4416EB1"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D403E04" w14:textId="77777777" w:rsidR="000907E6" w:rsidRDefault="00000000">
            <w:pPr>
              <w:spacing w:after="0"/>
            </w:pPr>
            <w:r>
              <w:rPr>
                <w:b/>
                <w:color w:val="FFFFFF"/>
                <w:sz w:val="17"/>
              </w:rPr>
              <w:t>Meaning</w:t>
            </w:r>
          </w:p>
        </w:tc>
      </w:tr>
      <w:tr w:rsidR="000907E6" w14:paraId="54B4394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13B9259" w14:textId="77777777" w:rsidR="000907E6" w:rsidRDefault="00000000">
            <w:pPr>
              <w:spacing w:after="0"/>
            </w:pPr>
            <w:r>
              <w:rPr>
                <w:sz w:val="17"/>
              </w:rPr>
              <w:t>kafe</w:t>
            </w:r>
          </w:p>
        </w:tc>
        <w:tc>
          <w:tcPr>
            <w:tcW w:w="5170" w:type="dxa"/>
            <w:tcBorders>
              <w:top w:val="single" w:sz="4" w:space="0" w:color="D8E6EC"/>
              <w:left w:val="single" w:sz="4" w:space="0" w:color="D8E6EC"/>
              <w:bottom w:val="single" w:sz="4" w:space="0" w:color="D8E6EC"/>
              <w:right w:val="single" w:sz="4" w:space="0" w:color="D8E6EC"/>
            </w:tcBorders>
          </w:tcPr>
          <w:p w14:paraId="056A2904" w14:textId="77777777" w:rsidR="000907E6" w:rsidRDefault="00000000">
            <w:pPr>
              <w:spacing w:after="0"/>
            </w:pPr>
            <w:r>
              <w:rPr>
                <w:sz w:val="17"/>
              </w:rPr>
              <w:t>coffee / kafe</w:t>
            </w:r>
          </w:p>
        </w:tc>
      </w:tr>
      <w:tr w:rsidR="000907E6" w14:paraId="5714D91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105FC76" w14:textId="77777777" w:rsidR="000907E6" w:rsidRDefault="00000000">
            <w:pPr>
              <w:spacing w:after="0"/>
            </w:pPr>
            <w:r>
              <w:rPr>
                <w:sz w:val="17"/>
              </w:rPr>
              <w:t>akua</w:t>
            </w:r>
          </w:p>
        </w:tc>
        <w:tc>
          <w:tcPr>
            <w:tcW w:w="5170" w:type="dxa"/>
            <w:tcBorders>
              <w:top w:val="single" w:sz="4" w:space="0" w:color="D8E6EC"/>
              <w:left w:val="single" w:sz="4" w:space="0" w:color="D8E6EC"/>
              <w:bottom w:val="single" w:sz="4" w:space="0" w:color="D8E6EC"/>
              <w:right w:val="single" w:sz="4" w:space="0" w:color="D8E6EC"/>
            </w:tcBorders>
          </w:tcPr>
          <w:p w14:paraId="7DB30006" w14:textId="77777777" w:rsidR="000907E6" w:rsidRDefault="00000000">
            <w:pPr>
              <w:spacing w:after="0"/>
            </w:pPr>
            <w:r>
              <w:rPr>
                <w:sz w:val="17"/>
              </w:rPr>
              <w:t>water</w:t>
            </w:r>
          </w:p>
        </w:tc>
      </w:tr>
      <w:tr w:rsidR="000907E6" w14:paraId="6D21AB6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5DA4650" w14:textId="77777777" w:rsidR="000907E6" w:rsidRDefault="00000000">
            <w:pPr>
              <w:spacing w:after="0"/>
            </w:pPr>
            <w:r>
              <w:rPr>
                <w:sz w:val="17"/>
              </w:rPr>
              <w:t>pan</w:t>
            </w:r>
          </w:p>
        </w:tc>
        <w:tc>
          <w:tcPr>
            <w:tcW w:w="5170" w:type="dxa"/>
            <w:tcBorders>
              <w:top w:val="single" w:sz="4" w:space="0" w:color="D8E6EC"/>
              <w:left w:val="single" w:sz="4" w:space="0" w:color="D8E6EC"/>
              <w:bottom w:val="single" w:sz="4" w:space="0" w:color="D8E6EC"/>
              <w:right w:val="single" w:sz="4" w:space="0" w:color="D8E6EC"/>
            </w:tcBorders>
          </w:tcPr>
          <w:p w14:paraId="31C852EA" w14:textId="77777777" w:rsidR="000907E6" w:rsidRDefault="00000000">
            <w:pPr>
              <w:spacing w:after="0"/>
            </w:pPr>
            <w:r>
              <w:rPr>
                <w:sz w:val="17"/>
              </w:rPr>
              <w:t>bread</w:t>
            </w:r>
          </w:p>
        </w:tc>
      </w:tr>
      <w:tr w:rsidR="000907E6" w14:paraId="686AD24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FB98ACD" w14:textId="77777777" w:rsidR="000907E6" w:rsidRDefault="00000000">
            <w:pPr>
              <w:spacing w:after="0"/>
            </w:pPr>
            <w:r>
              <w:rPr>
                <w:sz w:val="17"/>
              </w:rPr>
              <w:t>voli</w:t>
            </w:r>
          </w:p>
        </w:tc>
        <w:tc>
          <w:tcPr>
            <w:tcW w:w="5170" w:type="dxa"/>
            <w:tcBorders>
              <w:top w:val="single" w:sz="4" w:space="0" w:color="D8E6EC"/>
              <w:left w:val="single" w:sz="4" w:space="0" w:color="D8E6EC"/>
              <w:bottom w:val="single" w:sz="4" w:space="0" w:color="D8E6EC"/>
              <w:right w:val="single" w:sz="4" w:space="0" w:color="D8E6EC"/>
            </w:tcBorders>
          </w:tcPr>
          <w:p w14:paraId="4C0EA207" w14:textId="77777777" w:rsidR="000907E6" w:rsidRDefault="00000000">
            <w:pPr>
              <w:spacing w:after="0"/>
            </w:pPr>
            <w:r>
              <w:rPr>
                <w:sz w:val="17"/>
              </w:rPr>
              <w:t>want</w:t>
            </w:r>
          </w:p>
        </w:tc>
      </w:tr>
      <w:tr w:rsidR="000907E6" w14:paraId="03946DF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512425D" w14:textId="77777777" w:rsidR="000907E6" w:rsidRDefault="00000000">
            <w:pPr>
              <w:spacing w:after="0"/>
            </w:pPr>
            <w:r>
              <w:rPr>
                <w:sz w:val="17"/>
              </w:rPr>
              <w:t>plez</w:t>
            </w:r>
          </w:p>
        </w:tc>
        <w:tc>
          <w:tcPr>
            <w:tcW w:w="5170" w:type="dxa"/>
            <w:tcBorders>
              <w:top w:val="single" w:sz="4" w:space="0" w:color="D8E6EC"/>
              <w:left w:val="single" w:sz="4" w:space="0" w:color="D8E6EC"/>
              <w:bottom w:val="single" w:sz="4" w:space="0" w:color="D8E6EC"/>
              <w:right w:val="single" w:sz="4" w:space="0" w:color="D8E6EC"/>
            </w:tcBorders>
          </w:tcPr>
          <w:p w14:paraId="0888CFB1" w14:textId="77777777" w:rsidR="000907E6" w:rsidRDefault="00000000">
            <w:pPr>
              <w:spacing w:after="0"/>
            </w:pPr>
            <w:r>
              <w:rPr>
                <w:sz w:val="17"/>
              </w:rPr>
              <w:t>please</w:t>
            </w:r>
          </w:p>
        </w:tc>
      </w:tr>
    </w:tbl>
    <w:p w14:paraId="704BDDE5"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52B583F0"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298C7E5F" w14:textId="77777777" w:rsidR="000907E6" w:rsidRDefault="00000000">
            <w:pPr>
              <w:spacing w:after="40"/>
            </w:pPr>
            <w:r>
              <w:rPr>
                <w:b/>
                <w:color w:val="0B2E4A"/>
                <w:sz w:val="24"/>
              </w:rPr>
              <w:t>Salve. Mi voli un kafe et akua, plez. Ku tu voli pan? Si, mi voli pan. Gratias. La alimenta es bon.</w:t>
            </w:r>
          </w:p>
          <w:p w14:paraId="0DD8D6CF" w14:textId="77777777" w:rsidR="000907E6" w:rsidRDefault="00000000">
            <w:pPr>
              <w:spacing w:after="0"/>
            </w:pPr>
            <w:r>
              <w:rPr>
                <w:i/>
                <w:color w:val="5A5A5A"/>
                <w:sz w:val="18"/>
              </w:rPr>
              <w:t>Hello. I want a coffee and water, please. Do you want bread? Yes, I want bread. Thanks. The food is good.</w:t>
            </w:r>
          </w:p>
        </w:tc>
      </w:tr>
    </w:tbl>
    <w:p w14:paraId="189365A2" w14:textId="77777777" w:rsidR="000907E6" w:rsidRDefault="00000000">
      <w:pPr>
        <w:pStyle w:val="Heading3"/>
      </w:pPr>
      <w:r>
        <w:t>Check Understanding</w:t>
      </w:r>
    </w:p>
    <w:p w14:paraId="69AEAA5A" w14:textId="77777777" w:rsidR="000907E6" w:rsidRDefault="00000000">
      <w:pPr>
        <w:spacing w:after="40"/>
      </w:pPr>
      <w:r>
        <w:t>Ke mi voli?</w:t>
      </w:r>
    </w:p>
    <w:p w14:paraId="6CCA28DE" w14:textId="77777777" w:rsidR="000907E6" w:rsidRDefault="00000000">
      <w:pPr>
        <w:spacing w:after="40"/>
      </w:pPr>
      <w:r>
        <w:t>____________________________________________________________________________</w:t>
      </w:r>
    </w:p>
    <w:p w14:paraId="228EB540" w14:textId="77777777" w:rsidR="000907E6" w:rsidRDefault="00000000">
      <w:pPr>
        <w:spacing w:after="40"/>
      </w:pPr>
      <w:r>
        <w:t>Ku mi voli pan?</w:t>
      </w:r>
    </w:p>
    <w:p w14:paraId="57CC219B" w14:textId="77777777" w:rsidR="000907E6" w:rsidRDefault="00000000">
      <w:pPr>
        <w:spacing w:after="40"/>
      </w:pPr>
      <w:r>
        <w:t>____________________________________________________________________________</w:t>
      </w:r>
    </w:p>
    <w:p w14:paraId="4D320A7B" w14:textId="77777777" w:rsidR="000907E6" w:rsidRDefault="00000000">
      <w:pPr>
        <w:spacing w:after="40"/>
      </w:pPr>
      <w:r>
        <w:t>Ku la alimenta es bon?</w:t>
      </w:r>
    </w:p>
    <w:p w14:paraId="13C8DBFD" w14:textId="77777777" w:rsidR="000907E6" w:rsidRDefault="00000000">
      <w:pPr>
        <w:spacing w:after="40"/>
      </w:pPr>
      <w:r>
        <w:t>____________________________________________________________________________</w:t>
      </w:r>
    </w:p>
    <w:p w14:paraId="1BAC4171" w14:textId="77777777" w:rsidR="000907E6" w:rsidRDefault="00000000">
      <w:pPr>
        <w:pStyle w:val="Heading3"/>
      </w:pPr>
      <w:r>
        <w:t>Speak It</w:t>
      </w:r>
    </w:p>
    <w:p w14:paraId="3A575F4C" w14:textId="77777777" w:rsidR="000907E6" w:rsidRDefault="00000000">
      <w:pPr>
        <w:pStyle w:val="ListBullet"/>
        <w:spacing w:after="40"/>
      </w:pPr>
      <w:r>
        <w:t>Role-play ordering coffee, water, and bread.</w:t>
      </w:r>
    </w:p>
    <w:p w14:paraId="44EFB8E1" w14:textId="77777777" w:rsidR="000907E6" w:rsidRDefault="00000000">
      <w:pPr>
        <w:pStyle w:val="Heading3"/>
      </w:pPr>
      <w:r>
        <w:t>Write It</w:t>
      </w:r>
    </w:p>
    <w:p w14:paraId="3B947A83" w14:textId="77777777" w:rsidR="000907E6" w:rsidRDefault="00000000">
      <w:pPr>
        <w:spacing w:after="40"/>
      </w:pPr>
      <w:r>
        <w:t>Write a kafe order with plez and gratias.</w:t>
      </w:r>
    </w:p>
    <w:p w14:paraId="4A2CC736" w14:textId="77777777" w:rsidR="000907E6" w:rsidRPr="00CE26E7" w:rsidRDefault="00000000">
      <w:pPr>
        <w:spacing w:after="40"/>
        <w:rPr>
          <w:lang w:val="es-ES"/>
        </w:rPr>
      </w:pPr>
      <w:r w:rsidRPr="00CE26E7">
        <w:rPr>
          <w:lang w:val="es-ES"/>
        </w:rPr>
        <w:t>____________________________________________________________________________</w:t>
      </w:r>
    </w:p>
    <w:p w14:paraId="32E3315E" w14:textId="77777777" w:rsidR="000907E6" w:rsidRPr="00CE26E7" w:rsidRDefault="00000000">
      <w:pPr>
        <w:spacing w:after="40"/>
        <w:rPr>
          <w:lang w:val="es-ES"/>
        </w:rPr>
      </w:pPr>
      <w:r w:rsidRPr="00CE26E7">
        <w:rPr>
          <w:lang w:val="es-ES"/>
        </w:rPr>
        <w:t>____________________________________________________________________________</w:t>
      </w:r>
    </w:p>
    <w:p w14:paraId="50E9B951" w14:textId="77777777" w:rsidR="000907E6" w:rsidRPr="00CE26E7" w:rsidRDefault="00000000">
      <w:pPr>
        <w:spacing w:after="40"/>
        <w:rPr>
          <w:lang w:val="es-ES"/>
        </w:rPr>
      </w:pPr>
      <w:r w:rsidRPr="00CE26E7">
        <w:rPr>
          <w:lang w:val="es-ES"/>
        </w:rPr>
        <w:t>____________________________________________________________________________</w:t>
      </w:r>
    </w:p>
    <w:p w14:paraId="31772DEC" w14:textId="77777777" w:rsidR="000907E6" w:rsidRPr="00CE26E7" w:rsidRDefault="00000000">
      <w:pPr>
        <w:rPr>
          <w:lang w:val="es-ES"/>
        </w:rPr>
      </w:pPr>
      <w:r w:rsidRPr="00CE26E7">
        <w:rPr>
          <w:lang w:val="es-ES"/>
        </w:rPr>
      </w:r>
    </w:p>
    <w:p w14:paraId="442973E0" w14:textId="77777777" w:rsidR="000907E6" w:rsidRPr="00CE26E7" w:rsidRDefault="00000000">
      <w:pPr>
        <w:pStyle w:val="Heading2"/>
        <w:rPr>
          <w:lang w:val="es-ES"/>
        </w:rPr>
      </w:pPr>
      <w:r w:rsidRPr="00CE26E7">
        <w:rPr>
          <w:lang w:val="es-ES"/>
        </w:rPr>
        <w:t>Level 2: Ube Es La Via?</w:t>
      </w:r>
    </w:p>
    <w:tbl>
      <w:tblPr>
        <w:tblW w:w="0" w:type="auto"/>
        <w:jc w:val="center"/>
        <w:tblLook w:val="04A0" w:firstRow="1" w:lastRow="0" w:firstColumn="1" w:lastColumn="0" w:noHBand="0" w:noVBand="1"/>
      </w:tblPr>
      <w:tblGrid>
        <w:gridCol w:w="5170"/>
        <w:gridCol w:w="5170"/>
      </w:tblGrid>
      <w:tr w:rsidR="000907E6" w14:paraId="41ECE8D0"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054F3A9C" w14:textId="77777777" w:rsidR="000907E6" w:rsidRDefault="00000000">
            <w:pPr>
              <w:spacing w:after="40"/>
            </w:pPr>
            <w:r>
              <w:rPr>
                <w:b/>
                <w:color w:val="0B2E4A"/>
              </w:rPr>
              <w:t>Reading goal</w:t>
            </w:r>
          </w:p>
          <w:p w14:paraId="4B882B2B" w14:textId="77777777" w:rsidR="000907E6" w:rsidRDefault="00000000">
            <w:pPr>
              <w:spacing w:after="0"/>
            </w:pPr>
            <w:r>
              <w:rPr>
                <w:sz w:val="18"/>
              </w:rPr>
              <w:t>Practice directions and location.</w:t>
            </w:r>
          </w:p>
        </w:tc>
      </w:tr>
      <w:tr w:rsidR="000907E6" w14:paraId="35AD1B72"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38AC4563" w14:textId="77777777" w:rsidR="000907E6" w:rsidRDefault="00000000">
            <w:pPr>
              <w:spacing w:after="40"/>
            </w:pPr>
            <w:r>
              <w:rPr>
                <w:b/>
                <w:color w:val="0B2E4A"/>
              </w:rPr>
              <w:t>Pronunciation focus</w:t>
            </w:r>
          </w:p>
          <w:p w14:paraId="43EEA7EE" w14:textId="77777777" w:rsidR="000907E6" w:rsidRDefault="00000000">
            <w:pPr>
              <w:spacing w:after="0"/>
            </w:pPr>
            <w:r>
              <w:rPr>
                <w:sz w:val="18"/>
              </w:rPr>
              <w:t>ube = where. Say oo-beh.</w:t>
            </w:r>
          </w:p>
        </w:tc>
      </w:tr>
      <w:tr w:rsidR="000907E6" w14:paraId="5DFB4A5F"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D02B0EA"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B49EC4D" w14:textId="77777777" w:rsidR="000907E6" w:rsidRDefault="00000000">
            <w:pPr>
              <w:spacing w:after="0"/>
            </w:pPr>
            <w:r>
              <w:rPr>
                <w:b/>
                <w:color w:val="FFFFFF"/>
                <w:sz w:val="17"/>
              </w:rPr>
              <w:t>Meaning</w:t>
            </w:r>
          </w:p>
        </w:tc>
      </w:tr>
      <w:tr w:rsidR="000907E6" w14:paraId="14F7B7B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C60F6DB" w14:textId="77777777" w:rsidR="000907E6" w:rsidRDefault="00000000">
            <w:pPr>
              <w:spacing w:after="0"/>
            </w:pPr>
            <w:r>
              <w:rPr>
                <w:sz w:val="17"/>
              </w:rPr>
              <w:t>ube</w:t>
            </w:r>
          </w:p>
        </w:tc>
        <w:tc>
          <w:tcPr>
            <w:tcW w:w="5170" w:type="dxa"/>
            <w:tcBorders>
              <w:top w:val="single" w:sz="4" w:space="0" w:color="D8E6EC"/>
              <w:left w:val="single" w:sz="4" w:space="0" w:color="D8E6EC"/>
              <w:bottom w:val="single" w:sz="4" w:space="0" w:color="D8E6EC"/>
              <w:right w:val="single" w:sz="4" w:space="0" w:color="D8E6EC"/>
            </w:tcBorders>
          </w:tcPr>
          <w:p w14:paraId="7EEAE8F3" w14:textId="77777777" w:rsidR="000907E6" w:rsidRDefault="00000000">
            <w:pPr>
              <w:spacing w:after="0"/>
            </w:pPr>
            <w:r>
              <w:rPr>
                <w:sz w:val="17"/>
              </w:rPr>
              <w:t>where</w:t>
            </w:r>
          </w:p>
        </w:tc>
      </w:tr>
      <w:tr w:rsidR="000907E6" w14:paraId="76F9281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E502160" w14:textId="77777777" w:rsidR="000907E6" w:rsidRDefault="00000000">
            <w:pPr>
              <w:spacing w:after="0"/>
            </w:pPr>
            <w:r>
              <w:rPr>
                <w:sz w:val="17"/>
              </w:rPr>
              <w:t>via</w:t>
            </w:r>
          </w:p>
        </w:tc>
        <w:tc>
          <w:tcPr>
            <w:tcW w:w="5170" w:type="dxa"/>
            <w:tcBorders>
              <w:top w:val="single" w:sz="4" w:space="0" w:color="D8E6EC"/>
              <w:left w:val="single" w:sz="4" w:space="0" w:color="D8E6EC"/>
              <w:bottom w:val="single" w:sz="4" w:space="0" w:color="D8E6EC"/>
              <w:right w:val="single" w:sz="4" w:space="0" w:color="D8E6EC"/>
            </w:tcBorders>
          </w:tcPr>
          <w:p w14:paraId="631D52AA" w14:textId="77777777" w:rsidR="000907E6" w:rsidRDefault="00000000">
            <w:pPr>
              <w:spacing w:after="0"/>
            </w:pPr>
            <w:r>
              <w:rPr>
                <w:sz w:val="17"/>
              </w:rPr>
              <w:t>road / way</w:t>
            </w:r>
          </w:p>
        </w:tc>
      </w:tr>
      <w:tr w:rsidR="000907E6" w14:paraId="2706F3B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F83B626" w14:textId="77777777" w:rsidR="000907E6" w:rsidRDefault="00000000">
            <w:pPr>
              <w:spacing w:after="0"/>
            </w:pPr>
            <w:r>
              <w:rPr>
                <w:sz w:val="17"/>
              </w:rPr>
              <w:t>rua</w:t>
            </w:r>
          </w:p>
        </w:tc>
        <w:tc>
          <w:tcPr>
            <w:tcW w:w="5170" w:type="dxa"/>
            <w:tcBorders>
              <w:top w:val="single" w:sz="4" w:space="0" w:color="D8E6EC"/>
              <w:left w:val="single" w:sz="4" w:space="0" w:color="D8E6EC"/>
              <w:bottom w:val="single" w:sz="4" w:space="0" w:color="D8E6EC"/>
              <w:right w:val="single" w:sz="4" w:space="0" w:color="D8E6EC"/>
            </w:tcBorders>
          </w:tcPr>
          <w:p w14:paraId="0AEFA7D9" w14:textId="77777777" w:rsidR="000907E6" w:rsidRDefault="00000000">
            <w:pPr>
              <w:spacing w:after="0"/>
            </w:pPr>
            <w:r>
              <w:rPr>
                <w:sz w:val="17"/>
              </w:rPr>
              <w:t>street</w:t>
            </w:r>
          </w:p>
        </w:tc>
      </w:tr>
      <w:tr w:rsidR="000907E6" w14:paraId="5B4B008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0C0A30C" w14:textId="77777777" w:rsidR="000907E6" w:rsidRDefault="00000000">
            <w:pPr>
              <w:spacing w:after="0"/>
            </w:pPr>
            <w:r>
              <w:rPr>
                <w:sz w:val="17"/>
              </w:rPr>
              <w:t>mapa</w:t>
            </w:r>
          </w:p>
        </w:tc>
        <w:tc>
          <w:tcPr>
            <w:tcW w:w="5170" w:type="dxa"/>
            <w:tcBorders>
              <w:top w:val="single" w:sz="4" w:space="0" w:color="D8E6EC"/>
              <w:left w:val="single" w:sz="4" w:space="0" w:color="D8E6EC"/>
              <w:bottom w:val="single" w:sz="4" w:space="0" w:color="D8E6EC"/>
              <w:right w:val="single" w:sz="4" w:space="0" w:color="D8E6EC"/>
            </w:tcBorders>
          </w:tcPr>
          <w:p w14:paraId="093BEEF6" w14:textId="77777777" w:rsidR="000907E6" w:rsidRDefault="00000000">
            <w:pPr>
              <w:spacing w:after="0"/>
            </w:pPr>
            <w:r>
              <w:rPr>
                <w:sz w:val="17"/>
              </w:rPr>
              <w:t>map</w:t>
            </w:r>
          </w:p>
        </w:tc>
      </w:tr>
      <w:tr w:rsidR="000907E6" w14:paraId="6AFACCC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760E900" w14:textId="77777777" w:rsidR="000907E6" w:rsidRDefault="00000000">
            <w:pPr>
              <w:spacing w:after="0"/>
            </w:pPr>
            <w:r>
              <w:rPr>
                <w:sz w:val="17"/>
              </w:rPr>
              <w:t>loka</w:t>
            </w:r>
          </w:p>
        </w:tc>
        <w:tc>
          <w:tcPr>
            <w:tcW w:w="5170" w:type="dxa"/>
            <w:tcBorders>
              <w:top w:val="single" w:sz="4" w:space="0" w:color="D8E6EC"/>
              <w:left w:val="single" w:sz="4" w:space="0" w:color="D8E6EC"/>
              <w:bottom w:val="single" w:sz="4" w:space="0" w:color="D8E6EC"/>
              <w:right w:val="single" w:sz="4" w:space="0" w:color="D8E6EC"/>
            </w:tcBorders>
          </w:tcPr>
          <w:p w14:paraId="0BD7A5A8" w14:textId="77777777" w:rsidR="000907E6" w:rsidRDefault="00000000">
            <w:pPr>
              <w:spacing w:after="0"/>
            </w:pPr>
            <w:r>
              <w:rPr>
                <w:sz w:val="17"/>
              </w:rPr>
              <w:t>place</w:t>
            </w:r>
          </w:p>
        </w:tc>
      </w:tr>
    </w:tbl>
    <w:p w14:paraId="328F220C"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4F561179"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3819F6E8" w14:textId="77777777" w:rsidR="000907E6" w:rsidRDefault="00000000">
            <w:pPr>
              <w:spacing w:after="40"/>
            </w:pPr>
            <w:r w:rsidRPr="00CE26E7">
              <w:rPr>
                <w:b/>
                <w:color w:val="0B2E4A"/>
                <w:sz w:val="24"/>
                <w:lang w:val="es-ES"/>
              </w:rPr>
              <w:t xml:space="preserve">Ube es la via? La via es ici. Mi habe un mapa. La mapa mostra la rua et la hotel. </w:t>
            </w:r>
            <w:r>
              <w:rPr>
                <w:b/>
                <w:color w:val="0B2E4A"/>
                <w:sz w:val="24"/>
              </w:rPr>
              <w:t>Nos va trova la loka.</w:t>
            </w:r>
          </w:p>
          <w:p w14:paraId="5722063C" w14:textId="77777777" w:rsidR="000907E6" w:rsidRDefault="00000000">
            <w:pPr>
              <w:spacing w:after="0"/>
            </w:pPr>
            <w:r>
              <w:rPr>
                <w:i/>
                <w:color w:val="5A5A5A"/>
                <w:sz w:val="18"/>
              </w:rPr>
              <w:t>Where is the road? The road is here. I have a map. The map shows the street and the hotel. We will find the place.</w:t>
            </w:r>
          </w:p>
        </w:tc>
      </w:tr>
    </w:tbl>
    <w:p w14:paraId="33E93B74" w14:textId="77777777" w:rsidR="000907E6" w:rsidRDefault="00000000">
      <w:pPr>
        <w:pStyle w:val="Heading3"/>
      </w:pPr>
      <w:r>
        <w:t>Check Understanding</w:t>
      </w:r>
    </w:p>
    <w:p w14:paraId="159AAB95" w14:textId="77777777" w:rsidR="000907E6" w:rsidRDefault="00000000">
      <w:pPr>
        <w:spacing w:after="40"/>
      </w:pPr>
      <w:r>
        <w:t>Ke question komensa kon ube?</w:t>
      </w:r>
    </w:p>
    <w:p w14:paraId="69B52FD2" w14:textId="77777777" w:rsidR="000907E6" w:rsidRDefault="00000000">
      <w:pPr>
        <w:spacing w:after="40"/>
      </w:pPr>
      <w:r>
        <w:t>____________________________________________________________________________</w:t>
      </w:r>
    </w:p>
    <w:p w14:paraId="66F86A12" w14:textId="77777777" w:rsidR="000907E6" w:rsidRDefault="00000000">
      <w:pPr>
        <w:spacing w:after="40"/>
      </w:pPr>
      <w:r>
        <w:t>Ke mostra la mapa?</w:t>
      </w:r>
    </w:p>
    <w:p w14:paraId="630A2C1F" w14:textId="77777777" w:rsidR="000907E6" w:rsidRDefault="00000000">
      <w:pPr>
        <w:spacing w:after="40"/>
      </w:pPr>
      <w:r>
        <w:t>____________________________________________________________________________</w:t>
      </w:r>
    </w:p>
    <w:p w14:paraId="184B9D92" w14:textId="77777777" w:rsidR="000907E6" w:rsidRDefault="00000000">
      <w:pPr>
        <w:spacing w:after="40"/>
      </w:pPr>
      <w:r>
        <w:t>Ke nos va trova?</w:t>
      </w:r>
    </w:p>
    <w:p w14:paraId="27E8AAA1" w14:textId="77777777" w:rsidR="000907E6" w:rsidRDefault="00000000">
      <w:pPr>
        <w:spacing w:after="40"/>
      </w:pPr>
      <w:r>
        <w:t>____________________________________________________________________________</w:t>
      </w:r>
    </w:p>
    <w:p w14:paraId="23E6ABFF" w14:textId="77777777" w:rsidR="000907E6" w:rsidRDefault="00000000">
      <w:pPr>
        <w:pStyle w:val="Heading3"/>
      </w:pPr>
      <w:r>
        <w:t>Speak It</w:t>
      </w:r>
    </w:p>
    <w:p w14:paraId="63611061" w14:textId="77777777" w:rsidR="000907E6" w:rsidRDefault="00000000">
      <w:pPr>
        <w:pStyle w:val="ListBullet"/>
        <w:spacing w:after="40"/>
      </w:pPr>
      <w:r>
        <w:t>Ask and answer: Ube es la hotel? Ube es la rua?</w:t>
      </w:r>
    </w:p>
    <w:p w14:paraId="1DBE42AA" w14:textId="77777777" w:rsidR="000907E6" w:rsidRDefault="00000000">
      <w:pPr>
        <w:pStyle w:val="Heading3"/>
      </w:pPr>
      <w:r>
        <w:t>Write It</w:t>
      </w:r>
    </w:p>
    <w:p w14:paraId="27103D0A" w14:textId="77777777" w:rsidR="000907E6" w:rsidRDefault="00000000">
      <w:pPr>
        <w:spacing w:after="40"/>
      </w:pPr>
      <w:r>
        <w:t>Draw a tiny map and write three Claralinga location sentences.</w:t>
      </w:r>
    </w:p>
    <w:p w14:paraId="350274D6" w14:textId="77777777" w:rsidR="000907E6" w:rsidRDefault="00000000">
      <w:pPr>
        <w:spacing w:after="40"/>
      </w:pPr>
      <w:r>
        <w:t>____________________________________________________________________________</w:t>
      </w:r>
    </w:p>
    <w:p w14:paraId="3A49052B" w14:textId="77777777" w:rsidR="000907E6" w:rsidRDefault="00000000">
      <w:pPr>
        <w:spacing w:after="40"/>
      </w:pPr>
      <w:r>
        <w:t>____________________________________________________________________________</w:t>
      </w:r>
    </w:p>
    <w:p w14:paraId="1E580AC8" w14:textId="77777777" w:rsidR="000907E6" w:rsidRDefault="00000000">
      <w:pPr>
        <w:spacing w:after="40"/>
      </w:pPr>
      <w:r>
        <w:t>____________________________________________________________________________</w:t>
      </w:r>
    </w:p>
    <w:p w14:paraId="32A24B10" w14:textId="77777777" w:rsidR="000907E6" w:rsidRDefault="00000000">
      <w:r/>
    </w:p>
    <w:p w14:paraId="17266554" w14:textId="77777777" w:rsidR="000907E6" w:rsidRDefault="00000000">
      <w:pPr>
        <w:pStyle w:val="Heading2"/>
      </w:pPr>
      <w:r>
        <w:t>Level 2: Mi Nesesita Ajuda</w:t>
      </w:r>
    </w:p>
    <w:tbl>
      <w:tblPr>
        <w:tblW w:w="0" w:type="auto"/>
        <w:jc w:val="center"/>
        <w:tblLook w:val="04A0" w:firstRow="1" w:lastRow="0" w:firstColumn="1" w:lastColumn="0" w:noHBand="0" w:noVBand="1"/>
      </w:tblPr>
      <w:tblGrid>
        <w:gridCol w:w="5170"/>
        <w:gridCol w:w="5170"/>
      </w:tblGrid>
      <w:tr w:rsidR="000907E6" w14:paraId="39C34854"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370A0A0E" w14:textId="77777777" w:rsidR="000907E6" w:rsidRDefault="00000000">
            <w:pPr>
              <w:spacing w:after="40"/>
            </w:pPr>
            <w:r>
              <w:rPr>
                <w:b/>
                <w:color w:val="0B2E4A"/>
              </w:rPr>
              <w:t>Reading goal</w:t>
            </w:r>
          </w:p>
          <w:p w14:paraId="173079F4" w14:textId="77777777" w:rsidR="000907E6" w:rsidRDefault="00000000">
            <w:pPr>
              <w:spacing w:after="0"/>
            </w:pPr>
            <w:r>
              <w:rPr>
                <w:sz w:val="18"/>
              </w:rPr>
              <w:t>Practice need and help language.</w:t>
            </w:r>
          </w:p>
        </w:tc>
      </w:tr>
      <w:tr w:rsidR="000907E6" w14:paraId="14DA625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13BA8B52" w14:textId="77777777" w:rsidR="000907E6" w:rsidRDefault="00000000">
            <w:pPr>
              <w:spacing w:after="40"/>
            </w:pPr>
            <w:r>
              <w:rPr>
                <w:b/>
                <w:color w:val="0B2E4A"/>
              </w:rPr>
              <w:t>Pronunciation focus</w:t>
            </w:r>
          </w:p>
          <w:p w14:paraId="767F833B" w14:textId="77777777" w:rsidR="000907E6" w:rsidRDefault="00000000">
            <w:pPr>
              <w:spacing w:after="0"/>
            </w:pPr>
            <w:r>
              <w:rPr>
                <w:sz w:val="18"/>
              </w:rPr>
              <w:t>ne comes before the verb or marker: Mi ne komprende.</w:t>
            </w:r>
          </w:p>
        </w:tc>
      </w:tr>
      <w:tr w:rsidR="000907E6" w14:paraId="0A9CC56D"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8FBCA2C"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E87CBA9" w14:textId="77777777" w:rsidR="000907E6" w:rsidRDefault="00000000">
            <w:pPr>
              <w:spacing w:after="0"/>
            </w:pPr>
            <w:r>
              <w:rPr>
                <w:b/>
                <w:color w:val="FFFFFF"/>
                <w:sz w:val="17"/>
              </w:rPr>
              <w:t>Meaning</w:t>
            </w:r>
          </w:p>
        </w:tc>
      </w:tr>
      <w:tr w:rsidR="000907E6" w14:paraId="7CD66FB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B4E8E76" w14:textId="77777777" w:rsidR="000907E6" w:rsidRDefault="00000000">
            <w:pPr>
              <w:spacing w:after="0"/>
            </w:pPr>
            <w:r>
              <w:rPr>
                <w:sz w:val="17"/>
              </w:rPr>
              <w:t>nesesita</w:t>
            </w:r>
          </w:p>
        </w:tc>
        <w:tc>
          <w:tcPr>
            <w:tcW w:w="5170" w:type="dxa"/>
            <w:tcBorders>
              <w:top w:val="single" w:sz="4" w:space="0" w:color="D8E6EC"/>
              <w:left w:val="single" w:sz="4" w:space="0" w:color="D8E6EC"/>
              <w:bottom w:val="single" w:sz="4" w:space="0" w:color="D8E6EC"/>
              <w:right w:val="single" w:sz="4" w:space="0" w:color="D8E6EC"/>
            </w:tcBorders>
          </w:tcPr>
          <w:p w14:paraId="4FBC109E" w14:textId="77777777" w:rsidR="000907E6" w:rsidRDefault="00000000">
            <w:pPr>
              <w:spacing w:after="0"/>
            </w:pPr>
            <w:r>
              <w:rPr>
                <w:sz w:val="17"/>
              </w:rPr>
              <w:t>need</w:t>
            </w:r>
          </w:p>
        </w:tc>
      </w:tr>
      <w:tr w:rsidR="000907E6" w14:paraId="3448E9F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989868B" w14:textId="77777777" w:rsidR="000907E6" w:rsidRDefault="00000000">
            <w:pPr>
              <w:spacing w:after="0"/>
            </w:pPr>
            <w:r>
              <w:rPr>
                <w:sz w:val="17"/>
              </w:rPr>
              <w:t>ajuda</w:t>
            </w:r>
          </w:p>
        </w:tc>
        <w:tc>
          <w:tcPr>
            <w:tcW w:w="5170" w:type="dxa"/>
            <w:tcBorders>
              <w:top w:val="single" w:sz="4" w:space="0" w:color="D8E6EC"/>
              <w:left w:val="single" w:sz="4" w:space="0" w:color="D8E6EC"/>
              <w:bottom w:val="single" w:sz="4" w:space="0" w:color="D8E6EC"/>
              <w:right w:val="single" w:sz="4" w:space="0" w:color="D8E6EC"/>
            </w:tcBorders>
          </w:tcPr>
          <w:p w14:paraId="3BFB5717" w14:textId="77777777" w:rsidR="000907E6" w:rsidRDefault="00000000">
            <w:pPr>
              <w:spacing w:after="0"/>
            </w:pPr>
            <w:r>
              <w:rPr>
                <w:sz w:val="17"/>
              </w:rPr>
              <w:t>help</w:t>
            </w:r>
          </w:p>
        </w:tc>
      </w:tr>
      <w:tr w:rsidR="000907E6" w14:paraId="3076673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C44960C" w14:textId="77777777" w:rsidR="000907E6" w:rsidRDefault="00000000">
            <w:pPr>
              <w:spacing w:after="0"/>
            </w:pPr>
            <w:r>
              <w:rPr>
                <w:sz w:val="17"/>
              </w:rPr>
              <w:t>problema</w:t>
            </w:r>
          </w:p>
        </w:tc>
        <w:tc>
          <w:tcPr>
            <w:tcW w:w="5170" w:type="dxa"/>
            <w:tcBorders>
              <w:top w:val="single" w:sz="4" w:space="0" w:color="D8E6EC"/>
              <w:left w:val="single" w:sz="4" w:space="0" w:color="D8E6EC"/>
              <w:bottom w:val="single" w:sz="4" w:space="0" w:color="D8E6EC"/>
              <w:right w:val="single" w:sz="4" w:space="0" w:color="D8E6EC"/>
            </w:tcBorders>
          </w:tcPr>
          <w:p w14:paraId="1E3D4B17" w14:textId="77777777" w:rsidR="000907E6" w:rsidRDefault="00000000">
            <w:pPr>
              <w:spacing w:after="0"/>
            </w:pPr>
            <w:r>
              <w:rPr>
                <w:sz w:val="17"/>
              </w:rPr>
              <w:t>problem</w:t>
            </w:r>
          </w:p>
        </w:tc>
      </w:tr>
      <w:tr w:rsidR="000907E6" w14:paraId="485CA24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9630CE9" w14:textId="77777777" w:rsidR="000907E6" w:rsidRDefault="00000000">
            <w:pPr>
              <w:spacing w:after="0"/>
            </w:pPr>
            <w:r>
              <w:rPr>
                <w:sz w:val="17"/>
              </w:rPr>
              <w:t>komprende</w:t>
            </w:r>
          </w:p>
        </w:tc>
        <w:tc>
          <w:tcPr>
            <w:tcW w:w="5170" w:type="dxa"/>
            <w:tcBorders>
              <w:top w:val="single" w:sz="4" w:space="0" w:color="D8E6EC"/>
              <w:left w:val="single" w:sz="4" w:space="0" w:color="D8E6EC"/>
              <w:bottom w:val="single" w:sz="4" w:space="0" w:color="D8E6EC"/>
              <w:right w:val="single" w:sz="4" w:space="0" w:color="D8E6EC"/>
            </w:tcBorders>
          </w:tcPr>
          <w:p w14:paraId="77F3359C" w14:textId="77777777" w:rsidR="000907E6" w:rsidRDefault="00000000">
            <w:pPr>
              <w:spacing w:after="0"/>
            </w:pPr>
            <w:r>
              <w:rPr>
                <w:sz w:val="17"/>
              </w:rPr>
              <w:t>understand</w:t>
            </w:r>
          </w:p>
        </w:tc>
      </w:tr>
      <w:tr w:rsidR="000907E6" w14:paraId="1A90F5F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4C93F67" w14:textId="77777777" w:rsidR="000907E6" w:rsidRDefault="00000000">
            <w:pPr>
              <w:spacing w:after="0"/>
            </w:pPr>
            <w:r>
              <w:rPr>
                <w:sz w:val="17"/>
              </w:rPr>
              <w:t>repete</w:t>
            </w:r>
          </w:p>
        </w:tc>
        <w:tc>
          <w:tcPr>
            <w:tcW w:w="5170" w:type="dxa"/>
            <w:tcBorders>
              <w:top w:val="single" w:sz="4" w:space="0" w:color="D8E6EC"/>
              <w:left w:val="single" w:sz="4" w:space="0" w:color="D8E6EC"/>
              <w:bottom w:val="single" w:sz="4" w:space="0" w:color="D8E6EC"/>
              <w:right w:val="single" w:sz="4" w:space="0" w:color="D8E6EC"/>
            </w:tcBorders>
          </w:tcPr>
          <w:p w14:paraId="57921733" w14:textId="77777777" w:rsidR="000907E6" w:rsidRDefault="00000000">
            <w:pPr>
              <w:spacing w:after="0"/>
            </w:pPr>
            <w:r>
              <w:rPr>
                <w:sz w:val="17"/>
              </w:rPr>
              <w:t>repeat</w:t>
            </w:r>
          </w:p>
        </w:tc>
      </w:tr>
    </w:tbl>
    <w:p w14:paraId="4639CB6B"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26CBF566"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323D9FEA" w14:textId="77777777" w:rsidR="000907E6" w:rsidRPr="00CE26E7" w:rsidRDefault="00000000">
            <w:pPr>
              <w:spacing w:after="40"/>
              <w:rPr>
                <w:lang w:val="es-ES"/>
              </w:rPr>
            </w:pPr>
            <w:r w:rsidRPr="00CE26E7">
              <w:rPr>
                <w:b/>
                <w:color w:val="0B2E4A"/>
                <w:sz w:val="24"/>
                <w:lang w:val="es-ES"/>
              </w:rPr>
              <w:t>Plez ajuda mi. Mi habe un problema. Mi ne komprende la parola. Plez repete lenta. Gratias pro tu ajuda.</w:t>
            </w:r>
          </w:p>
          <w:p w14:paraId="012C97E6" w14:textId="77777777" w:rsidR="000907E6" w:rsidRDefault="00000000">
            <w:pPr>
              <w:spacing w:after="0"/>
            </w:pPr>
            <w:r>
              <w:rPr>
                <w:i/>
                <w:color w:val="5A5A5A"/>
                <w:sz w:val="18"/>
              </w:rPr>
              <w:t>Please help me. I have a problem. I do not understand the word. Please repeat slowly. Thanks for your help.</w:t>
            </w:r>
          </w:p>
        </w:tc>
      </w:tr>
    </w:tbl>
    <w:p w14:paraId="79920F49" w14:textId="77777777" w:rsidR="000907E6" w:rsidRDefault="00000000">
      <w:pPr>
        <w:pStyle w:val="Heading3"/>
      </w:pPr>
      <w:r>
        <w:t>Check Understanding</w:t>
      </w:r>
    </w:p>
    <w:p w14:paraId="736168ED" w14:textId="77777777" w:rsidR="000907E6" w:rsidRDefault="00000000">
      <w:pPr>
        <w:spacing w:after="40"/>
      </w:pPr>
      <w:r>
        <w:t>Ke mi nesesita?</w:t>
      </w:r>
    </w:p>
    <w:p w14:paraId="7B034900" w14:textId="77777777" w:rsidR="000907E6" w:rsidRPr="00CE26E7" w:rsidRDefault="00000000">
      <w:pPr>
        <w:spacing w:after="40"/>
        <w:rPr>
          <w:lang w:val="es-ES"/>
        </w:rPr>
      </w:pPr>
      <w:r w:rsidRPr="00CE26E7">
        <w:rPr>
          <w:lang w:val="es-ES"/>
        </w:rPr>
        <w:t>____________________________________________________________________________</w:t>
      </w:r>
    </w:p>
    <w:p w14:paraId="48147D69" w14:textId="77777777" w:rsidR="000907E6" w:rsidRPr="00CE26E7" w:rsidRDefault="00000000">
      <w:pPr>
        <w:spacing w:after="40"/>
        <w:rPr>
          <w:lang w:val="es-ES"/>
        </w:rPr>
      </w:pPr>
      <w:r w:rsidRPr="00CE26E7">
        <w:rPr>
          <w:lang w:val="es-ES"/>
        </w:rPr>
        <w:t>Ke mi ne komprende?</w:t>
      </w:r>
    </w:p>
    <w:p w14:paraId="551BFB16" w14:textId="77777777" w:rsidR="000907E6" w:rsidRPr="00CE26E7" w:rsidRDefault="00000000">
      <w:pPr>
        <w:spacing w:after="40"/>
        <w:rPr>
          <w:lang w:val="es-ES"/>
        </w:rPr>
      </w:pPr>
      <w:r w:rsidRPr="00CE26E7">
        <w:rPr>
          <w:lang w:val="es-ES"/>
        </w:rPr>
        <w:t>____________________________________________________________________________</w:t>
      </w:r>
    </w:p>
    <w:p w14:paraId="2D7C61F2" w14:textId="77777777" w:rsidR="000907E6" w:rsidRPr="00CE26E7" w:rsidRDefault="00000000">
      <w:pPr>
        <w:spacing w:after="40"/>
        <w:rPr>
          <w:lang w:val="es-ES"/>
        </w:rPr>
      </w:pPr>
      <w:r w:rsidRPr="00CE26E7">
        <w:rPr>
          <w:lang w:val="es-ES"/>
        </w:rPr>
        <w:t>Kom la persona debe repete?</w:t>
      </w:r>
    </w:p>
    <w:p w14:paraId="17C64A6C" w14:textId="77777777" w:rsidR="000907E6" w:rsidRDefault="00000000">
      <w:pPr>
        <w:spacing w:after="40"/>
      </w:pPr>
      <w:r>
        <w:t>____________________________________________________________________________</w:t>
      </w:r>
    </w:p>
    <w:p w14:paraId="2D21CBFB" w14:textId="77777777" w:rsidR="000907E6" w:rsidRDefault="00000000">
      <w:pPr>
        <w:pStyle w:val="Heading3"/>
      </w:pPr>
      <w:r>
        <w:t>Speak It</w:t>
      </w:r>
    </w:p>
    <w:p w14:paraId="049B1F40" w14:textId="77777777" w:rsidR="000907E6" w:rsidRDefault="00000000">
      <w:pPr>
        <w:pStyle w:val="ListBullet"/>
        <w:spacing w:after="40"/>
      </w:pPr>
      <w:r>
        <w:t>Practice asking for help politely.</w:t>
      </w:r>
    </w:p>
    <w:p w14:paraId="4E0A7D2B" w14:textId="77777777" w:rsidR="000907E6" w:rsidRDefault="00000000">
      <w:pPr>
        <w:pStyle w:val="Heading3"/>
      </w:pPr>
      <w:r>
        <w:t>Write It</w:t>
      </w:r>
    </w:p>
    <w:p w14:paraId="0370A6D4" w14:textId="77777777" w:rsidR="000907E6" w:rsidRDefault="00000000">
      <w:pPr>
        <w:spacing w:after="40"/>
      </w:pPr>
      <w:r>
        <w:t>Write a help message for a traveler.</w:t>
      </w:r>
    </w:p>
    <w:p w14:paraId="13BCBC14" w14:textId="77777777" w:rsidR="000907E6" w:rsidRDefault="00000000">
      <w:pPr>
        <w:spacing w:after="40"/>
      </w:pPr>
      <w:r>
        <w:t>____________________________________________________________________________</w:t>
      </w:r>
    </w:p>
    <w:p w14:paraId="4A88136C" w14:textId="77777777" w:rsidR="000907E6" w:rsidRDefault="00000000">
      <w:pPr>
        <w:spacing w:after="40"/>
      </w:pPr>
      <w:r>
        <w:t>____________________________________________________________________________</w:t>
      </w:r>
    </w:p>
    <w:p w14:paraId="615DED00" w14:textId="77777777" w:rsidR="000907E6" w:rsidRDefault="00000000">
      <w:pPr>
        <w:spacing w:after="40"/>
      </w:pPr>
      <w:r>
        <w:t>____________________________________________________________________________</w:t>
      </w:r>
    </w:p>
    <w:p w14:paraId="6B59FFE0" w14:textId="77777777" w:rsidR="000907E6" w:rsidRDefault="00000000">
      <w:r/>
    </w:p>
    <w:p w14:paraId="76BA1D46" w14:textId="77777777" w:rsidR="000907E6" w:rsidRDefault="00000000">
      <w:pPr>
        <w:pStyle w:val="Heading2"/>
      </w:pPr>
      <w:r>
        <w:t>Level 2: La Dia de Nos</w:t>
      </w:r>
    </w:p>
    <w:tbl>
      <w:tblPr>
        <w:tblW w:w="0" w:type="auto"/>
        <w:jc w:val="center"/>
        <w:tblLook w:val="04A0" w:firstRow="1" w:lastRow="0" w:firstColumn="1" w:lastColumn="0" w:noHBand="0" w:noVBand="1"/>
      </w:tblPr>
      <w:tblGrid>
        <w:gridCol w:w="5170"/>
        <w:gridCol w:w="5170"/>
      </w:tblGrid>
      <w:tr w:rsidR="000907E6" w14:paraId="652D534D"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5D01EBA8" w14:textId="77777777" w:rsidR="000907E6" w:rsidRDefault="00000000">
            <w:pPr>
              <w:spacing w:after="40"/>
            </w:pPr>
            <w:r>
              <w:rPr>
                <w:b/>
                <w:color w:val="0B2E4A"/>
              </w:rPr>
              <w:t>Reading goal</w:t>
            </w:r>
          </w:p>
          <w:p w14:paraId="2DBA7528" w14:textId="77777777" w:rsidR="000907E6" w:rsidRDefault="00000000">
            <w:pPr>
              <w:spacing w:after="0"/>
            </w:pPr>
            <w:r>
              <w:rPr>
                <w:sz w:val="18"/>
              </w:rPr>
              <w:t>Practice daily life and simple connection words.</w:t>
            </w:r>
          </w:p>
        </w:tc>
      </w:tr>
      <w:tr w:rsidR="000907E6" w14:paraId="5009D208"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16E18DA9" w14:textId="77777777" w:rsidR="000907E6" w:rsidRDefault="00000000">
            <w:pPr>
              <w:spacing w:after="40"/>
            </w:pPr>
            <w:r>
              <w:rPr>
                <w:b/>
                <w:color w:val="0B2E4A"/>
              </w:rPr>
              <w:t>Pronunciation focus</w:t>
            </w:r>
          </w:p>
          <w:p w14:paraId="66045A51" w14:textId="77777777" w:rsidR="000907E6" w:rsidRDefault="00000000">
            <w:pPr>
              <w:spacing w:after="0"/>
            </w:pPr>
            <w:r>
              <w:rPr>
                <w:sz w:val="18"/>
              </w:rPr>
              <w:t>hodia = today; dia = day.</w:t>
            </w:r>
          </w:p>
        </w:tc>
      </w:tr>
      <w:tr w:rsidR="000907E6" w14:paraId="16A82604"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3CB595F"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B304A88" w14:textId="77777777" w:rsidR="000907E6" w:rsidRDefault="00000000">
            <w:pPr>
              <w:spacing w:after="0"/>
            </w:pPr>
            <w:r>
              <w:rPr>
                <w:b/>
                <w:color w:val="FFFFFF"/>
                <w:sz w:val="17"/>
              </w:rPr>
              <w:t>Meaning</w:t>
            </w:r>
          </w:p>
        </w:tc>
      </w:tr>
      <w:tr w:rsidR="000907E6" w14:paraId="2F1CAD8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BC71C6D" w14:textId="77777777" w:rsidR="000907E6" w:rsidRDefault="00000000">
            <w:pPr>
              <w:spacing w:after="0"/>
            </w:pPr>
            <w:r>
              <w:rPr>
                <w:sz w:val="17"/>
              </w:rPr>
              <w:t>hodia</w:t>
            </w:r>
          </w:p>
        </w:tc>
        <w:tc>
          <w:tcPr>
            <w:tcW w:w="5170" w:type="dxa"/>
            <w:tcBorders>
              <w:top w:val="single" w:sz="4" w:space="0" w:color="D8E6EC"/>
              <w:left w:val="single" w:sz="4" w:space="0" w:color="D8E6EC"/>
              <w:bottom w:val="single" w:sz="4" w:space="0" w:color="D8E6EC"/>
              <w:right w:val="single" w:sz="4" w:space="0" w:color="D8E6EC"/>
            </w:tcBorders>
          </w:tcPr>
          <w:p w14:paraId="309A6B8C" w14:textId="77777777" w:rsidR="000907E6" w:rsidRDefault="00000000">
            <w:pPr>
              <w:spacing w:after="0"/>
            </w:pPr>
            <w:r>
              <w:rPr>
                <w:sz w:val="17"/>
              </w:rPr>
              <w:t>today</w:t>
            </w:r>
          </w:p>
        </w:tc>
      </w:tr>
      <w:tr w:rsidR="000907E6" w14:paraId="2037E58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A3AF64D" w14:textId="77777777" w:rsidR="000907E6" w:rsidRDefault="00000000">
            <w:pPr>
              <w:spacing w:after="0"/>
            </w:pPr>
            <w:r>
              <w:rPr>
                <w:sz w:val="17"/>
              </w:rPr>
              <w:t>dia</w:t>
            </w:r>
          </w:p>
        </w:tc>
        <w:tc>
          <w:tcPr>
            <w:tcW w:w="5170" w:type="dxa"/>
            <w:tcBorders>
              <w:top w:val="single" w:sz="4" w:space="0" w:color="D8E6EC"/>
              <w:left w:val="single" w:sz="4" w:space="0" w:color="D8E6EC"/>
              <w:bottom w:val="single" w:sz="4" w:space="0" w:color="D8E6EC"/>
              <w:right w:val="single" w:sz="4" w:space="0" w:color="D8E6EC"/>
            </w:tcBorders>
          </w:tcPr>
          <w:p w14:paraId="4307E062" w14:textId="77777777" w:rsidR="000907E6" w:rsidRDefault="00000000">
            <w:pPr>
              <w:spacing w:after="0"/>
            </w:pPr>
            <w:r>
              <w:rPr>
                <w:sz w:val="17"/>
              </w:rPr>
              <w:t>day</w:t>
            </w:r>
          </w:p>
        </w:tc>
      </w:tr>
      <w:tr w:rsidR="000907E6" w14:paraId="2E47C844"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B6DEC73" w14:textId="77777777" w:rsidR="000907E6" w:rsidRDefault="00000000">
            <w:pPr>
              <w:spacing w:after="0"/>
            </w:pPr>
            <w:r>
              <w:rPr>
                <w:sz w:val="17"/>
              </w:rPr>
              <w:t>labora</w:t>
            </w:r>
          </w:p>
        </w:tc>
        <w:tc>
          <w:tcPr>
            <w:tcW w:w="5170" w:type="dxa"/>
            <w:tcBorders>
              <w:top w:val="single" w:sz="4" w:space="0" w:color="D8E6EC"/>
              <w:left w:val="single" w:sz="4" w:space="0" w:color="D8E6EC"/>
              <w:bottom w:val="single" w:sz="4" w:space="0" w:color="D8E6EC"/>
              <w:right w:val="single" w:sz="4" w:space="0" w:color="D8E6EC"/>
            </w:tcBorders>
          </w:tcPr>
          <w:p w14:paraId="6314C148" w14:textId="77777777" w:rsidR="000907E6" w:rsidRDefault="00000000">
            <w:pPr>
              <w:spacing w:after="0"/>
            </w:pPr>
            <w:r>
              <w:rPr>
                <w:sz w:val="17"/>
              </w:rPr>
              <w:t>work</w:t>
            </w:r>
          </w:p>
        </w:tc>
      </w:tr>
      <w:tr w:rsidR="000907E6" w14:paraId="12729C4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2DA9BC4" w14:textId="77777777" w:rsidR="000907E6" w:rsidRDefault="00000000">
            <w:pPr>
              <w:spacing w:after="0"/>
            </w:pPr>
            <w:r>
              <w:rPr>
                <w:sz w:val="17"/>
              </w:rPr>
              <w:t>pos-dia</w:t>
            </w:r>
          </w:p>
        </w:tc>
        <w:tc>
          <w:tcPr>
            <w:tcW w:w="5170" w:type="dxa"/>
            <w:tcBorders>
              <w:top w:val="single" w:sz="4" w:space="0" w:color="D8E6EC"/>
              <w:left w:val="single" w:sz="4" w:space="0" w:color="D8E6EC"/>
              <w:bottom w:val="single" w:sz="4" w:space="0" w:color="D8E6EC"/>
              <w:right w:val="single" w:sz="4" w:space="0" w:color="D8E6EC"/>
            </w:tcBorders>
          </w:tcPr>
          <w:p w14:paraId="6796777B" w14:textId="77777777" w:rsidR="000907E6" w:rsidRDefault="00000000">
            <w:pPr>
              <w:spacing w:after="0"/>
            </w:pPr>
            <w:r>
              <w:rPr>
                <w:sz w:val="17"/>
              </w:rPr>
              <w:t>afternoon</w:t>
            </w:r>
          </w:p>
        </w:tc>
      </w:tr>
      <w:tr w:rsidR="000907E6" w14:paraId="18FBE02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1E112AC" w14:textId="77777777" w:rsidR="000907E6" w:rsidRDefault="00000000">
            <w:pPr>
              <w:spacing w:after="0"/>
            </w:pPr>
            <w:r>
              <w:rPr>
                <w:sz w:val="17"/>
              </w:rPr>
              <w:t>nokte</w:t>
            </w:r>
          </w:p>
        </w:tc>
        <w:tc>
          <w:tcPr>
            <w:tcW w:w="5170" w:type="dxa"/>
            <w:tcBorders>
              <w:top w:val="single" w:sz="4" w:space="0" w:color="D8E6EC"/>
              <w:left w:val="single" w:sz="4" w:space="0" w:color="D8E6EC"/>
              <w:bottom w:val="single" w:sz="4" w:space="0" w:color="D8E6EC"/>
              <w:right w:val="single" w:sz="4" w:space="0" w:color="D8E6EC"/>
            </w:tcBorders>
          </w:tcPr>
          <w:p w14:paraId="42963F01" w14:textId="77777777" w:rsidR="000907E6" w:rsidRDefault="00000000">
            <w:pPr>
              <w:spacing w:after="0"/>
            </w:pPr>
            <w:r>
              <w:rPr>
                <w:sz w:val="17"/>
              </w:rPr>
              <w:t>night</w:t>
            </w:r>
          </w:p>
        </w:tc>
      </w:tr>
    </w:tbl>
    <w:p w14:paraId="11D238DE"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2F203A06"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48DC5F2F" w14:textId="77777777" w:rsidR="000907E6" w:rsidRDefault="00000000">
            <w:pPr>
              <w:spacing w:after="40"/>
            </w:pPr>
            <w:r w:rsidRPr="00CE26E7">
              <w:rPr>
                <w:b/>
                <w:color w:val="0B2E4A"/>
                <w:sz w:val="24"/>
                <w:lang w:val="es-ES"/>
              </w:rPr>
              <w:t xml:space="preserve">Hodia es un bon dia. En matin, mi labora. En pos-dia, nos visita la parque. </w:t>
            </w:r>
            <w:r>
              <w:rPr>
                <w:b/>
                <w:color w:val="0B2E4A"/>
                <w:sz w:val="24"/>
              </w:rPr>
              <w:t>En nokte, nos lege et parla.</w:t>
            </w:r>
          </w:p>
          <w:p w14:paraId="493C734D" w14:textId="77777777" w:rsidR="000907E6" w:rsidRDefault="00000000">
            <w:pPr>
              <w:spacing w:after="0"/>
            </w:pPr>
            <w:r>
              <w:rPr>
                <w:i/>
                <w:color w:val="5A5A5A"/>
                <w:sz w:val="18"/>
              </w:rPr>
              <w:t>Today is a good day. In the morning, I work. En the afternoon, we visit the park. At night, we read and speak.</w:t>
            </w:r>
          </w:p>
        </w:tc>
      </w:tr>
    </w:tbl>
    <w:p w14:paraId="025EC4FC" w14:textId="77777777" w:rsidR="000907E6" w:rsidRDefault="00000000">
      <w:pPr>
        <w:pStyle w:val="Heading3"/>
      </w:pPr>
      <w:r>
        <w:t>Check Understanding</w:t>
      </w:r>
    </w:p>
    <w:p w14:paraId="08B7B1FF" w14:textId="77777777" w:rsidR="000907E6" w:rsidRDefault="00000000">
      <w:pPr>
        <w:spacing w:after="40"/>
      </w:pPr>
      <w:r>
        <w:t>Kan mi labora?</w:t>
      </w:r>
    </w:p>
    <w:p w14:paraId="0A342AD5" w14:textId="77777777" w:rsidR="000907E6" w:rsidRDefault="00000000">
      <w:pPr>
        <w:spacing w:after="40"/>
      </w:pPr>
      <w:r>
        <w:t>____________________________________________________________________________</w:t>
      </w:r>
    </w:p>
    <w:p w14:paraId="0E5BD16A" w14:textId="77777777" w:rsidR="000907E6" w:rsidRDefault="00000000">
      <w:pPr>
        <w:spacing w:after="40"/>
      </w:pPr>
      <w:r>
        <w:t>Ke nos visita en pos-dia?</w:t>
      </w:r>
    </w:p>
    <w:p w14:paraId="737D81E3" w14:textId="77777777" w:rsidR="000907E6" w:rsidRDefault="00000000">
      <w:pPr>
        <w:spacing w:after="40"/>
      </w:pPr>
      <w:r>
        <w:t>____________________________________________________________________________</w:t>
      </w:r>
    </w:p>
    <w:p w14:paraId="30ECC51F" w14:textId="77777777" w:rsidR="000907E6" w:rsidRPr="00CE26E7" w:rsidRDefault="00000000">
      <w:pPr>
        <w:spacing w:after="40"/>
        <w:rPr>
          <w:lang w:val="es-ES"/>
        </w:rPr>
      </w:pPr>
      <w:r w:rsidRPr="00CE26E7">
        <w:rPr>
          <w:lang w:val="es-ES"/>
        </w:rPr>
        <w:t>Ke nos far en nokte?</w:t>
      </w:r>
    </w:p>
    <w:p w14:paraId="06530038" w14:textId="77777777" w:rsidR="000907E6" w:rsidRDefault="00000000">
      <w:pPr>
        <w:spacing w:after="40"/>
      </w:pPr>
      <w:r>
        <w:t>____________________________________________________________________________</w:t>
      </w:r>
    </w:p>
    <w:p w14:paraId="393C2289" w14:textId="77777777" w:rsidR="000907E6" w:rsidRDefault="00000000">
      <w:pPr>
        <w:pStyle w:val="Heading3"/>
      </w:pPr>
      <w:r>
        <w:t>Speak It</w:t>
      </w:r>
    </w:p>
    <w:p w14:paraId="5305B277" w14:textId="77777777" w:rsidR="000907E6" w:rsidRDefault="00000000">
      <w:pPr>
        <w:pStyle w:val="ListBullet"/>
        <w:spacing w:after="40"/>
      </w:pPr>
      <w:r>
        <w:t>Tell your day using matin, pos-dia, and nokte.</w:t>
      </w:r>
    </w:p>
    <w:p w14:paraId="1C9C7120" w14:textId="77777777" w:rsidR="000907E6" w:rsidRDefault="00000000">
      <w:pPr>
        <w:pStyle w:val="Heading3"/>
      </w:pPr>
      <w:r>
        <w:t>Write It</w:t>
      </w:r>
    </w:p>
    <w:p w14:paraId="38AC8FB3" w14:textId="77777777" w:rsidR="000907E6" w:rsidRDefault="00000000">
      <w:pPr>
        <w:spacing w:after="40"/>
      </w:pPr>
      <w:r>
        <w:t>Write your schedule for today en four sentences.</w:t>
      </w:r>
    </w:p>
    <w:p w14:paraId="4F118CE9" w14:textId="77777777" w:rsidR="000907E6" w:rsidRDefault="00000000">
      <w:pPr>
        <w:spacing w:after="40"/>
      </w:pPr>
      <w:r>
        <w:t>____________________________________________________________________________</w:t>
      </w:r>
    </w:p>
    <w:p w14:paraId="6F579A0A" w14:textId="77777777" w:rsidR="000907E6" w:rsidRDefault="00000000">
      <w:pPr>
        <w:spacing w:after="40"/>
      </w:pPr>
      <w:r>
        <w:t>____________________________________________________________________________</w:t>
      </w:r>
    </w:p>
    <w:p w14:paraId="0EBD51D8" w14:textId="77777777" w:rsidR="000907E6" w:rsidRDefault="00000000">
      <w:pPr>
        <w:spacing w:after="40"/>
      </w:pPr>
      <w:r>
        <w:t>____________________________________________________________________________</w:t>
      </w:r>
    </w:p>
    <w:p w14:paraId="0FF987A4" w14:textId="77777777" w:rsidR="000907E6" w:rsidRDefault="00000000">
      <w:r/>
    </w:p>
    <w:p w14:paraId="72D54C95" w14:textId="77777777" w:rsidR="000907E6" w:rsidRDefault="00000000">
      <w:pPr>
        <w:pStyle w:val="Heading1"/>
      </w:pPr>
      <w:r>
        <w:t>Level 3: Time, Plans, and Questions</w:t>
      </w:r>
    </w:p>
    <w:p w14:paraId="7BE7DE32" w14:textId="77777777" w:rsidR="000907E6" w:rsidRDefault="00000000">
      <w:pPr>
        <w:spacing w:after="100"/>
      </w:pPr>
      <w:r>
        <w:t>Read these selections aloud. The goal is not speed. The goal is clear pronunciation, solid grammar, and understanding you can actually use.</w:t>
      </w:r>
    </w:p>
    <w:p w14:paraId="09441DED" w14:textId="77777777" w:rsidR="000907E6" w:rsidRDefault="00000000">
      <w:r/>
    </w:p>
    <w:p w14:paraId="153CC705" w14:textId="77777777" w:rsidR="000907E6" w:rsidRDefault="00000000">
      <w:pPr>
        <w:pStyle w:val="Heading2"/>
      </w:pPr>
      <w:r>
        <w:t>Level 3: Yester En La Urbe</w:t>
      </w:r>
    </w:p>
    <w:tbl>
      <w:tblPr>
        <w:tblW w:w="0" w:type="auto"/>
        <w:jc w:val="center"/>
        <w:tblLook w:val="04A0" w:firstRow="1" w:lastRow="0" w:firstColumn="1" w:lastColumn="0" w:noHBand="0" w:noVBand="1"/>
      </w:tblPr>
      <w:tblGrid>
        <w:gridCol w:w="5170"/>
        <w:gridCol w:w="5170"/>
      </w:tblGrid>
      <w:tr w:rsidR="000907E6" w14:paraId="6F9BC7E8"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57ABCDF3" w14:textId="77777777" w:rsidR="000907E6" w:rsidRDefault="00000000">
            <w:pPr>
              <w:spacing w:after="40"/>
            </w:pPr>
            <w:r>
              <w:rPr>
                <w:b/>
                <w:color w:val="0B2E4A"/>
              </w:rPr>
              <w:t>Reading goal</w:t>
            </w:r>
          </w:p>
          <w:p w14:paraId="7508D9E3" w14:textId="77777777" w:rsidR="000907E6" w:rsidRDefault="00000000">
            <w:pPr>
              <w:spacing w:after="0"/>
            </w:pPr>
            <w:r>
              <w:rPr>
                <w:sz w:val="18"/>
              </w:rPr>
              <w:t>Practice past marker pa.</w:t>
            </w:r>
          </w:p>
        </w:tc>
      </w:tr>
      <w:tr w:rsidR="000907E6" w14:paraId="0120878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46510598" w14:textId="77777777" w:rsidR="000907E6" w:rsidRDefault="00000000">
            <w:pPr>
              <w:spacing w:after="40"/>
            </w:pPr>
            <w:r>
              <w:rPr>
                <w:b/>
                <w:color w:val="0B2E4A"/>
              </w:rPr>
              <w:t>Pronunciation focus</w:t>
            </w:r>
          </w:p>
          <w:p w14:paraId="2D506ADE" w14:textId="77777777" w:rsidR="000907E6" w:rsidRDefault="00000000">
            <w:pPr>
              <w:spacing w:after="0"/>
            </w:pPr>
            <w:r>
              <w:rPr>
                <w:sz w:val="18"/>
              </w:rPr>
              <w:t>pa does the past work. Do not change the verb stem.</w:t>
            </w:r>
          </w:p>
        </w:tc>
      </w:tr>
      <w:tr w:rsidR="000907E6" w14:paraId="31F4BDFC"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57FC7825"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B9A1A6F" w14:textId="77777777" w:rsidR="000907E6" w:rsidRDefault="00000000">
            <w:pPr>
              <w:spacing w:after="0"/>
            </w:pPr>
            <w:r>
              <w:rPr>
                <w:b/>
                <w:color w:val="FFFFFF"/>
                <w:sz w:val="17"/>
              </w:rPr>
              <w:t>Meaning</w:t>
            </w:r>
          </w:p>
        </w:tc>
      </w:tr>
      <w:tr w:rsidR="000907E6" w14:paraId="25F7400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5294617" w14:textId="77777777" w:rsidR="000907E6" w:rsidRDefault="00000000">
            <w:pPr>
              <w:spacing w:after="0"/>
            </w:pPr>
            <w:r>
              <w:rPr>
                <w:sz w:val="17"/>
              </w:rPr>
              <w:t>yester</w:t>
            </w:r>
          </w:p>
        </w:tc>
        <w:tc>
          <w:tcPr>
            <w:tcW w:w="5170" w:type="dxa"/>
            <w:tcBorders>
              <w:top w:val="single" w:sz="4" w:space="0" w:color="D8E6EC"/>
              <w:left w:val="single" w:sz="4" w:space="0" w:color="D8E6EC"/>
              <w:bottom w:val="single" w:sz="4" w:space="0" w:color="D8E6EC"/>
              <w:right w:val="single" w:sz="4" w:space="0" w:color="D8E6EC"/>
            </w:tcBorders>
          </w:tcPr>
          <w:p w14:paraId="6B729627" w14:textId="77777777" w:rsidR="000907E6" w:rsidRDefault="00000000">
            <w:pPr>
              <w:spacing w:after="0"/>
            </w:pPr>
            <w:r>
              <w:rPr>
                <w:sz w:val="17"/>
              </w:rPr>
              <w:t>yesterday</w:t>
            </w:r>
          </w:p>
        </w:tc>
      </w:tr>
      <w:tr w:rsidR="000907E6" w14:paraId="0B3A30E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960B2CD" w14:textId="77777777" w:rsidR="000907E6" w:rsidRDefault="00000000">
            <w:pPr>
              <w:spacing w:after="0"/>
            </w:pPr>
            <w:r>
              <w:rPr>
                <w:sz w:val="17"/>
              </w:rPr>
              <w:t>pa</w:t>
            </w:r>
          </w:p>
        </w:tc>
        <w:tc>
          <w:tcPr>
            <w:tcW w:w="5170" w:type="dxa"/>
            <w:tcBorders>
              <w:top w:val="single" w:sz="4" w:space="0" w:color="D8E6EC"/>
              <w:left w:val="single" w:sz="4" w:space="0" w:color="D8E6EC"/>
              <w:bottom w:val="single" w:sz="4" w:space="0" w:color="D8E6EC"/>
              <w:right w:val="single" w:sz="4" w:space="0" w:color="D8E6EC"/>
            </w:tcBorders>
          </w:tcPr>
          <w:p w14:paraId="2DB81CEB" w14:textId="77777777" w:rsidR="000907E6" w:rsidRDefault="00000000">
            <w:pPr>
              <w:spacing w:after="0"/>
            </w:pPr>
            <w:r>
              <w:rPr>
                <w:sz w:val="17"/>
              </w:rPr>
              <w:t>past marker</w:t>
            </w:r>
          </w:p>
        </w:tc>
      </w:tr>
      <w:tr w:rsidR="000907E6" w14:paraId="6CC13C66"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273A77F" w14:textId="77777777" w:rsidR="000907E6" w:rsidRDefault="00000000">
            <w:pPr>
              <w:spacing w:after="0"/>
            </w:pPr>
            <w:r>
              <w:rPr>
                <w:sz w:val="17"/>
              </w:rPr>
              <w:t>visita</w:t>
            </w:r>
          </w:p>
        </w:tc>
        <w:tc>
          <w:tcPr>
            <w:tcW w:w="5170" w:type="dxa"/>
            <w:tcBorders>
              <w:top w:val="single" w:sz="4" w:space="0" w:color="D8E6EC"/>
              <w:left w:val="single" w:sz="4" w:space="0" w:color="D8E6EC"/>
              <w:bottom w:val="single" w:sz="4" w:space="0" w:color="D8E6EC"/>
              <w:right w:val="single" w:sz="4" w:space="0" w:color="D8E6EC"/>
            </w:tcBorders>
          </w:tcPr>
          <w:p w14:paraId="39EDA434" w14:textId="77777777" w:rsidR="000907E6" w:rsidRDefault="00000000">
            <w:pPr>
              <w:spacing w:after="0"/>
            </w:pPr>
            <w:r>
              <w:rPr>
                <w:sz w:val="17"/>
              </w:rPr>
              <w:t>visit</w:t>
            </w:r>
          </w:p>
        </w:tc>
      </w:tr>
      <w:tr w:rsidR="000907E6" w14:paraId="1204A91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C370945" w14:textId="77777777" w:rsidR="000907E6" w:rsidRDefault="00000000">
            <w:pPr>
              <w:spacing w:after="0"/>
            </w:pPr>
            <w:r>
              <w:rPr>
                <w:sz w:val="17"/>
              </w:rPr>
              <w:t>urbe</w:t>
            </w:r>
          </w:p>
        </w:tc>
        <w:tc>
          <w:tcPr>
            <w:tcW w:w="5170" w:type="dxa"/>
            <w:tcBorders>
              <w:top w:val="single" w:sz="4" w:space="0" w:color="D8E6EC"/>
              <w:left w:val="single" w:sz="4" w:space="0" w:color="D8E6EC"/>
              <w:bottom w:val="single" w:sz="4" w:space="0" w:color="D8E6EC"/>
              <w:right w:val="single" w:sz="4" w:space="0" w:color="D8E6EC"/>
            </w:tcBorders>
          </w:tcPr>
          <w:p w14:paraId="766B6B6A" w14:textId="77777777" w:rsidR="000907E6" w:rsidRDefault="00000000">
            <w:pPr>
              <w:spacing w:after="0"/>
            </w:pPr>
            <w:r>
              <w:rPr>
                <w:sz w:val="17"/>
              </w:rPr>
              <w:t>city</w:t>
            </w:r>
          </w:p>
        </w:tc>
      </w:tr>
      <w:tr w:rsidR="000907E6" w14:paraId="3816F53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7D67F7C" w14:textId="77777777" w:rsidR="000907E6" w:rsidRDefault="00000000">
            <w:pPr>
              <w:spacing w:after="0"/>
            </w:pPr>
            <w:r>
              <w:rPr>
                <w:sz w:val="17"/>
              </w:rPr>
              <w:t>compra</w:t>
            </w:r>
          </w:p>
        </w:tc>
        <w:tc>
          <w:tcPr>
            <w:tcW w:w="5170" w:type="dxa"/>
            <w:tcBorders>
              <w:top w:val="single" w:sz="4" w:space="0" w:color="D8E6EC"/>
              <w:left w:val="single" w:sz="4" w:space="0" w:color="D8E6EC"/>
              <w:bottom w:val="single" w:sz="4" w:space="0" w:color="D8E6EC"/>
              <w:right w:val="single" w:sz="4" w:space="0" w:color="D8E6EC"/>
            </w:tcBorders>
          </w:tcPr>
          <w:p w14:paraId="5AE5AC7C" w14:textId="77777777" w:rsidR="000907E6" w:rsidRDefault="00000000">
            <w:pPr>
              <w:spacing w:after="0"/>
            </w:pPr>
            <w:r>
              <w:rPr>
                <w:sz w:val="17"/>
              </w:rPr>
              <w:t>buy</w:t>
            </w:r>
          </w:p>
        </w:tc>
      </w:tr>
    </w:tbl>
    <w:p w14:paraId="63CA864A"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4C1F8018"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6B8EA503" w14:textId="77777777" w:rsidR="000907E6" w:rsidRDefault="00000000">
            <w:pPr>
              <w:spacing w:after="40"/>
            </w:pPr>
            <w:r w:rsidRPr="00CE26E7">
              <w:rPr>
                <w:b/>
                <w:color w:val="0B2E4A"/>
                <w:sz w:val="24"/>
                <w:lang w:val="es-ES"/>
              </w:rPr>
              <w:t xml:space="preserve">Yester, nos pa visita la urbe. Mi pa compra un libro. </w:t>
            </w:r>
            <w:r>
              <w:rPr>
                <w:b/>
                <w:color w:val="0B2E4A"/>
                <w:sz w:val="24"/>
              </w:rPr>
              <w:t>Ela pa vide la kentro. Nos pa bebe kafe et parla de musik.</w:t>
            </w:r>
          </w:p>
          <w:p w14:paraId="5A5D6604" w14:textId="77777777" w:rsidR="000907E6" w:rsidRDefault="00000000">
            <w:pPr>
              <w:spacing w:after="0"/>
            </w:pPr>
            <w:r>
              <w:rPr>
                <w:i/>
                <w:color w:val="5A5A5A"/>
                <w:sz w:val="18"/>
              </w:rPr>
              <w:t>Yesterday, we visited the city. I bought a book. She saw the center. We drank coffee and talked about music.</w:t>
            </w:r>
          </w:p>
        </w:tc>
      </w:tr>
    </w:tbl>
    <w:p w14:paraId="6F81EDFC" w14:textId="77777777" w:rsidR="000907E6" w:rsidRPr="00CE26E7" w:rsidRDefault="00000000">
      <w:pPr>
        <w:pStyle w:val="Heading3"/>
        <w:rPr>
          <w:lang w:val="es-ES"/>
        </w:rPr>
      </w:pPr>
      <w:r w:rsidRPr="00CE26E7">
        <w:rPr>
          <w:lang w:val="es-ES"/>
        </w:rPr>
        <w:t>Check Understanding</w:t>
      </w:r>
    </w:p>
    <w:p w14:paraId="6693D182" w14:textId="77777777" w:rsidR="000907E6" w:rsidRPr="00CE26E7" w:rsidRDefault="00000000">
      <w:pPr>
        <w:spacing w:after="40"/>
        <w:rPr>
          <w:lang w:val="es-ES"/>
        </w:rPr>
      </w:pPr>
      <w:r w:rsidRPr="00CE26E7">
        <w:rPr>
          <w:lang w:val="es-ES"/>
        </w:rPr>
        <w:t>Kan nos pa visita la urbe?</w:t>
      </w:r>
    </w:p>
    <w:p w14:paraId="4FD956E5" w14:textId="77777777" w:rsidR="000907E6" w:rsidRPr="00CE26E7" w:rsidRDefault="00000000">
      <w:pPr>
        <w:spacing w:after="40"/>
        <w:rPr>
          <w:lang w:val="es-ES"/>
        </w:rPr>
      </w:pPr>
      <w:r w:rsidRPr="00CE26E7">
        <w:rPr>
          <w:lang w:val="es-ES"/>
        </w:rPr>
        <w:t>____________________________________________________________________________</w:t>
      </w:r>
    </w:p>
    <w:p w14:paraId="5FE773E5" w14:textId="77777777" w:rsidR="000907E6" w:rsidRPr="00CE26E7" w:rsidRDefault="00000000">
      <w:pPr>
        <w:spacing w:after="40"/>
        <w:rPr>
          <w:lang w:val="es-ES"/>
        </w:rPr>
      </w:pPr>
      <w:r w:rsidRPr="00CE26E7">
        <w:rPr>
          <w:lang w:val="es-ES"/>
        </w:rPr>
        <w:t>Ke mi pa compra?</w:t>
      </w:r>
    </w:p>
    <w:p w14:paraId="4D55F6D3" w14:textId="77777777" w:rsidR="000907E6" w:rsidRDefault="00000000">
      <w:pPr>
        <w:spacing w:after="40"/>
      </w:pPr>
      <w:r>
        <w:t>____________________________________________________________________________</w:t>
      </w:r>
    </w:p>
    <w:p w14:paraId="75EAE64C" w14:textId="77777777" w:rsidR="000907E6" w:rsidRDefault="00000000">
      <w:pPr>
        <w:spacing w:after="40"/>
      </w:pPr>
      <w:r>
        <w:t>Ke nos pa bebe?</w:t>
      </w:r>
    </w:p>
    <w:p w14:paraId="4F91F628" w14:textId="77777777" w:rsidR="000907E6" w:rsidRDefault="00000000">
      <w:pPr>
        <w:spacing w:after="40"/>
      </w:pPr>
      <w:r>
        <w:t>____________________________________________________________________________</w:t>
      </w:r>
    </w:p>
    <w:p w14:paraId="2D9D42CF" w14:textId="77777777" w:rsidR="000907E6" w:rsidRDefault="00000000">
      <w:pPr>
        <w:pStyle w:val="Heading3"/>
      </w:pPr>
      <w:r>
        <w:t>Speak It</w:t>
      </w:r>
    </w:p>
    <w:p w14:paraId="0518D6B8" w14:textId="77777777" w:rsidR="000907E6" w:rsidRDefault="00000000">
      <w:pPr>
        <w:pStyle w:val="ListBullet"/>
        <w:spacing w:after="40"/>
      </w:pPr>
      <w:r>
        <w:t>Say three things you did yesterday using pa.</w:t>
      </w:r>
    </w:p>
    <w:p w14:paraId="24F20A51" w14:textId="77777777" w:rsidR="000907E6" w:rsidRDefault="00000000">
      <w:pPr>
        <w:pStyle w:val="Heading3"/>
      </w:pPr>
      <w:r>
        <w:t>Write It</w:t>
      </w:r>
    </w:p>
    <w:p w14:paraId="7482851D" w14:textId="77777777" w:rsidR="000907E6" w:rsidRDefault="00000000">
      <w:pPr>
        <w:spacing w:after="40"/>
      </w:pPr>
      <w:r>
        <w:t>Write a five-sentence past journal.</w:t>
      </w:r>
    </w:p>
    <w:p w14:paraId="4E399282" w14:textId="77777777" w:rsidR="000907E6" w:rsidRDefault="00000000">
      <w:pPr>
        <w:spacing w:after="40"/>
      </w:pPr>
      <w:r>
        <w:t>____________________________________________________________________________</w:t>
      </w:r>
    </w:p>
    <w:p w14:paraId="11B67180" w14:textId="77777777" w:rsidR="000907E6" w:rsidRDefault="00000000">
      <w:pPr>
        <w:spacing w:after="40"/>
      </w:pPr>
      <w:r>
        <w:t>____________________________________________________________________________</w:t>
      </w:r>
    </w:p>
    <w:p w14:paraId="1F2D0109" w14:textId="77777777" w:rsidR="000907E6" w:rsidRDefault="00000000">
      <w:pPr>
        <w:spacing w:after="40"/>
      </w:pPr>
      <w:r>
        <w:t>____________________________________________________________________________</w:t>
      </w:r>
    </w:p>
    <w:p w14:paraId="1C8D7F54" w14:textId="77777777" w:rsidR="000907E6" w:rsidRDefault="00000000">
      <w:r/>
    </w:p>
    <w:p w14:paraId="7B5A70CF" w14:textId="77777777" w:rsidR="000907E6" w:rsidRDefault="00000000">
      <w:pPr>
        <w:pStyle w:val="Heading2"/>
      </w:pPr>
      <w:r>
        <w:t>Level 3: Morga Nos Va Viaja</w:t>
      </w:r>
    </w:p>
    <w:tbl>
      <w:tblPr>
        <w:tblW w:w="0" w:type="auto"/>
        <w:jc w:val="center"/>
        <w:tblLook w:val="04A0" w:firstRow="1" w:lastRow="0" w:firstColumn="1" w:lastColumn="0" w:noHBand="0" w:noVBand="1"/>
      </w:tblPr>
      <w:tblGrid>
        <w:gridCol w:w="5170"/>
        <w:gridCol w:w="5170"/>
      </w:tblGrid>
      <w:tr w:rsidR="000907E6" w14:paraId="49A8A6C6"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57A6B759" w14:textId="77777777" w:rsidR="000907E6" w:rsidRDefault="00000000">
            <w:pPr>
              <w:spacing w:after="40"/>
            </w:pPr>
            <w:r>
              <w:rPr>
                <w:b/>
                <w:color w:val="0B2E4A"/>
              </w:rPr>
              <w:t>Reading goal</w:t>
            </w:r>
          </w:p>
          <w:p w14:paraId="31D4BECE" w14:textId="77777777" w:rsidR="000907E6" w:rsidRDefault="00000000">
            <w:pPr>
              <w:spacing w:after="0"/>
            </w:pPr>
            <w:r>
              <w:rPr>
                <w:sz w:val="18"/>
              </w:rPr>
              <w:t>Practice future marker va.</w:t>
            </w:r>
          </w:p>
        </w:tc>
      </w:tr>
      <w:tr w:rsidR="000907E6" w14:paraId="43EF2C4C"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6612CDC6" w14:textId="77777777" w:rsidR="000907E6" w:rsidRDefault="00000000">
            <w:pPr>
              <w:spacing w:after="40"/>
            </w:pPr>
            <w:r>
              <w:rPr>
                <w:b/>
                <w:color w:val="0B2E4A"/>
              </w:rPr>
              <w:t>Pronunciation focus</w:t>
            </w:r>
          </w:p>
          <w:p w14:paraId="7A6D0895" w14:textId="77777777" w:rsidR="000907E6" w:rsidRDefault="00000000">
            <w:pPr>
              <w:spacing w:after="0"/>
            </w:pPr>
            <w:r>
              <w:rPr>
                <w:sz w:val="18"/>
              </w:rPr>
              <w:t>va always comes before the verb for future.</w:t>
            </w:r>
          </w:p>
        </w:tc>
      </w:tr>
      <w:tr w:rsidR="000907E6" w14:paraId="73862FC2"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983364D"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9C707E1" w14:textId="77777777" w:rsidR="000907E6" w:rsidRDefault="00000000">
            <w:pPr>
              <w:spacing w:after="0"/>
            </w:pPr>
            <w:r>
              <w:rPr>
                <w:b/>
                <w:color w:val="FFFFFF"/>
                <w:sz w:val="17"/>
              </w:rPr>
              <w:t>Meaning</w:t>
            </w:r>
          </w:p>
        </w:tc>
      </w:tr>
      <w:tr w:rsidR="000907E6" w14:paraId="28715E3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DE30A54" w14:textId="77777777" w:rsidR="000907E6" w:rsidRDefault="00000000">
            <w:pPr>
              <w:spacing w:after="0"/>
            </w:pPr>
            <w:r>
              <w:rPr>
                <w:sz w:val="17"/>
              </w:rPr>
              <w:t>morga</w:t>
            </w:r>
          </w:p>
        </w:tc>
        <w:tc>
          <w:tcPr>
            <w:tcW w:w="5170" w:type="dxa"/>
            <w:tcBorders>
              <w:top w:val="single" w:sz="4" w:space="0" w:color="D8E6EC"/>
              <w:left w:val="single" w:sz="4" w:space="0" w:color="D8E6EC"/>
              <w:bottom w:val="single" w:sz="4" w:space="0" w:color="D8E6EC"/>
              <w:right w:val="single" w:sz="4" w:space="0" w:color="D8E6EC"/>
            </w:tcBorders>
          </w:tcPr>
          <w:p w14:paraId="0A10253D" w14:textId="77777777" w:rsidR="000907E6" w:rsidRDefault="00000000">
            <w:pPr>
              <w:spacing w:after="0"/>
            </w:pPr>
            <w:r>
              <w:rPr>
                <w:sz w:val="17"/>
              </w:rPr>
              <w:t>tomorrow</w:t>
            </w:r>
          </w:p>
        </w:tc>
      </w:tr>
      <w:tr w:rsidR="000907E6" w14:paraId="5956392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03841A5" w14:textId="77777777" w:rsidR="000907E6" w:rsidRDefault="00000000">
            <w:pPr>
              <w:spacing w:after="0"/>
            </w:pPr>
            <w:r>
              <w:rPr>
                <w:sz w:val="17"/>
              </w:rPr>
              <w:t>va</w:t>
            </w:r>
          </w:p>
        </w:tc>
        <w:tc>
          <w:tcPr>
            <w:tcW w:w="5170" w:type="dxa"/>
            <w:tcBorders>
              <w:top w:val="single" w:sz="4" w:space="0" w:color="D8E6EC"/>
              <w:left w:val="single" w:sz="4" w:space="0" w:color="D8E6EC"/>
              <w:bottom w:val="single" w:sz="4" w:space="0" w:color="D8E6EC"/>
              <w:right w:val="single" w:sz="4" w:space="0" w:color="D8E6EC"/>
            </w:tcBorders>
          </w:tcPr>
          <w:p w14:paraId="293B0C5E" w14:textId="77777777" w:rsidR="000907E6" w:rsidRDefault="00000000">
            <w:pPr>
              <w:spacing w:after="0"/>
            </w:pPr>
            <w:r>
              <w:rPr>
                <w:sz w:val="17"/>
              </w:rPr>
              <w:t>future marker</w:t>
            </w:r>
          </w:p>
        </w:tc>
      </w:tr>
      <w:tr w:rsidR="000907E6" w14:paraId="41EEBCA6"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BDC7B0B" w14:textId="77777777" w:rsidR="000907E6" w:rsidRDefault="00000000">
            <w:pPr>
              <w:spacing w:after="0"/>
            </w:pPr>
            <w:r>
              <w:rPr>
                <w:sz w:val="17"/>
              </w:rPr>
              <w:t>viaja</w:t>
            </w:r>
          </w:p>
        </w:tc>
        <w:tc>
          <w:tcPr>
            <w:tcW w:w="5170" w:type="dxa"/>
            <w:tcBorders>
              <w:top w:val="single" w:sz="4" w:space="0" w:color="D8E6EC"/>
              <w:left w:val="single" w:sz="4" w:space="0" w:color="D8E6EC"/>
              <w:bottom w:val="single" w:sz="4" w:space="0" w:color="D8E6EC"/>
              <w:right w:val="single" w:sz="4" w:space="0" w:color="D8E6EC"/>
            </w:tcBorders>
          </w:tcPr>
          <w:p w14:paraId="34692CF7" w14:textId="77777777" w:rsidR="000907E6" w:rsidRDefault="00000000">
            <w:pPr>
              <w:spacing w:after="0"/>
            </w:pPr>
            <w:r>
              <w:rPr>
                <w:sz w:val="17"/>
              </w:rPr>
              <w:t>travel</w:t>
            </w:r>
          </w:p>
        </w:tc>
      </w:tr>
      <w:tr w:rsidR="000907E6" w14:paraId="6C169D4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EC7F9A1" w14:textId="77777777" w:rsidR="000907E6" w:rsidRDefault="00000000">
            <w:pPr>
              <w:spacing w:after="0"/>
            </w:pPr>
            <w:r>
              <w:rPr>
                <w:sz w:val="17"/>
              </w:rPr>
              <w:t>prepara</w:t>
            </w:r>
          </w:p>
        </w:tc>
        <w:tc>
          <w:tcPr>
            <w:tcW w:w="5170" w:type="dxa"/>
            <w:tcBorders>
              <w:top w:val="single" w:sz="4" w:space="0" w:color="D8E6EC"/>
              <w:left w:val="single" w:sz="4" w:space="0" w:color="D8E6EC"/>
              <w:bottom w:val="single" w:sz="4" w:space="0" w:color="D8E6EC"/>
              <w:right w:val="single" w:sz="4" w:space="0" w:color="D8E6EC"/>
            </w:tcBorders>
          </w:tcPr>
          <w:p w14:paraId="58C080B6" w14:textId="77777777" w:rsidR="000907E6" w:rsidRDefault="00000000">
            <w:pPr>
              <w:spacing w:after="0"/>
            </w:pPr>
            <w:r>
              <w:rPr>
                <w:sz w:val="17"/>
              </w:rPr>
              <w:t>prepare</w:t>
            </w:r>
          </w:p>
        </w:tc>
      </w:tr>
      <w:tr w:rsidR="000907E6" w14:paraId="7BCF3BD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A9BD055" w14:textId="77777777" w:rsidR="000907E6" w:rsidRDefault="00000000">
            <w:pPr>
              <w:spacing w:after="0"/>
            </w:pPr>
            <w:r>
              <w:rPr>
                <w:sz w:val="17"/>
              </w:rPr>
              <w:t>futur</w:t>
            </w:r>
          </w:p>
        </w:tc>
        <w:tc>
          <w:tcPr>
            <w:tcW w:w="5170" w:type="dxa"/>
            <w:tcBorders>
              <w:top w:val="single" w:sz="4" w:space="0" w:color="D8E6EC"/>
              <w:left w:val="single" w:sz="4" w:space="0" w:color="D8E6EC"/>
              <w:bottom w:val="single" w:sz="4" w:space="0" w:color="D8E6EC"/>
              <w:right w:val="single" w:sz="4" w:space="0" w:color="D8E6EC"/>
            </w:tcBorders>
          </w:tcPr>
          <w:p w14:paraId="06942154" w14:textId="77777777" w:rsidR="000907E6" w:rsidRDefault="00000000">
            <w:pPr>
              <w:spacing w:after="0"/>
            </w:pPr>
            <w:r>
              <w:rPr>
                <w:sz w:val="17"/>
              </w:rPr>
              <w:t>future</w:t>
            </w:r>
          </w:p>
        </w:tc>
      </w:tr>
    </w:tbl>
    <w:p w14:paraId="58370337"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5B8685F9"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51832EAB" w14:textId="77777777" w:rsidR="000907E6" w:rsidRDefault="00000000">
            <w:pPr>
              <w:spacing w:after="40"/>
            </w:pPr>
            <w:r w:rsidRPr="00CE26E7">
              <w:rPr>
                <w:b/>
                <w:color w:val="0B2E4A"/>
                <w:sz w:val="24"/>
                <w:lang w:val="es-ES"/>
              </w:rPr>
              <w:t xml:space="preserve">Morga nos va viaja. Mi va prepara la mapa. Tu va prepara la alimenta. </w:t>
            </w:r>
            <w:r>
              <w:rPr>
                <w:b/>
                <w:color w:val="0B2E4A"/>
                <w:sz w:val="24"/>
              </w:rPr>
              <w:t>Nos va visita un nova loka et aprende multe.</w:t>
            </w:r>
          </w:p>
          <w:p w14:paraId="30A24039" w14:textId="77777777" w:rsidR="000907E6" w:rsidRDefault="00000000">
            <w:pPr>
              <w:spacing w:after="0"/>
            </w:pPr>
            <w:r>
              <w:rPr>
                <w:i/>
                <w:color w:val="5A5A5A"/>
                <w:sz w:val="18"/>
              </w:rPr>
              <w:t>Tomorrow we will travel. I will prepare the map. You will prepare the food. We will visit a new place and learn much.</w:t>
            </w:r>
          </w:p>
        </w:tc>
      </w:tr>
    </w:tbl>
    <w:p w14:paraId="52CE954C" w14:textId="77777777" w:rsidR="000907E6" w:rsidRDefault="00000000">
      <w:pPr>
        <w:pStyle w:val="Heading3"/>
      </w:pPr>
      <w:r>
        <w:t>Check Understanding</w:t>
      </w:r>
    </w:p>
    <w:p w14:paraId="5A425767" w14:textId="77777777" w:rsidR="000907E6" w:rsidRDefault="00000000">
      <w:pPr>
        <w:spacing w:after="40"/>
      </w:pPr>
      <w:r>
        <w:t>Kan nos va viaja?</w:t>
      </w:r>
    </w:p>
    <w:p w14:paraId="3E1FFF9B" w14:textId="77777777" w:rsidR="000907E6" w:rsidRDefault="00000000">
      <w:pPr>
        <w:spacing w:after="40"/>
      </w:pPr>
      <w:r>
        <w:t>____________________________________________________________________________</w:t>
      </w:r>
    </w:p>
    <w:p w14:paraId="6C9DBA71" w14:textId="77777777" w:rsidR="000907E6" w:rsidRDefault="00000000">
      <w:pPr>
        <w:spacing w:after="40"/>
      </w:pPr>
      <w:r>
        <w:t>Ke mi va prepara?</w:t>
      </w:r>
    </w:p>
    <w:p w14:paraId="7A0678C8" w14:textId="77777777" w:rsidR="000907E6" w:rsidRDefault="00000000">
      <w:pPr>
        <w:spacing w:after="40"/>
      </w:pPr>
      <w:r>
        <w:t>____________________________________________________________________________</w:t>
      </w:r>
    </w:p>
    <w:p w14:paraId="65549B0C" w14:textId="77777777" w:rsidR="000907E6" w:rsidRDefault="00000000">
      <w:pPr>
        <w:spacing w:after="40"/>
      </w:pPr>
      <w:r>
        <w:t>Ke nos va aprende?</w:t>
      </w:r>
    </w:p>
    <w:p w14:paraId="79CD0814" w14:textId="77777777" w:rsidR="000907E6" w:rsidRDefault="00000000">
      <w:pPr>
        <w:spacing w:after="40"/>
      </w:pPr>
      <w:r>
        <w:t>____________________________________________________________________________</w:t>
      </w:r>
    </w:p>
    <w:p w14:paraId="49BBD69C" w14:textId="77777777" w:rsidR="000907E6" w:rsidRDefault="00000000">
      <w:pPr>
        <w:pStyle w:val="Heading3"/>
      </w:pPr>
      <w:r>
        <w:t>Speak It</w:t>
      </w:r>
    </w:p>
    <w:p w14:paraId="4624F584" w14:textId="77777777" w:rsidR="000907E6" w:rsidRDefault="00000000">
      <w:pPr>
        <w:pStyle w:val="ListBullet"/>
        <w:spacing w:after="40"/>
      </w:pPr>
      <w:r>
        <w:t>Plan tomorrow using va.</w:t>
      </w:r>
    </w:p>
    <w:p w14:paraId="12EB9070" w14:textId="77777777" w:rsidR="000907E6" w:rsidRDefault="00000000">
      <w:pPr>
        <w:pStyle w:val="Heading3"/>
      </w:pPr>
      <w:r>
        <w:t>Write It</w:t>
      </w:r>
    </w:p>
    <w:p w14:paraId="7210D71A" w14:textId="77777777" w:rsidR="000907E6" w:rsidRDefault="00000000">
      <w:pPr>
        <w:spacing w:after="40"/>
      </w:pPr>
      <w:r>
        <w:t>Write four future plans for yourself or your family.</w:t>
      </w:r>
    </w:p>
    <w:p w14:paraId="0B18E60D" w14:textId="77777777" w:rsidR="000907E6" w:rsidRDefault="00000000">
      <w:pPr>
        <w:spacing w:after="40"/>
      </w:pPr>
      <w:r>
        <w:t>____________________________________________________________________________</w:t>
      </w:r>
    </w:p>
    <w:p w14:paraId="553E3FE3" w14:textId="77777777" w:rsidR="000907E6" w:rsidRDefault="00000000">
      <w:pPr>
        <w:spacing w:after="40"/>
      </w:pPr>
      <w:r>
        <w:t>____________________________________________________________________________</w:t>
      </w:r>
    </w:p>
    <w:p w14:paraId="5025C606" w14:textId="77777777" w:rsidR="000907E6" w:rsidRDefault="00000000">
      <w:pPr>
        <w:spacing w:after="40"/>
      </w:pPr>
      <w:r>
        <w:t>____________________________________________________________________________</w:t>
      </w:r>
    </w:p>
    <w:p w14:paraId="542AB6DC" w14:textId="77777777" w:rsidR="000907E6" w:rsidRDefault="00000000">
      <w:r/>
    </w:p>
    <w:p w14:paraId="05B5F83B" w14:textId="77777777" w:rsidR="000907E6" w:rsidRDefault="00000000">
      <w:pPr>
        <w:pStyle w:val="Heading2"/>
      </w:pPr>
      <w:r>
        <w:t>Level 3: Nu Et Ja</w:t>
      </w:r>
    </w:p>
    <w:tbl>
      <w:tblPr>
        <w:tblW w:w="0" w:type="auto"/>
        <w:jc w:val="center"/>
        <w:tblLook w:val="04A0" w:firstRow="1" w:lastRow="0" w:firstColumn="1" w:lastColumn="0" w:noHBand="0" w:noVBand="1"/>
      </w:tblPr>
      <w:tblGrid>
        <w:gridCol w:w="5170"/>
        <w:gridCol w:w="5170"/>
      </w:tblGrid>
      <w:tr w:rsidR="000907E6" w14:paraId="4C73A952"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3100AEE6" w14:textId="77777777" w:rsidR="000907E6" w:rsidRDefault="00000000">
            <w:pPr>
              <w:spacing w:after="40"/>
            </w:pPr>
            <w:r>
              <w:rPr>
                <w:b/>
                <w:color w:val="0B2E4A"/>
              </w:rPr>
              <w:t>Reading goal</w:t>
            </w:r>
          </w:p>
          <w:p w14:paraId="024281A1" w14:textId="77777777" w:rsidR="000907E6" w:rsidRDefault="00000000">
            <w:pPr>
              <w:spacing w:after="0"/>
            </w:pPr>
            <w:r>
              <w:rPr>
                <w:sz w:val="18"/>
              </w:rPr>
              <w:t>Practice now/current and already/perfect.</w:t>
            </w:r>
          </w:p>
        </w:tc>
      </w:tr>
      <w:tr w:rsidR="000907E6" w14:paraId="59502C0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0C339299" w14:textId="77777777" w:rsidR="000907E6" w:rsidRDefault="00000000">
            <w:pPr>
              <w:spacing w:after="40"/>
            </w:pPr>
            <w:r>
              <w:rPr>
                <w:b/>
                <w:color w:val="0B2E4A"/>
              </w:rPr>
              <w:t>Pronunciation focus</w:t>
            </w:r>
          </w:p>
          <w:p w14:paraId="318BBFF7" w14:textId="77777777" w:rsidR="000907E6" w:rsidRDefault="00000000">
            <w:pPr>
              <w:spacing w:after="0"/>
            </w:pPr>
            <w:r>
              <w:rPr>
                <w:sz w:val="18"/>
              </w:rPr>
              <w:t>nu = current action; ja = already/perfect.</w:t>
            </w:r>
          </w:p>
        </w:tc>
      </w:tr>
      <w:tr w:rsidR="000907E6" w14:paraId="4FD8B6F8"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3B65625"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3513B377" w14:textId="77777777" w:rsidR="000907E6" w:rsidRDefault="00000000">
            <w:pPr>
              <w:spacing w:after="0"/>
            </w:pPr>
            <w:r>
              <w:rPr>
                <w:b/>
                <w:color w:val="FFFFFF"/>
                <w:sz w:val="17"/>
              </w:rPr>
              <w:t>Meaning</w:t>
            </w:r>
          </w:p>
        </w:tc>
      </w:tr>
      <w:tr w:rsidR="000907E6" w14:paraId="44109C6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7F020A9" w14:textId="77777777" w:rsidR="000907E6" w:rsidRDefault="00000000">
            <w:pPr>
              <w:spacing w:after="0"/>
            </w:pPr>
            <w:r>
              <w:rPr>
                <w:sz w:val="17"/>
              </w:rPr>
              <w:t>nu</w:t>
            </w:r>
          </w:p>
        </w:tc>
        <w:tc>
          <w:tcPr>
            <w:tcW w:w="5170" w:type="dxa"/>
            <w:tcBorders>
              <w:top w:val="single" w:sz="4" w:space="0" w:color="D8E6EC"/>
              <w:left w:val="single" w:sz="4" w:space="0" w:color="D8E6EC"/>
              <w:bottom w:val="single" w:sz="4" w:space="0" w:color="D8E6EC"/>
              <w:right w:val="single" w:sz="4" w:space="0" w:color="D8E6EC"/>
            </w:tcBorders>
          </w:tcPr>
          <w:p w14:paraId="6221C1B1" w14:textId="77777777" w:rsidR="000907E6" w:rsidRDefault="00000000">
            <w:pPr>
              <w:spacing w:after="0"/>
            </w:pPr>
            <w:r>
              <w:rPr>
                <w:sz w:val="17"/>
              </w:rPr>
              <w:t>now/current marker</w:t>
            </w:r>
          </w:p>
        </w:tc>
      </w:tr>
      <w:tr w:rsidR="000907E6" w14:paraId="403E71D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C4C49D2" w14:textId="77777777" w:rsidR="000907E6" w:rsidRDefault="00000000">
            <w:pPr>
              <w:spacing w:after="0"/>
            </w:pPr>
            <w:r>
              <w:rPr>
                <w:sz w:val="17"/>
              </w:rPr>
              <w:t>ja</w:t>
            </w:r>
          </w:p>
        </w:tc>
        <w:tc>
          <w:tcPr>
            <w:tcW w:w="5170" w:type="dxa"/>
            <w:tcBorders>
              <w:top w:val="single" w:sz="4" w:space="0" w:color="D8E6EC"/>
              <w:left w:val="single" w:sz="4" w:space="0" w:color="D8E6EC"/>
              <w:bottom w:val="single" w:sz="4" w:space="0" w:color="D8E6EC"/>
              <w:right w:val="single" w:sz="4" w:space="0" w:color="D8E6EC"/>
            </w:tcBorders>
          </w:tcPr>
          <w:p w14:paraId="25B8DE8C" w14:textId="77777777" w:rsidR="000907E6" w:rsidRDefault="00000000">
            <w:pPr>
              <w:spacing w:after="0"/>
            </w:pPr>
            <w:r>
              <w:rPr>
                <w:sz w:val="17"/>
              </w:rPr>
              <w:t>already</w:t>
            </w:r>
          </w:p>
        </w:tc>
      </w:tr>
      <w:tr w:rsidR="000907E6" w14:paraId="679D812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6A2C5F6" w14:textId="77777777" w:rsidR="000907E6" w:rsidRDefault="00000000">
            <w:pPr>
              <w:spacing w:after="0"/>
            </w:pPr>
            <w:r>
              <w:rPr>
                <w:sz w:val="17"/>
              </w:rPr>
              <w:t>lege</w:t>
            </w:r>
          </w:p>
        </w:tc>
        <w:tc>
          <w:tcPr>
            <w:tcW w:w="5170" w:type="dxa"/>
            <w:tcBorders>
              <w:top w:val="single" w:sz="4" w:space="0" w:color="D8E6EC"/>
              <w:left w:val="single" w:sz="4" w:space="0" w:color="D8E6EC"/>
              <w:bottom w:val="single" w:sz="4" w:space="0" w:color="D8E6EC"/>
              <w:right w:val="single" w:sz="4" w:space="0" w:color="D8E6EC"/>
            </w:tcBorders>
          </w:tcPr>
          <w:p w14:paraId="1D913B52" w14:textId="77777777" w:rsidR="000907E6" w:rsidRDefault="00000000">
            <w:pPr>
              <w:spacing w:after="0"/>
            </w:pPr>
            <w:r>
              <w:rPr>
                <w:sz w:val="17"/>
              </w:rPr>
              <w:t>read</w:t>
            </w:r>
          </w:p>
        </w:tc>
      </w:tr>
      <w:tr w:rsidR="000907E6" w14:paraId="5D0CE18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0713A4C" w14:textId="77777777" w:rsidR="000907E6" w:rsidRDefault="00000000">
            <w:pPr>
              <w:spacing w:after="0"/>
            </w:pPr>
            <w:r>
              <w:rPr>
                <w:sz w:val="17"/>
              </w:rPr>
              <w:t>arriva</w:t>
            </w:r>
          </w:p>
        </w:tc>
        <w:tc>
          <w:tcPr>
            <w:tcW w:w="5170" w:type="dxa"/>
            <w:tcBorders>
              <w:top w:val="single" w:sz="4" w:space="0" w:color="D8E6EC"/>
              <w:left w:val="single" w:sz="4" w:space="0" w:color="D8E6EC"/>
              <w:bottom w:val="single" w:sz="4" w:space="0" w:color="D8E6EC"/>
              <w:right w:val="single" w:sz="4" w:space="0" w:color="D8E6EC"/>
            </w:tcBorders>
          </w:tcPr>
          <w:p w14:paraId="32D629C3" w14:textId="77777777" w:rsidR="000907E6" w:rsidRDefault="00000000">
            <w:pPr>
              <w:spacing w:after="0"/>
            </w:pPr>
            <w:r>
              <w:rPr>
                <w:sz w:val="17"/>
              </w:rPr>
              <w:t>arrive</w:t>
            </w:r>
          </w:p>
        </w:tc>
      </w:tr>
      <w:tr w:rsidR="000907E6" w14:paraId="451B45F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233C62A" w14:textId="77777777" w:rsidR="000907E6" w:rsidRDefault="00000000">
            <w:pPr>
              <w:spacing w:after="0"/>
            </w:pPr>
            <w:r>
              <w:rPr>
                <w:sz w:val="17"/>
              </w:rPr>
              <w:t>komensa</w:t>
            </w:r>
          </w:p>
        </w:tc>
        <w:tc>
          <w:tcPr>
            <w:tcW w:w="5170" w:type="dxa"/>
            <w:tcBorders>
              <w:top w:val="single" w:sz="4" w:space="0" w:color="D8E6EC"/>
              <w:left w:val="single" w:sz="4" w:space="0" w:color="D8E6EC"/>
              <w:bottom w:val="single" w:sz="4" w:space="0" w:color="D8E6EC"/>
              <w:right w:val="single" w:sz="4" w:space="0" w:color="D8E6EC"/>
            </w:tcBorders>
          </w:tcPr>
          <w:p w14:paraId="27460ADB" w14:textId="77777777" w:rsidR="000907E6" w:rsidRDefault="00000000">
            <w:pPr>
              <w:spacing w:after="0"/>
            </w:pPr>
            <w:r>
              <w:rPr>
                <w:sz w:val="17"/>
              </w:rPr>
              <w:t>begin</w:t>
            </w:r>
          </w:p>
        </w:tc>
      </w:tr>
    </w:tbl>
    <w:p w14:paraId="42588088"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674F3F70"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5847ACC8" w14:textId="77777777" w:rsidR="000907E6" w:rsidRDefault="00000000">
            <w:pPr>
              <w:spacing w:after="40"/>
            </w:pPr>
            <w:r w:rsidRPr="00CE26E7">
              <w:rPr>
                <w:b/>
                <w:color w:val="0B2E4A"/>
                <w:sz w:val="24"/>
                <w:lang w:val="es-ES"/>
              </w:rPr>
              <w:t xml:space="preserve">Mi nu lege un texto. Ela ja lege la texto. Nos nu parla de la idea. </w:t>
            </w:r>
            <w:r>
              <w:rPr>
                <w:b/>
                <w:color w:val="0B2E4A"/>
                <w:sz w:val="24"/>
              </w:rPr>
              <w:t>Les ja arriva, et la klase va komensa.</w:t>
            </w:r>
          </w:p>
          <w:p w14:paraId="50BC6A85" w14:textId="77777777" w:rsidR="000907E6" w:rsidRDefault="00000000">
            <w:pPr>
              <w:spacing w:after="0"/>
            </w:pPr>
            <w:r>
              <w:rPr>
                <w:i/>
                <w:color w:val="5A5A5A"/>
                <w:sz w:val="18"/>
              </w:rPr>
              <w:t>I am reading a text now. She has already read the text. We are speaking about the idea now. They have already arrived, and the class will begin.</w:t>
            </w:r>
          </w:p>
        </w:tc>
      </w:tr>
    </w:tbl>
    <w:p w14:paraId="6641A4B2" w14:textId="77777777" w:rsidR="000907E6" w:rsidRDefault="00000000">
      <w:pPr>
        <w:pStyle w:val="Heading3"/>
      </w:pPr>
      <w:r>
        <w:t>Check Understanding</w:t>
      </w:r>
    </w:p>
    <w:p w14:paraId="7F5827E9" w14:textId="77777777" w:rsidR="000907E6" w:rsidRDefault="00000000">
      <w:pPr>
        <w:spacing w:after="40"/>
      </w:pPr>
      <w:r>
        <w:t>Ke mi nu far?</w:t>
      </w:r>
    </w:p>
    <w:p w14:paraId="74002162" w14:textId="77777777" w:rsidR="000907E6" w:rsidRDefault="00000000">
      <w:pPr>
        <w:spacing w:after="40"/>
      </w:pPr>
      <w:r>
        <w:t>____________________________________________________________________________</w:t>
      </w:r>
    </w:p>
    <w:p w14:paraId="440DA3AA" w14:textId="77777777" w:rsidR="000907E6" w:rsidRPr="00CE26E7" w:rsidRDefault="00000000">
      <w:pPr>
        <w:spacing w:after="40"/>
        <w:rPr>
          <w:lang w:val="es-ES"/>
        </w:rPr>
      </w:pPr>
      <w:r w:rsidRPr="00CE26E7">
        <w:rPr>
          <w:lang w:val="es-ES"/>
        </w:rPr>
        <w:t>Ki ja lege la texto?</w:t>
      </w:r>
    </w:p>
    <w:p w14:paraId="5A4C7C5C" w14:textId="77777777" w:rsidR="000907E6" w:rsidRPr="00CE26E7" w:rsidRDefault="00000000">
      <w:pPr>
        <w:spacing w:after="40"/>
        <w:rPr>
          <w:lang w:val="fr-FR"/>
        </w:rPr>
      </w:pPr>
      <w:r w:rsidRPr="00CE26E7">
        <w:rPr>
          <w:lang w:val="fr-FR"/>
        </w:rPr>
        <w:t>____________________________________________________________________________</w:t>
      </w:r>
    </w:p>
    <w:p w14:paraId="434BB9D3" w14:textId="77777777" w:rsidR="000907E6" w:rsidRPr="00CE26E7" w:rsidRDefault="00000000">
      <w:pPr>
        <w:spacing w:after="40"/>
        <w:rPr>
          <w:lang w:val="fr-FR"/>
        </w:rPr>
      </w:pPr>
      <w:r w:rsidRPr="00CE26E7">
        <w:rPr>
          <w:lang w:val="fr-FR"/>
        </w:rPr>
        <w:t>Ku la klase ja komensa?</w:t>
      </w:r>
    </w:p>
    <w:p w14:paraId="4B24BCC7" w14:textId="77777777" w:rsidR="000907E6" w:rsidRDefault="00000000">
      <w:pPr>
        <w:spacing w:after="40"/>
      </w:pPr>
      <w:r>
        <w:t>____________________________________________________________________________</w:t>
      </w:r>
    </w:p>
    <w:p w14:paraId="5B6AF210" w14:textId="77777777" w:rsidR="000907E6" w:rsidRDefault="00000000">
      <w:pPr>
        <w:pStyle w:val="Heading3"/>
      </w:pPr>
      <w:r>
        <w:t>Speak It</w:t>
      </w:r>
    </w:p>
    <w:p w14:paraId="30D52C80" w14:textId="77777777" w:rsidR="000907E6" w:rsidRDefault="00000000">
      <w:pPr>
        <w:pStyle w:val="ListBullet"/>
        <w:spacing w:after="40"/>
      </w:pPr>
      <w:r>
        <w:t>Make pairs: one sentence with nu, one with ja.</w:t>
      </w:r>
    </w:p>
    <w:p w14:paraId="7D18F86C" w14:textId="77777777" w:rsidR="000907E6" w:rsidRDefault="00000000">
      <w:pPr>
        <w:pStyle w:val="Heading3"/>
      </w:pPr>
      <w:r>
        <w:t>Write It</w:t>
      </w:r>
    </w:p>
    <w:p w14:paraId="41FF43D7" w14:textId="77777777" w:rsidR="000907E6" w:rsidRDefault="00000000">
      <w:pPr>
        <w:spacing w:after="40"/>
      </w:pPr>
      <w:r>
        <w:t>Write two current actions and two already-completed actions.</w:t>
      </w:r>
    </w:p>
    <w:p w14:paraId="78DA6BA4" w14:textId="77777777" w:rsidR="000907E6" w:rsidRDefault="00000000">
      <w:pPr>
        <w:spacing w:after="40"/>
      </w:pPr>
      <w:r>
        <w:t>____________________________________________________________________________</w:t>
      </w:r>
    </w:p>
    <w:p w14:paraId="6E6058ED" w14:textId="77777777" w:rsidR="000907E6" w:rsidRDefault="00000000">
      <w:pPr>
        <w:spacing w:after="40"/>
      </w:pPr>
      <w:r>
        <w:t>____________________________________________________________________________</w:t>
      </w:r>
    </w:p>
    <w:p w14:paraId="01408119" w14:textId="77777777" w:rsidR="000907E6" w:rsidRDefault="00000000">
      <w:pPr>
        <w:spacing w:after="40"/>
      </w:pPr>
      <w:r>
        <w:t>____________________________________________________________________________</w:t>
      </w:r>
    </w:p>
    <w:p w14:paraId="22A55F72" w14:textId="77777777" w:rsidR="000907E6" w:rsidRDefault="00000000">
      <w:r/>
    </w:p>
    <w:p w14:paraId="3D4B5735" w14:textId="77777777" w:rsidR="000907E6" w:rsidRDefault="00000000">
      <w:pPr>
        <w:pStyle w:val="Heading2"/>
      </w:pPr>
      <w:r>
        <w:t>Level 3: Questions At The Hotel</w:t>
      </w:r>
    </w:p>
    <w:tbl>
      <w:tblPr>
        <w:tblW w:w="0" w:type="auto"/>
        <w:jc w:val="center"/>
        <w:tblLook w:val="04A0" w:firstRow="1" w:lastRow="0" w:firstColumn="1" w:lastColumn="0" w:noHBand="0" w:noVBand="1"/>
      </w:tblPr>
      <w:tblGrid>
        <w:gridCol w:w="5170"/>
        <w:gridCol w:w="5170"/>
      </w:tblGrid>
      <w:tr w:rsidR="000907E6" w14:paraId="2A1913D3"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0E5D537A" w14:textId="77777777" w:rsidR="000907E6" w:rsidRDefault="00000000">
            <w:pPr>
              <w:spacing w:after="40"/>
            </w:pPr>
            <w:r>
              <w:rPr>
                <w:b/>
                <w:color w:val="0B2E4A"/>
              </w:rPr>
              <w:t>Reading goal</w:t>
            </w:r>
          </w:p>
          <w:p w14:paraId="2D582891" w14:textId="77777777" w:rsidR="000907E6" w:rsidRDefault="00000000">
            <w:pPr>
              <w:spacing w:after="0"/>
            </w:pPr>
            <w:r>
              <w:rPr>
                <w:sz w:val="18"/>
              </w:rPr>
              <w:t>Practice ku and question words.</w:t>
            </w:r>
          </w:p>
        </w:tc>
      </w:tr>
      <w:tr w:rsidR="000907E6" w14:paraId="792992A7"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1F1A54A1" w14:textId="77777777" w:rsidR="000907E6" w:rsidRDefault="00000000">
            <w:pPr>
              <w:spacing w:after="40"/>
            </w:pPr>
            <w:r>
              <w:rPr>
                <w:b/>
                <w:color w:val="0B2E4A"/>
              </w:rPr>
              <w:t>Pronunciation focus</w:t>
            </w:r>
          </w:p>
          <w:p w14:paraId="502D6932" w14:textId="77777777" w:rsidR="000907E6" w:rsidRDefault="00000000">
            <w:pPr>
              <w:spacing w:after="0"/>
            </w:pPr>
            <w:r>
              <w:rPr>
                <w:sz w:val="18"/>
              </w:rPr>
              <w:t>ku begins yes/no questions.</w:t>
            </w:r>
          </w:p>
        </w:tc>
      </w:tr>
      <w:tr w:rsidR="000907E6" w14:paraId="6AA1DF16"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AEC1BA9"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5EEDFA22" w14:textId="77777777" w:rsidR="000907E6" w:rsidRDefault="00000000">
            <w:pPr>
              <w:spacing w:after="0"/>
            </w:pPr>
            <w:r>
              <w:rPr>
                <w:b/>
                <w:color w:val="FFFFFF"/>
                <w:sz w:val="17"/>
              </w:rPr>
              <w:t>Meaning</w:t>
            </w:r>
          </w:p>
        </w:tc>
      </w:tr>
      <w:tr w:rsidR="000907E6" w14:paraId="6D03D15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EF84F0B" w14:textId="77777777" w:rsidR="000907E6" w:rsidRDefault="00000000">
            <w:pPr>
              <w:spacing w:after="0"/>
            </w:pPr>
            <w:r>
              <w:rPr>
                <w:sz w:val="17"/>
              </w:rPr>
              <w:t>ku</w:t>
            </w:r>
          </w:p>
        </w:tc>
        <w:tc>
          <w:tcPr>
            <w:tcW w:w="5170" w:type="dxa"/>
            <w:tcBorders>
              <w:top w:val="single" w:sz="4" w:space="0" w:color="D8E6EC"/>
              <w:left w:val="single" w:sz="4" w:space="0" w:color="D8E6EC"/>
              <w:bottom w:val="single" w:sz="4" w:space="0" w:color="D8E6EC"/>
              <w:right w:val="single" w:sz="4" w:space="0" w:color="D8E6EC"/>
            </w:tcBorders>
          </w:tcPr>
          <w:p w14:paraId="76FD4317" w14:textId="77777777" w:rsidR="000907E6" w:rsidRDefault="00000000">
            <w:pPr>
              <w:spacing w:after="0"/>
            </w:pPr>
            <w:r>
              <w:rPr>
                <w:sz w:val="17"/>
              </w:rPr>
              <w:t>yes/no question marker</w:t>
            </w:r>
          </w:p>
        </w:tc>
      </w:tr>
      <w:tr w:rsidR="000907E6" w14:paraId="06DEC23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683373F" w14:textId="77777777" w:rsidR="000907E6" w:rsidRDefault="00000000">
            <w:pPr>
              <w:spacing w:after="0"/>
            </w:pPr>
            <w:r>
              <w:rPr>
                <w:sz w:val="17"/>
              </w:rPr>
              <w:t>qual</w:t>
            </w:r>
          </w:p>
        </w:tc>
        <w:tc>
          <w:tcPr>
            <w:tcW w:w="5170" w:type="dxa"/>
            <w:tcBorders>
              <w:top w:val="single" w:sz="4" w:space="0" w:color="D8E6EC"/>
              <w:left w:val="single" w:sz="4" w:space="0" w:color="D8E6EC"/>
              <w:bottom w:val="single" w:sz="4" w:space="0" w:color="D8E6EC"/>
              <w:right w:val="single" w:sz="4" w:space="0" w:color="D8E6EC"/>
            </w:tcBorders>
          </w:tcPr>
          <w:p w14:paraId="32EB45BA" w14:textId="77777777" w:rsidR="000907E6" w:rsidRDefault="00000000">
            <w:pPr>
              <w:spacing w:after="0"/>
            </w:pPr>
            <w:r>
              <w:rPr>
                <w:sz w:val="17"/>
              </w:rPr>
              <w:t>which</w:t>
            </w:r>
          </w:p>
        </w:tc>
      </w:tr>
      <w:tr w:rsidR="000907E6" w14:paraId="5FB6118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ACE9DEA" w14:textId="77777777" w:rsidR="000907E6" w:rsidRDefault="00000000">
            <w:pPr>
              <w:spacing w:after="0"/>
            </w:pPr>
            <w:r>
              <w:rPr>
                <w:sz w:val="17"/>
              </w:rPr>
              <w:t>quant</w:t>
            </w:r>
          </w:p>
        </w:tc>
        <w:tc>
          <w:tcPr>
            <w:tcW w:w="5170" w:type="dxa"/>
            <w:tcBorders>
              <w:top w:val="single" w:sz="4" w:space="0" w:color="D8E6EC"/>
              <w:left w:val="single" w:sz="4" w:space="0" w:color="D8E6EC"/>
              <w:bottom w:val="single" w:sz="4" w:space="0" w:color="D8E6EC"/>
              <w:right w:val="single" w:sz="4" w:space="0" w:color="D8E6EC"/>
            </w:tcBorders>
          </w:tcPr>
          <w:p w14:paraId="538CE83B" w14:textId="77777777" w:rsidR="000907E6" w:rsidRDefault="00000000">
            <w:pPr>
              <w:spacing w:after="0"/>
            </w:pPr>
            <w:r>
              <w:rPr>
                <w:sz w:val="17"/>
              </w:rPr>
              <w:t>how much / many</w:t>
            </w:r>
          </w:p>
        </w:tc>
      </w:tr>
      <w:tr w:rsidR="000907E6" w14:paraId="48C14BA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6CC1A33" w14:textId="77777777" w:rsidR="000907E6" w:rsidRDefault="00000000">
            <w:pPr>
              <w:spacing w:after="0"/>
            </w:pPr>
            <w:r>
              <w:rPr>
                <w:sz w:val="17"/>
              </w:rPr>
              <w:t>kan</w:t>
            </w:r>
          </w:p>
        </w:tc>
        <w:tc>
          <w:tcPr>
            <w:tcW w:w="5170" w:type="dxa"/>
            <w:tcBorders>
              <w:top w:val="single" w:sz="4" w:space="0" w:color="D8E6EC"/>
              <w:left w:val="single" w:sz="4" w:space="0" w:color="D8E6EC"/>
              <w:bottom w:val="single" w:sz="4" w:space="0" w:color="D8E6EC"/>
              <w:right w:val="single" w:sz="4" w:space="0" w:color="D8E6EC"/>
            </w:tcBorders>
          </w:tcPr>
          <w:p w14:paraId="3F15F769" w14:textId="77777777" w:rsidR="000907E6" w:rsidRDefault="00000000">
            <w:pPr>
              <w:spacing w:after="0"/>
            </w:pPr>
            <w:r>
              <w:rPr>
                <w:sz w:val="17"/>
              </w:rPr>
              <w:t>when</w:t>
            </w:r>
          </w:p>
        </w:tc>
      </w:tr>
      <w:tr w:rsidR="000907E6" w14:paraId="6EC2722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A808E67" w14:textId="77777777" w:rsidR="000907E6" w:rsidRDefault="00000000">
            <w:pPr>
              <w:spacing w:after="0"/>
            </w:pPr>
            <w:r>
              <w:rPr>
                <w:sz w:val="17"/>
              </w:rPr>
              <w:t>hotel</w:t>
            </w:r>
          </w:p>
        </w:tc>
        <w:tc>
          <w:tcPr>
            <w:tcW w:w="5170" w:type="dxa"/>
            <w:tcBorders>
              <w:top w:val="single" w:sz="4" w:space="0" w:color="D8E6EC"/>
              <w:left w:val="single" w:sz="4" w:space="0" w:color="D8E6EC"/>
              <w:bottom w:val="single" w:sz="4" w:space="0" w:color="D8E6EC"/>
              <w:right w:val="single" w:sz="4" w:space="0" w:color="D8E6EC"/>
            </w:tcBorders>
          </w:tcPr>
          <w:p w14:paraId="70E3D07E" w14:textId="77777777" w:rsidR="000907E6" w:rsidRDefault="00000000">
            <w:pPr>
              <w:spacing w:after="0"/>
            </w:pPr>
            <w:r>
              <w:rPr>
                <w:sz w:val="17"/>
              </w:rPr>
              <w:t>hotel</w:t>
            </w:r>
          </w:p>
        </w:tc>
      </w:tr>
    </w:tbl>
    <w:p w14:paraId="34A1154F"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74035AA1"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22BB4FE4" w14:textId="77777777" w:rsidR="000907E6" w:rsidRDefault="00000000">
            <w:pPr>
              <w:spacing w:after="40"/>
            </w:pPr>
            <w:r w:rsidRPr="00CE26E7">
              <w:rPr>
                <w:b/>
                <w:color w:val="0B2E4A"/>
                <w:sz w:val="24"/>
                <w:lang w:val="es-ES"/>
              </w:rPr>
              <w:t xml:space="preserve">Ku tu habe un kamera? Qual camera es tu? Quant kosta la camera? Kan nos va visita la hotel? </w:t>
            </w:r>
            <w:r>
              <w:rPr>
                <w:b/>
                <w:color w:val="0B2E4A"/>
                <w:sz w:val="24"/>
              </w:rPr>
              <w:t>Ube es la hotel?</w:t>
            </w:r>
          </w:p>
          <w:p w14:paraId="06F4AFA7" w14:textId="77777777" w:rsidR="000907E6" w:rsidRDefault="00000000">
            <w:pPr>
              <w:spacing w:after="0"/>
            </w:pPr>
            <w:r>
              <w:rPr>
                <w:i/>
                <w:color w:val="5A5A5A"/>
                <w:sz w:val="18"/>
              </w:rPr>
              <w:t>Do you have a camera? Which camera is yours? How much does the camera cost? When will we visit the hotel? Where is the hotel?</w:t>
            </w:r>
          </w:p>
        </w:tc>
      </w:tr>
    </w:tbl>
    <w:p w14:paraId="3FB8BED6" w14:textId="77777777" w:rsidR="000907E6" w:rsidRDefault="00000000">
      <w:pPr>
        <w:pStyle w:val="Heading3"/>
      </w:pPr>
      <w:r>
        <w:t>Check Understanding</w:t>
      </w:r>
    </w:p>
    <w:p w14:paraId="2D7DE465" w14:textId="77777777" w:rsidR="000907E6" w:rsidRDefault="00000000">
      <w:pPr>
        <w:spacing w:after="40"/>
      </w:pPr>
      <w:r>
        <w:t>Qual word marks yes/no questions?</w:t>
      </w:r>
    </w:p>
    <w:p w14:paraId="51AFC990" w14:textId="77777777" w:rsidR="000907E6" w:rsidRDefault="00000000">
      <w:pPr>
        <w:spacing w:after="40"/>
      </w:pPr>
      <w:r>
        <w:t>____________________________________________________________________________</w:t>
      </w:r>
    </w:p>
    <w:p w14:paraId="5FD46F1B" w14:textId="77777777" w:rsidR="000907E6" w:rsidRDefault="00000000">
      <w:pPr>
        <w:spacing w:after="40"/>
      </w:pPr>
      <w:r>
        <w:t>Ke significa quant?</w:t>
      </w:r>
    </w:p>
    <w:p w14:paraId="73B737D2" w14:textId="77777777" w:rsidR="000907E6" w:rsidRDefault="00000000">
      <w:pPr>
        <w:spacing w:after="40"/>
      </w:pPr>
      <w:r>
        <w:t>____________________________________________________________________________</w:t>
      </w:r>
    </w:p>
    <w:p w14:paraId="56E56B66" w14:textId="77777777" w:rsidR="000907E6" w:rsidRDefault="00000000">
      <w:pPr>
        <w:spacing w:after="40"/>
      </w:pPr>
      <w:r>
        <w:t>Ke question ask location?</w:t>
      </w:r>
    </w:p>
    <w:p w14:paraId="3A56087D" w14:textId="77777777" w:rsidR="000907E6" w:rsidRDefault="00000000">
      <w:pPr>
        <w:spacing w:after="40"/>
      </w:pPr>
      <w:r>
        <w:t>____________________________________________________________________________</w:t>
      </w:r>
    </w:p>
    <w:p w14:paraId="1190747C" w14:textId="77777777" w:rsidR="000907E6" w:rsidRDefault="00000000">
      <w:pPr>
        <w:pStyle w:val="Heading3"/>
      </w:pPr>
      <w:r>
        <w:t>Speak It</w:t>
      </w:r>
    </w:p>
    <w:p w14:paraId="6DD1810D" w14:textId="77777777" w:rsidR="000907E6" w:rsidRDefault="00000000">
      <w:pPr>
        <w:pStyle w:val="ListBullet"/>
        <w:spacing w:after="40"/>
      </w:pPr>
      <w:r>
        <w:t>Ask five questions using ku, qual, quant, kan, and ube.</w:t>
      </w:r>
    </w:p>
    <w:p w14:paraId="1950BEEB" w14:textId="77777777" w:rsidR="000907E6" w:rsidRDefault="00000000">
      <w:pPr>
        <w:pStyle w:val="Heading3"/>
      </w:pPr>
      <w:r>
        <w:t>Write It</w:t>
      </w:r>
    </w:p>
    <w:p w14:paraId="49B90620" w14:textId="77777777" w:rsidR="000907E6" w:rsidRDefault="00000000">
      <w:pPr>
        <w:spacing w:after="40"/>
      </w:pPr>
      <w:r>
        <w:t>Write a hotel check-en conversation.</w:t>
      </w:r>
    </w:p>
    <w:p w14:paraId="5A2CE1C6" w14:textId="77777777" w:rsidR="000907E6" w:rsidRDefault="00000000">
      <w:pPr>
        <w:spacing w:after="40"/>
      </w:pPr>
      <w:r>
        <w:t>____________________________________________________________________________</w:t>
      </w:r>
    </w:p>
    <w:p w14:paraId="06DE5534" w14:textId="77777777" w:rsidR="000907E6" w:rsidRDefault="00000000">
      <w:pPr>
        <w:spacing w:after="40"/>
      </w:pPr>
      <w:r>
        <w:t>____________________________________________________________________________</w:t>
      </w:r>
    </w:p>
    <w:p w14:paraId="1A77716D" w14:textId="77777777" w:rsidR="000907E6" w:rsidRDefault="00000000">
      <w:pPr>
        <w:spacing w:after="40"/>
      </w:pPr>
      <w:r>
        <w:t>____________________________________________________________________________</w:t>
      </w:r>
    </w:p>
    <w:p w14:paraId="73472BA6" w14:textId="77777777" w:rsidR="000907E6" w:rsidRDefault="00000000">
      <w:r/>
    </w:p>
    <w:p w14:paraId="0C628355" w14:textId="77777777" w:rsidR="000907E6" w:rsidRDefault="00000000">
      <w:pPr>
        <w:pStyle w:val="Heading1"/>
      </w:pPr>
      <w:r>
        <w:t>Level 4: Longer Practical Texts</w:t>
      </w:r>
    </w:p>
    <w:p w14:paraId="3A550974" w14:textId="77777777" w:rsidR="000907E6" w:rsidRDefault="00000000">
      <w:pPr>
        <w:spacing w:after="100"/>
      </w:pPr>
      <w:r>
        <w:t>Read these selections aloud. The goal is not speed. The goal is clear pronunciation, solid grammar, and understanding you can actually use.</w:t>
      </w:r>
    </w:p>
    <w:p w14:paraId="6B587C1B" w14:textId="77777777" w:rsidR="000907E6" w:rsidRDefault="00000000">
      <w:r/>
    </w:p>
    <w:p w14:paraId="3C9E1743" w14:textId="77777777" w:rsidR="000907E6" w:rsidRDefault="00000000">
      <w:pPr>
        <w:pStyle w:val="Heading2"/>
      </w:pPr>
      <w:r>
        <w:t>Level 4: A Small Trip</w:t>
      </w:r>
    </w:p>
    <w:tbl>
      <w:tblPr>
        <w:tblW w:w="0" w:type="auto"/>
        <w:jc w:val="center"/>
        <w:tblLook w:val="04A0" w:firstRow="1" w:lastRow="0" w:firstColumn="1" w:lastColumn="0" w:noHBand="0" w:noVBand="1"/>
      </w:tblPr>
      <w:tblGrid>
        <w:gridCol w:w="5170"/>
        <w:gridCol w:w="5170"/>
      </w:tblGrid>
      <w:tr w:rsidR="000907E6" w14:paraId="43CA5386"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17EF3E22" w14:textId="77777777" w:rsidR="000907E6" w:rsidRDefault="00000000">
            <w:pPr>
              <w:spacing w:after="40"/>
            </w:pPr>
            <w:r>
              <w:rPr>
                <w:b/>
                <w:color w:val="0B2E4A"/>
              </w:rPr>
              <w:t>Reading goal</w:t>
            </w:r>
          </w:p>
          <w:p w14:paraId="502F5B31" w14:textId="77777777" w:rsidR="000907E6" w:rsidRDefault="00000000">
            <w:pPr>
              <w:spacing w:after="0"/>
            </w:pPr>
            <w:r>
              <w:rPr>
                <w:sz w:val="18"/>
              </w:rPr>
              <w:t>Read a longer connected travel text.</w:t>
            </w:r>
          </w:p>
        </w:tc>
      </w:tr>
      <w:tr w:rsidR="000907E6" w14:paraId="61EB91E6"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43F304A9" w14:textId="77777777" w:rsidR="000907E6" w:rsidRDefault="00000000">
            <w:pPr>
              <w:spacing w:after="40"/>
            </w:pPr>
            <w:r>
              <w:rPr>
                <w:b/>
                <w:color w:val="0B2E4A"/>
              </w:rPr>
              <w:t>Pronunciation focus</w:t>
            </w:r>
          </w:p>
          <w:p w14:paraId="5D069E16" w14:textId="77777777" w:rsidR="000907E6" w:rsidRDefault="00000000">
            <w:pPr>
              <w:spacing w:after="0"/>
            </w:pPr>
            <w:r>
              <w:rPr>
                <w:sz w:val="18"/>
              </w:rPr>
              <w:t>bene = well; bon = good.</w:t>
            </w:r>
          </w:p>
        </w:tc>
      </w:tr>
      <w:tr w:rsidR="000907E6" w14:paraId="0CB9BF30"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5491194"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F341941" w14:textId="77777777" w:rsidR="000907E6" w:rsidRDefault="00000000">
            <w:pPr>
              <w:spacing w:after="0"/>
            </w:pPr>
            <w:r>
              <w:rPr>
                <w:b/>
                <w:color w:val="FFFFFF"/>
                <w:sz w:val="17"/>
              </w:rPr>
              <w:t>Meaning</w:t>
            </w:r>
          </w:p>
        </w:tc>
      </w:tr>
      <w:tr w:rsidR="000907E6" w14:paraId="5EF0F67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CE84F8E" w14:textId="77777777" w:rsidR="000907E6" w:rsidRDefault="00000000">
            <w:pPr>
              <w:spacing w:after="0"/>
            </w:pPr>
            <w:r>
              <w:rPr>
                <w:sz w:val="17"/>
              </w:rPr>
              <w:t>trip</w:t>
            </w:r>
          </w:p>
        </w:tc>
        <w:tc>
          <w:tcPr>
            <w:tcW w:w="5170" w:type="dxa"/>
            <w:tcBorders>
              <w:top w:val="single" w:sz="4" w:space="0" w:color="D8E6EC"/>
              <w:left w:val="single" w:sz="4" w:space="0" w:color="D8E6EC"/>
              <w:bottom w:val="single" w:sz="4" w:space="0" w:color="D8E6EC"/>
              <w:right w:val="single" w:sz="4" w:space="0" w:color="D8E6EC"/>
            </w:tcBorders>
          </w:tcPr>
          <w:p w14:paraId="0740E07E" w14:textId="77777777" w:rsidR="000907E6" w:rsidRDefault="00000000">
            <w:pPr>
              <w:spacing w:after="0"/>
            </w:pPr>
            <w:r>
              <w:rPr>
                <w:sz w:val="17"/>
              </w:rPr>
              <w:t>trip</w:t>
            </w:r>
          </w:p>
        </w:tc>
      </w:tr>
      <w:tr w:rsidR="000907E6" w14:paraId="4901091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D2B67DA" w14:textId="77777777" w:rsidR="000907E6" w:rsidRDefault="00000000">
            <w:pPr>
              <w:spacing w:after="0"/>
            </w:pPr>
            <w:r>
              <w:rPr>
                <w:sz w:val="17"/>
              </w:rPr>
              <w:t>semana</w:t>
            </w:r>
          </w:p>
        </w:tc>
        <w:tc>
          <w:tcPr>
            <w:tcW w:w="5170" w:type="dxa"/>
            <w:tcBorders>
              <w:top w:val="single" w:sz="4" w:space="0" w:color="D8E6EC"/>
              <w:left w:val="single" w:sz="4" w:space="0" w:color="D8E6EC"/>
              <w:bottom w:val="single" w:sz="4" w:space="0" w:color="D8E6EC"/>
              <w:right w:val="single" w:sz="4" w:space="0" w:color="D8E6EC"/>
            </w:tcBorders>
          </w:tcPr>
          <w:p w14:paraId="653BFA5F" w14:textId="77777777" w:rsidR="000907E6" w:rsidRDefault="00000000">
            <w:pPr>
              <w:spacing w:after="0"/>
            </w:pPr>
            <w:r>
              <w:rPr>
                <w:sz w:val="17"/>
              </w:rPr>
              <w:t>week</w:t>
            </w:r>
          </w:p>
        </w:tc>
      </w:tr>
      <w:tr w:rsidR="000907E6" w14:paraId="542AFDF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7C6BDDA" w14:textId="77777777" w:rsidR="000907E6" w:rsidRDefault="00000000">
            <w:pPr>
              <w:spacing w:after="0"/>
            </w:pPr>
            <w:r>
              <w:rPr>
                <w:sz w:val="17"/>
              </w:rPr>
              <w:t>lago</w:t>
            </w:r>
          </w:p>
        </w:tc>
        <w:tc>
          <w:tcPr>
            <w:tcW w:w="5170" w:type="dxa"/>
            <w:tcBorders>
              <w:top w:val="single" w:sz="4" w:space="0" w:color="D8E6EC"/>
              <w:left w:val="single" w:sz="4" w:space="0" w:color="D8E6EC"/>
              <w:bottom w:val="single" w:sz="4" w:space="0" w:color="D8E6EC"/>
              <w:right w:val="single" w:sz="4" w:space="0" w:color="D8E6EC"/>
            </w:tcBorders>
          </w:tcPr>
          <w:p w14:paraId="2E6E2FC2" w14:textId="77777777" w:rsidR="000907E6" w:rsidRDefault="00000000">
            <w:pPr>
              <w:spacing w:after="0"/>
            </w:pPr>
            <w:r>
              <w:rPr>
                <w:sz w:val="17"/>
              </w:rPr>
              <w:t>lake</w:t>
            </w:r>
          </w:p>
        </w:tc>
      </w:tr>
      <w:tr w:rsidR="000907E6" w14:paraId="12E0DC8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05DDA6E" w14:textId="77777777" w:rsidR="000907E6" w:rsidRDefault="00000000">
            <w:pPr>
              <w:spacing w:after="0"/>
            </w:pPr>
            <w:r>
              <w:rPr>
                <w:sz w:val="17"/>
              </w:rPr>
              <w:t>camp</w:t>
            </w:r>
          </w:p>
        </w:tc>
        <w:tc>
          <w:tcPr>
            <w:tcW w:w="5170" w:type="dxa"/>
            <w:tcBorders>
              <w:top w:val="single" w:sz="4" w:space="0" w:color="D8E6EC"/>
              <w:left w:val="single" w:sz="4" w:space="0" w:color="D8E6EC"/>
              <w:bottom w:val="single" w:sz="4" w:space="0" w:color="D8E6EC"/>
              <w:right w:val="single" w:sz="4" w:space="0" w:color="D8E6EC"/>
            </w:tcBorders>
          </w:tcPr>
          <w:p w14:paraId="7B915E70" w14:textId="77777777" w:rsidR="000907E6" w:rsidRDefault="00000000">
            <w:pPr>
              <w:spacing w:after="0"/>
            </w:pPr>
            <w:r>
              <w:rPr>
                <w:sz w:val="17"/>
              </w:rPr>
              <w:t>camp</w:t>
            </w:r>
          </w:p>
        </w:tc>
      </w:tr>
      <w:tr w:rsidR="000907E6" w14:paraId="39A4182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7793255" w14:textId="77777777" w:rsidR="000907E6" w:rsidRDefault="00000000">
            <w:pPr>
              <w:spacing w:after="0"/>
            </w:pPr>
            <w:r>
              <w:rPr>
                <w:sz w:val="17"/>
              </w:rPr>
              <w:t>natur</w:t>
            </w:r>
          </w:p>
        </w:tc>
        <w:tc>
          <w:tcPr>
            <w:tcW w:w="5170" w:type="dxa"/>
            <w:tcBorders>
              <w:top w:val="single" w:sz="4" w:space="0" w:color="D8E6EC"/>
              <w:left w:val="single" w:sz="4" w:space="0" w:color="D8E6EC"/>
              <w:bottom w:val="single" w:sz="4" w:space="0" w:color="D8E6EC"/>
              <w:right w:val="single" w:sz="4" w:space="0" w:color="D8E6EC"/>
            </w:tcBorders>
          </w:tcPr>
          <w:p w14:paraId="5F8CDA6B" w14:textId="77777777" w:rsidR="000907E6" w:rsidRDefault="00000000">
            <w:pPr>
              <w:spacing w:after="0"/>
            </w:pPr>
            <w:r>
              <w:rPr>
                <w:sz w:val="17"/>
              </w:rPr>
              <w:t>nature</w:t>
            </w:r>
          </w:p>
        </w:tc>
      </w:tr>
    </w:tbl>
    <w:p w14:paraId="673F95D7"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66452441"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0D6434BF" w14:textId="77777777" w:rsidR="000907E6" w:rsidRDefault="00000000">
            <w:pPr>
              <w:spacing w:after="40"/>
            </w:pPr>
            <w:r w:rsidRPr="00CE26E7">
              <w:rPr>
                <w:b/>
                <w:color w:val="0B2E4A"/>
                <w:sz w:val="24"/>
                <w:lang w:val="es-ES"/>
              </w:rPr>
              <w:t xml:space="preserve">En la fina de semana, nos va far un pequena trip. Nos va viaja a la lago et camp pro du noctes. Mi va prepara alimenta, akua, et la mapa. Ela va porta libros et kamera. Nos ama natur, ma nos ne ama confusa. </w:t>
            </w:r>
            <w:r>
              <w:rPr>
                <w:b/>
                <w:color w:val="0B2E4A"/>
                <w:sz w:val="24"/>
              </w:rPr>
              <w:t>Pro isto, nos prepara bene.</w:t>
            </w:r>
          </w:p>
          <w:p w14:paraId="58483C7B" w14:textId="77777777" w:rsidR="000907E6" w:rsidRDefault="00000000">
            <w:pPr>
              <w:spacing w:after="0"/>
            </w:pPr>
            <w:r>
              <w:rPr>
                <w:i/>
                <w:color w:val="5A5A5A"/>
                <w:sz w:val="18"/>
              </w:rPr>
              <w:t>At the end of the week, we will take a small trip. We will travel to the lake and camp for two nights. I will prepare food, water, and the map. She will carry books and a camera. We love nature, but we do not love confusion. For this, we prepare well.</w:t>
            </w:r>
          </w:p>
        </w:tc>
      </w:tr>
    </w:tbl>
    <w:p w14:paraId="058CCF32" w14:textId="77777777" w:rsidR="000907E6" w:rsidRPr="00CE26E7" w:rsidRDefault="00000000">
      <w:pPr>
        <w:pStyle w:val="Heading3"/>
        <w:rPr>
          <w:lang w:val="es-ES"/>
        </w:rPr>
      </w:pPr>
      <w:r w:rsidRPr="00CE26E7">
        <w:rPr>
          <w:lang w:val="es-ES"/>
        </w:rPr>
        <w:t>Check Understanding</w:t>
      </w:r>
    </w:p>
    <w:p w14:paraId="05F57521" w14:textId="77777777" w:rsidR="000907E6" w:rsidRPr="00CE26E7" w:rsidRDefault="00000000">
      <w:pPr>
        <w:spacing w:after="40"/>
        <w:rPr>
          <w:lang w:val="es-ES"/>
        </w:rPr>
      </w:pPr>
      <w:r w:rsidRPr="00CE26E7">
        <w:rPr>
          <w:lang w:val="es-ES"/>
        </w:rPr>
        <w:t>Ube nos va viaja?</w:t>
      </w:r>
    </w:p>
    <w:p w14:paraId="349B1CCD" w14:textId="77777777" w:rsidR="000907E6" w:rsidRPr="00CE26E7" w:rsidRDefault="00000000">
      <w:pPr>
        <w:spacing w:after="40"/>
        <w:rPr>
          <w:lang w:val="es-ES"/>
        </w:rPr>
      </w:pPr>
      <w:r w:rsidRPr="00CE26E7">
        <w:rPr>
          <w:lang w:val="es-ES"/>
        </w:rPr>
        <w:t>____________________________________________________________________________</w:t>
      </w:r>
    </w:p>
    <w:p w14:paraId="3DACA596" w14:textId="77777777" w:rsidR="000907E6" w:rsidRPr="00CE26E7" w:rsidRDefault="00000000">
      <w:pPr>
        <w:spacing w:after="40"/>
        <w:rPr>
          <w:lang w:val="es-ES"/>
        </w:rPr>
      </w:pPr>
      <w:r w:rsidRPr="00CE26E7">
        <w:rPr>
          <w:lang w:val="es-ES"/>
        </w:rPr>
        <w:t>Quant noctes nos va camp?</w:t>
      </w:r>
    </w:p>
    <w:p w14:paraId="23593F6A" w14:textId="77777777" w:rsidR="000907E6" w:rsidRPr="00CE26E7" w:rsidRDefault="00000000">
      <w:pPr>
        <w:spacing w:after="40"/>
        <w:rPr>
          <w:lang w:val="es-ES"/>
        </w:rPr>
      </w:pPr>
      <w:r w:rsidRPr="00CE26E7">
        <w:rPr>
          <w:lang w:val="es-ES"/>
        </w:rPr>
        <w:t>____________________________________________________________________________</w:t>
      </w:r>
    </w:p>
    <w:p w14:paraId="31E289C5" w14:textId="77777777" w:rsidR="000907E6" w:rsidRPr="00CE26E7" w:rsidRDefault="00000000">
      <w:pPr>
        <w:spacing w:after="40"/>
        <w:rPr>
          <w:lang w:val="es-ES"/>
        </w:rPr>
      </w:pPr>
      <w:r w:rsidRPr="00CE26E7">
        <w:rPr>
          <w:lang w:val="es-ES"/>
        </w:rPr>
        <w:t>Kur nos prepara bene?</w:t>
      </w:r>
    </w:p>
    <w:p w14:paraId="5ACC1040" w14:textId="77777777" w:rsidR="000907E6" w:rsidRDefault="00000000">
      <w:pPr>
        <w:spacing w:after="40"/>
      </w:pPr>
      <w:r>
        <w:t>____________________________________________________________________________</w:t>
      </w:r>
    </w:p>
    <w:p w14:paraId="61983E3D" w14:textId="77777777" w:rsidR="000907E6" w:rsidRDefault="00000000">
      <w:pPr>
        <w:pStyle w:val="Heading3"/>
      </w:pPr>
      <w:r>
        <w:t>Speak It</w:t>
      </w:r>
    </w:p>
    <w:p w14:paraId="2898A5F2" w14:textId="77777777" w:rsidR="000907E6" w:rsidRDefault="00000000">
      <w:pPr>
        <w:pStyle w:val="ListBullet"/>
        <w:spacing w:after="40"/>
      </w:pPr>
      <w:r>
        <w:t>Retell the trip plan without reading.</w:t>
      </w:r>
    </w:p>
    <w:p w14:paraId="0322EB17" w14:textId="77777777" w:rsidR="000907E6" w:rsidRDefault="00000000">
      <w:pPr>
        <w:pStyle w:val="Heading3"/>
      </w:pPr>
      <w:r>
        <w:t>Write It</w:t>
      </w:r>
    </w:p>
    <w:p w14:paraId="6DA19157" w14:textId="77777777" w:rsidR="000907E6" w:rsidRDefault="00000000">
      <w:pPr>
        <w:spacing w:after="40"/>
      </w:pPr>
      <w:r>
        <w:t>Write your own small trip plan.</w:t>
      </w:r>
    </w:p>
    <w:p w14:paraId="6A51BB74" w14:textId="77777777" w:rsidR="000907E6" w:rsidRDefault="00000000">
      <w:pPr>
        <w:spacing w:after="40"/>
      </w:pPr>
      <w:r>
        <w:t>____________________________________________________________________________</w:t>
      </w:r>
    </w:p>
    <w:p w14:paraId="5C9143DB" w14:textId="77777777" w:rsidR="000907E6" w:rsidRDefault="00000000">
      <w:pPr>
        <w:spacing w:after="40"/>
      </w:pPr>
      <w:r>
        <w:t>____________________________________________________________________________</w:t>
      </w:r>
    </w:p>
    <w:p w14:paraId="4BE505EB" w14:textId="77777777" w:rsidR="000907E6" w:rsidRDefault="00000000">
      <w:pPr>
        <w:spacing w:after="40"/>
      </w:pPr>
      <w:r>
        <w:t>____________________________________________________________________________</w:t>
      </w:r>
    </w:p>
    <w:p w14:paraId="2C20EEA6" w14:textId="77777777" w:rsidR="000907E6" w:rsidRDefault="00000000">
      <w:r/>
    </w:p>
    <w:p w14:paraId="06702DD3" w14:textId="77777777" w:rsidR="000907E6" w:rsidRDefault="00000000">
      <w:pPr>
        <w:pStyle w:val="Heading2"/>
      </w:pPr>
      <w:r>
        <w:t>Level 4: A Clear Language</w:t>
      </w:r>
    </w:p>
    <w:tbl>
      <w:tblPr>
        <w:tblW w:w="0" w:type="auto"/>
        <w:jc w:val="center"/>
        <w:tblLook w:val="04A0" w:firstRow="1" w:lastRow="0" w:firstColumn="1" w:lastColumn="0" w:noHBand="0" w:noVBand="1"/>
      </w:tblPr>
      <w:tblGrid>
        <w:gridCol w:w="5170"/>
        <w:gridCol w:w="5170"/>
      </w:tblGrid>
      <w:tr w:rsidR="000907E6" w14:paraId="203C5E0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189AB120" w14:textId="77777777" w:rsidR="000907E6" w:rsidRDefault="00000000">
            <w:pPr>
              <w:spacing w:after="40"/>
            </w:pPr>
            <w:r>
              <w:rPr>
                <w:b/>
                <w:color w:val="0B2E4A"/>
              </w:rPr>
              <w:t>Reading goal</w:t>
            </w:r>
          </w:p>
          <w:p w14:paraId="0189D851" w14:textId="77777777" w:rsidR="000907E6" w:rsidRDefault="00000000">
            <w:pPr>
              <w:spacing w:after="0"/>
            </w:pPr>
            <w:r>
              <w:rPr>
                <w:sz w:val="18"/>
              </w:rPr>
              <w:t>Read about Claralinga itself.</w:t>
            </w:r>
          </w:p>
        </w:tc>
      </w:tr>
      <w:tr w:rsidR="000907E6" w14:paraId="0D54C343"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46F06B78" w14:textId="77777777" w:rsidR="000907E6" w:rsidRDefault="00000000">
            <w:pPr>
              <w:spacing w:after="40"/>
            </w:pPr>
            <w:r>
              <w:rPr>
                <w:b/>
                <w:color w:val="0B2E4A"/>
              </w:rPr>
              <w:t>Pronunciation focus</w:t>
            </w:r>
          </w:p>
          <w:p w14:paraId="1057A4AA" w14:textId="77777777" w:rsidR="000907E6" w:rsidRDefault="00000000">
            <w:pPr>
              <w:spacing w:after="0"/>
            </w:pPr>
            <w:r>
              <w:rPr>
                <w:sz w:val="18"/>
              </w:rPr>
              <w:t>k is default; retained c in Claralinga and clar is k.</w:t>
            </w:r>
          </w:p>
        </w:tc>
      </w:tr>
      <w:tr w:rsidR="000907E6" w14:paraId="3D4C573F"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7D388FB"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593ABC08" w14:textId="77777777" w:rsidR="000907E6" w:rsidRDefault="00000000">
            <w:pPr>
              <w:spacing w:after="0"/>
            </w:pPr>
            <w:r>
              <w:rPr>
                <w:b/>
                <w:color w:val="FFFFFF"/>
                <w:sz w:val="17"/>
              </w:rPr>
              <w:t>Meaning</w:t>
            </w:r>
          </w:p>
        </w:tc>
      </w:tr>
      <w:tr w:rsidR="000907E6" w14:paraId="0576EB4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4BBEBA5" w14:textId="77777777" w:rsidR="000907E6" w:rsidRDefault="00000000">
            <w:pPr>
              <w:spacing w:after="0"/>
            </w:pPr>
            <w:r>
              <w:rPr>
                <w:sz w:val="17"/>
              </w:rPr>
              <w:t>linga</w:t>
            </w:r>
          </w:p>
        </w:tc>
        <w:tc>
          <w:tcPr>
            <w:tcW w:w="5170" w:type="dxa"/>
            <w:tcBorders>
              <w:top w:val="single" w:sz="4" w:space="0" w:color="D8E6EC"/>
              <w:left w:val="single" w:sz="4" w:space="0" w:color="D8E6EC"/>
              <w:bottom w:val="single" w:sz="4" w:space="0" w:color="D8E6EC"/>
              <w:right w:val="single" w:sz="4" w:space="0" w:color="D8E6EC"/>
            </w:tcBorders>
          </w:tcPr>
          <w:p w14:paraId="284BF807" w14:textId="77777777" w:rsidR="000907E6" w:rsidRDefault="00000000">
            <w:pPr>
              <w:spacing w:after="0"/>
            </w:pPr>
            <w:r>
              <w:rPr>
                <w:sz w:val="17"/>
              </w:rPr>
              <w:t>language</w:t>
            </w:r>
          </w:p>
        </w:tc>
      </w:tr>
      <w:tr w:rsidR="000907E6" w14:paraId="61FEDFC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E2CC840" w14:textId="77777777" w:rsidR="000907E6" w:rsidRDefault="00000000">
            <w:pPr>
              <w:spacing w:after="0"/>
            </w:pPr>
            <w:r>
              <w:rPr>
                <w:sz w:val="17"/>
              </w:rPr>
              <w:t>familiar</w:t>
            </w:r>
          </w:p>
        </w:tc>
        <w:tc>
          <w:tcPr>
            <w:tcW w:w="5170" w:type="dxa"/>
            <w:tcBorders>
              <w:top w:val="single" w:sz="4" w:space="0" w:color="D8E6EC"/>
              <w:left w:val="single" w:sz="4" w:space="0" w:color="D8E6EC"/>
              <w:bottom w:val="single" w:sz="4" w:space="0" w:color="D8E6EC"/>
              <w:right w:val="single" w:sz="4" w:space="0" w:color="D8E6EC"/>
            </w:tcBorders>
          </w:tcPr>
          <w:p w14:paraId="570B27B3" w14:textId="77777777" w:rsidR="000907E6" w:rsidRDefault="00000000">
            <w:pPr>
              <w:spacing w:after="0"/>
            </w:pPr>
            <w:r>
              <w:rPr>
                <w:sz w:val="17"/>
              </w:rPr>
              <w:t>familiar</w:t>
            </w:r>
          </w:p>
        </w:tc>
      </w:tr>
      <w:tr w:rsidR="000907E6" w14:paraId="0A60186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9DCE39E" w14:textId="77777777" w:rsidR="000907E6" w:rsidRDefault="00000000">
            <w:pPr>
              <w:spacing w:after="0"/>
            </w:pPr>
            <w:r>
              <w:rPr>
                <w:sz w:val="17"/>
              </w:rPr>
              <w:t>regula</w:t>
            </w:r>
          </w:p>
        </w:tc>
        <w:tc>
          <w:tcPr>
            <w:tcW w:w="5170" w:type="dxa"/>
            <w:tcBorders>
              <w:top w:val="single" w:sz="4" w:space="0" w:color="D8E6EC"/>
              <w:left w:val="single" w:sz="4" w:space="0" w:color="D8E6EC"/>
              <w:bottom w:val="single" w:sz="4" w:space="0" w:color="D8E6EC"/>
              <w:right w:val="single" w:sz="4" w:space="0" w:color="D8E6EC"/>
            </w:tcBorders>
          </w:tcPr>
          <w:p w14:paraId="7A14C896" w14:textId="77777777" w:rsidR="000907E6" w:rsidRDefault="00000000">
            <w:pPr>
              <w:spacing w:after="0"/>
            </w:pPr>
            <w:r>
              <w:rPr>
                <w:sz w:val="17"/>
              </w:rPr>
              <w:t>rule</w:t>
            </w:r>
          </w:p>
        </w:tc>
      </w:tr>
      <w:tr w:rsidR="000907E6" w14:paraId="2E94E11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3960A35" w14:textId="77777777" w:rsidR="000907E6" w:rsidRDefault="00000000">
            <w:pPr>
              <w:spacing w:after="0"/>
            </w:pPr>
            <w:r>
              <w:rPr>
                <w:sz w:val="17"/>
              </w:rPr>
              <w:t>simple</w:t>
            </w:r>
          </w:p>
        </w:tc>
        <w:tc>
          <w:tcPr>
            <w:tcW w:w="5170" w:type="dxa"/>
            <w:tcBorders>
              <w:top w:val="single" w:sz="4" w:space="0" w:color="D8E6EC"/>
              <w:left w:val="single" w:sz="4" w:space="0" w:color="D8E6EC"/>
              <w:bottom w:val="single" w:sz="4" w:space="0" w:color="D8E6EC"/>
              <w:right w:val="single" w:sz="4" w:space="0" w:color="D8E6EC"/>
            </w:tcBorders>
          </w:tcPr>
          <w:p w14:paraId="4E12495A" w14:textId="77777777" w:rsidR="000907E6" w:rsidRDefault="00000000">
            <w:pPr>
              <w:spacing w:after="0"/>
            </w:pPr>
            <w:r>
              <w:rPr>
                <w:sz w:val="17"/>
              </w:rPr>
              <w:t>simple</w:t>
            </w:r>
          </w:p>
        </w:tc>
      </w:tr>
      <w:tr w:rsidR="000907E6" w14:paraId="5C92BC4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08B9EE0" w14:textId="77777777" w:rsidR="000907E6" w:rsidRDefault="00000000">
            <w:pPr>
              <w:spacing w:after="0"/>
            </w:pPr>
            <w:r>
              <w:rPr>
                <w:sz w:val="17"/>
              </w:rPr>
              <w:t>komunika</w:t>
            </w:r>
          </w:p>
        </w:tc>
        <w:tc>
          <w:tcPr>
            <w:tcW w:w="5170" w:type="dxa"/>
            <w:tcBorders>
              <w:top w:val="single" w:sz="4" w:space="0" w:color="D8E6EC"/>
              <w:left w:val="single" w:sz="4" w:space="0" w:color="D8E6EC"/>
              <w:bottom w:val="single" w:sz="4" w:space="0" w:color="D8E6EC"/>
              <w:right w:val="single" w:sz="4" w:space="0" w:color="D8E6EC"/>
            </w:tcBorders>
          </w:tcPr>
          <w:p w14:paraId="275AAC5A" w14:textId="77777777" w:rsidR="000907E6" w:rsidRDefault="00000000">
            <w:pPr>
              <w:spacing w:after="0"/>
            </w:pPr>
            <w:r>
              <w:rPr>
                <w:sz w:val="17"/>
              </w:rPr>
              <w:t>communicate</w:t>
            </w:r>
          </w:p>
        </w:tc>
      </w:tr>
    </w:tbl>
    <w:p w14:paraId="044DE9DB"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03ED72F5"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3C1125EA" w14:textId="77777777" w:rsidR="000907E6" w:rsidRPr="00CE26E7" w:rsidRDefault="00000000">
            <w:pPr>
              <w:spacing w:after="40"/>
              <w:rPr>
                <w:lang w:val="es-ES"/>
              </w:rPr>
            </w:pPr>
            <w:r w:rsidRPr="00CE26E7">
              <w:rPr>
                <w:b/>
                <w:color w:val="0B2E4A"/>
                <w:sz w:val="24"/>
                <w:lang w:val="es-ES"/>
              </w:rPr>
              <w:t>Claralinga es un linga clar. Lo usa familiar parolas, simple regula, et pronuncia direta. La goal ne es mostra erudicion. La goal es komunika. Un bon linga auxilia persones parla, lege, skribe, et komprende kon minus bariera.</w:t>
            </w:r>
          </w:p>
          <w:p w14:paraId="78E8540D" w14:textId="77777777" w:rsidR="000907E6" w:rsidRDefault="00000000">
            <w:pPr>
              <w:spacing w:after="0"/>
            </w:pPr>
            <w:r w:rsidRPr="00CE26E7">
              <w:rPr>
                <w:i/>
                <w:color w:val="5A5A5A"/>
                <w:sz w:val="18"/>
                <w:lang w:val="es-ES"/>
              </w:rPr>
              <w:t xml:space="preserve">Claralinga is a clear language. It uses familiar words, simple rules, and direct pronunciation. </w:t>
            </w:r>
            <w:r>
              <w:rPr>
                <w:i/>
                <w:color w:val="5A5A5A"/>
                <w:sz w:val="18"/>
              </w:rPr>
              <w:t>The goal is not to show erudition. The goal is to communicate. A good language helps people speak, read, write, and understand with fewer barriers.</w:t>
            </w:r>
          </w:p>
        </w:tc>
      </w:tr>
    </w:tbl>
    <w:p w14:paraId="475FDAC6" w14:textId="77777777" w:rsidR="000907E6" w:rsidRDefault="00000000">
      <w:pPr>
        <w:pStyle w:val="Heading3"/>
      </w:pPr>
      <w:r>
        <w:t>Check Understanding</w:t>
      </w:r>
    </w:p>
    <w:p w14:paraId="4358B97E" w14:textId="77777777" w:rsidR="000907E6" w:rsidRDefault="00000000">
      <w:pPr>
        <w:spacing w:after="40"/>
      </w:pPr>
      <w:r>
        <w:t>Ke usa Claralinga?</w:t>
      </w:r>
    </w:p>
    <w:p w14:paraId="3DD0EF44" w14:textId="77777777" w:rsidR="000907E6" w:rsidRDefault="00000000">
      <w:pPr>
        <w:spacing w:after="40"/>
      </w:pPr>
      <w:r>
        <w:t>____________________________________________________________________________</w:t>
      </w:r>
    </w:p>
    <w:p w14:paraId="1377CB0A" w14:textId="77777777" w:rsidR="000907E6" w:rsidRDefault="00000000">
      <w:pPr>
        <w:spacing w:after="40"/>
      </w:pPr>
      <w:r>
        <w:t>Ke ne es la goal?</w:t>
      </w:r>
    </w:p>
    <w:p w14:paraId="75B4EF1C" w14:textId="77777777" w:rsidR="000907E6" w:rsidRDefault="00000000">
      <w:pPr>
        <w:spacing w:after="40"/>
      </w:pPr>
      <w:r>
        <w:t>____________________________________________________________________________</w:t>
      </w:r>
    </w:p>
    <w:p w14:paraId="3945F304" w14:textId="77777777" w:rsidR="000907E6" w:rsidRDefault="00000000">
      <w:pPr>
        <w:spacing w:after="40"/>
      </w:pPr>
      <w:r>
        <w:t>Ke far un bon linga?</w:t>
      </w:r>
    </w:p>
    <w:p w14:paraId="4B88C562" w14:textId="77777777" w:rsidR="000907E6" w:rsidRDefault="00000000">
      <w:pPr>
        <w:spacing w:after="40"/>
      </w:pPr>
      <w:r>
        <w:t>____________________________________________________________________________</w:t>
      </w:r>
    </w:p>
    <w:p w14:paraId="59090DC7" w14:textId="77777777" w:rsidR="000907E6" w:rsidRDefault="00000000">
      <w:pPr>
        <w:pStyle w:val="Heading3"/>
      </w:pPr>
      <w:r>
        <w:t>Speak It</w:t>
      </w:r>
    </w:p>
    <w:p w14:paraId="4B626894" w14:textId="77777777" w:rsidR="000907E6" w:rsidRDefault="00000000">
      <w:pPr>
        <w:pStyle w:val="ListBullet"/>
        <w:spacing w:after="40"/>
      </w:pPr>
      <w:r>
        <w:t>Explain Claralinga en three simple sentences.</w:t>
      </w:r>
    </w:p>
    <w:p w14:paraId="1952D514" w14:textId="77777777" w:rsidR="000907E6" w:rsidRDefault="00000000">
      <w:pPr>
        <w:pStyle w:val="Heading3"/>
      </w:pPr>
      <w:r>
        <w:t>Write It</w:t>
      </w:r>
    </w:p>
    <w:p w14:paraId="19C5158B" w14:textId="77777777" w:rsidR="000907E6" w:rsidRDefault="00000000">
      <w:pPr>
        <w:spacing w:after="40"/>
      </w:pPr>
      <w:r>
        <w:t>Write a short statement about why clarity matters.</w:t>
      </w:r>
    </w:p>
    <w:p w14:paraId="38D82E98" w14:textId="77777777" w:rsidR="000907E6" w:rsidRDefault="00000000">
      <w:pPr>
        <w:spacing w:after="40"/>
      </w:pPr>
      <w:r>
        <w:t>____________________________________________________________________________</w:t>
      </w:r>
    </w:p>
    <w:p w14:paraId="5880406E" w14:textId="77777777" w:rsidR="000907E6" w:rsidRDefault="00000000">
      <w:pPr>
        <w:spacing w:after="40"/>
      </w:pPr>
      <w:r>
        <w:t>____________________________________________________________________________</w:t>
      </w:r>
    </w:p>
    <w:p w14:paraId="4B34932D" w14:textId="77777777" w:rsidR="000907E6" w:rsidRDefault="00000000">
      <w:pPr>
        <w:spacing w:after="40"/>
      </w:pPr>
      <w:r>
        <w:t>____________________________________________________________________________</w:t>
      </w:r>
    </w:p>
    <w:p w14:paraId="3AFF0FAC" w14:textId="77777777" w:rsidR="000907E6" w:rsidRDefault="00000000">
      <w:r/>
    </w:p>
    <w:p w14:paraId="660909A8" w14:textId="77777777" w:rsidR="000907E6" w:rsidRDefault="00000000">
      <w:pPr>
        <w:pStyle w:val="Heading2"/>
      </w:pPr>
      <w:r>
        <w:t>Level 4: The Helpful Friend</w:t>
      </w:r>
    </w:p>
    <w:tbl>
      <w:tblPr>
        <w:tblW w:w="0" w:type="auto"/>
        <w:jc w:val="center"/>
        <w:tblLook w:val="04A0" w:firstRow="1" w:lastRow="0" w:firstColumn="1" w:lastColumn="0" w:noHBand="0" w:noVBand="1"/>
      </w:tblPr>
      <w:tblGrid>
        <w:gridCol w:w="5170"/>
        <w:gridCol w:w="5170"/>
      </w:tblGrid>
      <w:tr w:rsidR="000907E6" w14:paraId="13680A11"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03C45983" w14:textId="77777777" w:rsidR="000907E6" w:rsidRDefault="00000000">
            <w:pPr>
              <w:spacing w:after="40"/>
            </w:pPr>
            <w:r>
              <w:rPr>
                <w:b/>
                <w:color w:val="0B2E4A"/>
              </w:rPr>
              <w:t>Reading goal</w:t>
            </w:r>
          </w:p>
          <w:p w14:paraId="1EAAA426" w14:textId="77777777" w:rsidR="000907E6" w:rsidRDefault="00000000">
            <w:pPr>
              <w:spacing w:after="0"/>
            </w:pPr>
            <w:r>
              <w:rPr>
                <w:sz w:val="18"/>
              </w:rPr>
              <w:t>Practice story sequence.</w:t>
            </w:r>
          </w:p>
        </w:tc>
      </w:tr>
      <w:tr w:rsidR="000907E6" w14:paraId="2B13876D"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1956F3DD" w14:textId="77777777" w:rsidR="000907E6" w:rsidRDefault="00000000">
            <w:pPr>
              <w:spacing w:after="40"/>
            </w:pPr>
            <w:r>
              <w:rPr>
                <w:b/>
                <w:color w:val="0B2E4A"/>
              </w:rPr>
              <w:t>Pronunciation focus</w:t>
            </w:r>
          </w:p>
          <w:p w14:paraId="37D615EA" w14:textId="77777777" w:rsidR="000907E6" w:rsidRDefault="00000000">
            <w:pPr>
              <w:spacing w:after="0"/>
            </w:pPr>
            <w:r>
              <w:rPr>
                <w:sz w:val="18"/>
              </w:rPr>
              <w:t>il = he/him; ela = she/her; lo = it.</w:t>
            </w:r>
          </w:p>
        </w:tc>
      </w:tr>
      <w:tr w:rsidR="000907E6" w14:paraId="201502E1"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73F3D23"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01927B4" w14:textId="77777777" w:rsidR="000907E6" w:rsidRDefault="00000000">
            <w:pPr>
              <w:spacing w:after="0"/>
            </w:pPr>
            <w:r>
              <w:rPr>
                <w:b/>
                <w:color w:val="FFFFFF"/>
                <w:sz w:val="17"/>
              </w:rPr>
              <w:t>Meaning</w:t>
            </w:r>
          </w:p>
        </w:tc>
      </w:tr>
      <w:tr w:rsidR="000907E6" w14:paraId="7850B75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11C2716" w14:textId="77777777" w:rsidR="000907E6" w:rsidRDefault="00000000">
            <w:pPr>
              <w:spacing w:after="0"/>
            </w:pPr>
            <w:r>
              <w:rPr>
                <w:sz w:val="17"/>
              </w:rPr>
              <w:t>amik</w:t>
            </w:r>
          </w:p>
        </w:tc>
        <w:tc>
          <w:tcPr>
            <w:tcW w:w="5170" w:type="dxa"/>
            <w:tcBorders>
              <w:top w:val="single" w:sz="4" w:space="0" w:color="D8E6EC"/>
              <w:left w:val="single" w:sz="4" w:space="0" w:color="D8E6EC"/>
              <w:bottom w:val="single" w:sz="4" w:space="0" w:color="D8E6EC"/>
              <w:right w:val="single" w:sz="4" w:space="0" w:color="D8E6EC"/>
            </w:tcBorders>
          </w:tcPr>
          <w:p w14:paraId="10145D6C" w14:textId="77777777" w:rsidR="000907E6" w:rsidRDefault="00000000">
            <w:pPr>
              <w:spacing w:after="0"/>
            </w:pPr>
            <w:r>
              <w:rPr>
                <w:sz w:val="17"/>
              </w:rPr>
              <w:t>friend</w:t>
            </w:r>
          </w:p>
        </w:tc>
      </w:tr>
      <w:tr w:rsidR="000907E6" w14:paraId="44203574"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B95C2BE" w14:textId="77777777" w:rsidR="000907E6" w:rsidRDefault="00000000">
            <w:pPr>
              <w:spacing w:after="0"/>
            </w:pPr>
            <w:r>
              <w:rPr>
                <w:sz w:val="17"/>
              </w:rPr>
              <w:t>porta</w:t>
            </w:r>
          </w:p>
        </w:tc>
        <w:tc>
          <w:tcPr>
            <w:tcW w:w="5170" w:type="dxa"/>
            <w:tcBorders>
              <w:top w:val="single" w:sz="4" w:space="0" w:color="D8E6EC"/>
              <w:left w:val="single" w:sz="4" w:space="0" w:color="D8E6EC"/>
              <w:bottom w:val="single" w:sz="4" w:space="0" w:color="D8E6EC"/>
              <w:right w:val="single" w:sz="4" w:space="0" w:color="D8E6EC"/>
            </w:tcBorders>
          </w:tcPr>
          <w:p w14:paraId="4B5CD9E6" w14:textId="77777777" w:rsidR="000907E6" w:rsidRDefault="00000000">
            <w:pPr>
              <w:spacing w:after="0"/>
            </w:pPr>
            <w:r>
              <w:rPr>
                <w:sz w:val="17"/>
              </w:rPr>
              <w:t>carry / door</w:t>
            </w:r>
          </w:p>
        </w:tc>
      </w:tr>
      <w:tr w:rsidR="000907E6" w14:paraId="40F6DC54"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2AF885F" w14:textId="77777777" w:rsidR="000907E6" w:rsidRDefault="00000000">
            <w:pPr>
              <w:spacing w:after="0"/>
            </w:pPr>
            <w:r>
              <w:rPr>
                <w:sz w:val="17"/>
              </w:rPr>
              <w:t>ferma</w:t>
            </w:r>
          </w:p>
        </w:tc>
        <w:tc>
          <w:tcPr>
            <w:tcW w:w="5170" w:type="dxa"/>
            <w:tcBorders>
              <w:top w:val="single" w:sz="4" w:space="0" w:color="D8E6EC"/>
              <w:left w:val="single" w:sz="4" w:space="0" w:color="D8E6EC"/>
              <w:bottom w:val="single" w:sz="4" w:space="0" w:color="D8E6EC"/>
              <w:right w:val="single" w:sz="4" w:space="0" w:color="D8E6EC"/>
            </w:tcBorders>
          </w:tcPr>
          <w:p w14:paraId="430F6733" w14:textId="77777777" w:rsidR="000907E6" w:rsidRDefault="00000000">
            <w:pPr>
              <w:spacing w:after="0"/>
            </w:pPr>
            <w:r>
              <w:rPr>
                <w:sz w:val="17"/>
              </w:rPr>
              <w:t>close</w:t>
            </w:r>
          </w:p>
        </w:tc>
      </w:tr>
      <w:tr w:rsidR="000907E6" w14:paraId="03ECB72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96F6352" w14:textId="77777777" w:rsidR="000907E6" w:rsidRDefault="00000000">
            <w:pPr>
              <w:spacing w:after="0"/>
            </w:pPr>
            <w:r>
              <w:rPr>
                <w:sz w:val="17"/>
              </w:rPr>
              <w:t>abri</w:t>
            </w:r>
          </w:p>
        </w:tc>
        <w:tc>
          <w:tcPr>
            <w:tcW w:w="5170" w:type="dxa"/>
            <w:tcBorders>
              <w:top w:val="single" w:sz="4" w:space="0" w:color="D8E6EC"/>
              <w:left w:val="single" w:sz="4" w:space="0" w:color="D8E6EC"/>
              <w:bottom w:val="single" w:sz="4" w:space="0" w:color="D8E6EC"/>
              <w:right w:val="single" w:sz="4" w:space="0" w:color="D8E6EC"/>
            </w:tcBorders>
          </w:tcPr>
          <w:p w14:paraId="214234B5" w14:textId="77777777" w:rsidR="000907E6" w:rsidRDefault="00000000">
            <w:pPr>
              <w:spacing w:after="0"/>
            </w:pPr>
            <w:r>
              <w:rPr>
                <w:sz w:val="17"/>
              </w:rPr>
              <w:t>open</w:t>
            </w:r>
          </w:p>
        </w:tc>
      </w:tr>
      <w:tr w:rsidR="000907E6" w14:paraId="1F47978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B3B443D" w14:textId="77777777" w:rsidR="000907E6" w:rsidRDefault="00000000">
            <w:pPr>
              <w:spacing w:after="0"/>
            </w:pPr>
            <w:r>
              <w:rPr>
                <w:sz w:val="17"/>
              </w:rPr>
              <w:t>responde</w:t>
            </w:r>
          </w:p>
        </w:tc>
        <w:tc>
          <w:tcPr>
            <w:tcW w:w="5170" w:type="dxa"/>
            <w:tcBorders>
              <w:top w:val="single" w:sz="4" w:space="0" w:color="D8E6EC"/>
              <w:left w:val="single" w:sz="4" w:space="0" w:color="D8E6EC"/>
              <w:bottom w:val="single" w:sz="4" w:space="0" w:color="D8E6EC"/>
              <w:right w:val="single" w:sz="4" w:space="0" w:color="D8E6EC"/>
            </w:tcBorders>
          </w:tcPr>
          <w:p w14:paraId="1BB58F4F" w14:textId="77777777" w:rsidR="000907E6" w:rsidRDefault="00000000">
            <w:pPr>
              <w:spacing w:after="0"/>
            </w:pPr>
            <w:r>
              <w:rPr>
                <w:sz w:val="17"/>
              </w:rPr>
              <w:t>answer</w:t>
            </w:r>
          </w:p>
        </w:tc>
      </w:tr>
    </w:tbl>
    <w:p w14:paraId="188DCB80"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7E56BD52"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12C4A7B9" w14:textId="77777777" w:rsidR="000907E6" w:rsidRPr="00CE26E7" w:rsidRDefault="00000000">
            <w:pPr>
              <w:spacing w:after="40"/>
              <w:rPr>
                <w:lang w:val="es-ES"/>
              </w:rPr>
            </w:pPr>
            <w:r w:rsidRPr="00CE26E7">
              <w:rPr>
                <w:b/>
                <w:color w:val="0B2E4A"/>
                <w:sz w:val="24"/>
                <w:lang w:val="es-ES"/>
              </w:rPr>
              <w:t>Mi amik Leo es prudent et bon. Hodia mi habe multe labor. Leo vide la problema. Il abri la porta, porta la alimenta, et ajuda mi prepara la sala. Kan Ana arriva, ela dise: “La sala es bella.” Leo responde: “Nos pa far lo kon alegria.”</w:t>
            </w:r>
          </w:p>
          <w:p w14:paraId="1D631CDB" w14:textId="77777777" w:rsidR="000907E6" w:rsidRDefault="00000000">
            <w:pPr>
              <w:spacing w:after="0"/>
            </w:pPr>
            <w:r>
              <w:rPr>
                <w:i/>
                <w:color w:val="5A5A5A"/>
                <w:sz w:val="18"/>
              </w:rPr>
              <w:t>My friend Leo is practical and good. Today I have much work. Leo sees the problem. He opens the door, carries the food, and helps me prepare the room. When Ana arrives, she says: “The room is beautiful.” Leo answers: “We did it with joy.”</w:t>
            </w:r>
          </w:p>
        </w:tc>
      </w:tr>
    </w:tbl>
    <w:p w14:paraId="60A9E2BB" w14:textId="77777777" w:rsidR="000907E6" w:rsidRDefault="00000000">
      <w:pPr>
        <w:pStyle w:val="Heading3"/>
      </w:pPr>
      <w:r>
        <w:t>Check Understanding</w:t>
      </w:r>
    </w:p>
    <w:p w14:paraId="706C0828" w14:textId="77777777" w:rsidR="000907E6" w:rsidRDefault="00000000">
      <w:pPr>
        <w:spacing w:after="40"/>
      </w:pPr>
      <w:r>
        <w:t>Ke problema mi habe?</w:t>
      </w:r>
    </w:p>
    <w:p w14:paraId="7B81D9C5" w14:textId="77777777" w:rsidR="000907E6" w:rsidRDefault="00000000">
      <w:pPr>
        <w:spacing w:after="40"/>
      </w:pPr>
      <w:r>
        <w:t>____________________________________________________________________________</w:t>
      </w:r>
    </w:p>
    <w:p w14:paraId="3F8C427E" w14:textId="77777777" w:rsidR="000907E6" w:rsidRDefault="00000000">
      <w:pPr>
        <w:spacing w:after="40"/>
      </w:pPr>
      <w:r>
        <w:t>Ke far Leo?</w:t>
      </w:r>
    </w:p>
    <w:p w14:paraId="02DFB338" w14:textId="77777777" w:rsidR="000907E6" w:rsidRDefault="00000000">
      <w:pPr>
        <w:spacing w:after="40"/>
      </w:pPr>
      <w:r>
        <w:t>____________________________________________________________________________</w:t>
      </w:r>
    </w:p>
    <w:p w14:paraId="5AEB1DD8" w14:textId="77777777" w:rsidR="000907E6" w:rsidRDefault="00000000">
      <w:pPr>
        <w:spacing w:after="40"/>
      </w:pPr>
      <w:r>
        <w:t>Ke dise Ana?</w:t>
      </w:r>
    </w:p>
    <w:p w14:paraId="08E4D1A6" w14:textId="77777777" w:rsidR="000907E6" w:rsidRDefault="00000000">
      <w:pPr>
        <w:spacing w:after="40"/>
      </w:pPr>
      <w:r>
        <w:t>____________________________________________________________________________</w:t>
      </w:r>
    </w:p>
    <w:p w14:paraId="4D4B802E" w14:textId="77777777" w:rsidR="000907E6" w:rsidRDefault="00000000">
      <w:pPr>
        <w:pStyle w:val="Heading3"/>
      </w:pPr>
      <w:r>
        <w:t>Speak It</w:t>
      </w:r>
    </w:p>
    <w:p w14:paraId="64814B5C" w14:textId="77777777" w:rsidR="000907E6" w:rsidRDefault="00000000">
      <w:pPr>
        <w:pStyle w:val="ListBullet"/>
        <w:spacing w:after="40"/>
      </w:pPr>
      <w:r>
        <w:t>Act out the story with three people.</w:t>
      </w:r>
    </w:p>
    <w:p w14:paraId="4F3502C7" w14:textId="77777777" w:rsidR="000907E6" w:rsidRDefault="00000000">
      <w:pPr>
        <w:pStyle w:val="Heading3"/>
      </w:pPr>
      <w:r>
        <w:t>Write It</w:t>
      </w:r>
    </w:p>
    <w:p w14:paraId="3FB87DE2" w14:textId="77777777" w:rsidR="000907E6" w:rsidRDefault="00000000">
      <w:pPr>
        <w:spacing w:after="40"/>
      </w:pPr>
      <w:r>
        <w:t>Write a story about a helpful person.</w:t>
      </w:r>
    </w:p>
    <w:p w14:paraId="23C22F07" w14:textId="77777777" w:rsidR="000907E6" w:rsidRDefault="00000000">
      <w:pPr>
        <w:spacing w:after="40"/>
      </w:pPr>
      <w:r>
        <w:t>____________________________________________________________________________</w:t>
      </w:r>
    </w:p>
    <w:p w14:paraId="6B92F6E8" w14:textId="77777777" w:rsidR="000907E6" w:rsidRDefault="00000000">
      <w:pPr>
        <w:spacing w:after="40"/>
      </w:pPr>
      <w:r>
        <w:t>____________________________________________________________________________</w:t>
      </w:r>
    </w:p>
    <w:p w14:paraId="00171A8C" w14:textId="77777777" w:rsidR="000907E6" w:rsidRDefault="00000000">
      <w:pPr>
        <w:spacing w:after="40"/>
      </w:pPr>
      <w:r>
        <w:t>____________________________________________________________________________</w:t>
      </w:r>
    </w:p>
    <w:p w14:paraId="11620E81" w14:textId="77777777" w:rsidR="000907E6" w:rsidRDefault="00000000">
      <w:r/>
    </w:p>
    <w:p w14:paraId="79D333B1" w14:textId="77777777" w:rsidR="000907E6" w:rsidRDefault="00000000">
      <w:pPr>
        <w:pStyle w:val="Heading2"/>
      </w:pPr>
      <w:r>
        <w:t>Level 4: Work And School</w:t>
      </w:r>
    </w:p>
    <w:tbl>
      <w:tblPr>
        <w:tblW w:w="0" w:type="auto"/>
        <w:jc w:val="center"/>
        <w:tblLook w:val="04A0" w:firstRow="1" w:lastRow="0" w:firstColumn="1" w:lastColumn="0" w:noHBand="0" w:noVBand="1"/>
      </w:tblPr>
      <w:tblGrid>
        <w:gridCol w:w="5170"/>
        <w:gridCol w:w="5170"/>
      </w:tblGrid>
      <w:tr w:rsidR="000907E6" w14:paraId="6A50FF6F"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36730A13" w14:textId="77777777" w:rsidR="000907E6" w:rsidRDefault="00000000">
            <w:pPr>
              <w:spacing w:after="40"/>
            </w:pPr>
            <w:r>
              <w:rPr>
                <w:b/>
                <w:color w:val="0B2E4A"/>
              </w:rPr>
              <w:t>Reading goal</w:t>
            </w:r>
          </w:p>
          <w:p w14:paraId="76565D94" w14:textId="77777777" w:rsidR="000907E6" w:rsidRDefault="00000000">
            <w:pPr>
              <w:spacing w:after="0"/>
            </w:pPr>
            <w:r>
              <w:rPr>
                <w:sz w:val="18"/>
              </w:rPr>
              <w:t>Practice everyday institutions.</w:t>
            </w:r>
          </w:p>
        </w:tc>
      </w:tr>
      <w:tr w:rsidR="000907E6" w14:paraId="4DCB355B"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40642B27" w14:textId="77777777" w:rsidR="000907E6" w:rsidRDefault="00000000">
            <w:pPr>
              <w:spacing w:after="40"/>
            </w:pPr>
            <w:r>
              <w:rPr>
                <w:b/>
                <w:color w:val="0B2E4A"/>
              </w:rPr>
              <w:t>Pronunciation focus</w:t>
            </w:r>
          </w:p>
          <w:p w14:paraId="5DD84B3C" w14:textId="77777777" w:rsidR="000907E6" w:rsidRDefault="00000000">
            <w:pPr>
              <w:spacing w:after="0"/>
            </w:pPr>
            <w:r>
              <w:rPr>
                <w:sz w:val="18"/>
              </w:rPr>
              <w:t>jurnal has English y sound: yurnal.</w:t>
            </w:r>
          </w:p>
        </w:tc>
      </w:tr>
      <w:tr w:rsidR="000907E6" w14:paraId="196577EC"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7CAC7DE"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9624108" w14:textId="77777777" w:rsidR="000907E6" w:rsidRDefault="00000000">
            <w:pPr>
              <w:spacing w:after="0"/>
            </w:pPr>
            <w:r>
              <w:rPr>
                <w:b/>
                <w:color w:val="FFFFFF"/>
                <w:sz w:val="17"/>
              </w:rPr>
              <w:t>Meaning</w:t>
            </w:r>
          </w:p>
        </w:tc>
      </w:tr>
      <w:tr w:rsidR="000907E6" w14:paraId="0CF76D7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4B64C0F" w14:textId="77777777" w:rsidR="000907E6" w:rsidRDefault="00000000">
            <w:pPr>
              <w:spacing w:after="0"/>
            </w:pPr>
            <w:r>
              <w:rPr>
                <w:sz w:val="17"/>
              </w:rPr>
              <w:t>klase</w:t>
            </w:r>
          </w:p>
        </w:tc>
        <w:tc>
          <w:tcPr>
            <w:tcW w:w="5170" w:type="dxa"/>
            <w:tcBorders>
              <w:top w:val="single" w:sz="4" w:space="0" w:color="D8E6EC"/>
              <w:left w:val="single" w:sz="4" w:space="0" w:color="D8E6EC"/>
              <w:bottom w:val="single" w:sz="4" w:space="0" w:color="D8E6EC"/>
              <w:right w:val="single" w:sz="4" w:space="0" w:color="D8E6EC"/>
            </w:tcBorders>
          </w:tcPr>
          <w:p w14:paraId="4090C58C" w14:textId="77777777" w:rsidR="000907E6" w:rsidRDefault="00000000">
            <w:pPr>
              <w:spacing w:after="0"/>
            </w:pPr>
            <w:r>
              <w:rPr>
                <w:sz w:val="17"/>
              </w:rPr>
              <w:t>class</w:t>
            </w:r>
          </w:p>
        </w:tc>
      </w:tr>
      <w:tr w:rsidR="000907E6" w14:paraId="6BFFA52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B304841" w14:textId="77777777" w:rsidR="000907E6" w:rsidRDefault="00000000">
            <w:pPr>
              <w:spacing w:after="0"/>
            </w:pPr>
            <w:r>
              <w:rPr>
                <w:sz w:val="17"/>
              </w:rPr>
              <w:t>eduka</w:t>
            </w:r>
          </w:p>
        </w:tc>
        <w:tc>
          <w:tcPr>
            <w:tcW w:w="5170" w:type="dxa"/>
            <w:tcBorders>
              <w:top w:val="single" w:sz="4" w:space="0" w:color="D8E6EC"/>
              <w:left w:val="single" w:sz="4" w:space="0" w:color="D8E6EC"/>
              <w:bottom w:val="single" w:sz="4" w:space="0" w:color="D8E6EC"/>
              <w:right w:val="single" w:sz="4" w:space="0" w:color="D8E6EC"/>
            </w:tcBorders>
          </w:tcPr>
          <w:p w14:paraId="5650920B" w14:textId="77777777" w:rsidR="000907E6" w:rsidRDefault="00000000">
            <w:pPr>
              <w:spacing w:after="0"/>
            </w:pPr>
            <w:r>
              <w:rPr>
                <w:sz w:val="17"/>
              </w:rPr>
              <w:t>educate</w:t>
            </w:r>
          </w:p>
        </w:tc>
      </w:tr>
      <w:tr w:rsidR="000907E6" w14:paraId="6D0D56A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970D936" w14:textId="77777777" w:rsidR="000907E6" w:rsidRDefault="00000000">
            <w:pPr>
              <w:spacing w:after="0"/>
            </w:pPr>
            <w:r>
              <w:rPr>
                <w:sz w:val="17"/>
              </w:rPr>
              <w:t>skribe</w:t>
            </w:r>
          </w:p>
        </w:tc>
        <w:tc>
          <w:tcPr>
            <w:tcW w:w="5170" w:type="dxa"/>
            <w:tcBorders>
              <w:top w:val="single" w:sz="4" w:space="0" w:color="D8E6EC"/>
              <w:left w:val="single" w:sz="4" w:space="0" w:color="D8E6EC"/>
              <w:bottom w:val="single" w:sz="4" w:space="0" w:color="D8E6EC"/>
              <w:right w:val="single" w:sz="4" w:space="0" w:color="D8E6EC"/>
            </w:tcBorders>
          </w:tcPr>
          <w:p w14:paraId="0949BE11" w14:textId="77777777" w:rsidR="000907E6" w:rsidRDefault="00000000">
            <w:pPr>
              <w:spacing w:after="0"/>
            </w:pPr>
            <w:r>
              <w:rPr>
                <w:sz w:val="17"/>
              </w:rPr>
              <w:t>write</w:t>
            </w:r>
          </w:p>
        </w:tc>
      </w:tr>
      <w:tr w:rsidR="000907E6" w14:paraId="7F2D0DC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3C26BFC" w14:textId="77777777" w:rsidR="000907E6" w:rsidRDefault="00000000">
            <w:pPr>
              <w:spacing w:after="0"/>
            </w:pPr>
            <w:r>
              <w:rPr>
                <w:sz w:val="17"/>
              </w:rPr>
              <w:t>projet</w:t>
            </w:r>
          </w:p>
        </w:tc>
        <w:tc>
          <w:tcPr>
            <w:tcW w:w="5170" w:type="dxa"/>
            <w:tcBorders>
              <w:top w:val="single" w:sz="4" w:space="0" w:color="D8E6EC"/>
              <w:left w:val="single" w:sz="4" w:space="0" w:color="D8E6EC"/>
              <w:bottom w:val="single" w:sz="4" w:space="0" w:color="D8E6EC"/>
              <w:right w:val="single" w:sz="4" w:space="0" w:color="D8E6EC"/>
            </w:tcBorders>
          </w:tcPr>
          <w:p w14:paraId="44B56D40" w14:textId="77777777" w:rsidR="000907E6" w:rsidRDefault="00000000">
            <w:pPr>
              <w:spacing w:after="0"/>
            </w:pPr>
            <w:r>
              <w:rPr>
                <w:sz w:val="17"/>
              </w:rPr>
              <w:t>project</w:t>
            </w:r>
          </w:p>
        </w:tc>
      </w:tr>
      <w:tr w:rsidR="000907E6" w14:paraId="08839FE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E75BFB0" w14:textId="77777777" w:rsidR="000907E6" w:rsidRDefault="00000000">
            <w:pPr>
              <w:spacing w:after="0"/>
            </w:pPr>
            <w:r>
              <w:rPr>
                <w:sz w:val="17"/>
              </w:rPr>
              <w:t>jurnal</w:t>
            </w:r>
          </w:p>
        </w:tc>
        <w:tc>
          <w:tcPr>
            <w:tcW w:w="5170" w:type="dxa"/>
            <w:tcBorders>
              <w:top w:val="single" w:sz="4" w:space="0" w:color="D8E6EC"/>
              <w:left w:val="single" w:sz="4" w:space="0" w:color="D8E6EC"/>
              <w:bottom w:val="single" w:sz="4" w:space="0" w:color="D8E6EC"/>
              <w:right w:val="single" w:sz="4" w:space="0" w:color="D8E6EC"/>
            </w:tcBorders>
          </w:tcPr>
          <w:p w14:paraId="0647B8A7" w14:textId="77777777" w:rsidR="000907E6" w:rsidRDefault="00000000">
            <w:pPr>
              <w:spacing w:after="0"/>
            </w:pPr>
            <w:r>
              <w:rPr>
                <w:sz w:val="17"/>
              </w:rPr>
              <w:t>journal</w:t>
            </w:r>
          </w:p>
        </w:tc>
      </w:tr>
    </w:tbl>
    <w:p w14:paraId="3C9B4F51"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16464DCE"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2D3EB8CF" w14:textId="77777777" w:rsidR="000907E6" w:rsidRPr="00CE26E7" w:rsidRDefault="00000000">
            <w:pPr>
              <w:spacing w:after="40"/>
              <w:rPr>
                <w:lang w:val="es-ES"/>
              </w:rPr>
            </w:pPr>
            <w:r>
              <w:rPr>
                <w:b/>
                <w:color w:val="0B2E4A"/>
                <w:sz w:val="24"/>
              </w:rPr>
              <w:t xml:space="preserve">En la klase, nos aprende kon exemplos. La mentor skribe un frase sur la charta. Nos lege la frase, repete la sons, et krea nova frases. </w:t>
            </w:r>
            <w:r w:rsidRPr="00CE26E7">
              <w:rPr>
                <w:b/>
                <w:color w:val="0B2E4A"/>
                <w:sz w:val="24"/>
                <w:lang w:val="es-ES"/>
              </w:rPr>
              <w:t>Un student pregunta: “Kur nos practica tante?” La mentor responde: “Parola vive kan persones usa lo.”</w:t>
            </w:r>
          </w:p>
          <w:p w14:paraId="5A44A3A1" w14:textId="77777777" w:rsidR="000907E6" w:rsidRDefault="00000000">
            <w:pPr>
              <w:spacing w:after="0"/>
            </w:pPr>
            <w:r>
              <w:rPr>
                <w:i/>
                <w:color w:val="5A5A5A"/>
                <w:sz w:val="18"/>
              </w:rPr>
              <w:t>In the class, we learn with examples. The mentor writes a phrase on the chart. We read the phrase, repeat the sounds, and create new phrases. A student asks: “Why do we practice so much?” The mentor answers: “A word lives when people use it.”</w:t>
            </w:r>
          </w:p>
        </w:tc>
      </w:tr>
    </w:tbl>
    <w:p w14:paraId="2223840C" w14:textId="77777777" w:rsidR="000907E6" w:rsidRDefault="00000000">
      <w:pPr>
        <w:pStyle w:val="Heading3"/>
      </w:pPr>
      <w:r>
        <w:t>Check Understanding</w:t>
      </w:r>
    </w:p>
    <w:p w14:paraId="478D7A47" w14:textId="77777777" w:rsidR="000907E6" w:rsidRDefault="00000000">
      <w:pPr>
        <w:spacing w:after="40"/>
      </w:pPr>
      <w:r>
        <w:t>Ke far la mentor?</w:t>
      </w:r>
    </w:p>
    <w:p w14:paraId="1998DF4B" w14:textId="77777777" w:rsidR="000907E6" w:rsidRPr="00CE26E7" w:rsidRDefault="00000000">
      <w:pPr>
        <w:spacing w:after="40"/>
        <w:rPr>
          <w:lang w:val="es-ES"/>
        </w:rPr>
      </w:pPr>
      <w:r w:rsidRPr="00CE26E7">
        <w:rPr>
          <w:lang w:val="es-ES"/>
        </w:rPr>
        <w:t>____________________________________________________________________________</w:t>
      </w:r>
    </w:p>
    <w:p w14:paraId="18BB107F" w14:textId="77777777" w:rsidR="000907E6" w:rsidRPr="00CE26E7" w:rsidRDefault="00000000">
      <w:pPr>
        <w:spacing w:after="40"/>
        <w:rPr>
          <w:lang w:val="es-ES"/>
        </w:rPr>
      </w:pPr>
      <w:r w:rsidRPr="00CE26E7">
        <w:rPr>
          <w:lang w:val="es-ES"/>
        </w:rPr>
        <w:t>Ke pregunta un student?</w:t>
      </w:r>
    </w:p>
    <w:p w14:paraId="5B74A037" w14:textId="77777777" w:rsidR="000907E6" w:rsidRPr="00CE26E7" w:rsidRDefault="00000000">
      <w:pPr>
        <w:spacing w:after="40"/>
        <w:rPr>
          <w:lang w:val="es-ES"/>
        </w:rPr>
      </w:pPr>
      <w:r w:rsidRPr="00CE26E7">
        <w:rPr>
          <w:lang w:val="es-ES"/>
        </w:rPr>
        <w:t>____________________________________________________________________________</w:t>
      </w:r>
    </w:p>
    <w:p w14:paraId="24335425" w14:textId="77777777" w:rsidR="000907E6" w:rsidRPr="00CE26E7" w:rsidRDefault="00000000">
      <w:pPr>
        <w:spacing w:after="40"/>
        <w:rPr>
          <w:lang w:val="es-ES"/>
        </w:rPr>
      </w:pPr>
      <w:r w:rsidRPr="00CE26E7">
        <w:rPr>
          <w:lang w:val="es-ES"/>
        </w:rPr>
        <w:t>Kan parola vive?</w:t>
      </w:r>
    </w:p>
    <w:p w14:paraId="602FD413" w14:textId="77777777" w:rsidR="000907E6" w:rsidRDefault="00000000">
      <w:pPr>
        <w:spacing w:after="40"/>
      </w:pPr>
      <w:r>
        <w:t>____________________________________________________________________________</w:t>
      </w:r>
    </w:p>
    <w:p w14:paraId="25E7C56E" w14:textId="77777777" w:rsidR="000907E6" w:rsidRDefault="00000000">
      <w:pPr>
        <w:pStyle w:val="Heading3"/>
      </w:pPr>
      <w:r>
        <w:t>Speak It</w:t>
      </w:r>
    </w:p>
    <w:p w14:paraId="478DCF59" w14:textId="77777777" w:rsidR="000907E6" w:rsidRDefault="00000000">
      <w:pPr>
        <w:pStyle w:val="ListBullet"/>
        <w:spacing w:after="40"/>
      </w:pPr>
      <w:r>
        <w:t>Read the dialogue with expression but clear pronunciation.</w:t>
      </w:r>
    </w:p>
    <w:p w14:paraId="265860A0" w14:textId="77777777" w:rsidR="000907E6" w:rsidRDefault="00000000">
      <w:pPr>
        <w:pStyle w:val="Heading3"/>
      </w:pPr>
      <w:r>
        <w:t>Write It</w:t>
      </w:r>
    </w:p>
    <w:p w14:paraId="277FA50E" w14:textId="77777777" w:rsidR="000907E6" w:rsidRDefault="00000000">
      <w:pPr>
        <w:spacing w:after="40"/>
      </w:pPr>
      <w:r>
        <w:t>Write a classroom dialogue with one question and one answer.</w:t>
      </w:r>
    </w:p>
    <w:p w14:paraId="66EBD623" w14:textId="77777777" w:rsidR="000907E6" w:rsidRDefault="00000000">
      <w:pPr>
        <w:spacing w:after="40"/>
      </w:pPr>
      <w:r>
        <w:t>____________________________________________________________________________</w:t>
      </w:r>
    </w:p>
    <w:p w14:paraId="0082E492" w14:textId="77777777" w:rsidR="000907E6" w:rsidRDefault="00000000">
      <w:pPr>
        <w:spacing w:after="40"/>
      </w:pPr>
      <w:r>
        <w:t>____________________________________________________________________________</w:t>
      </w:r>
    </w:p>
    <w:p w14:paraId="38875F13" w14:textId="77777777" w:rsidR="000907E6" w:rsidRDefault="00000000">
      <w:pPr>
        <w:spacing w:after="40"/>
      </w:pPr>
      <w:r>
        <w:t>____________________________________________________________________________</w:t>
      </w:r>
    </w:p>
    <w:p w14:paraId="3C5731EC" w14:textId="77777777" w:rsidR="000907E6" w:rsidRDefault="00000000">
      <w:r/>
    </w:p>
    <w:p w14:paraId="7822FDC0" w14:textId="77777777" w:rsidR="000907E6" w:rsidRDefault="00000000">
      <w:pPr>
        <w:pStyle w:val="Heading1"/>
      </w:pPr>
      <w:r>
        <w:t>Level 5: Natural Short Readings</w:t>
      </w:r>
    </w:p>
    <w:p w14:paraId="716DB8D7" w14:textId="77777777" w:rsidR="000907E6" w:rsidRDefault="00000000">
      <w:pPr>
        <w:spacing w:after="100"/>
      </w:pPr>
      <w:r>
        <w:t>Read these selections aloud. The goal is not speed. The goal is clear pronunciation, solid grammar, and understanding you can actually use.</w:t>
      </w:r>
    </w:p>
    <w:p w14:paraId="19590752" w14:textId="77777777" w:rsidR="000907E6" w:rsidRDefault="00000000">
      <w:r/>
    </w:p>
    <w:p w14:paraId="077A87F8" w14:textId="77777777" w:rsidR="000907E6" w:rsidRDefault="00000000">
      <w:pPr>
        <w:pStyle w:val="Heading2"/>
      </w:pPr>
      <w:r>
        <w:t>Level 5: A Letter To A New Learner</w:t>
      </w:r>
    </w:p>
    <w:tbl>
      <w:tblPr>
        <w:tblW w:w="0" w:type="auto"/>
        <w:jc w:val="center"/>
        <w:tblLook w:val="04A0" w:firstRow="1" w:lastRow="0" w:firstColumn="1" w:lastColumn="0" w:noHBand="0" w:noVBand="1"/>
      </w:tblPr>
      <w:tblGrid>
        <w:gridCol w:w="5170"/>
        <w:gridCol w:w="5170"/>
      </w:tblGrid>
      <w:tr w:rsidR="000907E6" w14:paraId="28E1C41F"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02BEEAE5" w14:textId="77777777" w:rsidR="000907E6" w:rsidRDefault="00000000">
            <w:pPr>
              <w:spacing w:after="40"/>
            </w:pPr>
            <w:r>
              <w:rPr>
                <w:b/>
                <w:color w:val="0B2E4A"/>
              </w:rPr>
              <w:t>Reading goal</w:t>
            </w:r>
          </w:p>
          <w:p w14:paraId="714616B3" w14:textId="77777777" w:rsidR="000907E6" w:rsidRDefault="00000000">
            <w:pPr>
              <w:spacing w:after="0"/>
            </w:pPr>
            <w:r>
              <w:rPr>
                <w:sz w:val="18"/>
              </w:rPr>
              <w:t>Read a friendly extended message.</w:t>
            </w:r>
          </w:p>
        </w:tc>
      </w:tr>
      <w:tr w:rsidR="000907E6" w14:paraId="3139FCBE"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782DA3D0" w14:textId="77777777" w:rsidR="000907E6" w:rsidRDefault="00000000">
            <w:pPr>
              <w:spacing w:after="40"/>
            </w:pPr>
            <w:r>
              <w:rPr>
                <w:b/>
                <w:color w:val="0B2E4A"/>
              </w:rPr>
              <w:t>Pronunciation focus</w:t>
            </w:r>
          </w:p>
          <w:p w14:paraId="09F25881" w14:textId="77777777" w:rsidR="000907E6" w:rsidRDefault="00000000">
            <w:pPr>
              <w:spacing w:after="0"/>
            </w:pPr>
            <w:r>
              <w:rPr>
                <w:sz w:val="18"/>
              </w:rPr>
              <w:t>pote = can/may; use poder when speaking of power/ability generally.</w:t>
            </w:r>
          </w:p>
        </w:tc>
      </w:tr>
      <w:tr w:rsidR="000907E6" w14:paraId="59F92B91"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8A1E17D"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554316F" w14:textId="77777777" w:rsidR="000907E6" w:rsidRDefault="00000000">
            <w:pPr>
              <w:spacing w:after="0"/>
            </w:pPr>
            <w:r>
              <w:rPr>
                <w:b/>
                <w:color w:val="FFFFFF"/>
                <w:sz w:val="17"/>
              </w:rPr>
              <w:t>Meaning</w:t>
            </w:r>
          </w:p>
        </w:tc>
      </w:tr>
      <w:tr w:rsidR="000907E6" w14:paraId="0812B95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7093503" w14:textId="77777777" w:rsidR="000907E6" w:rsidRDefault="00000000">
            <w:pPr>
              <w:spacing w:after="0"/>
            </w:pPr>
            <w:r>
              <w:rPr>
                <w:sz w:val="17"/>
              </w:rPr>
              <w:t>nova</w:t>
            </w:r>
          </w:p>
        </w:tc>
        <w:tc>
          <w:tcPr>
            <w:tcW w:w="5170" w:type="dxa"/>
            <w:tcBorders>
              <w:top w:val="single" w:sz="4" w:space="0" w:color="D8E6EC"/>
              <w:left w:val="single" w:sz="4" w:space="0" w:color="D8E6EC"/>
              <w:bottom w:val="single" w:sz="4" w:space="0" w:color="D8E6EC"/>
              <w:right w:val="single" w:sz="4" w:space="0" w:color="D8E6EC"/>
            </w:tcBorders>
          </w:tcPr>
          <w:p w14:paraId="47439E0A" w14:textId="77777777" w:rsidR="000907E6" w:rsidRDefault="00000000">
            <w:pPr>
              <w:spacing w:after="0"/>
            </w:pPr>
            <w:r>
              <w:rPr>
                <w:sz w:val="17"/>
              </w:rPr>
              <w:t>new</w:t>
            </w:r>
          </w:p>
        </w:tc>
      </w:tr>
      <w:tr w:rsidR="000907E6" w14:paraId="126AD05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15CA13C" w14:textId="77777777" w:rsidR="000907E6" w:rsidRDefault="00000000">
            <w:pPr>
              <w:spacing w:after="0"/>
            </w:pPr>
            <w:r>
              <w:rPr>
                <w:sz w:val="17"/>
              </w:rPr>
              <w:t>apavora</w:t>
            </w:r>
          </w:p>
        </w:tc>
        <w:tc>
          <w:tcPr>
            <w:tcW w:w="5170" w:type="dxa"/>
            <w:tcBorders>
              <w:top w:val="single" w:sz="4" w:space="0" w:color="D8E6EC"/>
              <w:left w:val="single" w:sz="4" w:space="0" w:color="D8E6EC"/>
              <w:bottom w:val="single" w:sz="4" w:space="0" w:color="D8E6EC"/>
              <w:right w:val="single" w:sz="4" w:space="0" w:color="D8E6EC"/>
            </w:tcBorders>
          </w:tcPr>
          <w:p w14:paraId="69A24CD7" w14:textId="77777777" w:rsidR="000907E6" w:rsidRDefault="00000000">
            <w:pPr>
              <w:spacing w:after="0"/>
            </w:pPr>
            <w:r>
              <w:rPr>
                <w:sz w:val="17"/>
              </w:rPr>
              <w:t>frighten</w:t>
            </w:r>
          </w:p>
        </w:tc>
      </w:tr>
      <w:tr w:rsidR="000907E6" w14:paraId="2A717E66"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6C7533A" w14:textId="77777777" w:rsidR="000907E6" w:rsidRDefault="00000000">
            <w:pPr>
              <w:spacing w:after="0"/>
            </w:pPr>
            <w:r>
              <w:rPr>
                <w:sz w:val="17"/>
              </w:rPr>
              <w:t>lenta</w:t>
            </w:r>
          </w:p>
        </w:tc>
        <w:tc>
          <w:tcPr>
            <w:tcW w:w="5170" w:type="dxa"/>
            <w:tcBorders>
              <w:top w:val="single" w:sz="4" w:space="0" w:color="D8E6EC"/>
              <w:left w:val="single" w:sz="4" w:space="0" w:color="D8E6EC"/>
              <w:bottom w:val="single" w:sz="4" w:space="0" w:color="D8E6EC"/>
              <w:right w:val="single" w:sz="4" w:space="0" w:color="D8E6EC"/>
            </w:tcBorders>
          </w:tcPr>
          <w:p w14:paraId="47D0A5B2" w14:textId="77777777" w:rsidR="000907E6" w:rsidRDefault="00000000">
            <w:pPr>
              <w:spacing w:after="0"/>
            </w:pPr>
            <w:r>
              <w:rPr>
                <w:sz w:val="17"/>
              </w:rPr>
              <w:t>slowly</w:t>
            </w:r>
          </w:p>
        </w:tc>
      </w:tr>
      <w:tr w:rsidR="000907E6" w14:paraId="0A812BC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F0AD5A3" w14:textId="77777777" w:rsidR="000907E6" w:rsidRDefault="00000000">
            <w:pPr>
              <w:spacing w:after="0"/>
            </w:pPr>
            <w:r>
              <w:rPr>
                <w:sz w:val="17"/>
              </w:rPr>
              <w:t>continua</w:t>
            </w:r>
          </w:p>
        </w:tc>
        <w:tc>
          <w:tcPr>
            <w:tcW w:w="5170" w:type="dxa"/>
            <w:tcBorders>
              <w:top w:val="single" w:sz="4" w:space="0" w:color="D8E6EC"/>
              <w:left w:val="single" w:sz="4" w:space="0" w:color="D8E6EC"/>
              <w:bottom w:val="single" w:sz="4" w:space="0" w:color="D8E6EC"/>
              <w:right w:val="single" w:sz="4" w:space="0" w:color="D8E6EC"/>
            </w:tcBorders>
          </w:tcPr>
          <w:p w14:paraId="3DB2AC1A" w14:textId="77777777" w:rsidR="000907E6" w:rsidRDefault="00000000">
            <w:pPr>
              <w:spacing w:after="0"/>
            </w:pPr>
            <w:r>
              <w:rPr>
                <w:sz w:val="17"/>
              </w:rPr>
              <w:t>continue</w:t>
            </w:r>
          </w:p>
        </w:tc>
      </w:tr>
      <w:tr w:rsidR="000907E6" w14:paraId="1F7A920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8792BF7" w14:textId="77777777" w:rsidR="000907E6" w:rsidRDefault="00000000">
            <w:pPr>
              <w:spacing w:after="0"/>
            </w:pPr>
            <w:r>
              <w:rPr>
                <w:sz w:val="17"/>
              </w:rPr>
              <w:t>fiducia</w:t>
            </w:r>
          </w:p>
        </w:tc>
        <w:tc>
          <w:tcPr>
            <w:tcW w:w="5170" w:type="dxa"/>
            <w:tcBorders>
              <w:top w:val="single" w:sz="4" w:space="0" w:color="D8E6EC"/>
              <w:left w:val="single" w:sz="4" w:space="0" w:color="D8E6EC"/>
              <w:bottom w:val="single" w:sz="4" w:space="0" w:color="D8E6EC"/>
              <w:right w:val="single" w:sz="4" w:space="0" w:color="D8E6EC"/>
            </w:tcBorders>
          </w:tcPr>
          <w:p w14:paraId="7B985ED2" w14:textId="77777777" w:rsidR="000907E6" w:rsidRDefault="00000000">
            <w:pPr>
              <w:spacing w:after="0"/>
            </w:pPr>
            <w:r>
              <w:rPr>
                <w:sz w:val="17"/>
              </w:rPr>
              <w:t>confidence</w:t>
            </w:r>
          </w:p>
        </w:tc>
      </w:tr>
    </w:tbl>
    <w:p w14:paraId="3C41EEFD"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3EF50E84"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487A39D3" w14:textId="77777777" w:rsidR="000907E6" w:rsidRPr="00CE26E7" w:rsidRDefault="00000000">
            <w:pPr>
              <w:spacing w:after="40"/>
              <w:rPr>
                <w:lang w:val="es-ES"/>
              </w:rPr>
            </w:pPr>
            <w:r w:rsidRPr="00CE26E7">
              <w:rPr>
                <w:b/>
                <w:color w:val="0B2E4A"/>
                <w:sz w:val="24"/>
                <w:lang w:val="es-ES"/>
              </w:rPr>
              <w:t>Salve, nova amik. Ku tu nu aprende Claralinga? Bene. Komensa lenta. Lege un frase, parla la frase, et cambia un parola. Ne teme erores. Erores es parte de aprende. Si tu komprende la regula basa, tu pote krea multe frases. Hodia tu lege. Morga tu parla plus. Kon practica, la linga deveni un ponte, ne un muro.</w:t>
            </w:r>
          </w:p>
          <w:p w14:paraId="14092C4C" w14:textId="77777777" w:rsidR="000907E6" w:rsidRDefault="00000000">
            <w:pPr>
              <w:spacing w:after="0"/>
            </w:pPr>
            <w:r w:rsidRPr="00CE26E7">
              <w:rPr>
                <w:i/>
                <w:color w:val="5A5A5A"/>
                <w:sz w:val="18"/>
                <w:lang w:val="es-ES"/>
              </w:rPr>
              <w:t xml:space="preserve">Hello, new friend. </w:t>
            </w:r>
            <w:r>
              <w:rPr>
                <w:i/>
                <w:color w:val="5A5A5A"/>
                <w:sz w:val="18"/>
              </w:rPr>
              <w:t>Are you learning Claralinga now? Good. Begin slowly. Read a sentence, speak the sentence, and change one word. Do not fear errors. Errors are part of learning. If you understand the basic rule, you can create many sentences. Today you read. Tomorrow you speak more. With practice, the language becomes a bridge, not a wall.</w:t>
            </w:r>
          </w:p>
        </w:tc>
      </w:tr>
    </w:tbl>
    <w:p w14:paraId="5A3AAC8D" w14:textId="77777777" w:rsidR="000907E6" w:rsidRDefault="00000000">
      <w:pPr>
        <w:pStyle w:val="Heading3"/>
      </w:pPr>
      <w:r>
        <w:t>Check Understanding</w:t>
      </w:r>
    </w:p>
    <w:p w14:paraId="17FA8BD2" w14:textId="77777777" w:rsidR="000907E6" w:rsidRDefault="00000000">
      <w:pPr>
        <w:spacing w:after="40"/>
      </w:pPr>
      <w:r>
        <w:t>Ke debe far un nova learner?</w:t>
      </w:r>
    </w:p>
    <w:p w14:paraId="01D2AEAA" w14:textId="77777777" w:rsidR="000907E6" w:rsidRPr="00CE26E7" w:rsidRDefault="00000000">
      <w:pPr>
        <w:spacing w:after="40"/>
        <w:rPr>
          <w:lang w:val="es-ES"/>
        </w:rPr>
      </w:pPr>
      <w:r w:rsidRPr="00CE26E7">
        <w:rPr>
          <w:lang w:val="es-ES"/>
        </w:rPr>
        <w:t>____________________________________________________________________________</w:t>
      </w:r>
    </w:p>
    <w:p w14:paraId="0A836C27" w14:textId="77777777" w:rsidR="000907E6" w:rsidRPr="00CE26E7" w:rsidRDefault="00000000">
      <w:pPr>
        <w:spacing w:after="40"/>
        <w:rPr>
          <w:lang w:val="es-ES"/>
        </w:rPr>
      </w:pPr>
      <w:r w:rsidRPr="00CE26E7">
        <w:rPr>
          <w:lang w:val="es-ES"/>
        </w:rPr>
        <w:t>Kur erores ne es terribla?</w:t>
      </w:r>
    </w:p>
    <w:p w14:paraId="6ED8D714" w14:textId="77777777" w:rsidR="000907E6" w:rsidRDefault="00000000">
      <w:pPr>
        <w:spacing w:after="40"/>
      </w:pPr>
      <w:r>
        <w:t>____________________________________________________________________________</w:t>
      </w:r>
    </w:p>
    <w:p w14:paraId="0FC012F8" w14:textId="77777777" w:rsidR="000907E6" w:rsidRDefault="00000000">
      <w:pPr>
        <w:spacing w:after="40"/>
      </w:pPr>
      <w:r>
        <w:t>Ke deveni la linga kon practica?</w:t>
      </w:r>
    </w:p>
    <w:p w14:paraId="56A47043" w14:textId="77777777" w:rsidR="000907E6" w:rsidRDefault="00000000">
      <w:pPr>
        <w:spacing w:after="40"/>
      </w:pPr>
      <w:r>
        <w:t>____________________________________________________________________________</w:t>
      </w:r>
    </w:p>
    <w:p w14:paraId="7D738EB5" w14:textId="77777777" w:rsidR="000907E6" w:rsidRDefault="00000000">
      <w:pPr>
        <w:pStyle w:val="Heading3"/>
      </w:pPr>
      <w:r>
        <w:t>Speak It</w:t>
      </w:r>
    </w:p>
    <w:p w14:paraId="5536A3D3" w14:textId="77777777" w:rsidR="000907E6" w:rsidRDefault="00000000">
      <w:pPr>
        <w:pStyle w:val="ListBullet"/>
        <w:spacing w:after="40"/>
      </w:pPr>
      <w:r>
        <w:t>Read this as an encouraging message to a beginner.</w:t>
      </w:r>
    </w:p>
    <w:p w14:paraId="2C37A90D" w14:textId="77777777" w:rsidR="000907E6" w:rsidRDefault="00000000">
      <w:pPr>
        <w:pStyle w:val="Heading3"/>
      </w:pPr>
      <w:r>
        <w:t>Write It</w:t>
      </w:r>
    </w:p>
    <w:p w14:paraId="6E5D1191" w14:textId="77777777" w:rsidR="000907E6" w:rsidRDefault="00000000">
      <w:pPr>
        <w:spacing w:after="40"/>
      </w:pPr>
      <w:r>
        <w:t>Write your own note to a new learner.</w:t>
      </w:r>
    </w:p>
    <w:p w14:paraId="0377CA36" w14:textId="77777777" w:rsidR="000907E6" w:rsidRDefault="00000000">
      <w:pPr>
        <w:spacing w:after="40"/>
      </w:pPr>
      <w:r>
        <w:t>____________________________________________________________________________</w:t>
      </w:r>
    </w:p>
    <w:p w14:paraId="259527B3" w14:textId="77777777" w:rsidR="000907E6" w:rsidRDefault="00000000">
      <w:pPr>
        <w:spacing w:after="40"/>
      </w:pPr>
      <w:r>
        <w:t>____________________________________________________________________________</w:t>
      </w:r>
    </w:p>
    <w:p w14:paraId="6620CCB3" w14:textId="77777777" w:rsidR="000907E6" w:rsidRDefault="00000000">
      <w:pPr>
        <w:spacing w:after="40"/>
      </w:pPr>
      <w:r>
        <w:t>____________________________________________________________________________</w:t>
      </w:r>
    </w:p>
    <w:p w14:paraId="1359E498" w14:textId="77777777" w:rsidR="000907E6" w:rsidRDefault="00000000">
      <w:r/>
    </w:p>
    <w:p w14:paraId="7AA34E77" w14:textId="77777777" w:rsidR="000907E6" w:rsidRDefault="00000000">
      <w:pPr>
        <w:pStyle w:val="Heading2"/>
      </w:pPr>
      <w:r>
        <w:t>Level 5: The Market Morning</w:t>
      </w:r>
    </w:p>
    <w:tbl>
      <w:tblPr>
        <w:tblW w:w="0" w:type="auto"/>
        <w:jc w:val="center"/>
        <w:tblLook w:val="04A0" w:firstRow="1" w:lastRow="0" w:firstColumn="1" w:lastColumn="0" w:noHBand="0" w:noVBand="1"/>
      </w:tblPr>
      <w:tblGrid>
        <w:gridCol w:w="5170"/>
        <w:gridCol w:w="5170"/>
      </w:tblGrid>
      <w:tr w:rsidR="000907E6" w14:paraId="7BACC456"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660634B9" w14:textId="77777777" w:rsidR="000907E6" w:rsidRDefault="00000000">
            <w:pPr>
              <w:spacing w:after="40"/>
            </w:pPr>
            <w:r>
              <w:rPr>
                <w:b/>
                <w:color w:val="0B2E4A"/>
              </w:rPr>
              <w:t>Reading goal</w:t>
            </w:r>
          </w:p>
          <w:p w14:paraId="1721830A" w14:textId="77777777" w:rsidR="000907E6" w:rsidRDefault="00000000">
            <w:pPr>
              <w:spacing w:after="0"/>
            </w:pPr>
            <w:r>
              <w:rPr>
                <w:sz w:val="18"/>
              </w:rPr>
              <w:t>Read a practical narrative with dialogue.</w:t>
            </w:r>
          </w:p>
        </w:tc>
      </w:tr>
      <w:tr w:rsidR="000907E6" w14:paraId="2595CE68"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2DF50FCE" w14:textId="77777777" w:rsidR="000907E6" w:rsidRDefault="00000000">
            <w:pPr>
              <w:spacing w:after="40"/>
            </w:pPr>
            <w:r>
              <w:rPr>
                <w:b/>
                <w:color w:val="0B2E4A"/>
              </w:rPr>
              <w:t>Pronunciation focus</w:t>
            </w:r>
          </w:p>
          <w:p w14:paraId="2D6C0F5B" w14:textId="77777777" w:rsidR="000907E6" w:rsidRDefault="00000000">
            <w:pPr>
              <w:spacing w:after="0"/>
            </w:pPr>
            <w:r>
              <w:rPr>
                <w:sz w:val="18"/>
              </w:rPr>
              <w:t>quant = how much/how many.</w:t>
            </w:r>
          </w:p>
        </w:tc>
      </w:tr>
      <w:tr w:rsidR="000907E6" w14:paraId="75D8909A"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F1C3608"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851D155" w14:textId="77777777" w:rsidR="000907E6" w:rsidRDefault="00000000">
            <w:pPr>
              <w:spacing w:after="0"/>
            </w:pPr>
            <w:r>
              <w:rPr>
                <w:b/>
                <w:color w:val="FFFFFF"/>
                <w:sz w:val="17"/>
              </w:rPr>
              <w:t>Meaning</w:t>
            </w:r>
          </w:p>
        </w:tc>
      </w:tr>
      <w:tr w:rsidR="000907E6" w14:paraId="2086BAD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030655A" w14:textId="77777777" w:rsidR="000907E6" w:rsidRDefault="00000000">
            <w:pPr>
              <w:spacing w:after="0"/>
            </w:pPr>
            <w:r>
              <w:rPr>
                <w:sz w:val="17"/>
              </w:rPr>
              <w:t>merkato</w:t>
            </w:r>
          </w:p>
        </w:tc>
        <w:tc>
          <w:tcPr>
            <w:tcW w:w="5170" w:type="dxa"/>
            <w:tcBorders>
              <w:top w:val="single" w:sz="4" w:space="0" w:color="D8E6EC"/>
              <w:left w:val="single" w:sz="4" w:space="0" w:color="D8E6EC"/>
              <w:bottom w:val="single" w:sz="4" w:space="0" w:color="D8E6EC"/>
              <w:right w:val="single" w:sz="4" w:space="0" w:color="D8E6EC"/>
            </w:tcBorders>
          </w:tcPr>
          <w:p w14:paraId="2BACD57C" w14:textId="77777777" w:rsidR="000907E6" w:rsidRDefault="00000000">
            <w:pPr>
              <w:spacing w:after="0"/>
            </w:pPr>
            <w:r>
              <w:rPr>
                <w:sz w:val="17"/>
              </w:rPr>
              <w:t>market</w:t>
            </w:r>
          </w:p>
        </w:tc>
      </w:tr>
      <w:tr w:rsidR="000907E6" w14:paraId="288D9A0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BBA4D7A" w14:textId="77777777" w:rsidR="000907E6" w:rsidRDefault="00000000">
            <w:pPr>
              <w:spacing w:after="0"/>
            </w:pPr>
            <w:r>
              <w:rPr>
                <w:sz w:val="17"/>
              </w:rPr>
              <w:t>preco</w:t>
            </w:r>
          </w:p>
        </w:tc>
        <w:tc>
          <w:tcPr>
            <w:tcW w:w="5170" w:type="dxa"/>
            <w:tcBorders>
              <w:top w:val="single" w:sz="4" w:space="0" w:color="D8E6EC"/>
              <w:left w:val="single" w:sz="4" w:space="0" w:color="D8E6EC"/>
              <w:bottom w:val="single" w:sz="4" w:space="0" w:color="D8E6EC"/>
              <w:right w:val="single" w:sz="4" w:space="0" w:color="D8E6EC"/>
            </w:tcBorders>
          </w:tcPr>
          <w:p w14:paraId="653B21D3" w14:textId="77777777" w:rsidR="000907E6" w:rsidRDefault="00000000">
            <w:pPr>
              <w:spacing w:after="0"/>
            </w:pPr>
            <w:r>
              <w:rPr>
                <w:sz w:val="17"/>
              </w:rPr>
              <w:t>price</w:t>
            </w:r>
          </w:p>
        </w:tc>
      </w:tr>
      <w:tr w:rsidR="000907E6" w14:paraId="2D0DDA0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B5BF555" w14:textId="77777777" w:rsidR="000907E6" w:rsidRDefault="00000000">
            <w:pPr>
              <w:spacing w:after="0"/>
            </w:pPr>
            <w:r>
              <w:rPr>
                <w:sz w:val="17"/>
              </w:rPr>
              <w:t>vende</w:t>
            </w:r>
          </w:p>
        </w:tc>
        <w:tc>
          <w:tcPr>
            <w:tcW w:w="5170" w:type="dxa"/>
            <w:tcBorders>
              <w:top w:val="single" w:sz="4" w:space="0" w:color="D8E6EC"/>
              <w:left w:val="single" w:sz="4" w:space="0" w:color="D8E6EC"/>
              <w:bottom w:val="single" w:sz="4" w:space="0" w:color="D8E6EC"/>
              <w:right w:val="single" w:sz="4" w:space="0" w:color="D8E6EC"/>
            </w:tcBorders>
          </w:tcPr>
          <w:p w14:paraId="71DFAD72" w14:textId="77777777" w:rsidR="000907E6" w:rsidRDefault="00000000">
            <w:pPr>
              <w:spacing w:after="0"/>
            </w:pPr>
            <w:r>
              <w:rPr>
                <w:sz w:val="17"/>
              </w:rPr>
              <w:t>sell</w:t>
            </w:r>
          </w:p>
        </w:tc>
      </w:tr>
      <w:tr w:rsidR="000907E6" w14:paraId="231E2CE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77178A3" w14:textId="77777777" w:rsidR="000907E6" w:rsidRDefault="00000000">
            <w:pPr>
              <w:spacing w:after="0"/>
            </w:pPr>
            <w:r>
              <w:rPr>
                <w:sz w:val="17"/>
              </w:rPr>
              <w:t>fruta</w:t>
            </w:r>
          </w:p>
        </w:tc>
        <w:tc>
          <w:tcPr>
            <w:tcW w:w="5170" w:type="dxa"/>
            <w:tcBorders>
              <w:top w:val="single" w:sz="4" w:space="0" w:color="D8E6EC"/>
              <w:left w:val="single" w:sz="4" w:space="0" w:color="D8E6EC"/>
              <w:bottom w:val="single" w:sz="4" w:space="0" w:color="D8E6EC"/>
              <w:right w:val="single" w:sz="4" w:space="0" w:color="D8E6EC"/>
            </w:tcBorders>
          </w:tcPr>
          <w:p w14:paraId="272DCCFF" w14:textId="77777777" w:rsidR="000907E6" w:rsidRDefault="00000000">
            <w:pPr>
              <w:spacing w:after="0"/>
            </w:pPr>
            <w:r>
              <w:rPr>
                <w:sz w:val="17"/>
              </w:rPr>
              <w:t>fruit</w:t>
            </w:r>
          </w:p>
        </w:tc>
      </w:tr>
      <w:tr w:rsidR="000907E6" w14:paraId="0CDB4B34"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7AE5537" w14:textId="77777777" w:rsidR="000907E6" w:rsidRDefault="00000000">
            <w:pPr>
              <w:spacing w:after="0"/>
            </w:pPr>
            <w:r>
              <w:rPr>
                <w:sz w:val="17"/>
              </w:rPr>
              <w:t>responde</w:t>
            </w:r>
          </w:p>
        </w:tc>
        <w:tc>
          <w:tcPr>
            <w:tcW w:w="5170" w:type="dxa"/>
            <w:tcBorders>
              <w:top w:val="single" w:sz="4" w:space="0" w:color="D8E6EC"/>
              <w:left w:val="single" w:sz="4" w:space="0" w:color="D8E6EC"/>
              <w:bottom w:val="single" w:sz="4" w:space="0" w:color="D8E6EC"/>
              <w:right w:val="single" w:sz="4" w:space="0" w:color="D8E6EC"/>
            </w:tcBorders>
          </w:tcPr>
          <w:p w14:paraId="56080601" w14:textId="77777777" w:rsidR="000907E6" w:rsidRDefault="00000000">
            <w:pPr>
              <w:spacing w:after="0"/>
            </w:pPr>
            <w:r>
              <w:rPr>
                <w:sz w:val="17"/>
              </w:rPr>
              <w:t>answer</w:t>
            </w:r>
          </w:p>
        </w:tc>
      </w:tr>
    </w:tbl>
    <w:p w14:paraId="53E0C083"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14818708"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70464B63" w14:textId="77777777" w:rsidR="000907E6" w:rsidRDefault="00000000">
            <w:pPr>
              <w:spacing w:after="40"/>
            </w:pPr>
            <w:r w:rsidRPr="00CE26E7">
              <w:rPr>
                <w:b/>
                <w:color w:val="0B2E4A"/>
                <w:sz w:val="24"/>
                <w:lang w:val="es-ES"/>
              </w:rPr>
              <w:t xml:space="preserve">En soldia matin, nos visita la merkato. Un vendedor vende pan, fruta, kafe, et flores. Mi pregunta: “Quant kosta la fruta?” La vendedor responde: “Tre moneda.” Mi compra la fruta et dise gratias. Nos sede pro un momento, bebe kafe, et mira la persones. </w:t>
            </w:r>
            <w:r>
              <w:rPr>
                <w:b/>
                <w:color w:val="0B2E4A"/>
                <w:sz w:val="24"/>
              </w:rPr>
              <w:t>La dia es simple, ma bela.</w:t>
            </w:r>
          </w:p>
          <w:p w14:paraId="53C70116" w14:textId="77777777" w:rsidR="000907E6" w:rsidRDefault="00000000">
            <w:pPr>
              <w:spacing w:after="0"/>
            </w:pPr>
            <w:r>
              <w:rPr>
                <w:i/>
                <w:color w:val="5A5A5A"/>
                <w:sz w:val="18"/>
              </w:rPr>
              <w:t>Sur Sunday morning, we visit the market. A seller sells bread, fruit, coffee, and flowers. I ask: “How much does the fruit cost?” The seller answers: “Three coins.” I buy the fruit and say thanks. We sit for a moment, drink coffee, and watch the people. The day is simple, but beautiful.</w:t>
            </w:r>
          </w:p>
        </w:tc>
      </w:tr>
    </w:tbl>
    <w:p w14:paraId="4825EFCF" w14:textId="77777777" w:rsidR="000907E6" w:rsidRDefault="00000000">
      <w:pPr>
        <w:pStyle w:val="Heading3"/>
      </w:pPr>
      <w:r>
        <w:t>Check Understanding</w:t>
      </w:r>
    </w:p>
    <w:p w14:paraId="726DB0FD" w14:textId="77777777" w:rsidR="000907E6" w:rsidRPr="00CE26E7" w:rsidRDefault="00000000">
      <w:pPr>
        <w:spacing w:after="40"/>
        <w:rPr>
          <w:lang w:val="es-ES"/>
        </w:rPr>
      </w:pPr>
      <w:r w:rsidRPr="00CE26E7">
        <w:rPr>
          <w:lang w:val="es-ES"/>
        </w:rPr>
        <w:t>Kan nos visita la merkato?</w:t>
      </w:r>
    </w:p>
    <w:p w14:paraId="752BBD1D" w14:textId="77777777" w:rsidR="000907E6" w:rsidRPr="00CE26E7" w:rsidRDefault="00000000">
      <w:pPr>
        <w:spacing w:after="40"/>
        <w:rPr>
          <w:lang w:val="es-ES"/>
        </w:rPr>
      </w:pPr>
      <w:r w:rsidRPr="00CE26E7">
        <w:rPr>
          <w:lang w:val="es-ES"/>
        </w:rPr>
        <w:t>____________________________________________________________________________</w:t>
      </w:r>
    </w:p>
    <w:p w14:paraId="2A02EE42" w14:textId="77777777" w:rsidR="000907E6" w:rsidRPr="00CE26E7" w:rsidRDefault="00000000">
      <w:pPr>
        <w:spacing w:after="40"/>
        <w:rPr>
          <w:lang w:val="es-ES"/>
        </w:rPr>
      </w:pPr>
      <w:r w:rsidRPr="00CE26E7">
        <w:rPr>
          <w:lang w:val="es-ES"/>
        </w:rPr>
        <w:t>Ke vende la vendedor?</w:t>
      </w:r>
    </w:p>
    <w:p w14:paraId="4D7B2308" w14:textId="77777777" w:rsidR="000907E6" w:rsidRPr="00CE26E7" w:rsidRDefault="00000000">
      <w:pPr>
        <w:spacing w:after="40"/>
        <w:rPr>
          <w:lang w:val="es-ES"/>
        </w:rPr>
      </w:pPr>
      <w:r w:rsidRPr="00CE26E7">
        <w:rPr>
          <w:lang w:val="es-ES"/>
        </w:rPr>
        <w:t>____________________________________________________________________________</w:t>
      </w:r>
    </w:p>
    <w:p w14:paraId="07FBC792" w14:textId="77777777" w:rsidR="000907E6" w:rsidRPr="00CE26E7" w:rsidRDefault="00000000">
      <w:pPr>
        <w:spacing w:after="40"/>
        <w:rPr>
          <w:lang w:val="es-ES"/>
        </w:rPr>
      </w:pPr>
      <w:r w:rsidRPr="00CE26E7">
        <w:rPr>
          <w:lang w:val="es-ES"/>
        </w:rPr>
        <w:t>Quant kosta la fruta?</w:t>
      </w:r>
    </w:p>
    <w:p w14:paraId="6123E176" w14:textId="77777777" w:rsidR="000907E6" w:rsidRDefault="00000000">
      <w:pPr>
        <w:spacing w:after="40"/>
      </w:pPr>
      <w:r>
        <w:t>____________________________________________________________________________</w:t>
      </w:r>
    </w:p>
    <w:p w14:paraId="388D5943" w14:textId="77777777" w:rsidR="000907E6" w:rsidRDefault="00000000">
      <w:pPr>
        <w:pStyle w:val="Heading3"/>
      </w:pPr>
      <w:r>
        <w:t>Speak It</w:t>
      </w:r>
    </w:p>
    <w:p w14:paraId="21A640AD" w14:textId="77777777" w:rsidR="000907E6" w:rsidRDefault="00000000">
      <w:pPr>
        <w:pStyle w:val="ListBullet"/>
        <w:spacing w:after="40"/>
      </w:pPr>
      <w:r>
        <w:t>Perform the buying dialogue.</w:t>
      </w:r>
    </w:p>
    <w:p w14:paraId="020BDE74" w14:textId="77777777" w:rsidR="000907E6" w:rsidRDefault="00000000">
      <w:pPr>
        <w:pStyle w:val="Heading3"/>
      </w:pPr>
      <w:r>
        <w:t>Write It</w:t>
      </w:r>
    </w:p>
    <w:p w14:paraId="1C61C50F" w14:textId="77777777" w:rsidR="000907E6" w:rsidRDefault="00000000">
      <w:pPr>
        <w:spacing w:after="40"/>
      </w:pPr>
      <w:r>
        <w:t>Write a market scene with at least one price question.</w:t>
      </w:r>
    </w:p>
    <w:p w14:paraId="6DD19DC6" w14:textId="77777777" w:rsidR="000907E6" w:rsidRDefault="00000000">
      <w:pPr>
        <w:spacing w:after="40"/>
      </w:pPr>
      <w:r>
        <w:t>____________________________________________________________________________</w:t>
      </w:r>
    </w:p>
    <w:p w14:paraId="1D9EB728" w14:textId="77777777" w:rsidR="000907E6" w:rsidRDefault="00000000">
      <w:pPr>
        <w:spacing w:after="40"/>
      </w:pPr>
      <w:r>
        <w:t>____________________________________________________________________________</w:t>
      </w:r>
    </w:p>
    <w:p w14:paraId="6CE547AE" w14:textId="77777777" w:rsidR="000907E6" w:rsidRDefault="00000000">
      <w:pPr>
        <w:spacing w:after="40"/>
      </w:pPr>
      <w:r>
        <w:t>____________________________________________________________________________</w:t>
      </w:r>
    </w:p>
    <w:p w14:paraId="32FBC95C" w14:textId="77777777" w:rsidR="000907E6" w:rsidRDefault="00000000">
      <w:r/>
    </w:p>
    <w:p w14:paraId="00689EAD" w14:textId="77777777" w:rsidR="000907E6" w:rsidRDefault="00000000">
      <w:pPr>
        <w:pStyle w:val="Heading2"/>
      </w:pPr>
      <w:r>
        <w:t>Level 5: A Short History Of One Day</w:t>
      </w:r>
    </w:p>
    <w:tbl>
      <w:tblPr>
        <w:tblW w:w="0" w:type="auto"/>
        <w:jc w:val="center"/>
        <w:tblLook w:val="04A0" w:firstRow="1" w:lastRow="0" w:firstColumn="1" w:lastColumn="0" w:noHBand="0" w:noVBand="1"/>
      </w:tblPr>
      <w:tblGrid>
        <w:gridCol w:w="5170"/>
        <w:gridCol w:w="5170"/>
      </w:tblGrid>
      <w:tr w:rsidR="000907E6" w14:paraId="48BDD157"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489BF491" w14:textId="77777777" w:rsidR="000907E6" w:rsidRDefault="00000000">
            <w:pPr>
              <w:spacing w:after="40"/>
            </w:pPr>
            <w:r>
              <w:rPr>
                <w:b/>
                <w:color w:val="0B2E4A"/>
              </w:rPr>
              <w:t>Reading goal</w:t>
            </w:r>
          </w:p>
          <w:p w14:paraId="22022E7A" w14:textId="77777777" w:rsidR="000907E6" w:rsidRDefault="00000000">
            <w:pPr>
              <w:spacing w:after="0"/>
            </w:pPr>
            <w:r>
              <w:rPr>
                <w:sz w:val="18"/>
              </w:rPr>
              <w:t>Read a reflective text using past, present, and future.</w:t>
            </w:r>
          </w:p>
        </w:tc>
      </w:tr>
      <w:tr w:rsidR="000907E6" w14:paraId="7C6CF9F2"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3514DA56" w14:textId="77777777" w:rsidR="000907E6" w:rsidRDefault="00000000">
            <w:pPr>
              <w:spacing w:after="40"/>
            </w:pPr>
            <w:r>
              <w:rPr>
                <w:b/>
                <w:color w:val="0B2E4A"/>
              </w:rPr>
              <w:t>Pronunciation focus</w:t>
            </w:r>
          </w:p>
          <w:p w14:paraId="7C08E603" w14:textId="77777777" w:rsidR="000907E6" w:rsidRDefault="00000000">
            <w:pPr>
              <w:spacing w:after="0"/>
            </w:pPr>
            <w:r>
              <w:rPr>
                <w:sz w:val="18"/>
              </w:rPr>
              <w:t>histori ends en i, not ie.</w:t>
            </w:r>
          </w:p>
        </w:tc>
      </w:tr>
      <w:tr w:rsidR="000907E6" w14:paraId="2D347008"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7BBDB8AA"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3862466C" w14:textId="77777777" w:rsidR="000907E6" w:rsidRDefault="00000000">
            <w:pPr>
              <w:spacing w:after="0"/>
            </w:pPr>
            <w:r>
              <w:rPr>
                <w:b/>
                <w:color w:val="FFFFFF"/>
                <w:sz w:val="17"/>
              </w:rPr>
              <w:t>Meaning</w:t>
            </w:r>
          </w:p>
        </w:tc>
      </w:tr>
      <w:tr w:rsidR="000907E6" w14:paraId="07DDF3E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FBAB1BB" w14:textId="77777777" w:rsidR="000907E6" w:rsidRDefault="00000000">
            <w:pPr>
              <w:spacing w:after="0"/>
            </w:pPr>
            <w:r>
              <w:rPr>
                <w:sz w:val="17"/>
              </w:rPr>
              <w:t>histori</w:t>
            </w:r>
          </w:p>
        </w:tc>
        <w:tc>
          <w:tcPr>
            <w:tcW w:w="5170" w:type="dxa"/>
            <w:tcBorders>
              <w:top w:val="single" w:sz="4" w:space="0" w:color="D8E6EC"/>
              <w:left w:val="single" w:sz="4" w:space="0" w:color="D8E6EC"/>
              <w:bottom w:val="single" w:sz="4" w:space="0" w:color="D8E6EC"/>
              <w:right w:val="single" w:sz="4" w:space="0" w:color="D8E6EC"/>
            </w:tcBorders>
          </w:tcPr>
          <w:p w14:paraId="48413012" w14:textId="77777777" w:rsidR="000907E6" w:rsidRDefault="00000000">
            <w:pPr>
              <w:spacing w:after="0"/>
            </w:pPr>
            <w:r>
              <w:rPr>
                <w:sz w:val="17"/>
              </w:rPr>
              <w:t>history</w:t>
            </w:r>
          </w:p>
        </w:tc>
      </w:tr>
      <w:tr w:rsidR="000907E6" w14:paraId="05F28A96"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8E31586" w14:textId="77777777" w:rsidR="000907E6" w:rsidRDefault="00000000">
            <w:pPr>
              <w:spacing w:after="0"/>
            </w:pPr>
            <w:r>
              <w:rPr>
                <w:sz w:val="17"/>
              </w:rPr>
              <w:t>memoria</w:t>
            </w:r>
          </w:p>
        </w:tc>
        <w:tc>
          <w:tcPr>
            <w:tcW w:w="5170" w:type="dxa"/>
            <w:tcBorders>
              <w:top w:val="single" w:sz="4" w:space="0" w:color="D8E6EC"/>
              <w:left w:val="single" w:sz="4" w:space="0" w:color="D8E6EC"/>
              <w:bottom w:val="single" w:sz="4" w:space="0" w:color="D8E6EC"/>
              <w:right w:val="single" w:sz="4" w:space="0" w:color="D8E6EC"/>
            </w:tcBorders>
          </w:tcPr>
          <w:p w14:paraId="6ABD9463" w14:textId="77777777" w:rsidR="000907E6" w:rsidRDefault="00000000">
            <w:pPr>
              <w:spacing w:after="0"/>
            </w:pPr>
            <w:r>
              <w:rPr>
                <w:sz w:val="17"/>
              </w:rPr>
              <w:t>memory</w:t>
            </w:r>
          </w:p>
        </w:tc>
      </w:tr>
      <w:tr w:rsidR="000907E6" w14:paraId="63CBAC4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4BB5031" w14:textId="77777777" w:rsidR="000907E6" w:rsidRDefault="00000000">
            <w:pPr>
              <w:spacing w:after="0"/>
            </w:pPr>
            <w:r>
              <w:rPr>
                <w:sz w:val="17"/>
              </w:rPr>
              <w:t>hodia</w:t>
            </w:r>
          </w:p>
        </w:tc>
        <w:tc>
          <w:tcPr>
            <w:tcW w:w="5170" w:type="dxa"/>
            <w:tcBorders>
              <w:top w:val="single" w:sz="4" w:space="0" w:color="D8E6EC"/>
              <w:left w:val="single" w:sz="4" w:space="0" w:color="D8E6EC"/>
              <w:bottom w:val="single" w:sz="4" w:space="0" w:color="D8E6EC"/>
              <w:right w:val="single" w:sz="4" w:space="0" w:color="D8E6EC"/>
            </w:tcBorders>
          </w:tcPr>
          <w:p w14:paraId="61004E60" w14:textId="77777777" w:rsidR="000907E6" w:rsidRDefault="00000000">
            <w:pPr>
              <w:spacing w:after="0"/>
            </w:pPr>
            <w:r>
              <w:rPr>
                <w:sz w:val="17"/>
              </w:rPr>
              <w:t>today</w:t>
            </w:r>
          </w:p>
        </w:tc>
      </w:tr>
      <w:tr w:rsidR="000907E6" w14:paraId="3941E65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79C7C0E" w14:textId="77777777" w:rsidR="000907E6" w:rsidRDefault="00000000">
            <w:pPr>
              <w:spacing w:after="0"/>
            </w:pPr>
            <w:r>
              <w:rPr>
                <w:sz w:val="17"/>
              </w:rPr>
              <w:t>morga</w:t>
            </w:r>
          </w:p>
        </w:tc>
        <w:tc>
          <w:tcPr>
            <w:tcW w:w="5170" w:type="dxa"/>
            <w:tcBorders>
              <w:top w:val="single" w:sz="4" w:space="0" w:color="D8E6EC"/>
              <w:left w:val="single" w:sz="4" w:space="0" w:color="D8E6EC"/>
              <w:bottom w:val="single" w:sz="4" w:space="0" w:color="D8E6EC"/>
              <w:right w:val="single" w:sz="4" w:space="0" w:color="D8E6EC"/>
            </w:tcBorders>
          </w:tcPr>
          <w:p w14:paraId="694FE645" w14:textId="77777777" w:rsidR="000907E6" w:rsidRDefault="00000000">
            <w:pPr>
              <w:spacing w:after="0"/>
            </w:pPr>
            <w:r>
              <w:rPr>
                <w:sz w:val="17"/>
              </w:rPr>
              <w:t>tomorrow</w:t>
            </w:r>
          </w:p>
        </w:tc>
      </w:tr>
      <w:tr w:rsidR="000907E6" w14:paraId="51A000C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02D97EE" w14:textId="77777777" w:rsidR="000907E6" w:rsidRDefault="00000000">
            <w:pPr>
              <w:spacing w:after="0"/>
            </w:pPr>
            <w:r>
              <w:rPr>
                <w:sz w:val="17"/>
              </w:rPr>
              <w:t>deside</w:t>
            </w:r>
          </w:p>
        </w:tc>
        <w:tc>
          <w:tcPr>
            <w:tcW w:w="5170" w:type="dxa"/>
            <w:tcBorders>
              <w:top w:val="single" w:sz="4" w:space="0" w:color="D8E6EC"/>
              <w:left w:val="single" w:sz="4" w:space="0" w:color="D8E6EC"/>
              <w:bottom w:val="single" w:sz="4" w:space="0" w:color="D8E6EC"/>
              <w:right w:val="single" w:sz="4" w:space="0" w:color="D8E6EC"/>
            </w:tcBorders>
          </w:tcPr>
          <w:p w14:paraId="602A4B84" w14:textId="77777777" w:rsidR="000907E6" w:rsidRDefault="00000000">
            <w:pPr>
              <w:spacing w:after="0"/>
            </w:pPr>
            <w:r>
              <w:rPr>
                <w:sz w:val="17"/>
              </w:rPr>
              <w:t>deside</w:t>
            </w:r>
          </w:p>
        </w:tc>
      </w:tr>
    </w:tbl>
    <w:p w14:paraId="024B0633"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2C73D2FE"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13398A94" w14:textId="77777777" w:rsidR="000907E6" w:rsidRPr="00CE26E7" w:rsidRDefault="00000000">
            <w:pPr>
              <w:spacing w:after="40"/>
              <w:rPr>
                <w:lang w:val="es-ES"/>
              </w:rPr>
            </w:pPr>
            <w:r w:rsidRPr="00CE26E7">
              <w:rPr>
                <w:b/>
                <w:color w:val="0B2E4A"/>
                <w:sz w:val="24"/>
                <w:lang w:val="es-ES"/>
              </w:rPr>
              <w:t>Yester es memoria. Hodia es labor. Morga es posibla. Nos pa aprende de yester, nos nu deside hodia, et nos va krea morga. Un persona ne nesesita perfecta parolas pro komensa. Lo nesesita un clar idea, un bon cor, et la voli pro parla.</w:t>
            </w:r>
          </w:p>
          <w:p w14:paraId="2185FE27" w14:textId="77777777" w:rsidR="000907E6" w:rsidRDefault="00000000">
            <w:pPr>
              <w:spacing w:after="0"/>
            </w:pPr>
            <w:r>
              <w:rPr>
                <w:i/>
                <w:color w:val="5A5A5A"/>
                <w:sz w:val="18"/>
              </w:rPr>
              <w:t>Yesterday is memory. Today is work. Tomorrow is possibility. We learned from yesterday, we deside today, and we will create tomorrow. A person does not need perfect words to begin. They need a clear idea, a good heart, and the will to speak.</w:t>
            </w:r>
          </w:p>
        </w:tc>
      </w:tr>
    </w:tbl>
    <w:p w14:paraId="72723648" w14:textId="77777777" w:rsidR="000907E6" w:rsidRDefault="00000000">
      <w:pPr>
        <w:pStyle w:val="Heading3"/>
      </w:pPr>
      <w:r>
        <w:t>Check Understanding</w:t>
      </w:r>
    </w:p>
    <w:p w14:paraId="22996A75" w14:textId="77777777" w:rsidR="000907E6" w:rsidRDefault="00000000">
      <w:pPr>
        <w:spacing w:after="40"/>
      </w:pPr>
      <w:r>
        <w:t>Ke es yester?</w:t>
      </w:r>
    </w:p>
    <w:p w14:paraId="7295DF8B" w14:textId="77777777" w:rsidR="000907E6" w:rsidRPr="00CE26E7" w:rsidRDefault="00000000">
      <w:pPr>
        <w:spacing w:after="40"/>
        <w:rPr>
          <w:lang w:val="es-ES"/>
        </w:rPr>
      </w:pPr>
      <w:r w:rsidRPr="00CE26E7">
        <w:rPr>
          <w:lang w:val="es-ES"/>
        </w:rPr>
        <w:t>____________________________________________________________________________</w:t>
      </w:r>
    </w:p>
    <w:p w14:paraId="7AADDDEA" w14:textId="77777777" w:rsidR="000907E6" w:rsidRPr="00CE26E7" w:rsidRDefault="00000000">
      <w:pPr>
        <w:spacing w:after="40"/>
        <w:rPr>
          <w:lang w:val="es-ES"/>
        </w:rPr>
      </w:pPr>
      <w:r w:rsidRPr="00CE26E7">
        <w:rPr>
          <w:lang w:val="es-ES"/>
        </w:rPr>
        <w:t>Ke nos nu deside?</w:t>
      </w:r>
    </w:p>
    <w:p w14:paraId="7B27551D" w14:textId="77777777" w:rsidR="000907E6" w:rsidRPr="00CE26E7" w:rsidRDefault="00000000">
      <w:pPr>
        <w:spacing w:after="40"/>
        <w:rPr>
          <w:lang w:val="es-ES"/>
        </w:rPr>
      </w:pPr>
      <w:r w:rsidRPr="00CE26E7">
        <w:rPr>
          <w:lang w:val="es-ES"/>
        </w:rPr>
        <w:t>____________________________________________________________________________</w:t>
      </w:r>
    </w:p>
    <w:p w14:paraId="2EF92429" w14:textId="77777777" w:rsidR="000907E6" w:rsidRPr="00CE26E7" w:rsidRDefault="00000000">
      <w:pPr>
        <w:spacing w:after="40"/>
        <w:rPr>
          <w:lang w:val="es-ES"/>
        </w:rPr>
      </w:pPr>
      <w:r w:rsidRPr="00CE26E7">
        <w:rPr>
          <w:lang w:val="es-ES"/>
        </w:rPr>
        <w:t>Ke nesesita un persona pro komensa?</w:t>
      </w:r>
    </w:p>
    <w:p w14:paraId="26ECFEA8" w14:textId="77777777" w:rsidR="000907E6" w:rsidRDefault="00000000">
      <w:pPr>
        <w:spacing w:after="40"/>
      </w:pPr>
      <w:r>
        <w:t>____________________________________________________________________________</w:t>
      </w:r>
    </w:p>
    <w:p w14:paraId="6CF22AA0" w14:textId="77777777" w:rsidR="000907E6" w:rsidRDefault="00000000">
      <w:pPr>
        <w:pStyle w:val="Heading3"/>
      </w:pPr>
      <w:r>
        <w:t>Speak It</w:t>
      </w:r>
    </w:p>
    <w:p w14:paraId="215A33CA" w14:textId="77777777" w:rsidR="000907E6" w:rsidRDefault="00000000">
      <w:pPr>
        <w:pStyle w:val="ListBullet"/>
        <w:spacing w:after="40"/>
      </w:pPr>
      <w:r>
        <w:t>Read slowly and mark the time words: yester, hodia, morga.</w:t>
      </w:r>
    </w:p>
    <w:p w14:paraId="1C818302" w14:textId="77777777" w:rsidR="000907E6" w:rsidRDefault="00000000">
      <w:pPr>
        <w:pStyle w:val="Heading3"/>
      </w:pPr>
      <w:r>
        <w:t>Write It</w:t>
      </w:r>
    </w:p>
    <w:p w14:paraId="2F8BA72A" w14:textId="77777777" w:rsidR="000907E6" w:rsidRDefault="00000000">
      <w:pPr>
        <w:spacing w:after="40"/>
      </w:pPr>
      <w:r>
        <w:t>Write a reflective paragraph using pa, nu, and va.</w:t>
      </w:r>
    </w:p>
    <w:p w14:paraId="1B98BC05" w14:textId="77777777" w:rsidR="000907E6" w:rsidRDefault="00000000">
      <w:pPr>
        <w:spacing w:after="40"/>
      </w:pPr>
      <w:r>
        <w:t>____________________________________________________________________________</w:t>
      </w:r>
    </w:p>
    <w:p w14:paraId="4D71C36A" w14:textId="77777777" w:rsidR="000907E6" w:rsidRDefault="00000000">
      <w:pPr>
        <w:spacing w:after="40"/>
      </w:pPr>
      <w:r>
        <w:t>____________________________________________________________________________</w:t>
      </w:r>
    </w:p>
    <w:p w14:paraId="20628ACF" w14:textId="77777777" w:rsidR="000907E6" w:rsidRDefault="00000000">
      <w:pPr>
        <w:spacing w:after="40"/>
      </w:pPr>
      <w:r>
        <w:t>____________________________________________________________________________</w:t>
      </w:r>
    </w:p>
    <w:p w14:paraId="7F73DDBE" w14:textId="77777777" w:rsidR="000907E6" w:rsidRDefault="00000000">
      <w:r/>
    </w:p>
    <w:p w14:paraId="1B0ECB38" w14:textId="77777777" w:rsidR="000907E6" w:rsidRDefault="00000000">
      <w:pPr>
        <w:pStyle w:val="Heading2"/>
      </w:pPr>
      <w:r>
        <w:t>Level 5: One Great Family Of Voices</w:t>
      </w:r>
    </w:p>
    <w:tbl>
      <w:tblPr>
        <w:tblW w:w="0" w:type="auto"/>
        <w:jc w:val="center"/>
        <w:tblLook w:val="04A0" w:firstRow="1" w:lastRow="0" w:firstColumn="1" w:lastColumn="0" w:noHBand="0" w:noVBand="1"/>
      </w:tblPr>
      <w:tblGrid>
        <w:gridCol w:w="5170"/>
        <w:gridCol w:w="5170"/>
      </w:tblGrid>
      <w:tr w:rsidR="000907E6" w14:paraId="2D0E58F5"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2196ED4D" w14:textId="77777777" w:rsidR="000907E6" w:rsidRDefault="00000000">
            <w:pPr>
              <w:spacing w:after="40"/>
            </w:pPr>
            <w:r>
              <w:rPr>
                <w:b/>
                <w:color w:val="0B2E4A"/>
              </w:rPr>
              <w:t>Reading goal</w:t>
            </w:r>
          </w:p>
          <w:p w14:paraId="361A612A" w14:textId="77777777" w:rsidR="000907E6" w:rsidRDefault="00000000">
            <w:pPr>
              <w:spacing w:after="0"/>
            </w:pPr>
            <w:r>
              <w:rPr>
                <w:sz w:val="18"/>
              </w:rPr>
              <w:t>Read a founding-style passage.</w:t>
            </w:r>
          </w:p>
        </w:tc>
      </w:tr>
      <w:tr w:rsidR="000907E6" w14:paraId="68557559"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EAF7F7"/>
          </w:tcPr>
          <w:p w14:paraId="1A777A89" w14:textId="77777777" w:rsidR="000907E6" w:rsidRDefault="00000000">
            <w:pPr>
              <w:spacing w:after="40"/>
            </w:pPr>
            <w:r>
              <w:rPr>
                <w:b/>
                <w:color w:val="0B2E4A"/>
              </w:rPr>
              <w:t>Pronunciation focus</w:t>
            </w:r>
          </w:p>
          <w:p w14:paraId="74A490D7" w14:textId="77777777" w:rsidR="000907E6" w:rsidRDefault="00000000">
            <w:pPr>
              <w:spacing w:after="0"/>
            </w:pPr>
            <w:r>
              <w:rPr>
                <w:sz w:val="18"/>
              </w:rPr>
              <w:t>voses uses -es because it is easier after a consonant sound.</w:t>
            </w:r>
          </w:p>
        </w:tc>
      </w:tr>
      <w:tr w:rsidR="000907E6" w14:paraId="59952DA0"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3183D13E" w14:textId="77777777" w:rsidR="000907E6" w:rsidRDefault="00000000">
            <w:pPr>
              <w:spacing w:after="0"/>
            </w:pPr>
            <w:r>
              <w:rPr>
                <w:b/>
                <w:color w:val="FFFFFF"/>
                <w:sz w:val="17"/>
              </w:rPr>
              <w:t>Useful words</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28FEFF4E" w14:textId="77777777" w:rsidR="000907E6" w:rsidRDefault="00000000">
            <w:pPr>
              <w:spacing w:after="0"/>
            </w:pPr>
            <w:r>
              <w:rPr>
                <w:b/>
                <w:color w:val="FFFFFF"/>
                <w:sz w:val="17"/>
              </w:rPr>
              <w:t>Meaning</w:t>
            </w:r>
          </w:p>
        </w:tc>
      </w:tr>
      <w:tr w:rsidR="000907E6" w14:paraId="0D4326B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B04283E" w14:textId="77777777" w:rsidR="000907E6" w:rsidRDefault="00000000">
            <w:pPr>
              <w:spacing w:after="0"/>
            </w:pPr>
            <w:r>
              <w:rPr>
                <w:sz w:val="17"/>
              </w:rPr>
              <w:t>grande</w:t>
            </w:r>
          </w:p>
        </w:tc>
        <w:tc>
          <w:tcPr>
            <w:tcW w:w="5170" w:type="dxa"/>
            <w:tcBorders>
              <w:top w:val="single" w:sz="4" w:space="0" w:color="D8E6EC"/>
              <w:left w:val="single" w:sz="4" w:space="0" w:color="D8E6EC"/>
              <w:bottom w:val="single" w:sz="4" w:space="0" w:color="D8E6EC"/>
              <w:right w:val="single" w:sz="4" w:space="0" w:color="D8E6EC"/>
            </w:tcBorders>
          </w:tcPr>
          <w:p w14:paraId="7988B98C" w14:textId="77777777" w:rsidR="000907E6" w:rsidRDefault="00000000">
            <w:pPr>
              <w:spacing w:after="0"/>
            </w:pPr>
            <w:r>
              <w:rPr>
                <w:sz w:val="17"/>
              </w:rPr>
              <w:t>great</w:t>
            </w:r>
          </w:p>
        </w:tc>
      </w:tr>
      <w:tr w:rsidR="000907E6" w14:paraId="3383565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43057CC" w14:textId="77777777" w:rsidR="000907E6" w:rsidRDefault="00000000">
            <w:pPr>
              <w:spacing w:after="0"/>
            </w:pPr>
            <w:r>
              <w:rPr>
                <w:sz w:val="17"/>
              </w:rPr>
              <w:t>familia</w:t>
            </w:r>
          </w:p>
        </w:tc>
        <w:tc>
          <w:tcPr>
            <w:tcW w:w="5170" w:type="dxa"/>
            <w:tcBorders>
              <w:top w:val="single" w:sz="4" w:space="0" w:color="D8E6EC"/>
              <w:left w:val="single" w:sz="4" w:space="0" w:color="D8E6EC"/>
              <w:bottom w:val="single" w:sz="4" w:space="0" w:color="D8E6EC"/>
              <w:right w:val="single" w:sz="4" w:space="0" w:color="D8E6EC"/>
            </w:tcBorders>
          </w:tcPr>
          <w:p w14:paraId="2DA524D9" w14:textId="77777777" w:rsidR="000907E6" w:rsidRDefault="00000000">
            <w:pPr>
              <w:spacing w:after="0"/>
            </w:pPr>
            <w:r>
              <w:rPr>
                <w:sz w:val="17"/>
              </w:rPr>
              <w:t>family</w:t>
            </w:r>
          </w:p>
        </w:tc>
      </w:tr>
      <w:tr w:rsidR="000907E6" w14:paraId="3E6A6C5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094730A" w14:textId="77777777" w:rsidR="000907E6" w:rsidRDefault="00000000">
            <w:pPr>
              <w:spacing w:after="0"/>
            </w:pPr>
            <w:r>
              <w:rPr>
                <w:sz w:val="17"/>
              </w:rPr>
              <w:t>voses</w:t>
            </w:r>
          </w:p>
        </w:tc>
        <w:tc>
          <w:tcPr>
            <w:tcW w:w="5170" w:type="dxa"/>
            <w:tcBorders>
              <w:top w:val="single" w:sz="4" w:space="0" w:color="D8E6EC"/>
              <w:left w:val="single" w:sz="4" w:space="0" w:color="D8E6EC"/>
              <w:bottom w:val="single" w:sz="4" w:space="0" w:color="D8E6EC"/>
              <w:right w:val="single" w:sz="4" w:space="0" w:color="D8E6EC"/>
            </w:tcBorders>
          </w:tcPr>
          <w:p w14:paraId="6A0E373F" w14:textId="77777777" w:rsidR="000907E6" w:rsidRDefault="00000000">
            <w:pPr>
              <w:spacing w:after="0"/>
            </w:pPr>
            <w:r>
              <w:rPr>
                <w:sz w:val="17"/>
              </w:rPr>
              <w:t>voices</w:t>
            </w:r>
          </w:p>
        </w:tc>
      </w:tr>
      <w:tr w:rsidR="000907E6" w14:paraId="678D40A8"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3CA1FA4" w14:textId="77777777" w:rsidR="000907E6" w:rsidRDefault="00000000">
            <w:pPr>
              <w:spacing w:after="0"/>
            </w:pPr>
            <w:r>
              <w:rPr>
                <w:sz w:val="17"/>
              </w:rPr>
              <w:t>ponte</w:t>
            </w:r>
          </w:p>
        </w:tc>
        <w:tc>
          <w:tcPr>
            <w:tcW w:w="5170" w:type="dxa"/>
            <w:tcBorders>
              <w:top w:val="single" w:sz="4" w:space="0" w:color="D8E6EC"/>
              <w:left w:val="single" w:sz="4" w:space="0" w:color="D8E6EC"/>
              <w:bottom w:val="single" w:sz="4" w:space="0" w:color="D8E6EC"/>
              <w:right w:val="single" w:sz="4" w:space="0" w:color="D8E6EC"/>
            </w:tcBorders>
          </w:tcPr>
          <w:p w14:paraId="4C2CA39B" w14:textId="77777777" w:rsidR="000907E6" w:rsidRDefault="00000000">
            <w:pPr>
              <w:spacing w:after="0"/>
            </w:pPr>
            <w:r>
              <w:rPr>
                <w:sz w:val="17"/>
              </w:rPr>
              <w:t>bridge</w:t>
            </w:r>
          </w:p>
        </w:tc>
      </w:tr>
      <w:tr w:rsidR="000907E6" w14:paraId="293B86F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0F65495" w14:textId="77777777" w:rsidR="000907E6" w:rsidRDefault="00000000">
            <w:pPr>
              <w:spacing w:after="0"/>
            </w:pPr>
            <w:r>
              <w:rPr>
                <w:sz w:val="17"/>
              </w:rPr>
              <w:t>bariera</w:t>
            </w:r>
          </w:p>
        </w:tc>
        <w:tc>
          <w:tcPr>
            <w:tcW w:w="5170" w:type="dxa"/>
            <w:tcBorders>
              <w:top w:val="single" w:sz="4" w:space="0" w:color="D8E6EC"/>
              <w:left w:val="single" w:sz="4" w:space="0" w:color="D8E6EC"/>
              <w:bottom w:val="single" w:sz="4" w:space="0" w:color="D8E6EC"/>
              <w:right w:val="single" w:sz="4" w:space="0" w:color="D8E6EC"/>
            </w:tcBorders>
          </w:tcPr>
          <w:p w14:paraId="7517B304" w14:textId="77777777" w:rsidR="000907E6" w:rsidRDefault="00000000">
            <w:pPr>
              <w:spacing w:after="0"/>
            </w:pPr>
            <w:r>
              <w:rPr>
                <w:sz w:val="17"/>
              </w:rPr>
              <w:t>barrier</w:t>
            </w:r>
          </w:p>
        </w:tc>
      </w:tr>
    </w:tbl>
    <w:p w14:paraId="6BB52B0F" w14:textId="77777777" w:rsidR="000907E6" w:rsidRDefault="00000000">
      <w:pPr>
        <w:pStyle w:val="Heading3"/>
      </w:pPr>
      <w:r>
        <w:t>Reading Text</w:t>
      </w:r>
    </w:p>
    <w:tbl>
      <w:tblPr>
        <w:tblW w:w="0" w:type="auto"/>
        <w:jc w:val="center"/>
        <w:tblLook w:val="04A0" w:firstRow="1" w:lastRow="0" w:firstColumn="1" w:lastColumn="0" w:noHBand="0" w:noVBand="1"/>
      </w:tblPr>
      <w:tblGrid>
        <w:gridCol w:w="10340"/>
      </w:tblGrid>
      <w:tr w:rsidR="000907E6" w14:paraId="0F2B4009"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2041D849" w14:textId="77777777" w:rsidR="000907E6" w:rsidRDefault="00000000">
            <w:pPr>
              <w:spacing w:after="40"/>
            </w:pPr>
            <w:r w:rsidRPr="00CE26E7">
              <w:rPr>
                <w:b/>
                <w:color w:val="0B2E4A"/>
                <w:sz w:val="24"/>
                <w:lang w:val="es-ES"/>
              </w:rPr>
              <w:t xml:space="preserve">La mundo habe multe voses. Kada vose porta memoria, musik, dolor, alegria, et esperança. Claralinga ne vole cancela esas voses. Lo vole krea un ponte entre les. Si nos pote comparte simple parolas, nos pote komensa conversa. </w:t>
            </w:r>
            <w:r>
              <w:rPr>
                <w:b/>
                <w:color w:val="0B2E4A"/>
                <w:sz w:val="24"/>
              </w:rPr>
              <w:t>Et conversa es saepe la prima porta a pase.</w:t>
            </w:r>
          </w:p>
          <w:p w14:paraId="1913297C" w14:textId="77777777" w:rsidR="000907E6" w:rsidRDefault="00000000">
            <w:pPr>
              <w:spacing w:after="0"/>
            </w:pPr>
            <w:r>
              <w:rPr>
                <w:i/>
                <w:color w:val="5A5A5A"/>
                <w:sz w:val="18"/>
              </w:rPr>
              <w:t>The world has many voices. Each voice carries memory, music, pain, joy, and hope. Claralinga does not want to cancel those voices. It wants to create a bridge among them. If we can share simple words, we can begin conversation. And conversation is often the first door to peace.</w:t>
            </w:r>
          </w:p>
        </w:tc>
      </w:tr>
    </w:tbl>
    <w:p w14:paraId="09443F69" w14:textId="77777777" w:rsidR="000907E6" w:rsidRDefault="00000000">
      <w:pPr>
        <w:pStyle w:val="Heading3"/>
      </w:pPr>
      <w:r>
        <w:t>Check Understanding</w:t>
      </w:r>
    </w:p>
    <w:p w14:paraId="1A416415" w14:textId="77777777" w:rsidR="000907E6" w:rsidRDefault="00000000">
      <w:pPr>
        <w:spacing w:after="40"/>
      </w:pPr>
      <w:r>
        <w:t>Ke porta kada vose?</w:t>
      </w:r>
    </w:p>
    <w:p w14:paraId="59A9314D" w14:textId="77777777" w:rsidR="000907E6" w:rsidRDefault="00000000">
      <w:pPr>
        <w:spacing w:after="40"/>
      </w:pPr>
      <w:r>
        <w:t>____________________________________________________________________________</w:t>
      </w:r>
    </w:p>
    <w:p w14:paraId="4AD52F3D" w14:textId="77777777" w:rsidR="000907E6" w:rsidRDefault="00000000">
      <w:pPr>
        <w:spacing w:after="40"/>
      </w:pPr>
      <w:r>
        <w:t>Ke vole krea Claralinga?</w:t>
      </w:r>
    </w:p>
    <w:p w14:paraId="6F820FF3" w14:textId="77777777" w:rsidR="000907E6" w:rsidRDefault="00000000">
      <w:pPr>
        <w:spacing w:after="40"/>
      </w:pPr>
      <w:r>
        <w:t>____________________________________________________________________________</w:t>
      </w:r>
    </w:p>
    <w:p w14:paraId="6BAAC07B" w14:textId="77777777" w:rsidR="000907E6" w:rsidRPr="00CE26E7" w:rsidRDefault="00000000">
      <w:pPr>
        <w:spacing w:after="40"/>
        <w:rPr>
          <w:lang w:val="es-ES"/>
        </w:rPr>
      </w:pPr>
      <w:r w:rsidRPr="00CE26E7">
        <w:rPr>
          <w:lang w:val="es-ES"/>
        </w:rPr>
        <w:t>Ke es la prima porta a pase?</w:t>
      </w:r>
    </w:p>
    <w:p w14:paraId="10A71B68" w14:textId="77777777" w:rsidR="000907E6" w:rsidRDefault="00000000">
      <w:pPr>
        <w:spacing w:after="40"/>
      </w:pPr>
      <w:r>
        <w:t>____________________________________________________________________________</w:t>
      </w:r>
    </w:p>
    <w:p w14:paraId="75D32DD5" w14:textId="77777777" w:rsidR="000907E6" w:rsidRDefault="00000000">
      <w:pPr>
        <w:pStyle w:val="Heading3"/>
      </w:pPr>
      <w:r>
        <w:t>Speak It</w:t>
      </w:r>
    </w:p>
    <w:p w14:paraId="41924867" w14:textId="77777777" w:rsidR="000907E6" w:rsidRDefault="00000000">
      <w:pPr>
        <w:pStyle w:val="ListBullet"/>
        <w:spacing w:after="40"/>
      </w:pPr>
      <w:r>
        <w:t>Read it twice: once slowly, once as a public statement.</w:t>
      </w:r>
    </w:p>
    <w:p w14:paraId="23F0735B" w14:textId="77777777" w:rsidR="000907E6" w:rsidRDefault="00000000">
      <w:pPr>
        <w:pStyle w:val="Heading3"/>
      </w:pPr>
      <w:r>
        <w:t>Write It</w:t>
      </w:r>
    </w:p>
    <w:p w14:paraId="5A863F07" w14:textId="77777777" w:rsidR="000907E6" w:rsidRDefault="00000000">
      <w:pPr>
        <w:spacing w:after="40"/>
      </w:pPr>
      <w:r>
        <w:t>Write your own founding statement for Claralinga.</w:t>
      </w:r>
    </w:p>
    <w:p w14:paraId="6B2CC8A1" w14:textId="77777777" w:rsidR="000907E6" w:rsidRDefault="00000000">
      <w:pPr>
        <w:spacing w:after="40"/>
      </w:pPr>
      <w:r>
        <w:t>____________________________________________________________________________</w:t>
      </w:r>
    </w:p>
    <w:p w14:paraId="3019C791" w14:textId="77777777" w:rsidR="000907E6" w:rsidRDefault="00000000">
      <w:pPr>
        <w:spacing w:after="40"/>
      </w:pPr>
      <w:r>
        <w:t>____________________________________________________________________________</w:t>
      </w:r>
    </w:p>
    <w:p w14:paraId="6809E1E9" w14:textId="77777777" w:rsidR="000907E6" w:rsidRDefault="00000000">
      <w:pPr>
        <w:spacing w:after="40"/>
      </w:pPr>
      <w:r>
        <w:t>____________________________________________________________________________</w:t>
      </w:r>
    </w:p>
    <w:p w14:paraId="5E2C987C" w14:textId="77777777" w:rsidR="000907E6" w:rsidRDefault="00000000">
      <w:r/>
    </w:p>
    <w:p w14:paraId="6FE2BC03" w14:textId="77777777" w:rsidR="000907E6" w:rsidRDefault="00000000">
      <w:pPr>
        <w:pStyle w:val="Heading1"/>
      </w:pPr>
      <w:r>
        <w:t>Cumulative Review</w:t>
      </w:r>
    </w:p>
    <w:p w14:paraId="6853BFAA" w14:textId="77777777" w:rsidR="000907E6" w:rsidRDefault="00000000">
      <w:pPr>
        <w:pStyle w:val="Heading2"/>
      </w:pPr>
      <w:r>
        <w:t>Pronunciation Review</w:t>
      </w:r>
    </w:p>
    <w:tbl>
      <w:tblPr>
        <w:tblW w:w="0" w:type="auto"/>
        <w:jc w:val="center"/>
        <w:tblLook w:val="04A0" w:firstRow="1" w:lastRow="0" w:firstColumn="1" w:lastColumn="0" w:noHBand="0" w:noVBand="1"/>
      </w:tblPr>
      <w:tblGrid>
        <w:gridCol w:w="5170"/>
        <w:gridCol w:w="5170"/>
      </w:tblGrid>
      <w:tr w:rsidR="000907E6" w14:paraId="0C91213B"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6FECD145" w14:textId="77777777" w:rsidR="000907E6" w:rsidRDefault="00000000">
            <w:pPr>
              <w:spacing w:after="0"/>
            </w:pPr>
            <w:r>
              <w:rPr>
                <w:b/>
                <w:color w:val="FFFFFF"/>
                <w:sz w:val="17"/>
              </w:rPr>
              <w:t>Read Aloud</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6B252F36" w14:textId="77777777" w:rsidR="000907E6" w:rsidRDefault="00000000">
            <w:pPr>
              <w:spacing w:after="0"/>
            </w:pPr>
            <w:r>
              <w:rPr>
                <w:b/>
                <w:color w:val="FFFFFF"/>
                <w:sz w:val="17"/>
              </w:rPr>
              <w:t>What to Watch</w:t>
            </w:r>
          </w:p>
        </w:tc>
      </w:tr>
      <w:tr w:rsidR="000907E6" w14:paraId="69AB71A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6B49C97" w14:textId="77777777" w:rsidR="000907E6" w:rsidRDefault="00000000">
            <w:pPr>
              <w:spacing w:after="0"/>
            </w:pPr>
            <w:r>
              <w:rPr>
                <w:sz w:val="17"/>
              </w:rPr>
              <w:t>clar, cel, kultura, kentro</w:t>
            </w:r>
          </w:p>
        </w:tc>
        <w:tc>
          <w:tcPr>
            <w:tcW w:w="5170" w:type="dxa"/>
            <w:tcBorders>
              <w:top w:val="single" w:sz="4" w:space="0" w:color="D8E6EC"/>
              <w:left w:val="single" w:sz="4" w:space="0" w:color="D8E6EC"/>
              <w:bottom w:val="single" w:sz="4" w:space="0" w:color="D8E6EC"/>
              <w:right w:val="single" w:sz="4" w:space="0" w:color="D8E6EC"/>
            </w:tcBorders>
          </w:tcPr>
          <w:p w14:paraId="49E8239F" w14:textId="77777777" w:rsidR="000907E6" w:rsidRDefault="00000000">
            <w:pPr>
              <w:spacing w:after="0"/>
            </w:pPr>
            <w:r>
              <w:rPr>
                <w:sz w:val="17"/>
              </w:rPr>
              <w:t>k is default; retained c is pronounced k</w:t>
            </w:r>
          </w:p>
        </w:tc>
      </w:tr>
      <w:tr w:rsidR="000907E6" w14:paraId="2DEB05F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133631D" w14:textId="77777777" w:rsidR="000907E6" w:rsidRDefault="00000000">
            <w:pPr>
              <w:spacing w:after="0"/>
            </w:pPr>
            <w:r>
              <w:rPr>
                <w:sz w:val="17"/>
              </w:rPr>
              <w:t>jurnal, januar, juni</w:t>
            </w:r>
          </w:p>
        </w:tc>
        <w:tc>
          <w:tcPr>
            <w:tcW w:w="5170" w:type="dxa"/>
            <w:tcBorders>
              <w:top w:val="single" w:sz="4" w:space="0" w:color="D8E6EC"/>
              <w:left w:val="single" w:sz="4" w:space="0" w:color="D8E6EC"/>
              <w:bottom w:val="single" w:sz="4" w:space="0" w:color="D8E6EC"/>
              <w:right w:val="single" w:sz="4" w:space="0" w:color="D8E6EC"/>
            </w:tcBorders>
          </w:tcPr>
          <w:p w14:paraId="5B6E34C3" w14:textId="77777777" w:rsidR="000907E6" w:rsidRDefault="00000000">
            <w:pPr>
              <w:spacing w:after="0"/>
            </w:pPr>
            <w:r>
              <w:rPr>
                <w:sz w:val="17"/>
              </w:rPr>
              <w:t>j is English y</w:t>
            </w:r>
          </w:p>
        </w:tc>
      </w:tr>
      <w:tr w:rsidR="000907E6" w14:paraId="66B5E65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C50A880" w14:textId="77777777" w:rsidR="000907E6" w:rsidRDefault="00000000">
            <w:pPr>
              <w:spacing w:after="0"/>
            </w:pPr>
            <w:r>
              <w:rPr>
                <w:sz w:val="17"/>
              </w:rPr>
              <w:t>histori, energi, demokrati</w:t>
            </w:r>
          </w:p>
        </w:tc>
        <w:tc>
          <w:tcPr>
            <w:tcW w:w="5170" w:type="dxa"/>
            <w:tcBorders>
              <w:top w:val="single" w:sz="4" w:space="0" w:color="D8E6EC"/>
              <w:left w:val="single" w:sz="4" w:space="0" w:color="D8E6EC"/>
              <w:bottom w:val="single" w:sz="4" w:space="0" w:color="D8E6EC"/>
              <w:right w:val="single" w:sz="4" w:space="0" w:color="D8E6EC"/>
            </w:tcBorders>
          </w:tcPr>
          <w:p w14:paraId="2D5D1330" w14:textId="77777777" w:rsidR="000907E6" w:rsidRDefault="00000000">
            <w:pPr>
              <w:spacing w:after="0"/>
            </w:pPr>
            <w:r>
              <w:rPr>
                <w:sz w:val="17"/>
              </w:rPr>
              <w:t>final i = ee</w:t>
            </w:r>
          </w:p>
        </w:tc>
      </w:tr>
      <w:tr w:rsidR="000907E6" w14:paraId="75219EE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B535406" w14:textId="77777777" w:rsidR="000907E6" w:rsidRDefault="00000000">
            <w:pPr>
              <w:spacing w:after="0"/>
            </w:pPr>
            <w:r>
              <w:rPr>
                <w:sz w:val="17"/>
              </w:rPr>
              <w:t>familia, persona, melodia</w:t>
            </w:r>
          </w:p>
        </w:tc>
        <w:tc>
          <w:tcPr>
            <w:tcW w:w="5170" w:type="dxa"/>
            <w:tcBorders>
              <w:top w:val="single" w:sz="4" w:space="0" w:color="D8E6EC"/>
              <w:left w:val="single" w:sz="4" w:space="0" w:color="D8E6EC"/>
              <w:bottom w:val="single" w:sz="4" w:space="0" w:color="D8E6EC"/>
              <w:right w:val="single" w:sz="4" w:space="0" w:color="D8E6EC"/>
            </w:tcBorders>
          </w:tcPr>
          <w:p w14:paraId="76CB6D00" w14:textId="77777777" w:rsidR="000907E6" w:rsidRDefault="00000000">
            <w:pPr>
              <w:spacing w:after="0"/>
            </w:pPr>
            <w:r>
              <w:rPr>
                <w:sz w:val="17"/>
              </w:rPr>
              <w:t>pronounce every vowel</w:t>
            </w:r>
          </w:p>
        </w:tc>
      </w:tr>
      <w:tr w:rsidR="000907E6" w14:paraId="7E52F2C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5D9A7D0" w14:textId="77777777" w:rsidR="000907E6" w:rsidRDefault="00000000">
            <w:pPr>
              <w:spacing w:after="0"/>
            </w:pPr>
            <w:r>
              <w:rPr>
                <w:sz w:val="17"/>
              </w:rPr>
              <w:t>shanse, charta</w:t>
            </w:r>
          </w:p>
        </w:tc>
        <w:tc>
          <w:tcPr>
            <w:tcW w:w="5170" w:type="dxa"/>
            <w:tcBorders>
              <w:top w:val="single" w:sz="4" w:space="0" w:color="D8E6EC"/>
              <w:left w:val="single" w:sz="4" w:space="0" w:color="D8E6EC"/>
              <w:bottom w:val="single" w:sz="4" w:space="0" w:color="D8E6EC"/>
              <w:right w:val="single" w:sz="4" w:space="0" w:color="D8E6EC"/>
            </w:tcBorders>
          </w:tcPr>
          <w:p w14:paraId="2A078A57" w14:textId="77777777" w:rsidR="000907E6" w:rsidRDefault="00000000">
            <w:pPr>
              <w:spacing w:after="0"/>
            </w:pPr>
            <w:r>
              <w:rPr>
                <w:sz w:val="17"/>
              </w:rPr>
              <w:t>sh and ch stay distinct</w:t>
            </w:r>
          </w:p>
        </w:tc>
      </w:tr>
    </w:tbl>
    <w:p w14:paraId="4F38F84A" w14:textId="77777777" w:rsidR="000907E6" w:rsidRDefault="00000000">
      <w:pPr>
        <w:pStyle w:val="Heading2"/>
      </w:pPr>
      <w:r>
        <w:t>Reading Review Test</w:t>
      </w:r>
    </w:p>
    <w:tbl>
      <w:tblPr>
        <w:tblW w:w="0" w:type="auto"/>
        <w:jc w:val="center"/>
        <w:tblLook w:val="04A0" w:firstRow="1" w:lastRow="0" w:firstColumn="1" w:lastColumn="0" w:noHBand="0" w:noVBand="1"/>
      </w:tblPr>
      <w:tblGrid>
        <w:gridCol w:w="10340"/>
      </w:tblGrid>
      <w:tr w:rsidR="000907E6" w14:paraId="3C618DC8" w14:textId="77777777">
        <w:trPr>
          <w:jc w:val="center"/>
        </w:trPr>
        <w:tc>
          <w:tcPr>
            <w:tcW w:w="10340" w:type="dxa"/>
            <w:tcBorders>
              <w:top w:val="single" w:sz="4" w:space="0" w:color="A7CED8"/>
              <w:left w:val="single" w:sz="4" w:space="0" w:color="A7CED8"/>
              <w:bottom w:val="single" w:sz="4" w:space="0" w:color="A7CED8"/>
              <w:right w:val="single" w:sz="4" w:space="0" w:color="A7CED8"/>
            </w:tcBorders>
            <w:shd w:val="clear" w:color="auto" w:fill="F7FBFC"/>
          </w:tcPr>
          <w:p w14:paraId="5799FEAE" w14:textId="77777777" w:rsidR="000907E6" w:rsidRPr="00CE26E7" w:rsidRDefault="00000000">
            <w:pPr>
              <w:spacing w:after="40"/>
              <w:rPr>
                <w:lang w:val="es-ES"/>
              </w:rPr>
            </w:pPr>
            <w:r w:rsidRPr="00CE26E7">
              <w:rPr>
                <w:b/>
                <w:color w:val="0B2E4A"/>
                <w:sz w:val="24"/>
                <w:lang w:val="es-ES"/>
              </w:rPr>
              <w:t>Mi nom es Rosa. Mi vive en un pequena kasa proksim la lago. Hodia mi nu prepara un lista, alimenta, akua, et mapa. Morga nos va viaja kon mi familia. Yester nos pa compra pan, fruta, et kafe. Mi amik Leo ja arriva. Ku tu voli viaja kon nos?</w:t>
            </w:r>
          </w:p>
          <w:p w14:paraId="49CC4435" w14:textId="77777777" w:rsidR="000907E6" w:rsidRDefault="00000000">
            <w:pPr>
              <w:spacing w:after="0"/>
            </w:pPr>
            <w:r>
              <w:rPr>
                <w:i/>
                <w:color w:val="5A5A5A"/>
                <w:sz w:val="18"/>
              </w:rPr>
              <w:t>My name is Rosa. I live in a small house near the lake. Today I am preparing a list, food, water, and map. Tomorrow we will travel with my family. Yesterday we bought bread, fruit, and coffee. My friend Leo has already arrived. Do you want to travel with us?</w:t>
            </w:r>
          </w:p>
        </w:tc>
      </w:tr>
    </w:tbl>
    <w:p w14:paraId="0588F40C" w14:textId="77777777" w:rsidR="000907E6" w:rsidRPr="00CE26E7" w:rsidRDefault="00000000">
      <w:pPr>
        <w:spacing w:after="40"/>
        <w:rPr>
          <w:lang w:val="es-ES"/>
        </w:rPr>
      </w:pPr>
      <w:r w:rsidRPr="00CE26E7">
        <w:rPr>
          <w:lang w:val="es-ES"/>
        </w:rPr>
        <w:t>Ki es la persona principal?</w:t>
      </w:r>
    </w:p>
    <w:p w14:paraId="72072149" w14:textId="77777777" w:rsidR="000907E6" w:rsidRPr="00CE26E7" w:rsidRDefault="00000000">
      <w:pPr>
        <w:spacing w:after="40"/>
        <w:rPr>
          <w:lang w:val="es-ES"/>
        </w:rPr>
      </w:pPr>
      <w:r w:rsidRPr="00CE26E7">
        <w:rPr>
          <w:lang w:val="es-ES"/>
        </w:rPr>
        <w:t>____________________________________________________________________________</w:t>
      </w:r>
    </w:p>
    <w:p w14:paraId="1694DED0" w14:textId="77777777" w:rsidR="000907E6" w:rsidRPr="00CE26E7" w:rsidRDefault="00000000">
      <w:pPr>
        <w:spacing w:after="40"/>
        <w:rPr>
          <w:lang w:val="es-ES"/>
        </w:rPr>
      </w:pPr>
      <w:r w:rsidRPr="00CE26E7">
        <w:rPr>
          <w:lang w:val="es-ES"/>
        </w:rPr>
        <w:t>Ube vive Rosa?</w:t>
      </w:r>
    </w:p>
    <w:p w14:paraId="68349D9D" w14:textId="77777777" w:rsidR="000907E6" w:rsidRPr="00CE26E7" w:rsidRDefault="00000000">
      <w:pPr>
        <w:spacing w:after="40"/>
        <w:rPr>
          <w:lang w:val="es-ES"/>
        </w:rPr>
      </w:pPr>
      <w:r w:rsidRPr="00CE26E7">
        <w:rPr>
          <w:lang w:val="es-ES"/>
        </w:rPr>
        <w:t>____________________________________________________________________________</w:t>
      </w:r>
    </w:p>
    <w:p w14:paraId="458F77E3" w14:textId="77777777" w:rsidR="000907E6" w:rsidRPr="00CE26E7" w:rsidRDefault="00000000">
      <w:pPr>
        <w:spacing w:after="40"/>
        <w:rPr>
          <w:lang w:val="es-ES"/>
        </w:rPr>
      </w:pPr>
      <w:r w:rsidRPr="00CE26E7">
        <w:rPr>
          <w:lang w:val="es-ES"/>
        </w:rPr>
        <w:t>Ke Rosa nu prepara?</w:t>
      </w:r>
    </w:p>
    <w:p w14:paraId="2BF70FDD" w14:textId="77777777" w:rsidR="000907E6" w:rsidRPr="00CE26E7" w:rsidRDefault="00000000">
      <w:pPr>
        <w:spacing w:after="40"/>
        <w:rPr>
          <w:lang w:val="es-ES"/>
        </w:rPr>
      </w:pPr>
      <w:r w:rsidRPr="00CE26E7">
        <w:rPr>
          <w:lang w:val="es-ES"/>
        </w:rPr>
        <w:t>____________________________________________________________________________</w:t>
      </w:r>
    </w:p>
    <w:p w14:paraId="4028674E" w14:textId="77777777" w:rsidR="000907E6" w:rsidRPr="00CE26E7" w:rsidRDefault="00000000">
      <w:pPr>
        <w:spacing w:after="40"/>
        <w:rPr>
          <w:lang w:val="es-ES"/>
        </w:rPr>
      </w:pPr>
      <w:r w:rsidRPr="00CE26E7">
        <w:rPr>
          <w:lang w:val="es-ES"/>
        </w:rPr>
        <w:t>Kan nos va viaja?</w:t>
      </w:r>
    </w:p>
    <w:p w14:paraId="690FE2E4" w14:textId="77777777" w:rsidR="000907E6" w:rsidRPr="00CE26E7" w:rsidRDefault="00000000">
      <w:pPr>
        <w:spacing w:after="40"/>
        <w:rPr>
          <w:lang w:val="es-ES"/>
        </w:rPr>
      </w:pPr>
      <w:r w:rsidRPr="00CE26E7">
        <w:rPr>
          <w:lang w:val="es-ES"/>
        </w:rPr>
        <w:t>____________________________________________________________________________</w:t>
      </w:r>
    </w:p>
    <w:p w14:paraId="21803094" w14:textId="77777777" w:rsidR="000907E6" w:rsidRPr="00CE26E7" w:rsidRDefault="00000000">
      <w:pPr>
        <w:spacing w:after="40"/>
        <w:rPr>
          <w:lang w:val="es-ES"/>
        </w:rPr>
      </w:pPr>
      <w:r w:rsidRPr="00CE26E7">
        <w:rPr>
          <w:lang w:val="es-ES"/>
        </w:rPr>
        <w:t>Ki ja arriva?</w:t>
      </w:r>
    </w:p>
    <w:p w14:paraId="4DD458E2" w14:textId="77777777" w:rsidR="000907E6" w:rsidRDefault="00000000">
      <w:pPr>
        <w:spacing w:after="40"/>
      </w:pPr>
      <w:r>
        <w:t>____________________________________________________________________________</w:t>
      </w:r>
    </w:p>
    <w:p w14:paraId="6662BC01" w14:textId="77777777" w:rsidR="000907E6" w:rsidRDefault="00000000">
      <w:pPr>
        <w:spacing w:after="40"/>
      </w:pPr>
      <w:r>
        <w:t>Ke question fini la texto?</w:t>
      </w:r>
    </w:p>
    <w:p w14:paraId="74D34D66" w14:textId="77777777" w:rsidR="000907E6" w:rsidRDefault="00000000">
      <w:pPr>
        <w:spacing w:after="40"/>
      </w:pPr>
      <w:r>
        <w:t>____________________________________________________________________________</w:t>
      </w:r>
    </w:p>
    <w:p w14:paraId="694D367E" w14:textId="77777777" w:rsidR="000907E6" w:rsidRDefault="00000000">
      <w:pPr>
        <w:pStyle w:val="Heading2"/>
      </w:pPr>
      <w:r>
        <w:t>Speaking Review</w:t>
      </w:r>
    </w:p>
    <w:p w14:paraId="5230641A" w14:textId="77777777" w:rsidR="000907E6" w:rsidRDefault="00000000">
      <w:pPr>
        <w:pStyle w:val="ListBullet"/>
        <w:spacing w:after="40"/>
      </w:pPr>
      <w:r>
        <w:t>Introduce yourself in Claralinga.</w:t>
      </w:r>
    </w:p>
    <w:p w14:paraId="257D1B9A" w14:textId="77777777" w:rsidR="000907E6" w:rsidRDefault="00000000">
      <w:pPr>
        <w:pStyle w:val="ListBullet"/>
        <w:spacing w:after="40"/>
      </w:pPr>
      <w:r>
        <w:t>Say one thing you did yesterday using pa.</w:t>
      </w:r>
    </w:p>
    <w:p w14:paraId="4B98BAD6" w14:textId="77777777" w:rsidR="000907E6" w:rsidRDefault="00000000">
      <w:pPr>
        <w:pStyle w:val="ListBullet"/>
        <w:spacing w:after="40"/>
      </w:pPr>
      <w:r>
        <w:t>Say one thing you are doing now using nu.</w:t>
      </w:r>
    </w:p>
    <w:p w14:paraId="3D44800E" w14:textId="77777777" w:rsidR="000907E6" w:rsidRDefault="00000000">
      <w:pPr>
        <w:pStyle w:val="ListBullet"/>
        <w:spacing w:after="40"/>
      </w:pPr>
      <w:r>
        <w:t>Say one thing you will do tomorrow using va.</w:t>
      </w:r>
    </w:p>
    <w:p w14:paraId="07F16A89" w14:textId="77777777" w:rsidR="000907E6" w:rsidRDefault="00000000">
      <w:pPr>
        <w:pStyle w:val="ListBullet"/>
        <w:spacing w:after="40"/>
      </w:pPr>
      <w:r>
        <w:t>Ask a yes/no question using ku.</w:t>
      </w:r>
    </w:p>
    <w:p w14:paraId="5390CE41" w14:textId="77777777" w:rsidR="000907E6" w:rsidRDefault="00000000">
      <w:r/>
    </w:p>
    <w:p w14:paraId="75456E33" w14:textId="77777777" w:rsidR="000907E6" w:rsidRDefault="00000000">
      <w:pPr>
        <w:pStyle w:val="Heading2"/>
      </w:pPr>
      <w:r>
        <w:t>Writing Review</w:t>
      </w:r>
    </w:p>
    <w:p w14:paraId="03A18B86" w14:textId="77777777" w:rsidR="000907E6" w:rsidRDefault="00000000">
      <w:pPr>
        <w:spacing w:after="100"/>
      </w:pPr>
      <w:r>
        <w:t>Write a 6-8 sentence paragraph in Claralinga about your day, your family, or a short trip. Use at least one pa sentence, one nu sentence, one va sentence, and one question.</w:t>
      </w:r>
    </w:p>
    <w:p w14:paraId="677243DB" w14:textId="77777777" w:rsidR="000907E6" w:rsidRDefault="00000000">
      <w:pPr>
        <w:spacing w:after="40"/>
      </w:pPr>
      <w:r>
        <w:t>____________________________________________________________________________</w:t>
      </w:r>
    </w:p>
    <w:p w14:paraId="25A220E5" w14:textId="77777777" w:rsidR="000907E6" w:rsidRDefault="00000000">
      <w:pPr>
        <w:spacing w:after="40"/>
      </w:pPr>
      <w:r>
        <w:t>____________________________________________________________________________</w:t>
      </w:r>
    </w:p>
    <w:p w14:paraId="57D4C017" w14:textId="77777777" w:rsidR="000907E6" w:rsidRDefault="00000000">
      <w:pPr>
        <w:spacing w:after="40"/>
      </w:pPr>
      <w:r>
        <w:t>____________________________________________________________________________</w:t>
      </w:r>
    </w:p>
    <w:p w14:paraId="17DA1676" w14:textId="77777777" w:rsidR="000907E6" w:rsidRDefault="00000000">
      <w:pPr>
        <w:spacing w:after="40"/>
      </w:pPr>
      <w:r>
        <w:t>____________________________________________________________________________</w:t>
      </w:r>
    </w:p>
    <w:p w14:paraId="249C7A1F" w14:textId="77777777" w:rsidR="000907E6" w:rsidRDefault="00000000">
      <w:pPr>
        <w:spacing w:after="40"/>
      </w:pPr>
      <w:r>
        <w:t>____________________________________________________________________________</w:t>
      </w:r>
    </w:p>
    <w:p w14:paraId="2205B528" w14:textId="77777777" w:rsidR="000907E6" w:rsidRDefault="00000000">
      <w:pPr>
        <w:spacing w:after="40"/>
      </w:pPr>
      <w:r>
        <w:t>____________________________________________________________________________</w:t>
      </w:r>
    </w:p>
    <w:p w14:paraId="5003745B" w14:textId="77777777" w:rsidR="000907E6" w:rsidRDefault="00000000">
      <w:pPr>
        <w:spacing w:after="40"/>
      </w:pPr>
      <w:r>
        <w:t>____________________________________________________________________________</w:t>
      </w:r>
    </w:p>
    <w:p w14:paraId="2F93A312" w14:textId="77777777" w:rsidR="000907E6" w:rsidRDefault="00000000">
      <w:pPr>
        <w:spacing w:after="40"/>
      </w:pPr>
      <w:r>
        <w:t>____________________________________________________________________________</w:t>
      </w:r>
    </w:p>
    <w:p w14:paraId="4DE3C57A" w14:textId="77777777" w:rsidR="000907E6" w:rsidRDefault="00000000">
      <w:r/>
    </w:p>
    <w:p w14:paraId="361BAE4A" w14:textId="77777777" w:rsidR="000907E6" w:rsidRDefault="00000000">
      <w:pPr>
        <w:pStyle w:val="Heading1"/>
      </w:pPr>
      <w:r>
        <w:t>Answer Key</w:t>
      </w:r>
    </w:p>
    <w:p w14:paraId="5EFA25F9" w14:textId="77777777" w:rsidR="000907E6" w:rsidRDefault="00000000">
      <w:pPr>
        <w:spacing w:after="100"/>
      </w:pPr>
      <w:r>
        <w:t>Answers may vary. The samples below show expected meaning and structure. Teachers should accept equivalent clear Claralinga answers that follow the locked rules.</w:t>
      </w:r>
    </w:p>
    <w:p w14:paraId="3D8F9A2C" w14:textId="77777777" w:rsidR="000907E6" w:rsidRDefault="00000000">
      <w:pPr>
        <w:pStyle w:val="Heading2"/>
      </w:pPr>
      <w:r>
        <w:t>Sample Answers for Reading Questions</w:t>
      </w:r>
    </w:p>
    <w:tbl>
      <w:tblPr>
        <w:tblW w:w="0" w:type="auto"/>
        <w:jc w:val="center"/>
        <w:tblLook w:val="04A0" w:firstRow="1" w:lastRow="0" w:firstColumn="1" w:lastColumn="0" w:noHBand="0" w:noVBand="1"/>
      </w:tblPr>
      <w:tblGrid>
        <w:gridCol w:w="5170"/>
        <w:gridCol w:w="5170"/>
      </w:tblGrid>
      <w:tr w:rsidR="000907E6" w14:paraId="1979F10C"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491A6639" w14:textId="77777777" w:rsidR="000907E6" w:rsidRDefault="00000000">
            <w:pPr>
              <w:spacing w:after="0"/>
            </w:pPr>
            <w:r>
              <w:rPr>
                <w:b/>
                <w:color w:val="FFFFFF"/>
                <w:sz w:val="14"/>
              </w:rPr>
              <w:t>Reading</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14D06330" w14:textId="77777777" w:rsidR="000907E6" w:rsidRDefault="00000000">
            <w:pPr>
              <w:spacing w:after="0"/>
            </w:pPr>
            <w:r>
              <w:rPr>
                <w:b/>
                <w:color w:val="FFFFFF"/>
                <w:sz w:val="14"/>
              </w:rPr>
              <w:t>Sample Answer Summary</w:t>
            </w:r>
          </w:p>
        </w:tc>
      </w:tr>
      <w:tr w:rsidR="000907E6" w14:paraId="654BB06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6210D35" w14:textId="77777777" w:rsidR="000907E6" w:rsidRDefault="00000000">
            <w:pPr>
              <w:spacing w:after="0"/>
            </w:pPr>
            <w:r>
              <w:rPr>
                <w:sz w:val="14"/>
              </w:rPr>
              <w:t>Sound Start</w:t>
            </w:r>
          </w:p>
        </w:tc>
        <w:tc>
          <w:tcPr>
            <w:tcW w:w="5170" w:type="dxa"/>
            <w:tcBorders>
              <w:top w:val="single" w:sz="4" w:space="0" w:color="D8E6EC"/>
              <w:left w:val="single" w:sz="4" w:space="0" w:color="D8E6EC"/>
              <w:bottom w:val="single" w:sz="4" w:space="0" w:color="D8E6EC"/>
              <w:right w:val="single" w:sz="4" w:space="0" w:color="D8E6EC"/>
            </w:tcBorders>
          </w:tcPr>
          <w:p w14:paraId="6D049EC4" w14:textId="77777777" w:rsidR="000907E6" w:rsidRDefault="00000000">
            <w:pPr>
              <w:spacing w:after="0"/>
            </w:pPr>
            <w:r w:rsidRPr="00CE26E7">
              <w:rPr>
                <w:sz w:val="14"/>
                <w:lang w:val="es-ES"/>
              </w:rPr>
              <w:t xml:space="preserve">La nom es Ana. Ana es ici. </w:t>
            </w:r>
            <w:r>
              <w:rPr>
                <w:sz w:val="14"/>
              </w:rPr>
              <w:t>Gratias significa thanks.</w:t>
            </w:r>
          </w:p>
        </w:tc>
      </w:tr>
      <w:tr w:rsidR="000907E6" w14:paraId="6A6807B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3BC1CBE" w14:textId="77777777" w:rsidR="000907E6" w:rsidRDefault="00000000">
            <w:pPr>
              <w:spacing w:after="0"/>
            </w:pPr>
            <w:r>
              <w:rPr>
                <w:sz w:val="14"/>
              </w:rPr>
              <w:t>Five Clear Sentences</w:t>
            </w:r>
          </w:p>
        </w:tc>
        <w:tc>
          <w:tcPr>
            <w:tcW w:w="5170" w:type="dxa"/>
            <w:tcBorders>
              <w:top w:val="single" w:sz="4" w:space="0" w:color="D8E6EC"/>
              <w:left w:val="single" w:sz="4" w:space="0" w:color="D8E6EC"/>
              <w:bottom w:val="single" w:sz="4" w:space="0" w:color="D8E6EC"/>
              <w:right w:val="single" w:sz="4" w:space="0" w:color="D8E6EC"/>
            </w:tcBorders>
          </w:tcPr>
          <w:p w14:paraId="02A76205" w14:textId="77777777" w:rsidR="000907E6" w:rsidRDefault="00000000">
            <w:pPr>
              <w:spacing w:after="0"/>
            </w:pPr>
            <w:r w:rsidRPr="00CE26E7">
              <w:rPr>
                <w:sz w:val="14"/>
                <w:lang w:val="es-ES"/>
              </w:rPr>
              <w:t xml:space="preserve">Mi vide la libro. Si, la libro es bon. </w:t>
            </w:r>
            <w:r>
              <w:rPr>
                <w:sz w:val="14"/>
              </w:rPr>
              <w:t>Nos es ici.</w:t>
            </w:r>
          </w:p>
        </w:tc>
      </w:tr>
      <w:tr w:rsidR="000907E6" w:rsidRPr="00CE26E7" w14:paraId="3CCC5F5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3FE117E" w14:textId="77777777" w:rsidR="000907E6" w:rsidRDefault="00000000">
            <w:pPr>
              <w:spacing w:after="0"/>
            </w:pPr>
            <w:r>
              <w:rPr>
                <w:sz w:val="14"/>
              </w:rPr>
              <w:t>Mi Familia</w:t>
            </w:r>
          </w:p>
        </w:tc>
        <w:tc>
          <w:tcPr>
            <w:tcW w:w="5170" w:type="dxa"/>
            <w:tcBorders>
              <w:top w:val="single" w:sz="4" w:space="0" w:color="D8E6EC"/>
              <w:left w:val="single" w:sz="4" w:space="0" w:color="D8E6EC"/>
              <w:bottom w:val="single" w:sz="4" w:space="0" w:color="D8E6EC"/>
              <w:right w:val="single" w:sz="4" w:space="0" w:color="D8E6EC"/>
            </w:tcBorders>
          </w:tcPr>
          <w:p w14:paraId="34F1D6DB" w14:textId="77777777" w:rsidR="000907E6" w:rsidRPr="00CE26E7" w:rsidRDefault="00000000">
            <w:pPr>
              <w:spacing w:after="0"/>
              <w:rPr>
                <w:lang w:val="es-ES"/>
              </w:rPr>
            </w:pPr>
            <w:r w:rsidRPr="00CE26E7">
              <w:rPr>
                <w:sz w:val="14"/>
                <w:lang w:val="es-ES"/>
              </w:rPr>
              <w:t>Si. La familia es grande. Mi mater ama musik. Ana ama arte.</w:t>
            </w:r>
          </w:p>
        </w:tc>
      </w:tr>
      <w:tr w:rsidR="000907E6" w:rsidRPr="00CE26E7" w14:paraId="25A2FF6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773110F" w14:textId="77777777" w:rsidR="000907E6" w:rsidRDefault="00000000">
            <w:pPr>
              <w:spacing w:after="0"/>
            </w:pPr>
            <w:r>
              <w:rPr>
                <w:sz w:val="14"/>
              </w:rPr>
              <w:t>La Bon Libro</w:t>
            </w:r>
          </w:p>
        </w:tc>
        <w:tc>
          <w:tcPr>
            <w:tcW w:w="5170" w:type="dxa"/>
            <w:tcBorders>
              <w:top w:val="single" w:sz="4" w:space="0" w:color="D8E6EC"/>
              <w:left w:val="single" w:sz="4" w:space="0" w:color="D8E6EC"/>
              <w:bottom w:val="single" w:sz="4" w:space="0" w:color="D8E6EC"/>
              <w:right w:val="single" w:sz="4" w:space="0" w:color="D8E6EC"/>
            </w:tcBorders>
          </w:tcPr>
          <w:p w14:paraId="64622E9C" w14:textId="77777777" w:rsidR="000907E6" w:rsidRPr="00CE26E7" w:rsidRDefault="00000000">
            <w:pPr>
              <w:spacing w:after="0"/>
              <w:rPr>
                <w:lang w:val="fr-FR"/>
              </w:rPr>
            </w:pPr>
            <w:r w:rsidRPr="00CE26E7">
              <w:rPr>
                <w:sz w:val="14"/>
                <w:lang w:val="es-ES"/>
              </w:rPr>
              <w:t xml:space="preserve">Mi habe un nova libro. </w:t>
            </w:r>
            <w:r w:rsidRPr="00CE26E7">
              <w:rPr>
                <w:sz w:val="14"/>
                <w:lang w:val="fr-FR"/>
              </w:rPr>
              <w:t>Si. Ela et les lege la libro.</w:t>
            </w:r>
          </w:p>
        </w:tc>
      </w:tr>
      <w:tr w:rsidR="000907E6" w14:paraId="4E8D9E82"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92DA986" w14:textId="77777777" w:rsidR="000907E6" w:rsidRDefault="00000000">
            <w:pPr>
              <w:spacing w:after="0"/>
            </w:pPr>
            <w:r>
              <w:rPr>
                <w:sz w:val="14"/>
              </w:rPr>
              <w:t>En La Kasa</w:t>
            </w:r>
          </w:p>
        </w:tc>
        <w:tc>
          <w:tcPr>
            <w:tcW w:w="5170" w:type="dxa"/>
            <w:tcBorders>
              <w:top w:val="single" w:sz="4" w:space="0" w:color="D8E6EC"/>
              <w:left w:val="single" w:sz="4" w:space="0" w:color="D8E6EC"/>
              <w:bottom w:val="single" w:sz="4" w:space="0" w:color="D8E6EC"/>
              <w:right w:val="single" w:sz="4" w:space="0" w:color="D8E6EC"/>
            </w:tcBorders>
          </w:tcPr>
          <w:p w14:paraId="67CD6AF8" w14:textId="77777777" w:rsidR="000907E6" w:rsidRDefault="00000000">
            <w:pPr>
              <w:spacing w:after="0"/>
            </w:pPr>
            <w:r w:rsidRPr="00CE26E7">
              <w:rPr>
                <w:sz w:val="14"/>
                <w:lang w:val="es-ES"/>
              </w:rPr>
              <w:t xml:space="preserve">La kasa es ici. Nos habe lume, akua, et alimenta. </w:t>
            </w:r>
            <w:r>
              <w:rPr>
                <w:sz w:val="14"/>
              </w:rPr>
              <w:t>Mi ama la dom.</w:t>
            </w:r>
          </w:p>
        </w:tc>
      </w:tr>
      <w:tr w:rsidR="000907E6" w14:paraId="415753C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A06C914" w14:textId="77777777" w:rsidR="000907E6" w:rsidRDefault="00000000">
            <w:pPr>
              <w:spacing w:after="0"/>
            </w:pPr>
            <w:r>
              <w:rPr>
                <w:sz w:val="14"/>
              </w:rPr>
              <w:t>At the Kafe</w:t>
            </w:r>
          </w:p>
        </w:tc>
        <w:tc>
          <w:tcPr>
            <w:tcW w:w="5170" w:type="dxa"/>
            <w:tcBorders>
              <w:top w:val="single" w:sz="4" w:space="0" w:color="D8E6EC"/>
              <w:left w:val="single" w:sz="4" w:space="0" w:color="D8E6EC"/>
              <w:bottom w:val="single" w:sz="4" w:space="0" w:color="D8E6EC"/>
              <w:right w:val="single" w:sz="4" w:space="0" w:color="D8E6EC"/>
            </w:tcBorders>
          </w:tcPr>
          <w:p w14:paraId="615CD4A9" w14:textId="77777777" w:rsidR="000907E6" w:rsidRDefault="00000000">
            <w:pPr>
              <w:spacing w:after="0"/>
            </w:pPr>
            <w:r w:rsidRPr="00CE26E7">
              <w:rPr>
                <w:sz w:val="14"/>
                <w:lang w:val="fr-FR"/>
              </w:rPr>
              <w:t xml:space="preserve">Mi voli un kafe et akua. </w:t>
            </w:r>
            <w:r>
              <w:rPr>
                <w:sz w:val="14"/>
              </w:rPr>
              <w:t>Si. Si, la alimenta es bon.</w:t>
            </w:r>
          </w:p>
        </w:tc>
      </w:tr>
      <w:tr w:rsidR="000907E6" w:rsidRPr="00CE26E7" w14:paraId="10387F4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E35C0D9" w14:textId="77777777" w:rsidR="000907E6" w:rsidRDefault="00000000">
            <w:pPr>
              <w:spacing w:after="0"/>
            </w:pPr>
            <w:r>
              <w:rPr>
                <w:sz w:val="14"/>
              </w:rPr>
              <w:t>Ube Es La Via?</w:t>
            </w:r>
          </w:p>
        </w:tc>
        <w:tc>
          <w:tcPr>
            <w:tcW w:w="5170" w:type="dxa"/>
            <w:tcBorders>
              <w:top w:val="single" w:sz="4" w:space="0" w:color="D8E6EC"/>
              <w:left w:val="single" w:sz="4" w:space="0" w:color="D8E6EC"/>
              <w:bottom w:val="single" w:sz="4" w:space="0" w:color="D8E6EC"/>
              <w:right w:val="single" w:sz="4" w:space="0" w:color="D8E6EC"/>
            </w:tcBorders>
          </w:tcPr>
          <w:p w14:paraId="7F343093" w14:textId="77777777" w:rsidR="000907E6" w:rsidRPr="00CE26E7" w:rsidRDefault="00000000">
            <w:pPr>
              <w:spacing w:after="0"/>
              <w:rPr>
                <w:lang w:val="es-ES"/>
              </w:rPr>
            </w:pPr>
            <w:r w:rsidRPr="00CE26E7">
              <w:rPr>
                <w:sz w:val="14"/>
                <w:lang w:val="es-ES"/>
              </w:rPr>
              <w:t>Ube es la via? La mapa mostra la rua et la hotel. Nos va trova la loka.</w:t>
            </w:r>
          </w:p>
        </w:tc>
      </w:tr>
      <w:tr w:rsidR="000907E6" w:rsidRPr="00CE26E7" w14:paraId="5C28083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27679DD" w14:textId="77777777" w:rsidR="000907E6" w:rsidRDefault="00000000">
            <w:pPr>
              <w:spacing w:after="0"/>
            </w:pPr>
            <w:r>
              <w:rPr>
                <w:sz w:val="14"/>
              </w:rPr>
              <w:t>Mi Nesesita Ajuda</w:t>
            </w:r>
          </w:p>
        </w:tc>
        <w:tc>
          <w:tcPr>
            <w:tcW w:w="5170" w:type="dxa"/>
            <w:tcBorders>
              <w:top w:val="single" w:sz="4" w:space="0" w:color="D8E6EC"/>
              <w:left w:val="single" w:sz="4" w:space="0" w:color="D8E6EC"/>
              <w:bottom w:val="single" w:sz="4" w:space="0" w:color="D8E6EC"/>
              <w:right w:val="single" w:sz="4" w:space="0" w:color="D8E6EC"/>
            </w:tcBorders>
          </w:tcPr>
          <w:p w14:paraId="762DF54A" w14:textId="77777777" w:rsidR="000907E6" w:rsidRPr="00CE26E7" w:rsidRDefault="00000000">
            <w:pPr>
              <w:spacing w:after="0"/>
              <w:rPr>
                <w:lang w:val="es-ES"/>
              </w:rPr>
            </w:pPr>
            <w:r w:rsidRPr="00CE26E7">
              <w:rPr>
                <w:sz w:val="14"/>
                <w:lang w:val="es-ES"/>
              </w:rPr>
              <w:t>Mi nesesita ajuda. Mi ne komprende la parola. La persona debe repete lenta.</w:t>
            </w:r>
          </w:p>
        </w:tc>
      </w:tr>
      <w:tr w:rsidR="000907E6" w14:paraId="0AFCE2F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6CF7129" w14:textId="77777777" w:rsidR="000907E6" w:rsidRDefault="00000000">
            <w:pPr>
              <w:spacing w:after="0"/>
            </w:pPr>
            <w:r>
              <w:rPr>
                <w:sz w:val="14"/>
              </w:rPr>
              <w:t>La Dia de Nos</w:t>
            </w:r>
          </w:p>
        </w:tc>
        <w:tc>
          <w:tcPr>
            <w:tcW w:w="5170" w:type="dxa"/>
            <w:tcBorders>
              <w:top w:val="single" w:sz="4" w:space="0" w:color="D8E6EC"/>
              <w:left w:val="single" w:sz="4" w:space="0" w:color="D8E6EC"/>
              <w:bottom w:val="single" w:sz="4" w:space="0" w:color="D8E6EC"/>
              <w:right w:val="single" w:sz="4" w:space="0" w:color="D8E6EC"/>
            </w:tcBorders>
          </w:tcPr>
          <w:p w14:paraId="5F34E332" w14:textId="77777777" w:rsidR="000907E6" w:rsidRDefault="00000000">
            <w:pPr>
              <w:spacing w:after="0"/>
            </w:pPr>
            <w:r w:rsidRPr="00CE26E7">
              <w:rPr>
                <w:sz w:val="14"/>
                <w:lang w:val="es-ES"/>
              </w:rPr>
              <w:t xml:space="preserve">Mi labora en matin. Nos visita la parque. </w:t>
            </w:r>
            <w:r>
              <w:rPr>
                <w:sz w:val="14"/>
              </w:rPr>
              <w:t>Nos lege et parla.</w:t>
            </w:r>
          </w:p>
        </w:tc>
      </w:tr>
      <w:tr w:rsidR="000907E6" w14:paraId="25F4648F"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29AC8A3" w14:textId="77777777" w:rsidR="000907E6" w:rsidRDefault="00000000">
            <w:pPr>
              <w:spacing w:after="0"/>
            </w:pPr>
            <w:r>
              <w:rPr>
                <w:sz w:val="14"/>
              </w:rPr>
              <w:t>Yester En La Urbe</w:t>
            </w:r>
          </w:p>
        </w:tc>
        <w:tc>
          <w:tcPr>
            <w:tcW w:w="5170" w:type="dxa"/>
            <w:tcBorders>
              <w:top w:val="single" w:sz="4" w:space="0" w:color="D8E6EC"/>
              <w:left w:val="single" w:sz="4" w:space="0" w:color="D8E6EC"/>
              <w:bottom w:val="single" w:sz="4" w:space="0" w:color="D8E6EC"/>
              <w:right w:val="single" w:sz="4" w:space="0" w:color="D8E6EC"/>
            </w:tcBorders>
          </w:tcPr>
          <w:p w14:paraId="270FD894" w14:textId="77777777" w:rsidR="000907E6" w:rsidRDefault="00000000">
            <w:pPr>
              <w:spacing w:after="0"/>
            </w:pPr>
            <w:r w:rsidRPr="00CE26E7">
              <w:rPr>
                <w:sz w:val="14"/>
                <w:lang w:val="es-ES"/>
              </w:rPr>
              <w:t xml:space="preserve">Yester. Mi pa compra un libro. </w:t>
            </w:r>
            <w:r>
              <w:rPr>
                <w:sz w:val="14"/>
              </w:rPr>
              <w:t>Nos pa bebe kafe.</w:t>
            </w:r>
          </w:p>
        </w:tc>
      </w:tr>
      <w:tr w:rsidR="000907E6" w14:paraId="61C8B86D"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BC27DAB" w14:textId="77777777" w:rsidR="000907E6" w:rsidRDefault="00000000">
            <w:pPr>
              <w:spacing w:after="0"/>
            </w:pPr>
            <w:r>
              <w:rPr>
                <w:sz w:val="14"/>
              </w:rPr>
              <w:t>Morga Nos Va Viaja</w:t>
            </w:r>
          </w:p>
        </w:tc>
        <w:tc>
          <w:tcPr>
            <w:tcW w:w="5170" w:type="dxa"/>
            <w:tcBorders>
              <w:top w:val="single" w:sz="4" w:space="0" w:color="D8E6EC"/>
              <w:left w:val="single" w:sz="4" w:space="0" w:color="D8E6EC"/>
              <w:bottom w:val="single" w:sz="4" w:space="0" w:color="D8E6EC"/>
              <w:right w:val="single" w:sz="4" w:space="0" w:color="D8E6EC"/>
            </w:tcBorders>
          </w:tcPr>
          <w:p w14:paraId="5F5BDA0B" w14:textId="77777777" w:rsidR="000907E6" w:rsidRDefault="00000000">
            <w:pPr>
              <w:spacing w:after="0"/>
            </w:pPr>
            <w:r>
              <w:rPr>
                <w:sz w:val="14"/>
              </w:rPr>
              <w:t>Morga. Mi va prepara la mapa. Nos va aprende multe.</w:t>
            </w:r>
          </w:p>
        </w:tc>
      </w:tr>
      <w:tr w:rsidR="000907E6" w14:paraId="47A576B3"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C582508" w14:textId="77777777" w:rsidR="000907E6" w:rsidRDefault="00000000">
            <w:pPr>
              <w:spacing w:after="0"/>
            </w:pPr>
            <w:r>
              <w:rPr>
                <w:sz w:val="14"/>
              </w:rPr>
              <w:t>Nu Et Ja</w:t>
            </w:r>
          </w:p>
        </w:tc>
        <w:tc>
          <w:tcPr>
            <w:tcW w:w="5170" w:type="dxa"/>
            <w:tcBorders>
              <w:top w:val="single" w:sz="4" w:space="0" w:color="D8E6EC"/>
              <w:left w:val="single" w:sz="4" w:space="0" w:color="D8E6EC"/>
              <w:bottom w:val="single" w:sz="4" w:space="0" w:color="D8E6EC"/>
              <w:right w:val="single" w:sz="4" w:space="0" w:color="D8E6EC"/>
            </w:tcBorders>
          </w:tcPr>
          <w:p w14:paraId="0C919247" w14:textId="77777777" w:rsidR="000907E6" w:rsidRDefault="00000000">
            <w:pPr>
              <w:spacing w:after="0"/>
            </w:pPr>
            <w:r>
              <w:rPr>
                <w:sz w:val="14"/>
              </w:rPr>
              <w:t>Mi nu lege un texto. Ela ja lege la texto. No, la klase va komensa.</w:t>
            </w:r>
          </w:p>
        </w:tc>
      </w:tr>
      <w:tr w:rsidR="000907E6" w14:paraId="0786A3F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1C780C1" w14:textId="77777777" w:rsidR="000907E6" w:rsidRDefault="00000000">
            <w:pPr>
              <w:spacing w:after="0"/>
            </w:pPr>
            <w:r>
              <w:rPr>
                <w:sz w:val="14"/>
              </w:rPr>
              <w:t>Questions At The Hotel</w:t>
            </w:r>
          </w:p>
        </w:tc>
        <w:tc>
          <w:tcPr>
            <w:tcW w:w="5170" w:type="dxa"/>
            <w:tcBorders>
              <w:top w:val="single" w:sz="4" w:space="0" w:color="D8E6EC"/>
              <w:left w:val="single" w:sz="4" w:space="0" w:color="D8E6EC"/>
              <w:bottom w:val="single" w:sz="4" w:space="0" w:color="D8E6EC"/>
              <w:right w:val="single" w:sz="4" w:space="0" w:color="D8E6EC"/>
            </w:tcBorders>
          </w:tcPr>
          <w:p w14:paraId="4DA329C7" w14:textId="77777777" w:rsidR="000907E6" w:rsidRDefault="00000000">
            <w:pPr>
              <w:spacing w:after="0"/>
            </w:pPr>
            <w:r>
              <w:rPr>
                <w:sz w:val="14"/>
              </w:rPr>
              <w:t>ku. quant = how much/how many. Ube es la hotel?</w:t>
            </w:r>
          </w:p>
        </w:tc>
      </w:tr>
      <w:tr w:rsidR="000907E6" w14:paraId="10094429"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534C1690" w14:textId="77777777" w:rsidR="000907E6" w:rsidRDefault="00000000">
            <w:pPr>
              <w:spacing w:after="0"/>
            </w:pPr>
            <w:r>
              <w:rPr>
                <w:sz w:val="14"/>
              </w:rPr>
              <w:t>A Small Trip</w:t>
            </w:r>
          </w:p>
        </w:tc>
        <w:tc>
          <w:tcPr>
            <w:tcW w:w="5170" w:type="dxa"/>
            <w:tcBorders>
              <w:top w:val="single" w:sz="4" w:space="0" w:color="D8E6EC"/>
              <w:left w:val="single" w:sz="4" w:space="0" w:color="D8E6EC"/>
              <w:bottom w:val="single" w:sz="4" w:space="0" w:color="D8E6EC"/>
              <w:right w:val="single" w:sz="4" w:space="0" w:color="D8E6EC"/>
            </w:tcBorders>
          </w:tcPr>
          <w:p w14:paraId="290A6D21" w14:textId="77777777" w:rsidR="000907E6" w:rsidRDefault="00000000">
            <w:pPr>
              <w:spacing w:after="0"/>
            </w:pPr>
            <w:r>
              <w:rPr>
                <w:sz w:val="14"/>
              </w:rPr>
              <w:t>Nos va viaja a la lago. Du noctes. Nos prepara bene pro ne habe confusa.</w:t>
            </w:r>
          </w:p>
        </w:tc>
      </w:tr>
      <w:tr w:rsidR="000907E6" w14:paraId="69E53B55"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4E88A313" w14:textId="77777777" w:rsidR="000907E6" w:rsidRDefault="00000000">
            <w:pPr>
              <w:spacing w:after="0"/>
            </w:pPr>
            <w:r>
              <w:rPr>
                <w:sz w:val="14"/>
              </w:rPr>
              <w:t>A Clear Language</w:t>
            </w:r>
          </w:p>
        </w:tc>
        <w:tc>
          <w:tcPr>
            <w:tcW w:w="5170" w:type="dxa"/>
            <w:tcBorders>
              <w:top w:val="single" w:sz="4" w:space="0" w:color="D8E6EC"/>
              <w:left w:val="single" w:sz="4" w:space="0" w:color="D8E6EC"/>
              <w:bottom w:val="single" w:sz="4" w:space="0" w:color="D8E6EC"/>
              <w:right w:val="single" w:sz="4" w:space="0" w:color="D8E6EC"/>
            </w:tcBorders>
          </w:tcPr>
          <w:p w14:paraId="6AE4E2FF" w14:textId="77777777" w:rsidR="000907E6" w:rsidRDefault="00000000">
            <w:pPr>
              <w:spacing w:after="0"/>
            </w:pPr>
            <w:r>
              <w:rPr>
                <w:sz w:val="14"/>
              </w:rPr>
              <w:t>Familiar parolas, simple regula, pronuncia direta. La goal ne es mostra erudicion. Un bon linga auxilia komunika.</w:t>
            </w:r>
          </w:p>
        </w:tc>
      </w:tr>
      <w:tr w:rsidR="000907E6" w14:paraId="1176DD9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A221EE5" w14:textId="77777777" w:rsidR="000907E6" w:rsidRDefault="00000000">
            <w:pPr>
              <w:spacing w:after="0"/>
            </w:pPr>
            <w:r>
              <w:rPr>
                <w:sz w:val="14"/>
              </w:rPr>
              <w:t>The Helpful Friend</w:t>
            </w:r>
          </w:p>
        </w:tc>
        <w:tc>
          <w:tcPr>
            <w:tcW w:w="5170" w:type="dxa"/>
            <w:tcBorders>
              <w:top w:val="single" w:sz="4" w:space="0" w:color="D8E6EC"/>
              <w:left w:val="single" w:sz="4" w:space="0" w:color="D8E6EC"/>
              <w:bottom w:val="single" w:sz="4" w:space="0" w:color="D8E6EC"/>
              <w:right w:val="single" w:sz="4" w:space="0" w:color="D8E6EC"/>
            </w:tcBorders>
          </w:tcPr>
          <w:p w14:paraId="2A080A10" w14:textId="77777777" w:rsidR="000907E6" w:rsidRDefault="00000000">
            <w:pPr>
              <w:spacing w:after="0"/>
            </w:pPr>
            <w:r>
              <w:rPr>
                <w:sz w:val="14"/>
              </w:rPr>
              <w:t>Mi habe multe labor. Leo ajuda prepara la sala. Ana dise la sala es bela.</w:t>
            </w:r>
          </w:p>
        </w:tc>
      </w:tr>
      <w:tr w:rsidR="000907E6" w14:paraId="2C5630E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8205C53" w14:textId="77777777" w:rsidR="000907E6" w:rsidRDefault="00000000">
            <w:pPr>
              <w:spacing w:after="0"/>
            </w:pPr>
            <w:r>
              <w:rPr>
                <w:sz w:val="14"/>
              </w:rPr>
              <w:t>Work And School</w:t>
            </w:r>
          </w:p>
        </w:tc>
        <w:tc>
          <w:tcPr>
            <w:tcW w:w="5170" w:type="dxa"/>
            <w:tcBorders>
              <w:top w:val="single" w:sz="4" w:space="0" w:color="D8E6EC"/>
              <w:left w:val="single" w:sz="4" w:space="0" w:color="D8E6EC"/>
              <w:bottom w:val="single" w:sz="4" w:space="0" w:color="D8E6EC"/>
              <w:right w:val="single" w:sz="4" w:space="0" w:color="D8E6EC"/>
            </w:tcBorders>
          </w:tcPr>
          <w:p w14:paraId="2C82ADE7" w14:textId="77777777" w:rsidR="000907E6" w:rsidRDefault="00000000">
            <w:pPr>
              <w:spacing w:after="0"/>
            </w:pPr>
            <w:r>
              <w:rPr>
                <w:sz w:val="14"/>
              </w:rPr>
              <w:t>La mentor skribe un frase. Un student pregunta kur nos practica tante. Parola vive kan persones usa lo.</w:t>
            </w:r>
          </w:p>
        </w:tc>
      </w:tr>
      <w:tr w:rsidR="000907E6" w14:paraId="5129393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019F4B1E" w14:textId="77777777" w:rsidR="000907E6" w:rsidRDefault="00000000">
            <w:pPr>
              <w:spacing w:after="0"/>
            </w:pPr>
            <w:r>
              <w:rPr>
                <w:sz w:val="14"/>
              </w:rPr>
              <w:t>A Letter To A New Learner</w:t>
            </w:r>
          </w:p>
        </w:tc>
        <w:tc>
          <w:tcPr>
            <w:tcW w:w="5170" w:type="dxa"/>
            <w:tcBorders>
              <w:top w:val="single" w:sz="4" w:space="0" w:color="D8E6EC"/>
              <w:left w:val="single" w:sz="4" w:space="0" w:color="D8E6EC"/>
              <w:bottom w:val="single" w:sz="4" w:space="0" w:color="D8E6EC"/>
              <w:right w:val="single" w:sz="4" w:space="0" w:color="D8E6EC"/>
            </w:tcBorders>
          </w:tcPr>
          <w:p w14:paraId="571163A9" w14:textId="77777777" w:rsidR="000907E6" w:rsidRDefault="00000000">
            <w:pPr>
              <w:spacing w:after="0"/>
            </w:pPr>
            <w:r>
              <w:rPr>
                <w:sz w:val="14"/>
              </w:rPr>
              <w:t>Komensa lenta. Erores es parte de aprende. La linga deveni un ponte.</w:t>
            </w:r>
          </w:p>
        </w:tc>
      </w:tr>
      <w:tr w:rsidR="000907E6" w14:paraId="414AD2D1"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3584CAB9" w14:textId="77777777" w:rsidR="000907E6" w:rsidRDefault="00000000">
            <w:pPr>
              <w:spacing w:after="0"/>
            </w:pPr>
            <w:r>
              <w:rPr>
                <w:sz w:val="14"/>
              </w:rPr>
              <w:t>The Market Morning</w:t>
            </w:r>
          </w:p>
        </w:tc>
        <w:tc>
          <w:tcPr>
            <w:tcW w:w="5170" w:type="dxa"/>
            <w:tcBorders>
              <w:top w:val="single" w:sz="4" w:space="0" w:color="D8E6EC"/>
              <w:left w:val="single" w:sz="4" w:space="0" w:color="D8E6EC"/>
              <w:bottom w:val="single" w:sz="4" w:space="0" w:color="D8E6EC"/>
              <w:right w:val="single" w:sz="4" w:space="0" w:color="D8E6EC"/>
            </w:tcBorders>
          </w:tcPr>
          <w:p w14:paraId="4261E995" w14:textId="77777777" w:rsidR="000907E6" w:rsidRDefault="00000000">
            <w:pPr>
              <w:spacing w:after="0"/>
            </w:pPr>
            <w:r>
              <w:rPr>
                <w:sz w:val="14"/>
              </w:rPr>
              <w:t>Soldia matin. Pan, fruta, kafe, et flores. Tre moneda.</w:t>
            </w:r>
          </w:p>
        </w:tc>
      </w:tr>
      <w:tr w:rsidR="000907E6" w14:paraId="0D447A1E"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E868606" w14:textId="77777777" w:rsidR="000907E6" w:rsidRDefault="00000000">
            <w:pPr>
              <w:spacing w:after="0"/>
            </w:pPr>
            <w:r>
              <w:rPr>
                <w:sz w:val="14"/>
              </w:rPr>
              <w:t>A Short History Of One Day</w:t>
            </w:r>
          </w:p>
        </w:tc>
        <w:tc>
          <w:tcPr>
            <w:tcW w:w="5170" w:type="dxa"/>
            <w:tcBorders>
              <w:top w:val="single" w:sz="4" w:space="0" w:color="D8E6EC"/>
              <w:left w:val="single" w:sz="4" w:space="0" w:color="D8E6EC"/>
              <w:bottom w:val="single" w:sz="4" w:space="0" w:color="D8E6EC"/>
              <w:right w:val="single" w:sz="4" w:space="0" w:color="D8E6EC"/>
            </w:tcBorders>
          </w:tcPr>
          <w:p w14:paraId="39D075D0" w14:textId="77777777" w:rsidR="000907E6" w:rsidRDefault="00000000">
            <w:pPr>
              <w:spacing w:after="0"/>
            </w:pPr>
            <w:r>
              <w:rPr>
                <w:sz w:val="14"/>
              </w:rPr>
              <w:t>Yester es memoria. Nos nu deside hodia. Un clar idea, un bon cor, et voli pro parla.</w:t>
            </w:r>
          </w:p>
        </w:tc>
      </w:tr>
      <w:tr w:rsidR="000907E6" w14:paraId="1F85F25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170D844D" w14:textId="77777777" w:rsidR="000907E6" w:rsidRDefault="00000000">
            <w:pPr>
              <w:spacing w:after="0"/>
            </w:pPr>
            <w:r>
              <w:rPr>
                <w:sz w:val="14"/>
              </w:rPr>
              <w:t>One Great Family Of Voices</w:t>
            </w:r>
          </w:p>
        </w:tc>
        <w:tc>
          <w:tcPr>
            <w:tcW w:w="5170" w:type="dxa"/>
            <w:tcBorders>
              <w:top w:val="single" w:sz="4" w:space="0" w:color="D8E6EC"/>
              <w:left w:val="single" w:sz="4" w:space="0" w:color="D8E6EC"/>
              <w:bottom w:val="single" w:sz="4" w:space="0" w:color="D8E6EC"/>
              <w:right w:val="single" w:sz="4" w:space="0" w:color="D8E6EC"/>
            </w:tcBorders>
          </w:tcPr>
          <w:p w14:paraId="7C9948AC" w14:textId="77777777" w:rsidR="000907E6" w:rsidRDefault="00000000">
            <w:pPr>
              <w:spacing w:after="0"/>
            </w:pPr>
            <w:r>
              <w:rPr>
                <w:sz w:val="14"/>
              </w:rPr>
              <w:t>Memoria, musik, dolor, alegria, esperança. Claralinga vole krea un ponte. Conversa es la prima porta a pase.</w:t>
            </w:r>
          </w:p>
        </w:tc>
      </w:tr>
    </w:tbl>
    <w:p w14:paraId="70AF8145" w14:textId="77777777" w:rsidR="000907E6" w:rsidRDefault="00000000">
      <w:r/>
    </w:p>
    <w:p w14:paraId="17FF29B5" w14:textId="77777777" w:rsidR="000907E6" w:rsidRDefault="00000000">
      <w:pPr>
        <w:pStyle w:val="Heading1"/>
      </w:pPr>
      <w:r>
        <w:t>Reader Vocabulary Index</w:t>
      </w:r>
    </w:p>
    <w:p w14:paraId="32EFBF20" w14:textId="77777777" w:rsidR="000907E6" w:rsidRDefault="00000000">
      <w:pPr>
        <w:spacing w:after="100"/>
      </w:pPr>
      <w:r>
        <w:t>This index lists high-frequency words used throughout the reader. Learners should recognize these before moving into longer independent reading.</w:t>
      </w:r>
    </w:p>
    <w:tbl>
      <w:tblPr>
        <w:tblW w:w="0" w:type="auto"/>
        <w:jc w:val="center"/>
        <w:tblLook w:val="04A0" w:firstRow="1" w:lastRow="0" w:firstColumn="1" w:lastColumn="0" w:noHBand="0" w:noVBand="1"/>
      </w:tblPr>
      <w:tblGrid>
        <w:gridCol w:w="1723"/>
        <w:gridCol w:w="1723"/>
        <w:gridCol w:w="1723"/>
        <w:gridCol w:w="1723"/>
        <w:gridCol w:w="1723"/>
        <w:gridCol w:w="1723"/>
      </w:tblGrid>
      <w:tr w:rsidR="000907E6" w14:paraId="0B96A42D" w14:textId="77777777">
        <w:trPr>
          <w:tblHeader/>
          <w:jc w:val="center"/>
        </w:trPr>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3283F535" w14:textId="77777777" w:rsidR="000907E6" w:rsidRDefault="00000000">
            <w:pPr>
              <w:spacing w:after="0"/>
            </w:pPr>
            <w:r>
              <w:rPr>
                <w:b/>
                <w:color w:val="FFFFFF"/>
                <w:sz w:val="14"/>
              </w:rPr>
              <w:t>Word</w:t>
            </w:r>
          </w:p>
        </w:tc>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0B62D025" w14:textId="77777777" w:rsidR="000907E6" w:rsidRDefault="00000000">
            <w:pPr>
              <w:spacing w:after="0"/>
            </w:pPr>
            <w:r>
              <w:rPr>
                <w:b/>
                <w:color w:val="FFFFFF"/>
                <w:sz w:val="14"/>
              </w:rPr>
              <w:t>Meaning</w:t>
            </w:r>
          </w:p>
        </w:tc>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68D7BF68" w14:textId="77777777" w:rsidR="000907E6" w:rsidRDefault="00000000">
            <w:pPr>
              <w:spacing w:after="0"/>
            </w:pPr>
            <w:r>
              <w:rPr>
                <w:b/>
                <w:color w:val="FFFFFF"/>
                <w:sz w:val="14"/>
              </w:rPr>
              <w:t>Word</w:t>
            </w:r>
          </w:p>
        </w:tc>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37D6D9D0" w14:textId="77777777" w:rsidR="000907E6" w:rsidRDefault="00000000">
            <w:pPr>
              <w:spacing w:after="0"/>
            </w:pPr>
            <w:r>
              <w:rPr>
                <w:b/>
                <w:color w:val="FFFFFF"/>
                <w:sz w:val="14"/>
              </w:rPr>
              <w:t>Meaning</w:t>
            </w:r>
          </w:p>
        </w:tc>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486EE305" w14:textId="77777777" w:rsidR="000907E6" w:rsidRDefault="00000000">
            <w:pPr>
              <w:spacing w:after="0"/>
            </w:pPr>
            <w:r>
              <w:rPr>
                <w:b/>
                <w:color w:val="FFFFFF"/>
                <w:sz w:val="14"/>
              </w:rPr>
              <w:t>Word</w:t>
            </w:r>
          </w:p>
        </w:tc>
        <w:tc>
          <w:tcPr>
            <w:tcW w:w="1723" w:type="dxa"/>
            <w:tcBorders>
              <w:top w:val="single" w:sz="4" w:space="0" w:color="D8E6EC"/>
              <w:left w:val="single" w:sz="4" w:space="0" w:color="D8E6EC"/>
              <w:bottom w:val="single" w:sz="4" w:space="0" w:color="D8E6EC"/>
              <w:right w:val="single" w:sz="4" w:space="0" w:color="D8E6EC"/>
            </w:tcBorders>
            <w:shd w:val="clear" w:color="auto" w:fill="0B2E4A"/>
          </w:tcPr>
          <w:p w14:paraId="61080437" w14:textId="77777777" w:rsidR="000907E6" w:rsidRDefault="00000000">
            <w:pPr>
              <w:spacing w:after="0"/>
            </w:pPr>
            <w:r>
              <w:rPr>
                <w:b/>
                <w:color w:val="FFFFFF"/>
                <w:sz w:val="14"/>
              </w:rPr>
              <w:t>Meaning</w:t>
            </w:r>
          </w:p>
        </w:tc>
      </w:tr>
      <w:tr w:rsidR="000907E6" w14:paraId="09E8B5BD"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2D24FEEE" w14:textId="77777777" w:rsidR="000907E6" w:rsidRDefault="00000000">
            <w:pPr>
              <w:spacing w:after="0"/>
            </w:pPr>
            <w:r>
              <w:rPr>
                <w:sz w:val="14"/>
              </w:rPr>
              <w:t>a</w:t>
            </w:r>
          </w:p>
        </w:tc>
        <w:tc>
          <w:tcPr>
            <w:tcW w:w="1723" w:type="dxa"/>
            <w:tcBorders>
              <w:top w:val="single" w:sz="4" w:space="0" w:color="D8E6EC"/>
              <w:left w:val="single" w:sz="4" w:space="0" w:color="D8E6EC"/>
              <w:bottom w:val="single" w:sz="4" w:space="0" w:color="D8E6EC"/>
              <w:right w:val="single" w:sz="4" w:space="0" w:color="D8E6EC"/>
            </w:tcBorders>
          </w:tcPr>
          <w:p w14:paraId="7F54CD38" w14:textId="77777777" w:rsidR="000907E6" w:rsidRDefault="00000000">
            <w:pPr>
              <w:spacing w:after="0"/>
            </w:pPr>
            <w:r>
              <w:rPr>
                <w:sz w:val="14"/>
              </w:rPr>
              <w:t>to / at</w:t>
            </w:r>
          </w:p>
        </w:tc>
        <w:tc>
          <w:tcPr>
            <w:tcW w:w="1723" w:type="dxa"/>
            <w:tcBorders>
              <w:top w:val="single" w:sz="4" w:space="0" w:color="D8E6EC"/>
              <w:left w:val="single" w:sz="4" w:space="0" w:color="D8E6EC"/>
              <w:bottom w:val="single" w:sz="4" w:space="0" w:color="D8E6EC"/>
              <w:right w:val="single" w:sz="4" w:space="0" w:color="D8E6EC"/>
            </w:tcBorders>
          </w:tcPr>
          <w:p w14:paraId="7351D899" w14:textId="77777777" w:rsidR="000907E6" w:rsidRDefault="00000000">
            <w:pPr>
              <w:spacing w:after="0"/>
            </w:pPr>
            <w:r>
              <w:rPr>
                <w:sz w:val="14"/>
              </w:rPr>
              <w:t>abri</w:t>
            </w:r>
          </w:p>
        </w:tc>
        <w:tc>
          <w:tcPr>
            <w:tcW w:w="1723" w:type="dxa"/>
            <w:tcBorders>
              <w:top w:val="single" w:sz="4" w:space="0" w:color="D8E6EC"/>
              <w:left w:val="single" w:sz="4" w:space="0" w:color="D8E6EC"/>
              <w:bottom w:val="single" w:sz="4" w:space="0" w:color="D8E6EC"/>
              <w:right w:val="single" w:sz="4" w:space="0" w:color="D8E6EC"/>
            </w:tcBorders>
          </w:tcPr>
          <w:p w14:paraId="25EF5E25" w14:textId="77777777" w:rsidR="000907E6" w:rsidRDefault="00000000">
            <w:pPr>
              <w:spacing w:after="0"/>
            </w:pPr>
            <w:r>
              <w:rPr>
                <w:sz w:val="14"/>
              </w:rPr>
              <w:t>open</w:t>
            </w:r>
          </w:p>
        </w:tc>
        <w:tc>
          <w:tcPr>
            <w:tcW w:w="1723" w:type="dxa"/>
            <w:tcBorders>
              <w:top w:val="single" w:sz="4" w:space="0" w:color="D8E6EC"/>
              <w:left w:val="single" w:sz="4" w:space="0" w:color="D8E6EC"/>
              <w:bottom w:val="single" w:sz="4" w:space="0" w:color="D8E6EC"/>
              <w:right w:val="single" w:sz="4" w:space="0" w:color="D8E6EC"/>
            </w:tcBorders>
          </w:tcPr>
          <w:p w14:paraId="6AFB6EF5" w14:textId="77777777" w:rsidR="000907E6" w:rsidRDefault="00000000">
            <w:pPr>
              <w:spacing w:after="0"/>
            </w:pPr>
            <w:r>
              <w:rPr>
                <w:sz w:val="14"/>
              </w:rPr>
              <w:t>akua</w:t>
            </w:r>
          </w:p>
        </w:tc>
        <w:tc>
          <w:tcPr>
            <w:tcW w:w="1723" w:type="dxa"/>
            <w:tcBorders>
              <w:top w:val="single" w:sz="4" w:space="0" w:color="D8E6EC"/>
              <w:left w:val="single" w:sz="4" w:space="0" w:color="D8E6EC"/>
              <w:bottom w:val="single" w:sz="4" w:space="0" w:color="D8E6EC"/>
              <w:right w:val="single" w:sz="4" w:space="0" w:color="D8E6EC"/>
            </w:tcBorders>
          </w:tcPr>
          <w:p w14:paraId="4ADC8BB7" w14:textId="77777777" w:rsidR="000907E6" w:rsidRDefault="00000000">
            <w:pPr>
              <w:spacing w:after="0"/>
            </w:pPr>
            <w:r>
              <w:rPr>
                <w:sz w:val="14"/>
              </w:rPr>
              <w:t>water</w:t>
            </w:r>
          </w:p>
        </w:tc>
      </w:tr>
      <w:tr w:rsidR="000907E6" w14:paraId="4D35EADE"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F90C75C" w14:textId="77777777" w:rsidR="000907E6" w:rsidRDefault="00000000">
            <w:pPr>
              <w:spacing w:after="0"/>
            </w:pPr>
            <w:r>
              <w:rPr>
                <w:sz w:val="14"/>
              </w:rPr>
              <w:t>ajuda</w:t>
            </w:r>
          </w:p>
        </w:tc>
        <w:tc>
          <w:tcPr>
            <w:tcW w:w="1723" w:type="dxa"/>
            <w:tcBorders>
              <w:top w:val="single" w:sz="4" w:space="0" w:color="D8E6EC"/>
              <w:left w:val="single" w:sz="4" w:space="0" w:color="D8E6EC"/>
              <w:bottom w:val="single" w:sz="4" w:space="0" w:color="D8E6EC"/>
              <w:right w:val="single" w:sz="4" w:space="0" w:color="D8E6EC"/>
            </w:tcBorders>
          </w:tcPr>
          <w:p w14:paraId="303CFB00" w14:textId="77777777" w:rsidR="000907E6" w:rsidRDefault="00000000">
            <w:pPr>
              <w:spacing w:after="0"/>
            </w:pPr>
            <w:r>
              <w:rPr>
                <w:sz w:val="14"/>
              </w:rPr>
              <w:t>help</w:t>
            </w:r>
          </w:p>
        </w:tc>
        <w:tc>
          <w:tcPr>
            <w:tcW w:w="1723" w:type="dxa"/>
            <w:tcBorders>
              <w:top w:val="single" w:sz="4" w:space="0" w:color="D8E6EC"/>
              <w:left w:val="single" w:sz="4" w:space="0" w:color="D8E6EC"/>
              <w:bottom w:val="single" w:sz="4" w:space="0" w:color="D8E6EC"/>
              <w:right w:val="single" w:sz="4" w:space="0" w:color="D8E6EC"/>
            </w:tcBorders>
          </w:tcPr>
          <w:p w14:paraId="2E75FC07" w14:textId="77777777" w:rsidR="000907E6" w:rsidRDefault="00000000">
            <w:pPr>
              <w:spacing w:after="0"/>
            </w:pPr>
            <w:r>
              <w:rPr>
                <w:sz w:val="14"/>
              </w:rPr>
              <w:t>ama</w:t>
            </w:r>
          </w:p>
        </w:tc>
        <w:tc>
          <w:tcPr>
            <w:tcW w:w="1723" w:type="dxa"/>
            <w:tcBorders>
              <w:top w:val="single" w:sz="4" w:space="0" w:color="D8E6EC"/>
              <w:left w:val="single" w:sz="4" w:space="0" w:color="D8E6EC"/>
              <w:bottom w:val="single" w:sz="4" w:space="0" w:color="D8E6EC"/>
              <w:right w:val="single" w:sz="4" w:space="0" w:color="D8E6EC"/>
            </w:tcBorders>
          </w:tcPr>
          <w:p w14:paraId="7F5267E3" w14:textId="77777777" w:rsidR="000907E6" w:rsidRDefault="00000000">
            <w:pPr>
              <w:spacing w:after="0"/>
            </w:pPr>
            <w:r>
              <w:rPr>
                <w:sz w:val="14"/>
              </w:rPr>
              <w:t>love</w:t>
            </w:r>
          </w:p>
        </w:tc>
        <w:tc>
          <w:tcPr>
            <w:tcW w:w="1723" w:type="dxa"/>
            <w:tcBorders>
              <w:top w:val="single" w:sz="4" w:space="0" w:color="D8E6EC"/>
              <w:left w:val="single" w:sz="4" w:space="0" w:color="D8E6EC"/>
              <w:bottom w:val="single" w:sz="4" w:space="0" w:color="D8E6EC"/>
              <w:right w:val="single" w:sz="4" w:space="0" w:color="D8E6EC"/>
            </w:tcBorders>
          </w:tcPr>
          <w:p w14:paraId="17687D62" w14:textId="77777777" w:rsidR="000907E6" w:rsidRDefault="00000000">
            <w:pPr>
              <w:spacing w:after="0"/>
            </w:pPr>
            <w:r>
              <w:rPr>
                <w:sz w:val="14"/>
              </w:rPr>
              <w:t>amik</w:t>
            </w:r>
          </w:p>
        </w:tc>
        <w:tc>
          <w:tcPr>
            <w:tcW w:w="1723" w:type="dxa"/>
            <w:tcBorders>
              <w:top w:val="single" w:sz="4" w:space="0" w:color="D8E6EC"/>
              <w:left w:val="single" w:sz="4" w:space="0" w:color="D8E6EC"/>
              <w:bottom w:val="single" w:sz="4" w:space="0" w:color="D8E6EC"/>
              <w:right w:val="single" w:sz="4" w:space="0" w:color="D8E6EC"/>
            </w:tcBorders>
          </w:tcPr>
          <w:p w14:paraId="1E9ECD47" w14:textId="77777777" w:rsidR="000907E6" w:rsidRDefault="00000000">
            <w:pPr>
              <w:spacing w:after="0"/>
            </w:pPr>
            <w:r>
              <w:rPr>
                <w:sz w:val="14"/>
              </w:rPr>
              <w:t>friend</w:t>
            </w:r>
          </w:p>
        </w:tc>
      </w:tr>
      <w:tr w:rsidR="000907E6" w14:paraId="10DC59C5"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28802AD4" w14:textId="77777777" w:rsidR="000907E6" w:rsidRDefault="00000000">
            <w:pPr>
              <w:spacing w:after="0"/>
            </w:pPr>
            <w:r>
              <w:rPr>
                <w:sz w:val="14"/>
              </w:rPr>
              <w:t>aprende</w:t>
            </w:r>
          </w:p>
        </w:tc>
        <w:tc>
          <w:tcPr>
            <w:tcW w:w="1723" w:type="dxa"/>
            <w:tcBorders>
              <w:top w:val="single" w:sz="4" w:space="0" w:color="D8E6EC"/>
              <w:left w:val="single" w:sz="4" w:space="0" w:color="D8E6EC"/>
              <w:bottom w:val="single" w:sz="4" w:space="0" w:color="D8E6EC"/>
              <w:right w:val="single" w:sz="4" w:space="0" w:color="D8E6EC"/>
            </w:tcBorders>
          </w:tcPr>
          <w:p w14:paraId="57F7DB3C" w14:textId="77777777" w:rsidR="000907E6" w:rsidRDefault="00000000">
            <w:pPr>
              <w:spacing w:after="0"/>
            </w:pPr>
            <w:r>
              <w:rPr>
                <w:sz w:val="14"/>
              </w:rPr>
              <w:t>learn</w:t>
            </w:r>
          </w:p>
        </w:tc>
        <w:tc>
          <w:tcPr>
            <w:tcW w:w="1723" w:type="dxa"/>
            <w:tcBorders>
              <w:top w:val="single" w:sz="4" w:space="0" w:color="D8E6EC"/>
              <w:left w:val="single" w:sz="4" w:space="0" w:color="D8E6EC"/>
              <w:bottom w:val="single" w:sz="4" w:space="0" w:color="D8E6EC"/>
              <w:right w:val="single" w:sz="4" w:space="0" w:color="D8E6EC"/>
            </w:tcBorders>
          </w:tcPr>
          <w:p w14:paraId="5AA26CEE" w14:textId="77777777" w:rsidR="000907E6" w:rsidRDefault="00000000">
            <w:pPr>
              <w:spacing w:after="0"/>
            </w:pPr>
            <w:r>
              <w:rPr>
                <w:sz w:val="14"/>
              </w:rPr>
              <w:t>arte</w:t>
            </w:r>
          </w:p>
        </w:tc>
        <w:tc>
          <w:tcPr>
            <w:tcW w:w="1723" w:type="dxa"/>
            <w:tcBorders>
              <w:top w:val="single" w:sz="4" w:space="0" w:color="D8E6EC"/>
              <w:left w:val="single" w:sz="4" w:space="0" w:color="D8E6EC"/>
              <w:bottom w:val="single" w:sz="4" w:space="0" w:color="D8E6EC"/>
              <w:right w:val="single" w:sz="4" w:space="0" w:color="D8E6EC"/>
            </w:tcBorders>
          </w:tcPr>
          <w:p w14:paraId="2439C206" w14:textId="77777777" w:rsidR="000907E6" w:rsidRDefault="00000000">
            <w:pPr>
              <w:spacing w:after="0"/>
            </w:pPr>
            <w:r>
              <w:rPr>
                <w:sz w:val="14"/>
              </w:rPr>
              <w:t>art</w:t>
            </w:r>
          </w:p>
        </w:tc>
        <w:tc>
          <w:tcPr>
            <w:tcW w:w="1723" w:type="dxa"/>
            <w:tcBorders>
              <w:top w:val="single" w:sz="4" w:space="0" w:color="D8E6EC"/>
              <w:left w:val="single" w:sz="4" w:space="0" w:color="D8E6EC"/>
              <w:bottom w:val="single" w:sz="4" w:space="0" w:color="D8E6EC"/>
              <w:right w:val="single" w:sz="4" w:space="0" w:color="D8E6EC"/>
            </w:tcBorders>
          </w:tcPr>
          <w:p w14:paraId="56D538AB" w14:textId="77777777" w:rsidR="000907E6" w:rsidRDefault="00000000">
            <w:pPr>
              <w:spacing w:after="0"/>
            </w:pPr>
            <w:r>
              <w:rPr>
                <w:sz w:val="14"/>
              </w:rPr>
              <w:t>bene</w:t>
            </w:r>
          </w:p>
        </w:tc>
        <w:tc>
          <w:tcPr>
            <w:tcW w:w="1723" w:type="dxa"/>
            <w:tcBorders>
              <w:top w:val="single" w:sz="4" w:space="0" w:color="D8E6EC"/>
              <w:left w:val="single" w:sz="4" w:space="0" w:color="D8E6EC"/>
              <w:bottom w:val="single" w:sz="4" w:space="0" w:color="D8E6EC"/>
              <w:right w:val="single" w:sz="4" w:space="0" w:color="D8E6EC"/>
            </w:tcBorders>
          </w:tcPr>
          <w:p w14:paraId="4CEBE5D1" w14:textId="77777777" w:rsidR="000907E6" w:rsidRDefault="00000000">
            <w:pPr>
              <w:spacing w:after="0"/>
            </w:pPr>
            <w:r>
              <w:rPr>
                <w:sz w:val="14"/>
              </w:rPr>
              <w:t>well</w:t>
            </w:r>
          </w:p>
        </w:tc>
      </w:tr>
      <w:tr w:rsidR="000907E6" w14:paraId="4ED217EE"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706CA20C" w14:textId="77777777" w:rsidR="000907E6" w:rsidRDefault="00000000">
            <w:pPr>
              <w:spacing w:after="0"/>
            </w:pPr>
            <w:r>
              <w:rPr>
                <w:sz w:val="14"/>
              </w:rPr>
              <w:t>bon</w:t>
            </w:r>
          </w:p>
        </w:tc>
        <w:tc>
          <w:tcPr>
            <w:tcW w:w="1723" w:type="dxa"/>
            <w:tcBorders>
              <w:top w:val="single" w:sz="4" w:space="0" w:color="D8E6EC"/>
              <w:left w:val="single" w:sz="4" w:space="0" w:color="D8E6EC"/>
              <w:bottom w:val="single" w:sz="4" w:space="0" w:color="D8E6EC"/>
              <w:right w:val="single" w:sz="4" w:space="0" w:color="D8E6EC"/>
            </w:tcBorders>
          </w:tcPr>
          <w:p w14:paraId="12918B24" w14:textId="77777777" w:rsidR="000907E6" w:rsidRDefault="00000000">
            <w:pPr>
              <w:spacing w:after="0"/>
            </w:pPr>
            <w:r>
              <w:rPr>
                <w:sz w:val="14"/>
              </w:rPr>
              <w:t>good</w:t>
            </w:r>
          </w:p>
        </w:tc>
        <w:tc>
          <w:tcPr>
            <w:tcW w:w="1723" w:type="dxa"/>
            <w:tcBorders>
              <w:top w:val="single" w:sz="4" w:space="0" w:color="D8E6EC"/>
              <w:left w:val="single" w:sz="4" w:space="0" w:color="D8E6EC"/>
              <w:bottom w:val="single" w:sz="4" w:space="0" w:color="D8E6EC"/>
              <w:right w:val="single" w:sz="4" w:space="0" w:color="D8E6EC"/>
            </w:tcBorders>
          </w:tcPr>
          <w:p w14:paraId="7493A364" w14:textId="77777777" w:rsidR="000907E6" w:rsidRDefault="00000000">
            <w:pPr>
              <w:spacing w:after="0"/>
            </w:pPr>
            <w:r>
              <w:rPr>
                <w:sz w:val="14"/>
              </w:rPr>
              <w:t>kafe</w:t>
            </w:r>
          </w:p>
        </w:tc>
        <w:tc>
          <w:tcPr>
            <w:tcW w:w="1723" w:type="dxa"/>
            <w:tcBorders>
              <w:top w:val="single" w:sz="4" w:space="0" w:color="D8E6EC"/>
              <w:left w:val="single" w:sz="4" w:space="0" w:color="D8E6EC"/>
              <w:bottom w:val="single" w:sz="4" w:space="0" w:color="D8E6EC"/>
              <w:right w:val="single" w:sz="4" w:space="0" w:color="D8E6EC"/>
            </w:tcBorders>
          </w:tcPr>
          <w:p w14:paraId="5EF01FD3" w14:textId="77777777" w:rsidR="000907E6" w:rsidRDefault="00000000">
            <w:pPr>
              <w:spacing w:after="0"/>
            </w:pPr>
            <w:r>
              <w:rPr>
                <w:sz w:val="14"/>
              </w:rPr>
              <w:t>coffee</w:t>
            </w:r>
          </w:p>
        </w:tc>
        <w:tc>
          <w:tcPr>
            <w:tcW w:w="1723" w:type="dxa"/>
            <w:tcBorders>
              <w:top w:val="single" w:sz="4" w:space="0" w:color="D8E6EC"/>
              <w:left w:val="single" w:sz="4" w:space="0" w:color="D8E6EC"/>
              <w:bottom w:val="single" w:sz="4" w:space="0" w:color="D8E6EC"/>
              <w:right w:val="single" w:sz="4" w:space="0" w:color="D8E6EC"/>
            </w:tcBorders>
          </w:tcPr>
          <w:p w14:paraId="3D01BC17" w14:textId="77777777" w:rsidR="000907E6" w:rsidRDefault="00000000">
            <w:pPr>
              <w:spacing w:after="0"/>
            </w:pPr>
            <w:r>
              <w:rPr>
                <w:sz w:val="14"/>
              </w:rPr>
              <w:t>camp</w:t>
            </w:r>
          </w:p>
        </w:tc>
        <w:tc>
          <w:tcPr>
            <w:tcW w:w="1723" w:type="dxa"/>
            <w:tcBorders>
              <w:top w:val="single" w:sz="4" w:space="0" w:color="D8E6EC"/>
              <w:left w:val="single" w:sz="4" w:space="0" w:color="D8E6EC"/>
              <w:bottom w:val="single" w:sz="4" w:space="0" w:color="D8E6EC"/>
              <w:right w:val="single" w:sz="4" w:space="0" w:color="D8E6EC"/>
            </w:tcBorders>
          </w:tcPr>
          <w:p w14:paraId="0699A16A" w14:textId="77777777" w:rsidR="000907E6" w:rsidRDefault="00000000">
            <w:pPr>
              <w:spacing w:after="0"/>
            </w:pPr>
            <w:r>
              <w:rPr>
                <w:sz w:val="14"/>
              </w:rPr>
              <w:t>camp</w:t>
            </w:r>
          </w:p>
        </w:tc>
      </w:tr>
      <w:tr w:rsidR="000907E6" w14:paraId="5FB2EC5F"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CECD6AE" w14:textId="77777777" w:rsidR="000907E6" w:rsidRDefault="00000000">
            <w:pPr>
              <w:spacing w:after="0"/>
            </w:pPr>
            <w:r>
              <w:rPr>
                <w:sz w:val="14"/>
              </w:rPr>
              <w:t>kasa</w:t>
            </w:r>
          </w:p>
        </w:tc>
        <w:tc>
          <w:tcPr>
            <w:tcW w:w="1723" w:type="dxa"/>
            <w:tcBorders>
              <w:top w:val="single" w:sz="4" w:space="0" w:color="D8E6EC"/>
              <w:left w:val="single" w:sz="4" w:space="0" w:color="D8E6EC"/>
              <w:bottom w:val="single" w:sz="4" w:space="0" w:color="D8E6EC"/>
              <w:right w:val="single" w:sz="4" w:space="0" w:color="D8E6EC"/>
            </w:tcBorders>
          </w:tcPr>
          <w:p w14:paraId="54F4CD84" w14:textId="77777777" w:rsidR="000907E6" w:rsidRDefault="00000000">
            <w:pPr>
              <w:spacing w:after="0"/>
            </w:pPr>
            <w:r>
              <w:rPr>
                <w:sz w:val="14"/>
              </w:rPr>
              <w:t>house</w:t>
            </w:r>
          </w:p>
        </w:tc>
        <w:tc>
          <w:tcPr>
            <w:tcW w:w="1723" w:type="dxa"/>
            <w:tcBorders>
              <w:top w:val="single" w:sz="4" w:space="0" w:color="D8E6EC"/>
              <w:left w:val="single" w:sz="4" w:space="0" w:color="D8E6EC"/>
              <w:bottom w:val="single" w:sz="4" w:space="0" w:color="D8E6EC"/>
              <w:right w:val="single" w:sz="4" w:space="0" w:color="D8E6EC"/>
            </w:tcBorders>
          </w:tcPr>
          <w:p w14:paraId="4E7D27FB" w14:textId="77777777" w:rsidR="000907E6" w:rsidRDefault="00000000">
            <w:pPr>
              <w:spacing w:after="0"/>
            </w:pPr>
            <w:r>
              <w:rPr>
                <w:sz w:val="14"/>
              </w:rPr>
              <w:t>cel</w:t>
            </w:r>
          </w:p>
        </w:tc>
        <w:tc>
          <w:tcPr>
            <w:tcW w:w="1723" w:type="dxa"/>
            <w:tcBorders>
              <w:top w:val="single" w:sz="4" w:space="0" w:color="D8E6EC"/>
              <w:left w:val="single" w:sz="4" w:space="0" w:color="D8E6EC"/>
              <w:bottom w:val="single" w:sz="4" w:space="0" w:color="D8E6EC"/>
              <w:right w:val="single" w:sz="4" w:space="0" w:color="D8E6EC"/>
            </w:tcBorders>
          </w:tcPr>
          <w:p w14:paraId="327398A8" w14:textId="77777777" w:rsidR="000907E6" w:rsidRDefault="00000000">
            <w:pPr>
              <w:spacing w:after="0"/>
            </w:pPr>
            <w:r>
              <w:rPr>
                <w:sz w:val="14"/>
              </w:rPr>
              <w:t>sky / heaven</w:t>
            </w:r>
          </w:p>
        </w:tc>
        <w:tc>
          <w:tcPr>
            <w:tcW w:w="1723" w:type="dxa"/>
            <w:tcBorders>
              <w:top w:val="single" w:sz="4" w:space="0" w:color="D8E6EC"/>
              <w:left w:val="single" w:sz="4" w:space="0" w:color="D8E6EC"/>
              <w:bottom w:val="single" w:sz="4" w:space="0" w:color="D8E6EC"/>
              <w:right w:val="single" w:sz="4" w:space="0" w:color="D8E6EC"/>
            </w:tcBorders>
          </w:tcPr>
          <w:p w14:paraId="17B44205" w14:textId="77777777" w:rsidR="000907E6" w:rsidRDefault="00000000">
            <w:pPr>
              <w:spacing w:after="0"/>
            </w:pPr>
            <w:r>
              <w:rPr>
                <w:sz w:val="14"/>
              </w:rPr>
              <w:t>ici</w:t>
            </w:r>
          </w:p>
        </w:tc>
        <w:tc>
          <w:tcPr>
            <w:tcW w:w="1723" w:type="dxa"/>
            <w:tcBorders>
              <w:top w:val="single" w:sz="4" w:space="0" w:color="D8E6EC"/>
              <w:left w:val="single" w:sz="4" w:space="0" w:color="D8E6EC"/>
              <w:bottom w:val="single" w:sz="4" w:space="0" w:color="D8E6EC"/>
              <w:right w:val="single" w:sz="4" w:space="0" w:color="D8E6EC"/>
            </w:tcBorders>
          </w:tcPr>
          <w:p w14:paraId="79557D40" w14:textId="77777777" w:rsidR="000907E6" w:rsidRDefault="00000000">
            <w:pPr>
              <w:spacing w:after="0"/>
            </w:pPr>
            <w:r>
              <w:rPr>
                <w:sz w:val="14"/>
              </w:rPr>
              <w:t>here</w:t>
            </w:r>
          </w:p>
        </w:tc>
      </w:tr>
      <w:tr w:rsidR="000907E6" w14:paraId="32B0816D"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E22D68B" w14:textId="77777777" w:rsidR="000907E6" w:rsidRDefault="00000000">
            <w:pPr>
              <w:spacing w:after="0"/>
            </w:pPr>
            <w:r>
              <w:rPr>
                <w:sz w:val="14"/>
              </w:rPr>
              <w:t>alimenta</w:t>
            </w:r>
          </w:p>
        </w:tc>
        <w:tc>
          <w:tcPr>
            <w:tcW w:w="1723" w:type="dxa"/>
            <w:tcBorders>
              <w:top w:val="single" w:sz="4" w:space="0" w:color="D8E6EC"/>
              <w:left w:val="single" w:sz="4" w:space="0" w:color="D8E6EC"/>
              <w:bottom w:val="single" w:sz="4" w:space="0" w:color="D8E6EC"/>
              <w:right w:val="single" w:sz="4" w:space="0" w:color="D8E6EC"/>
            </w:tcBorders>
          </w:tcPr>
          <w:p w14:paraId="498D9120" w14:textId="77777777" w:rsidR="000907E6" w:rsidRDefault="00000000">
            <w:pPr>
              <w:spacing w:after="0"/>
            </w:pPr>
            <w:r>
              <w:rPr>
                <w:sz w:val="14"/>
              </w:rPr>
              <w:t>food</w:t>
            </w:r>
          </w:p>
        </w:tc>
        <w:tc>
          <w:tcPr>
            <w:tcW w:w="1723" w:type="dxa"/>
            <w:tcBorders>
              <w:top w:val="single" w:sz="4" w:space="0" w:color="D8E6EC"/>
              <w:left w:val="single" w:sz="4" w:space="0" w:color="D8E6EC"/>
              <w:bottom w:val="single" w:sz="4" w:space="0" w:color="D8E6EC"/>
              <w:right w:val="single" w:sz="4" w:space="0" w:color="D8E6EC"/>
            </w:tcBorders>
          </w:tcPr>
          <w:p w14:paraId="57055190" w14:textId="77777777" w:rsidR="000907E6" w:rsidRDefault="00000000">
            <w:pPr>
              <w:spacing w:after="0"/>
            </w:pPr>
            <w:r>
              <w:rPr>
                <w:sz w:val="14"/>
              </w:rPr>
              <w:t>clar</w:t>
            </w:r>
          </w:p>
        </w:tc>
        <w:tc>
          <w:tcPr>
            <w:tcW w:w="1723" w:type="dxa"/>
            <w:tcBorders>
              <w:top w:val="single" w:sz="4" w:space="0" w:color="D8E6EC"/>
              <w:left w:val="single" w:sz="4" w:space="0" w:color="D8E6EC"/>
              <w:bottom w:val="single" w:sz="4" w:space="0" w:color="D8E6EC"/>
              <w:right w:val="single" w:sz="4" w:space="0" w:color="D8E6EC"/>
            </w:tcBorders>
          </w:tcPr>
          <w:p w14:paraId="0216F275" w14:textId="77777777" w:rsidR="000907E6" w:rsidRDefault="00000000">
            <w:pPr>
              <w:spacing w:after="0"/>
            </w:pPr>
            <w:r>
              <w:rPr>
                <w:sz w:val="14"/>
              </w:rPr>
              <w:t>clear</w:t>
            </w:r>
          </w:p>
        </w:tc>
        <w:tc>
          <w:tcPr>
            <w:tcW w:w="1723" w:type="dxa"/>
            <w:tcBorders>
              <w:top w:val="single" w:sz="4" w:space="0" w:color="D8E6EC"/>
              <w:left w:val="single" w:sz="4" w:space="0" w:color="D8E6EC"/>
              <w:bottom w:val="single" w:sz="4" w:space="0" w:color="D8E6EC"/>
              <w:right w:val="single" w:sz="4" w:space="0" w:color="D8E6EC"/>
            </w:tcBorders>
          </w:tcPr>
          <w:p w14:paraId="4560309F" w14:textId="77777777" w:rsidR="000907E6" w:rsidRDefault="00000000">
            <w:pPr>
              <w:spacing w:after="0"/>
            </w:pPr>
            <w:r>
              <w:rPr>
                <w:sz w:val="14"/>
              </w:rPr>
              <w:t>klase</w:t>
            </w:r>
          </w:p>
        </w:tc>
        <w:tc>
          <w:tcPr>
            <w:tcW w:w="1723" w:type="dxa"/>
            <w:tcBorders>
              <w:top w:val="single" w:sz="4" w:space="0" w:color="D8E6EC"/>
              <w:left w:val="single" w:sz="4" w:space="0" w:color="D8E6EC"/>
              <w:bottom w:val="single" w:sz="4" w:space="0" w:color="D8E6EC"/>
              <w:right w:val="single" w:sz="4" w:space="0" w:color="D8E6EC"/>
            </w:tcBorders>
          </w:tcPr>
          <w:p w14:paraId="16360D7F" w14:textId="77777777" w:rsidR="000907E6" w:rsidRDefault="00000000">
            <w:pPr>
              <w:spacing w:after="0"/>
            </w:pPr>
            <w:r>
              <w:rPr>
                <w:sz w:val="14"/>
              </w:rPr>
              <w:t>class</w:t>
            </w:r>
          </w:p>
        </w:tc>
      </w:tr>
      <w:tr w:rsidR="000907E6" w14:paraId="0D5EB324"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8620698" w14:textId="77777777" w:rsidR="000907E6" w:rsidRDefault="00000000">
            <w:pPr>
              <w:spacing w:after="0"/>
            </w:pPr>
            <w:r>
              <w:rPr>
                <w:sz w:val="14"/>
              </w:rPr>
              <w:t>komensa</w:t>
            </w:r>
          </w:p>
        </w:tc>
        <w:tc>
          <w:tcPr>
            <w:tcW w:w="1723" w:type="dxa"/>
            <w:tcBorders>
              <w:top w:val="single" w:sz="4" w:space="0" w:color="D8E6EC"/>
              <w:left w:val="single" w:sz="4" w:space="0" w:color="D8E6EC"/>
              <w:bottom w:val="single" w:sz="4" w:space="0" w:color="D8E6EC"/>
              <w:right w:val="single" w:sz="4" w:space="0" w:color="D8E6EC"/>
            </w:tcBorders>
          </w:tcPr>
          <w:p w14:paraId="23A3C073" w14:textId="77777777" w:rsidR="000907E6" w:rsidRDefault="00000000">
            <w:pPr>
              <w:spacing w:after="0"/>
            </w:pPr>
            <w:r>
              <w:rPr>
                <w:sz w:val="14"/>
              </w:rPr>
              <w:t>begin</w:t>
            </w:r>
          </w:p>
        </w:tc>
        <w:tc>
          <w:tcPr>
            <w:tcW w:w="1723" w:type="dxa"/>
            <w:tcBorders>
              <w:top w:val="single" w:sz="4" w:space="0" w:color="D8E6EC"/>
              <w:left w:val="single" w:sz="4" w:space="0" w:color="D8E6EC"/>
              <w:bottom w:val="single" w:sz="4" w:space="0" w:color="D8E6EC"/>
              <w:right w:val="single" w:sz="4" w:space="0" w:color="D8E6EC"/>
            </w:tcBorders>
          </w:tcPr>
          <w:p w14:paraId="5C1ABD57" w14:textId="77777777" w:rsidR="000907E6" w:rsidRDefault="00000000">
            <w:pPr>
              <w:spacing w:after="0"/>
            </w:pPr>
            <w:r>
              <w:rPr>
                <w:sz w:val="14"/>
              </w:rPr>
              <w:t>compra</w:t>
            </w:r>
          </w:p>
        </w:tc>
        <w:tc>
          <w:tcPr>
            <w:tcW w:w="1723" w:type="dxa"/>
            <w:tcBorders>
              <w:top w:val="single" w:sz="4" w:space="0" w:color="D8E6EC"/>
              <w:left w:val="single" w:sz="4" w:space="0" w:color="D8E6EC"/>
              <w:bottom w:val="single" w:sz="4" w:space="0" w:color="D8E6EC"/>
              <w:right w:val="single" w:sz="4" w:space="0" w:color="D8E6EC"/>
            </w:tcBorders>
          </w:tcPr>
          <w:p w14:paraId="08DE89FA" w14:textId="77777777" w:rsidR="000907E6" w:rsidRDefault="00000000">
            <w:pPr>
              <w:spacing w:after="0"/>
            </w:pPr>
            <w:r>
              <w:rPr>
                <w:sz w:val="14"/>
              </w:rPr>
              <w:t>buy</w:t>
            </w:r>
          </w:p>
        </w:tc>
        <w:tc>
          <w:tcPr>
            <w:tcW w:w="1723" w:type="dxa"/>
            <w:tcBorders>
              <w:top w:val="single" w:sz="4" w:space="0" w:color="D8E6EC"/>
              <w:left w:val="single" w:sz="4" w:space="0" w:color="D8E6EC"/>
              <w:bottom w:val="single" w:sz="4" w:space="0" w:color="D8E6EC"/>
              <w:right w:val="single" w:sz="4" w:space="0" w:color="D8E6EC"/>
            </w:tcBorders>
          </w:tcPr>
          <w:p w14:paraId="5C5FE75A" w14:textId="77777777" w:rsidR="000907E6" w:rsidRDefault="00000000">
            <w:pPr>
              <w:spacing w:after="0"/>
            </w:pPr>
            <w:r>
              <w:rPr>
                <w:sz w:val="14"/>
              </w:rPr>
              <w:t>komprende</w:t>
            </w:r>
          </w:p>
        </w:tc>
        <w:tc>
          <w:tcPr>
            <w:tcW w:w="1723" w:type="dxa"/>
            <w:tcBorders>
              <w:top w:val="single" w:sz="4" w:space="0" w:color="D8E6EC"/>
              <w:left w:val="single" w:sz="4" w:space="0" w:color="D8E6EC"/>
              <w:bottom w:val="single" w:sz="4" w:space="0" w:color="D8E6EC"/>
              <w:right w:val="single" w:sz="4" w:space="0" w:color="D8E6EC"/>
            </w:tcBorders>
          </w:tcPr>
          <w:p w14:paraId="663B55FD" w14:textId="77777777" w:rsidR="000907E6" w:rsidRDefault="00000000">
            <w:pPr>
              <w:spacing w:after="0"/>
            </w:pPr>
            <w:r>
              <w:rPr>
                <w:sz w:val="14"/>
              </w:rPr>
              <w:t>understand</w:t>
            </w:r>
          </w:p>
        </w:tc>
      </w:tr>
      <w:tr w:rsidR="000907E6" w14:paraId="134CA265"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050B1298" w14:textId="77777777" w:rsidR="000907E6" w:rsidRDefault="00000000">
            <w:pPr>
              <w:spacing w:after="0"/>
            </w:pPr>
            <w:r>
              <w:rPr>
                <w:sz w:val="14"/>
              </w:rPr>
              <w:t>kon</w:t>
            </w:r>
          </w:p>
        </w:tc>
        <w:tc>
          <w:tcPr>
            <w:tcW w:w="1723" w:type="dxa"/>
            <w:tcBorders>
              <w:top w:val="single" w:sz="4" w:space="0" w:color="D8E6EC"/>
              <w:left w:val="single" w:sz="4" w:space="0" w:color="D8E6EC"/>
              <w:bottom w:val="single" w:sz="4" w:space="0" w:color="D8E6EC"/>
              <w:right w:val="single" w:sz="4" w:space="0" w:color="D8E6EC"/>
            </w:tcBorders>
          </w:tcPr>
          <w:p w14:paraId="14D512A2" w14:textId="77777777" w:rsidR="000907E6" w:rsidRDefault="00000000">
            <w:pPr>
              <w:spacing w:after="0"/>
            </w:pPr>
            <w:r>
              <w:rPr>
                <w:sz w:val="14"/>
              </w:rPr>
              <w:t>with</w:t>
            </w:r>
          </w:p>
        </w:tc>
        <w:tc>
          <w:tcPr>
            <w:tcW w:w="1723" w:type="dxa"/>
            <w:tcBorders>
              <w:top w:val="single" w:sz="4" w:space="0" w:color="D8E6EC"/>
              <w:left w:val="single" w:sz="4" w:space="0" w:color="D8E6EC"/>
              <w:bottom w:val="single" w:sz="4" w:space="0" w:color="D8E6EC"/>
              <w:right w:val="single" w:sz="4" w:space="0" w:color="D8E6EC"/>
            </w:tcBorders>
          </w:tcPr>
          <w:p w14:paraId="4D389A48" w14:textId="77777777" w:rsidR="000907E6" w:rsidRDefault="00000000">
            <w:pPr>
              <w:spacing w:after="0"/>
            </w:pPr>
            <w:r>
              <w:rPr>
                <w:sz w:val="14"/>
              </w:rPr>
              <w:t>krea</w:t>
            </w:r>
          </w:p>
        </w:tc>
        <w:tc>
          <w:tcPr>
            <w:tcW w:w="1723" w:type="dxa"/>
            <w:tcBorders>
              <w:top w:val="single" w:sz="4" w:space="0" w:color="D8E6EC"/>
              <w:left w:val="single" w:sz="4" w:space="0" w:color="D8E6EC"/>
              <w:bottom w:val="single" w:sz="4" w:space="0" w:color="D8E6EC"/>
              <w:right w:val="single" w:sz="4" w:space="0" w:color="D8E6EC"/>
            </w:tcBorders>
          </w:tcPr>
          <w:p w14:paraId="0F83964C" w14:textId="77777777" w:rsidR="000907E6" w:rsidRDefault="00000000">
            <w:pPr>
              <w:spacing w:after="0"/>
            </w:pPr>
            <w:r>
              <w:rPr>
                <w:sz w:val="14"/>
              </w:rPr>
              <w:t>create</w:t>
            </w:r>
          </w:p>
        </w:tc>
        <w:tc>
          <w:tcPr>
            <w:tcW w:w="1723" w:type="dxa"/>
            <w:tcBorders>
              <w:top w:val="single" w:sz="4" w:space="0" w:color="D8E6EC"/>
              <w:left w:val="single" w:sz="4" w:space="0" w:color="D8E6EC"/>
              <w:bottom w:val="single" w:sz="4" w:space="0" w:color="D8E6EC"/>
              <w:right w:val="single" w:sz="4" w:space="0" w:color="D8E6EC"/>
            </w:tcBorders>
          </w:tcPr>
          <w:p w14:paraId="4629A8CB" w14:textId="77777777" w:rsidR="000907E6" w:rsidRDefault="00000000">
            <w:pPr>
              <w:spacing w:after="0"/>
            </w:pPr>
            <w:r>
              <w:rPr>
                <w:sz w:val="14"/>
              </w:rPr>
              <w:t>de</w:t>
            </w:r>
          </w:p>
        </w:tc>
        <w:tc>
          <w:tcPr>
            <w:tcW w:w="1723" w:type="dxa"/>
            <w:tcBorders>
              <w:top w:val="single" w:sz="4" w:space="0" w:color="D8E6EC"/>
              <w:left w:val="single" w:sz="4" w:space="0" w:color="D8E6EC"/>
              <w:bottom w:val="single" w:sz="4" w:space="0" w:color="D8E6EC"/>
              <w:right w:val="single" w:sz="4" w:space="0" w:color="D8E6EC"/>
            </w:tcBorders>
          </w:tcPr>
          <w:p w14:paraId="473D3CA7" w14:textId="77777777" w:rsidR="000907E6" w:rsidRDefault="00000000">
            <w:pPr>
              <w:spacing w:after="0"/>
            </w:pPr>
            <w:r>
              <w:rPr>
                <w:sz w:val="14"/>
              </w:rPr>
              <w:t>of / from</w:t>
            </w:r>
          </w:p>
        </w:tc>
      </w:tr>
      <w:tr w:rsidR="000907E6" w14:paraId="2373F031"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7DFEBA5B" w14:textId="77777777" w:rsidR="000907E6" w:rsidRDefault="00000000">
            <w:pPr>
              <w:spacing w:after="0"/>
            </w:pPr>
            <w:r>
              <w:rPr>
                <w:sz w:val="14"/>
              </w:rPr>
              <w:t>dia</w:t>
            </w:r>
          </w:p>
        </w:tc>
        <w:tc>
          <w:tcPr>
            <w:tcW w:w="1723" w:type="dxa"/>
            <w:tcBorders>
              <w:top w:val="single" w:sz="4" w:space="0" w:color="D8E6EC"/>
              <w:left w:val="single" w:sz="4" w:space="0" w:color="D8E6EC"/>
              <w:bottom w:val="single" w:sz="4" w:space="0" w:color="D8E6EC"/>
              <w:right w:val="single" w:sz="4" w:space="0" w:color="D8E6EC"/>
            </w:tcBorders>
          </w:tcPr>
          <w:p w14:paraId="304021B5" w14:textId="77777777" w:rsidR="000907E6" w:rsidRDefault="00000000">
            <w:pPr>
              <w:spacing w:after="0"/>
            </w:pPr>
            <w:r>
              <w:rPr>
                <w:sz w:val="14"/>
              </w:rPr>
              <w:t>day</w:t>
            </w:r>
          </w:p>
        </w:tc>
        <w:tc>
          <w:tcPr>
            <w:tcW w:w="1723" w:type="dxa"/>
            <w:tcBorders>
              <w:top w:val="single" w:sz="4" w:space="0" w:color="D8E6EC"/>
              <w:left w:val="single" w:sz="4" w:space="0" w:color="D8E6EC"/>
              <w:bottom w:val="single" w:sz="4" w:space="0" w:color="D8E6EC"/>
              <w:right w:val="single" w:sz="4" w:space="0" w:color="D8E6EC"/>
            </w:tcBorders>
          </w:tcPr>
          <w:p w14:paraId="2759DEEB" w14:textId="77777777" w:rsidR="000907E6" w:rsidRDefault="00000000">
            <w:pPr>
              <w:spacing w:after="0"/>
            </w:pPr>
            <w:r>
              <w:rPr>
                <w:sz w:val="14"/>
              </w:rPr>
              <w:t>dise</w:t>
            </w:r>
          </w:p>
        </w:tc>
        <w:tc>
          <w:tcPr>
            <w:tcW w:w="1723" w:type="dxa"/>
            <w:tcBorders>
              <w:top w:val="single" w:sz="4" w:space="0" w:color="D8E6EC"/>
              <w:left w:val="single" w:sz="4" w:space="0" w:color="D8E6EC"/>
              <w:bottom w:val="single" w:sz="4" w:space="0" w:color="D8E6EC"/>
              <w:right w:val="single" w:sz="4" w:space="0" w:color="D8E6EC"/>
            </w:tcBorders>
          </w:tcPr>
          <w:p w14:paraId="3DC99FC2" w14:textId="77777777" w:rsidR="000907E6" w:rsidRDefault="00000000">
            <w:pPr>
              <w:spacing w:after="0"/>
            </w:pPr>
            <w:r>
              <w:rPr>
                <w:sz w:val="14"/>
              </w:rPr>
              <w:t>say</w:t>
            </w:r>
          </w:p>
        </w:tc>
        <w:tc>
          <w:tcPr>
            <w:tcW w:w="1723" w:type="dxa"/>
            <w:tcBorders>
              <w:top w:val="single" w:sz="4" w:space="0" w:color="D8E6EC"/>
              <w:left w:val="single" w:sz="4" w:space="0" w:color="D8E6EC"/>
              <w:bottom w:val="single" w:sz="4" w:space="0" w:color="D8E6EC"/>
              <w:right w:val="single" w:sz="4" w:space="0" w:color="D8E6EC"/>
            </w:tcBorders>
          </w:tcPr>
          <w:p w14:paraId="7B02ACC4" w14:textId="77777777" w:rsidR="000907E6" w:rsidRDefault="00000000">
            <w:pPr>
              <w:spacing w:after="0"/>
            </w:pPr>
            <w:r>
              <w:rPr>
                <w:sz w:val="14"/>
              </w:rPr>
              <w:t>dom</w:t>
            </w:r>
          </w:p>
        </w:tc>
        <w:tc>
          <w:tcPr>
            <w:tcW w:w="1723" w:type="dxa"/>
            <w:tcBorders>
              <w:top w:val="single" w:sz="4" w:space="0" w:color="D8E6EC"/>
              <w:left w:val="single" w:sz="4" w:space="0" w:color="D8E6EC"/>
              <w:bottom w:val="single" w:sz="4" w:space="0" w:color="D8E6EC"/>
              <w:right w:val="single" w:sz="4" w:space="0" w:color="D8E6EC"/>
            </w:tcBorders>
          </w:tcPr>
          <w:p w14:paraId="30AACC7F" w14:textId="77777777" w:rsidR="000907E6" w:rsidRDefault="00000000">
            <w:pPr>
              <w:spacing w:after="0"/>
            </w:pPr>
            <w:r>
              <w:rPr>
                <w:sz w:val="14"/>
              </w:rPr>
              <w:t>home</w:t>
            </w:r>
          </w:p>
        </w:tc>
      </w:tr>
      <w:tr w:rsidR="000907E6" w14:paraId="218FDF24"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1D2494A" w14:textId="77777777" w:rsidR="000907E6" w:rsidRDefault="00000000">
            <w:pPr>
              <w:spacing w:after="0"/>
            </w:pPr>
            <w:r>
              <w:rPr>
                <w:sz w:val="14"/>
              </w:rPr>
              <w:t>du</w:t>
            </w:r>
          </w:p>
        </w:tc>
        <w:tc>
          <w:tcPr>
            <w:tcW w:w="1723" w:type="dxa"/>
            <w:tcBorders>
              <w:top w:val="single" w:sz="4" w:space="0" w:color="D8E6EC"/>
              <w:left w:val="single" w:sz="4" w:space="0" w:color="D8E6EC"/>
              <w:bottom w:val="single" w:sz="4" w:space="0" w:color="D8E6EC"/>
              <w:right w:val="single" w:sz="4" w:space="0" w:color="D8E6EC"/>
            </w:tcBorders>
          </w:tcPr>
          <w:p w14:paraId="6B526C47" w14:textId="77777777" w:rsidR="000907E6" w:rsidRDefault="00000000">
            <w:pPr>
              <w:spacing w:after="0"/>
            </w:pPr>
            <w:r>
              <w:rPr>
                <w:sz w:val="14"/>
              </w:rPr>
              <w:t>two</w:t>
            </w:r>
          </w:p>
        </w:tc>
        <w:tc>
          <w:tcPr>
            <w:tcW w:w="1723" w:type="dxa"/>
            <w:tcBorders>
              <w:top w:val="single" w:sz="4" w:space="0" w:color="D8E6EC"/>
              <w:left w:val="single" w:sz="4" w:space="0" w:color="D8E6EC"/>
              <w:bottom w:val="single" w:sz="4" w:space="0" w:color="D8E6EC"/>
              <w:right w:val="single" w:sz="4" w:space="0" w:color="D8E6EC"/>
            </w:tcBorders>
          </w:tcPr>
          <w:p w14:paraId="5410DC2C" w14:textId="77777777" w:rsidR="000907E6" w:rsidRDefault="00000000">
            <w:pPr>
              <w:spacing w:after="0"/>
            </w:pPr>
            <w:r>
              <w:rPr>
                <w:sz w:val="14"/>
              </w:rPr>
              <w:t>ela</w:t>
            </w:r>
          </w:p>
        </w:tc>
        <w:tc>
          <w:tcPr>
            <w:tcW w:w="1723" w:type="dxa"/>
            <w:tcBorders>
              <w:top w:val="single" w:sz="4" w:space="0" w:color="D8E6EC"/>
              <w:left w:val="single" w:sz="4" w:space="0" w:color="D8E6EC"/>
              <w:bottom w:val="single" w:sz="4" w:space="0" w:color="D8E6EC"/>
              <w:right w:val="single" w:sz="4" w:space="0" w:color="D8E6EC"/>
            </w:tcBorders>
          </w:tcPr>
          <w:p w14:paraId="25DB71E8" w14:textId="77777777" w:rsidR="000907E6" w:rsidRDefault="00000000">
            <w:pPr>
              <w:spacing w:after="0"/>
            </w:pPr>
            <w:r>
              <w:rPr>
                <w:sz w:val="14"/>
              </w:rPr>
              <w:t>she / her</w:t>
            </w:r>
          </w:p>
        </w:tc>
        <w:tc>
          <w:tcPr>
            <w:tcW w:w="1723" w:type="dxa"/>
            <w:tcBorders>
              <w:top w:val="single" w:sz="4" w:space="0" w:color="D8E6EC"/>
              <w:left w:val="single" w:sz="4" w:space="0" w:color="D8E6EC"/>
              <w:bottom w:val="single" w:sz="4" w:space="0" w:color="D8E6EC"/>
              <w:right w:val="single" w:sz="4" w:space="0" w:color="D8E6EC"/>
            </w:tcBorders>
          </w:tcPr>
          <w:p w14:paraId="6EAD96AA" w14:textId="77777777" w:rsidR="000907E6" w:rsidRDefault="00000000">
            <w:pPr>
              <w:spacing w:after="0"/>
            </w:pPr>
            <w:r>
              <w:rPr>
                <w:sz w:val="14"/>
              </w:rPr>
              <w:t>en</w:t>
            </w:r>
          </w:p>
        </w:tc>
        <w:tc>
          <w:tcPr>
            <w:tcW w:w="1723" w:type="dxa"/>
            <w:tcBorders>
              <w:top w:val="single" w:sz="4" w:space="0" w:color="D8E6EC"/>
              <w:left w:val="single" w:sz="4" w:space="0" w:color="D8E6EC"/>
              <w:bottom w:val="single" w:sz="4" w:space="0" w:color="D8E6EC"/>
              <w:right w:val="single" w:sz="4" w:space="0" w:color="D8E6EC"/>
            </w:tcBorders>
          </w:tcPr>
          <w:p w14:paraId="1479D93E" w14:textId="77777777" w:rsidR="000907E6" w:rsidRDefault="00000000">
            <w:pPr>
              <w:spacing w:after="0"/>
            </w:pPr>
            <w:r>
              <w:rPr>
                <w:sz w:val="14"/>
              </w:rPr>
              <w:t>en</w:t>
            </w:r>
          </w:p>
        </w:tc>
      </w:tr>
      <w:tr w:rsidR="000907E6" w14:paraId="7CC4E9F2"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277023B9" w14:textId="77777777" w:rsidR="000907E6" w:rsidRDefault="00000000">
            <w:pPr>
              <w:spacing w:after="0"/>
            </w:pPr>
            <w:r>
              <w:rPr>
                <w:sz w:val="14"/>
              </w:rPr>
              <w:t>es</w:t>
            </w:r>
          </w:p>
        </w:tc>
        <w:tc>
          <w:tcPr>
            <w:tcW w:w="1723" w:type="dxa"/>
            <w:tcBorders>
              <w:top w:val="single" w:sz="4" w:space="0" w:color="D8E6EC"/>
              <w:left w:val="single" w:sz="4" w:space="0" w:color="D8E6EC"/>
              <w:bottom w:val="single" w:sz="4" w:space="0" w:color="D8E6EC"/>
              <w:right w:val="single" w:sz="4" w:space="0" w:color="D8E6EC"/>
            </w:tcBorders>
          </w:tcPr>
          <w:p w14:paraId="14173A2A" w14:textId="77777777" w:rsidR="000907E6" w:rsidRDefault="00000000">
            <w:pPr>
              <w:spacing w:after="0"/>
            </w:pPr>
            <w:r>
              <w:rPr>
                <w:sz w:val="14"/>
              </w:rPr>
              <w:t>is / are</w:t>
            </w:r>
          </w:p>
        </w:tc>
        <w:tc>
          <w:tcPr>
            <w:tcW w:w="1723" w:type="dxa"/>
            <w:tcBorders>
              <w:top w:val="single" w:sz="4" w:space="0" w:color="D8E6EC"/>
              <w:left w:val="single" w:sz="4" w:space="0" w:color="D8E6EC"/>
              <w:bottom w:val="single" w:sz="4" w:space="0" w:color="D8E6EC"/>
              <w:right w:val="single" w:sz="4" w:space="0" w:color="D8E6EC"/>
            </w:tcBorders>
          </w:tcPr>
          <w:p w14:paraId="5A1F1B72" w14:textId="77777777" w:rsidR="000907E6" w:rsidRDefault="00000000">
            <w:pPr>
              <w:spacing w:after="0"/>
            </w:pPr>
            <w:r>
              <w:rPr>
                <w:sz w:val="14"/>
              </w:rPr>
              <w:t>et</w:t>
            </w:r>
          </w:p>
        </w:tc>
        <w:tc>
          <w:tcPr>
            <w:tcW w:w="1723" w:type="dxa"/>
            <w:tcBorders>
              <w:top w:val="single" w:sz="4" w:space="0" w:color="D8E6EC"/>
              <w:left w:val="single" w:sz="4" w:space="0" w:color="D8E6EC"/>
              <w:bottom w:val="single" w:sz="4" w:space="0" w:color="D8E6EC"/>
              <w:right w:val="single" w:sz="4" w:space="0" w:color="D8E6EC"/>
            </w:tcBorders>
          </w:tcPr>
          <w:p w14:paraId="766CDB79" w14:textId="77777777" w:rsidR="000907E6" w:rsidRDefault="00000000">
            <w:pPr>
              <w:spacing w:after="0"/>
            </w:pPr>
            <w:r>
              <w:rPr>
                <w:sz w:val="14"/>
              </w:rPr>
              <w:t>and</w:t>
            </w:r>
          </w:p>
        </w:tc>
        <w:tc>
          <w:tcPr>
            <w:tcW w:w="1723" w:type="dxa"/>
            <w:tcBorders>
              <w:top w:val="single" w:sz="4" w:space="0" w:color="D8E6EC"/>
              <w:left w:val="single" w:sz="4" w:space="0" w:color="D8E6EC"/>
              <w:bottom w:val="single" w:sz="4" w:space="0" w:color="D8E6EC"/>
              <w:right w:val="single" w:sz="4" w:space="0" w:color="D8E6EC"/>
            </w:tcBorders>
          </w:tcPr>
          <w:p w14:paraId="492CA2D9" w14:textId="77777777" w:rsidR="000907E6" w:rsidRDefault="00000000">
            <w:pPr>
              <w:spacing w:after="0"/>
            </w:pPr>
            <w:r>
              <w:rPr>
                <w:sz w:val="14"/>
              </w:rPr>
              <w:t>familia</w:t>
            </w:r>
          </w:p>
        </w:tc>
        <w:tc>
          <w:tcPr>
            <w:tcW w:w="1723" w:type="dxa"/>
            <w:tcBorders>
              <w:top w:val="single" w:sz="4" w:space="0" w:color="D8E6EC"/>
              <w:left w:val="single" w:sz="4" w:space="0" w:color="D8E6EC"/>
              <w:bottom w:val="single" w:sz="4" w:space="0" w:color="D8E6EC"/>
              <w:right w:val="single" w:sz="4" w:space="0" w:color="D8E6EC"/>
            </w:tcBorders>
          </w:tcPr>
          <w:p w14:paraId="50703C44" w14:textId="77777777" w:rsidR="000907E6" w:rsidRDefault="00000000">
            <w:pPr>
              <w:spacing w:after="0"/>
            </w:pPr>
            <w:r>
              <w:rPr>
                <w:sz w:val="14"/>
              </w:rPr>
              <w:t>family</w:t>
            </w:r>
          </w:p>
        </w:tc>
      </w:tr>
      <w:tr w:rsidR="000907E6" w14:paraId="1612A18B"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294FE2AD" w14:textId="77777777" w:rsidR="000907E6" w:rsidRDefault="00000000">
            <w:pPr>
              <w:spacing w:after="0"/>
            </w:pPr>
            <w:r>
              <w:rPr>
                <w:sz w:val="14"/>
              </w:rPr>
              <w:t>far</w:t>
            </w:r>
          </w:p>
        </w:tc>
        <w:tc>
          <w:tcPr>
            <w:tcW w:w="1723" w:type="dxa"/>
            <w:tcBorders>
              <w:top w:val="single" w:sz="4" w:space="0" w:color="D8E6EC"/>
              <w:left w:val="single" w:sz="4" w:space="0" w:color="D8E6EC"/>
              <w:bottom w:val="single" w:sz="4" w:space="0" w:color="D8E6EC"/>
              <w:right w:val="single" w:sz="4" w:space="0" w:color="D8E6EC"/>
            </w:tcBorders>
          </w:tcPr>
          <w:p w14:paraId="78B7C0C4" w14:textId="77777777" w:rsidR="000907E6" w:rsidRDefault="00000000">
            <w:pPr>
              <w:spacing w:after="0"/>
            </w:pPr>
            <w:r>
              <w:rPr>
                <w:sz w:val="14"/>
              </w:rPr>
              <w:t>do / make</w:t>
            </w:r>
          </w:p>
        </w:tc>
        <w:tc>
          <w:tcPr>
            <w:tcW w:w="1723" w:type="dxa"/>
            <w:tcBorders>
              <w:top w:val="single" w:sz="4" w:space="0" w:color="D8E6EC"/>
              <w:left w:val="single" w:sz="4" w:space="0" w:color="D8E6EC"/>
              <w:bottom w:val="single" w:sz="4" w:space="0" w:color="D8E6EC"/>
              <w:right w:val="single" w:sz="4" w:space="0" w:color="D8E6EC"/>
            </w:tcBorders>
          </w:tcPr>
          <w:p w14:paraId="3C6B08B4" w14:textId="77777777" w:rsidR="000907E6" w:rsidRDefault="00000000">
            <w:pPr>
              <w:spacing w:after="0"/>
            </w:pPr>
            <w:r>
              <w:rPr>
                <w:sz w:val="14"/>
              </w:rPr>
              <w:t>grande</w:t>
            </w:r>
          </w:p>
        </w:tc>
        <w:tc>
          <w:tcPr>
            <w:tcW w:w="1723" w:type="dxa"/>
            <w:tcBorders>
              <w:top w:val="single" w:sz="4" w:space="0" w:color="D8E6EC"/>
              <w:left w:val="single" w:sz="4" w:space="0" w:color="D8E6EC"/>
              <w:bottom w:val="single" w:sz="4" w:space="0" w:color="D8E6EC"/>
              <w:right w:val="single" w:sz="4" w:space="0" w:color="D8E6EC"/>
            </w:tcBorders>
          </w:tcPr>
          <w:p w14:paraId="7139B1A3" w14:textId="77777777" w:rsidR="000907E6" w:rsidRDefault="00000000">
            <w:pPr>
              <w:spacing w:after="0"/>
            </w:pPr>
            <w:r>
              <w:rPr>
                <w:sz w:val="14"/>
              </w:rPr>
              <w:t>great / big</w:t>
            </w:r>
          </w:p>
        </w:tc>
        <w:tc>
          <w:tcPr>
            <w:tcW w:w="1723" w:type="dxa"/>
            <w:tcBorders>
              <w:top w:val="single" w:sz="4" w:space="0" w:color="D8E6EC"/>
              <w:left w:val="single" w:sz="4" w:space="0" w:color="D8E6EC"/>
              <w:bottom w:val="single" w:sz="4" w:space="0" w:color="D8E6EC"/>
              <w:right w:val="single" w:sz="4" w:space="0" w:color="D8E6EC"/>
            </w:tcBorders>
          </w:tcPr>
          <w:p w14:paraId="4D60A8A9" w14:textId="77777777" w:rsidR="000907E6" w:rsidRDefault="00000000">
            <w:pPr>
              <w:spacing w:after="0"/>
            </w:pPr>
            <w:r>
              <w:rPr>
                <w:sz w:val="14"/>
              </w:rPr>
              <w:t>gratias</w:t>
            </w:r>
          </w:p>
        </w:tc>
        <w:tc>
          <w:tcPr>
            <w:tcW w:w="1723" w:type="dxa"/>
            <w:tcBorders>
              <w:top w:val="single" w:sz="4" w:space="0" w:color="D8E6EC"/>
              <w:left w:val="single" w:sz="4" w:space="0" w:color="D8E6EC"/>
              <w:bottom w:val="single" w:sz="4" w:space="0" w:color="D8E6EC"/>
              <w:right w:val="single" w:sz="4" w:space="0" w:color="D8E6EC"/>
            </w:tcBorders>
          </w:tcPr>
          <w:p w14:paraId="10332B59" w14:textId="77777777" w:rsidR="000907E6" w:rsidRDefault="00000000">
            <w:pPr>
              <w:spacing w:after="0"/>
            </w:pPr>
            <w:r>
              <w:rPr>
                <w:sz w:val="14"/>
              </w:rPr>
              <w:t>thanks</w:t>
            </w:r>
          </w:p>
        </w:tc>
      </w:tr>
      <w:tr w:rsidR="000907E6" w14:paraId="65AC35A0"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3CC0B6A" w14:textId="77777777" w:rsidR="000907E6" w:rsidRDefault="00000000">
            <w:pPr>
              <w:spacing w:after="0"/>
            </w:pPr>
            <w:r>
              <w:rPr>
                <w:sz w:val="14"/>
              </w:rPr>
              <w:t>habe</w:t>
            </w:r>
          </w:p>
        </w:tc>
        <w:tc>
          <w:tcPr>
            <w:tcW w:w="1723" w:type="dxa"/>
            <w:tcBorders>
              <w:top w:val="single" w:sz="4" w:space="0" w:color="D8E6EC"/>
              <w:left w:val="single" w:sz="4" w:space="0" w:color="D8E6EC"/>
              <w:bottom w:val="single" w:sz="4" w:space="0" w:color="D8E6EC"/>
              <w:right w:val="single" w:sz="4" w:space="0" w:color="D8E6EC"/>
            </w:tcBorders>
          </w:tcPr>
          <w:p w14:paraId="25DECB02" w14:textId="77777777" w:rsidR="000907E6" w:rsidRDefault="00000000">
            <w:pPr>
              <w:spacing w:after="0"/>
            </w:pPr>
            <w:r>
              <w:rPr>
                <w:sz w:val="14"/>
              </w:rPr>
              <w:t>have</w:t>
            </w:r>
          </w:p>
        </w:tc>
        <w:tc>
          <w:tcPr>
            <w:tcW w:w="1723" w:type="dxa"/>
            <w:tcBorders>
              <w:top w:val="single" w:sz="4" w:space="0" w:color="D8E6EC"/>
              <w:left w:val="single" w:sz="4" w:space="0" w:color="D8E6EC"/>
              <w:bottom w:val="single" w:sz="4" w:space="0" w:color="D8E6EC"/>
              <w:right w:val="single" w:sz="4" w:space="0" w:color="D8E6EC"/>
            </w:tcBorders>
          </w:tcPr>
          <w:p w14:paraId="6F1EDBF9" w14:textId="77777777" w:rsidR="000907E6" w:rsidRDefault="00000000">
            <w:pPr>
              <w:spacing w:after="0"/>
            </w:pPr>
            <w:r>
              <w:rPr>
                <w:sz w:val="14"/>
              </w:rPr>
              <w:t>hodia</w:t>
            </w:r>
          </w:p>
        </w:tc>
        <w:tc>
          <w:tcPr>
            <w:tcW w:w="1723" w:type="dxa"/>
            <w:tcBorders>
              <w:top w:val="single" w:sz="4" w:space="0" w:color="D8E6EC"/>
              <w:left w:val="single" w:sz="4" w:space="0" w:color="D8E6EC"/>
              <w:bottom w:val="single" w:sz="4" w:space="0" w:color="D8E6EC"/>
              <w:right w:val="single" w:sz="4" w:space="0" w:color="D8E6EC"/>
            </w:tcBorders>
          </w:tcPr>
          <w:p w14:paraId="0DE9CDE8" w14:textId="77777777" w:rsidR="000907E6" w:rsidRDefault="00000000">
            <w:pPr>
              <w:spacing w:after="0"/>
            </w:pPr>
            <w:r>
              <w:rPr>
                <w:sz w:val="14"/>
              </w:rPr>
              <w:t>today</w:t>
            </w:r>
          </w:p>
        </w:tc>
        <w:tc>
          <w:tcPr>
            <w:tcW w:w="1723" w:type="dxa"/>
            <w:tcBorders>
              <w:top w:val="single" w:sz="4" w:space="0" w:color="D8E6EC"/>
              <w:left w:val="single" w:sz="4" w:space="0" w:color="D8E6EC"/>
              <w:bottom w:val="single" w:sz="4" w:space="0" w:color="D8E6EC"/>
              <w:right w:val="single" w:sz="4" w:space="0" w:color="D8E6EC"/>
            </w:tcBorders>
          </w:tcPr>
          <w:p w14:paraId="5D8CE6DD" w14:textId="77777777" w:rsidR="000907E6" w:rsidRDefault="00000000">
            <w:pPr>
              <w:spacing w:after="0"/>
            </w:pPr>
            <w:r>
              <w:rPr>
                <w:sz w:val="14"/>
              </w:rPr>
              <w:t>hotel</w:t>
            </w:r>
          </w:p>
        </w:tc>
        <w:tc>
          <w:tcPr>
            <w:tcW w:w="1723" w:type="dxa"/>
            <w:tcBorders>
              <w:top w:val="single" w:sz="4" w:space="0" w:color="D8E6EC"/>
              <w:left w:val="single" w:sz="4" w:space="0" w:color="D8E6EC"/>
              <w:bottom w:val="single" w:sz="4" w:space="0" w:color="D8E6EC"/>
              <w:right w:val="single" w:sz="4" w:space="0" w:color="D8E6EC"/>
            </w:tcBorders>
          </w:tcPr>
          <w:p w14:paraId="0181A539" w14:textId="77777777" w:rsidR="000907E6" w:rsidRDefault="00000000">
            <w:pPr>
              <w:spacing w:after="0"/>
            </w:pPr>
            <w:r>
              <w:rPr>
                <w:sz w:val="14"/>
              </w:rPr>
              <w:t>hotel</w:t>
            </w:r>
          </w:p>
        </w:tc>
      </w:tr>
      <w:tr w:rsidR="000907E6" w14:paraId="71D3B146"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1A9224A1" w14:textId="77777777" w:rsidR="000907E6" w:rsidRDefault="00000000">
            <w:pPr>
              <w:spacing w:after="0"/>
            </w:pPr>
            <w:r>
              <w:rPr>
                <w:sz w:val="14"/>
              </w:rPr>
              <w:t>il</w:t>
            </w:r>
          </w:p>
        </w:tc>
        <w:tc>
          <w:tcPr>
            <w:tcW w:w="1723" w:type="dxa"/>
            <w:tcBorders>
              <w:top w:val="single" w:sz="4" w:space="0" w:color="D8E6EC"/>
              <w:left w:val="single" w:sz="4" w:space="0" w:color="D8E6EC"/>
              <w:bottom w:val="single" w:sz="4" w:space="0" w:color="D8E6EC"/>
              <w:right w:val="single" w:sz="4" w:space="0" w:color="D8E6EC"/>
            </w:tcBorders>
          </w:tcPr>
          <w:p w14:paraId="7393E9D6" w14:textId="77777777" w:rsidR="000907E6" w:rsidRDefault="00000000">
            <w:pPr>
              <w:spacing w:after="0"/>
            </w:pPr>
            <w:r>
              <w:rPr>
                <w:sz w:val="14"/>
              </w:rPr>
              <w:t>he / him</w:t>
            </w:r>
          </w:p>
        </w:tc>
        <w:tc>
          <w:tcPr>
            <w:tcW w:w="1723" w:type="dxa"/>
            <w:tcBorders>
              <w:top w:val="single" w:sz="4" w:space="0" w:color="D8E6EC"/>
              <w:left w:val="single" w:sz="4" w:space="0" w:color="D8E6EC"/>
              <w:bottom w:val="single" w:sz="4" w:space="0" w:color="D8E6EC"/>
              <w:right w:val="single" w:sz="4" w:space="0" w:color="D8E6EC"/>
            </w:tcBorders>
          </w:tcPr>
          <w:p w14:paraId="0C7E9D2C" w14:textId="77777777" w:rsidR="000907E6" w:rsidRDefault="00000000">
            <w:pPr>
              <w:spacing w:after="0"/>
            </w:pPr>
            <w:r>
              <w:rPr>
                <w:sz w:val="14"/>
              </w:rPr>
              <w:t>ja</w:t>
            </w:r>
          </w:p>
        </w:tc>
        <w:tc>
          <w:tcPr>
            <w:tcW w:w="1723" w:type="dxa"/>
            <w:tcBorders>
              <w:top w:val="single" w:sz="4" w:space="0" w:color="D8E6EC"/>
              <w:left w:val="single" w:sz="4" w:space="0" w:color="D8E6EC"/>
              <w:bottom w:val="single" w:sz="4" w:space="0" w:color="D8E6EC"/>
              <w:right w:val="single" w:sz="4" w:space="0" w:color="D8E6EC"/>
            </w:tcBorders>
          </w:tcPr>
          <w:p w14:paraId="70606025" w14:textId="77777777" w:rsidR="000907E6" w:rsidRDefault="00000000">
            <w:pPr>
              <w:spacing w:after="0"/>
            </w:pPr>
            <w:r>
              <w:rPr>
                <w:sz w:val="14"/>
              </w:rPr>
              <w:t>already</w:t>
            </w:r>
          </w:p>
        </w:tc>
        <w:tc>
          <w:tcPr>
            <w:tcW w:w="1723" w:type="dxa"/>
            <w:tcBorders>
              <w:top w:val="single" w:sz="4" w:space="0" w:color="D8E6EC"/>
              <w:left w:val="single" w:sz="4" w:space="0" w:color="D8E6EC"/>
              <w:bottom w:val="single" w:sz="4" w:space="0" w:color="D8E6EC"/>
              <w:right w:val="single" w:sz="4" w:space="0" w:color="D8E6EC"/>
            </w:tcBorders>
          </w:tcPr>
          <w:p w14:paraId="3C55705D" w14:textId="77777777" w:rsidR="000907E6" w:rsidRDefault="00000000">
            <w:pPr>
              <w:spacing w:after="0"/>
            </w:pPr>
            <w:r>
              <w:rPr>
                <w:sz w:val="14"/>
              </w:rPr>
              <w:t>kan</w:t>
            </w:r>
          </w:p>
        </w:tc>
        <w:tc>
          <w:tcPr>
            <w:tcW w:w="1723" w:type="dxa"/>
            <w:tcBorders>
              <w:top w:val="single" w:sz="4" w:space="0" w:color="D8E6EC"/>
              <w:left w:val="single" w:sz="4" w:space="0" w:color="D8E6EC"/>
              <w:bottom w:val="single" w:sz="4" w:space="0" w:color="D8E6EC"/>
              <w:right w:val="single" w:sz="4" w:space="0" w:color="D8E6EC"/>
            </w:tcBorders>
          </w:tcPr>
          <w:p w14:paraId="34C4829E" w14:textId="77777777" w:rsidR="000907E6" w:rsidRDefault="00000000">
            <w:pPr>
              <w:spacing w:after="0"/>
            </w:pPr>
            <w:r>
              <w:rPr>
                <w:sz w:val="14"/>
              </w:rPr>
              <w:t>when</w:t>
            </w:r>
          </w:p>
        </w:tc>
      </w:tr>
      <w:tr w:rsidR="000907E6" w14:paraId="40CC3CB2"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144CE60" w14:textId="77777777" w:rsidR="000907E6" w:rsidRDefault="00000000">
            <w:pPr>
              <w:spacing w:after="0"/>
            </w:pPr>
            <w:r>
              <w:rPr>
                <w:sz w:val="14"/>
              </w:rPr>
              <w:t>ke</w:t>
            </w:r>
          </w:p>
        </w:tc>
        <w:tc>
          <w:tcPr>
            <w:tcW w:w="1723" w:type="dxa"/>
            <w:tcBorders>
              <w:top w:val="single" w:sz="4" w:space="0" w:color="D8E6EC"/>
              <w:left w:val="single" w:sz="4" w:space="0" w:color="D8E6EC"/>
              <w:bottom w:val="single" w:sz="4" w:space="0" w:color="D8E6EC"/>
              <w:right w:val="single" w:sz="4" w:space="0" w:color="D8E6EC"/>
            </w:tcBorders>
          </w:tcPr>
          <w:p w14:paraId="27AE3422" w14:textId="77777777" w:rsidR="000907E6" w:rsidRDefault="00000000">
            <w:pPr>
              <w:spacing w:after="0"/>
            </w:pPr>
            <w:r>
              <w:rPr>
                <w:sz w:val="14"/>
              </w:rPr>
              <w:t>what / that</w:t>
            </w:r>
          </w:p>
        </w:tc>
        <w:tc>
          <w:tcPr>
            <w:tcW w:w="1723" w:type="dxa"/>
            <w:tcBorders>
              <w:top w:val="single" w:sz="4" w:space="0" w:color="D8E6EC"/>
              <w:left w:val="single" w:sz="4" w:space="0" w:color="D8E6EC"/>
              <w:bottom w:val="single" w:sz="4" w:space="0" w:color="D8E6EC"/>
              <w:right w:val="single" w:sz="4" w:space="0" w:color="D8E6EC"/>
            </w:tcBorders>
          </w:tcPr>
          <w:p w14:paraId="6112CE79" w14:textId="77777777" w:rsidR="000907E6" w:rsidRDefault="00000000">
            <w:pPr>
              <w:spacing w:after="0"/>
            </w:pPr>
            <w:r>
              <w:rPr>
                <w:sz w:val="14"/>
              </w:rPr>
              <w:t>ki</w:t>
            </w:r>
          </w:p>
        </w:tc>
        <w:tc>
          <w:tcPr>
            <w:tcW w:w="1723" w:type="dxa"/>
            <w:tcBorders>
              <w:top w:val="single" w:sz="4" w:space="0" w:color="D8E6EC"/>
              <w:left w:val="single" w:sz="4" w:space="0" w:color="D8E6EC"/>
              <w:bottom w:val="single" w:sz="4" w:space="0" w:color="D8E6EC"/>
              <w:right w:val="single" w:sz="4" w:space="0" w:color="D8E6EC"/>
            </w:tcBorders>
          </w:tcPr>
          <w:p w14:paraId="2987D4CB" w14:textId="77777777" w:rsidR="000907E6" w:rsidRDefault="00000000">
            <w:pPr>
              <w:spacing w:after="0"/>
            </w:pPr>
            <w:r>
              <w:rPr>
                <w:sz w:val="14"/>
              </w:rPr>
              <w:t>who</w:t>
            </w:r>
          </w:p>
        </w:tc>
        <w:tc>
          <w:tcPr>
            <w:tcW w:w="1723" w:type="dxa"/>
            <w:tcBorders>
              <w:top w:val="single" w:sz="4" w:space="0" w:color="D8E6EC"/>
              <w:left w:val="single" w:sz="4" w:space="0" w:color="D8E6EC"/>
              <w:bottom w:val="single" w:sz="4" w:space="0" w:color="D8E6EC"/>
              <w:right w:val="single" w:sz="4" w:space="0" w:color="D8E6EC"/>
            </w:tcBorders>
          </w:tcPr>
          <w:p w14:paraId="5AFB4B9B" w14:textId="77777777" w:rsidR="000907E6" w:rsidRDefault="00000000">
            <w:pPr>
              <w:spacing w:after="0"/>
            </w:pPr>
            <w:r>
              <w:rPr>
                <w:sz w:val="14"/>
              </w:rPr>
              <w:t>kom</w:t>
            </w:r>
          </w:p>
        </w:tc>
        <w:tc>
          <w:tcPr>
            <w:tcW w:w="1723" w:type="dxa"/>
            <w:tcBorders>
              <w:top w:val="single" w:sz="4" w:space="0" w:color="D8E6EC"/>
              <w:left w:val="single" w:sz="4" w:space="0" w:color="D8E6EC"/>
              <w:bottom w:val="single" w:sz="4" w:space="0" w:color="D8E6EC"/>
              <w:right w:val="single" w:sz="4" w:space="0" w:color="D8E6EC"/>
            </w:tcBorders>
          </w:tcPr>
          <w:p w14:paraId="75906DAB" w14:textId="77777777" w:rsidR="000907E6" w:rsidRDefault="00000000">
            <w:pPr>
              <w:spacing w:after="0"/>
            </w:pPr>
            <w:r>
              <w:rPr>
                <w:sz w:val="14"/>
              </w:rPr>
              <w:t>how / as</w:t>
            </w:r>
          </w:p>
        </w:tc>
      </w:tr>
      <w:tr w:rsidR="000907E6" w14:paraId="63E77270"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76415100" w14:textId="77777777" w:rsidR="000907E6" w:rsidRDefault="00000000">
            <w:pPr>
              <w:spacing w:after="0"/>
            </w:pPr>
            <w:r>
              <w:rPr>
                <w:sz w:val="14"/>
              </w:rPr>
              <w:t>ku</w:t>
            </w:r>
          </w:p>
        </w:tc>
        <w:tc>
          <w:tcPr>
            <w:tcW w:w="1723" w:type="dxa"/>
            <w:tcBorders>
              <w:top w:val="single" w:sz="4" w:space="0" w:color="D8E6EC"/>
              <w:left w:val="single" w:sz="4" w:space="0" w:color="D8E6EC"/>
              <w:bottom w:val="single" w:sz="4" w:space="0" w:color="D8E6EC"/>
              <w:right w:val="single" w:sz="4" w:space="0" w:color="D8E6EC"/>
            </w:tcBorders>
          </w:tcPr>
          <w:p w14:paraId="42CD731F" w14:textId="77777777" w:rsidR="000907E6" w:rsidRDefault="00000000">
            <w:pPr>
              <w:spacing w:after="0"/>
            </w:pPr>
            <w:r>
              <w:rPr>
                <w:sz w:val="14"/>
              </w:rPr>
              <w:t>yes/no question marker</w:t>
            </w:r>
          </w:p>
        </w:tc>
        <w:tc>
          <w:tcPr>
            <w:tcW w:w="1723" w:type="dxa"/>
            <w:tcBorders>
              <w:top w:val="single" w:sz="4" w:space="0" w:color="D8E6EC"/>
              <w:left w:val="single" w:sz="4" w:space="0" w:color="D8E6EC"/>
              <w:bottom w:val="single" w:sz="4" w:space="0" w:color="D8E6EC"/>
              <w:right w:val="single" w:sz="4" w:space="0" w:color="D8E6EC"/>
            </w:tcBorders>
          </w:tcPr>
          <w:p w14:paraId="5EC64B7E" w14:textId="77777777" w:rsidR="000907E6" w:rsidRDefault="00000000">
            <w:pPr>
              <w:spacing w:after="0"/>
            </w:pPr>
            <w:r>
              <w:rPr>
                <w:sz w:val="14"/>
              </w:rPr>
              <w:t>la</w:t>
            </w:r>
          </w:p>
        </w:tc>
        <w:tc>
          <w:tcPr>
            <w:tcW w:w="1723" w:type="dxa"/>
            <w:tcBorders>
              <w:top w:val="single" w:sz="4" w:space="0" w:color="D8E6EC"/>
              <w:left w:val="single" w:sz="4" w:space="0" w:color="D8E6EC"/>
              <w:bottom w:val="single" w:sz="4" w:space="0" w:color="D8E6EC"/>
              <w:right w:val="single" w:sz="4" w:space="0" w:color="D8E6EC"/>
            </w:tcBorders>
          </w:tcPr>
          <w:p w14:paraId="784B1BCD" w14:textId="77777777" w:rsidR="000907E6" w:rsidRDefault="00000000">
            <w:pPr>
              <w:spacing w:after="0"/>
            </w:pPr>
            <w:r>
              <w:rPr>
                <w:sz w:val="14"/>
              </w:rPr>
              <w:t>the</w:t>
            </w:r>
          </w:p>
        </w:tc>
        <w:tc>
          <w:tcPr>
            <w:tcW w:w="1723" w:type="dxa"/>
            <w:tcBorders>
              <w:top w:val="single" w:sz="4" w:space="0" w:color="D8E6EC"/>
              <w:left w:val="single" w:sz="4" w:space="0" w:color="D8E6EC"/>
              <w:bottom w:val="single" w:sz="4" w:space="0" w:color="D8E6EC"/>
              <w:right w:val="single" w:sz="4" w:space="0" w:color="D8E6EC"/>
            </w:tcBorders>
          </w:tcPr>
          <w:p w14:paraId="7476916A" w14:textId="77777777" w:rsidR="000907E6" w:rsidRDefault="00000000">
            <w:pPr>
              <w:spacing w:after="0"/>
            </w:pPr>
            <w:r>
              <w:rPr>
                <w:sz w:val="14"/>
              </w:rPr>
              <w:t>lege</w:t>
            </w:r>
          </w:p>
        </w:tc>
        <w:tc>
          <w:tcPr>
            <w:tcW w:w="1723" w:type="dxa"/>
            <w:tcBorders>
              <w:top w:val="single" w:sz="4" w:space="0" w:color="D8E6EC"/>
              <w:left w:val="single" w:sz="4" w:space="0" w:color="D8E6EC"/>
              <w:bottom w:val="single" w:sz="4" w:space="0" w:color="D8E6EC"/>
              <w:right w:val="single" w:sz="4" w:space="0" w:color="D8E6EC"/>
            </w:tcBorders>
          </w:tcPr>
          <w:p w14:paraId="03B578C9" w14:textId="77777777" w:rsidR="000907E6" w:rsidRDefault="00000000">
            <w:pPr>
              <w:spacing w:after="0"/>
            </w:pPr>
            <w:r>
              <w:rPr>
                <w:sz w:val="14"/>
              </w:rPr>
              <w:t>read</w:t>
            </w:r>
          </w:p>
        </w:tc>
      </w:tr>
      <w:tr w:rsidR="000907E6" w14:paraId="20C6CBAE"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411E0E1A" w14:textId="77777777" w:rsidR="000907E6" w:rsidRDefault="00000000">
            <w:pPr>
              <w:spacing w:after="0"/>
            </w:pPr>
            <w:r>
              <w:rPr>
                <w:sz w:val="14"/>
              </w:rPr>
              <w:t>les</w:t>
            </w:r>
          </w:p>
        </w:tc>
        <w:tc>
          <w:tcPr>
            <w:tcW w:w="1723" w:type="dxa"/>
            <w:tcBorders>
              <w:top w:val="single" w:sz="4" w:space="0" w:color="D8E6EC"/>
              <w:left w:val="single" w:sz="4" w:space="0" w:color="D8E6EC"/>
              <w:bottom w:val="single" w:sz="4" w:space="0" w:color="D8E6EC"/>
              <w:right w:val="single" w:sz="4" w:space="0" w:color="D8E6EC"/>
            </w:tcBorders>
          </w:tcPr>
          <w:p w14:paraId="390FC600" w14:textId="77777777" w:rsidR="000907E6" w:rsidRDefault="00000000">
            <w:pPr>
              <w:spacing w:after="0"/>
            </w:pPr>
            <w:r>
              <w:rPr>
                <w:sz w:val="14"/>
              </w:rPr>
              <w:t>they / them</w:t>
            </w:r>
          </w:p>
        </w:tc>
        <w:tc>
          <w:tcPr>
            <w:tcW w:w="1723" w:type="dxa"/>
            <w:tcBorders>
              <w:top w:val="single" w:sz="4" w:space="0" w:color="D8E6EC"/>
              <w:left w:val="single" w:sz="4" w:space="0" w:color="D8E6EC"/>
              <w:bottom w:val="single" w:sz="4" w:space="0" w:color="D8E6EC"/>
              <w:right w:val="single" w:sz="4" w:space="0" w:color="D8E6EC"/>
            </w:tcBorders>
          </w:tcPr>
          <w:p w14:paraId="2D2BBD93" w14:textId="77777777" w:rsidR="000907E6" w:rsidRDefault="00000000">
            <w:pPr>
              <w:spacing w:after="0"/>
            </w:pPr>
            <w:r>
              <w:rPr>
                <w:sz w:val="14"/>
              </w:rPr>
              <w:t>libro</w:t>
            </w:r>
          </w:p>
        </w:tc>
        <w:tc>
          <w:tcPr>
            <w:tcW w:w="1723" w:type="dxa"/>
            <w:tcBorders>
              <w:top w:val="single" w:sz="4" w:space="0" w:color="D8E6EC"/>
              <w:left w:val="single" w:sz="4" w:space="0" w:color="D8E6EC"/>
              <w:bottom w:val="single" w:sz="4" w:space="0" w:color="D8E6EC"/>
              <w:right w:val="single" w:sz="4" w:space="0" w:color="D8E6EC"/>
            </w:tcBorders>
          </w:tcPr>
          <w:p w14:paraId="02148680" w14:textId="77777777" w:rsidR="000907E6" w:rsidRDefault="00000000">
            <w:pPr>
              <w:spacing w:after="0"/>
            </w:pPr>
            <w:r>
              <w:rPr>
                <w:sz w:val="14"/>
              </w:rPr>
              <w:t>book</w:t>
            </w:r>
          </w:p>
        </w:tc>
        <w:tc>
          <w:tcPr>
            <w:tcW w:w="1723" w:type="dxa"/>
            <w:tcBorders>
              <w:top w:val="single" w:sz="4" w:space="0" w:color="D8E6EC"/>
              <w:left w:val="single" w:sz="4" w:space="0" w:color="D8E6EC"/>
              <w:bottom w:val="single" w:sz="4" w:space="0" w:color="D8E6EC"/>
              <w:right w:val="single" w:sz="4" w:space="0" w:color="D8E6EC"/>
            </w:tcBorders>
          </w:tcPr>
          <w:p w14:paraId="687884A9" w14:textId="77777777" w:rsidR="000907E6" w:rsidRDefault="00000000">
            <w:pPr>
              <w:spacing w:after="0"/>
            </w:pPr>
            <w:r>
              <w:rPr>
                <w:sz w:val="14"/>
              </w:rPr>
              <w:t>linga</w:t>
            </w:r>
          </w:p>
        </w:tc>
        <w:tc>
          <w:tcPr>
            <w:tcW w:w="1723" w:type="dxa"/>
            <w:tcBorders>
              <w:top w:val="single" w:sz="4" w:space="0" w:color="D8E6EC"/>
              <w:left w:val="single" w:sz="4" w:space="0" w:color="D8E6EC"/>
              <w:bottom w:val="single" w:sz="4" w:space="0" w:color="D8E6EC"/>
              <w:right w:val="single" w:sz="4" w:space="0" w:color="D8E6EC"/>
            </w:tcBorders>
          </w:tcPr>
          <w:p w14:paraId="72862F05" w14:textId="77777777" w:rsidR="000907E6" w:rsidRDefault="00000000">
            <w:pPr>
              <w:spacing w:after="0"/>
            </w:pPr>
            <w:r>
              <w:rPr>
                <w:sz w:val="14"/>
              </w:rPr>
              <w:t>language</w:t>
            </w:r>
          </w:p>
        </w:tc>
      </w:tr>
      <w:tr w:rsidR="000907E6" w14:paraId="73F29581"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0580853E" w14:textId="77777777" w:rsidR="000907E6" w:rsidRDefault="00000000">
            <w:pPr>
              <w:spacing w:after="0"/>
            </w:pPr>
            <w:r>
              <w:rPr>
                <w:sz w:val="14"/>
              </w:rPr>
              <w:t>lo</w:t>
            </w:r>
          </w:p>
        </w:tc>
        <w:tc>
          <w:tcPr>
            <w:tcW w:w="1723" w:type="dxa"/>
            <w:tcBorders>
              <w:top w:val="single" w:sz="4" w:space="0" w:color="D8E6EC"/>
              <w:left w:val="single" w:sz="4" w:space="0" w:color="D8E6EC"/>
              <w:bottom w:val="single" w:sz="4" w:space="0" w:color="D8E6EC"/>
              <w:right w:val="single" w:sz="4" w:space="0" w:color="D8E6EC"/>
            </w:tcBorders>
          </w:tcPr>
          <w:p w14:paraId="2E844363" w14:textId="77777777" w:rsidR="000907E6" w:rsidRDefault="00000000">
            <w:pPr>
              <w:spacing w:after="0"/>
            </w:pPr>
            <w:r>
              <w:rPr>
                <w:sz w:val="14"/>
              </w:rPr>
              <w:t>it</w:t>
            </w:r>
          </w:p>
        </w:tc>
        <w:tc>
          <w:tcPr>
            <w:tcW w:w="1723" w:type="dxa"/>
            <w:tcBorders>
              <w:top w:val="single" w:sz="4" w:space="0" w:color="D8E6EC"/>
              <w:left w:val="single" w:sz="4" w:space="0" w:color="D8E6EC"/>
              <w:bottom w:val="single" w:sz="4" w:space="0" w:color="D8E6EC"/>
              <w:right w:val="single" w:sz="4" w:space="0" w:color="D8E6EC"/>
            </w:tcBorders>
          </w:tcPr>
          <w:p w14:paraId="2319F8B8" w14:textId="77777777" w:rsidR="000907E6" w:rsidRDefault="00000000">
            <w:pPr>
              <w:spacing w:after="0"/>
            </w:pPr>
            <w:r>
              <w:rPr>
                <w:sz w:val="14"/>
              </w:rPr>
              <w:t>ma</w:t>
            </w:r>
          </w:p>
        </w:tc>
        <w:tc>
          <w:tcPr>
            <w:tcW w:w="1723" w:type="dxa"/>
            <w:tcBorders>
              <w:top w:val="single" w:sz="4" w:space="0" w:color="D8E6EC"/>
              <w:left w:val="single" w:sz="4" w:space="0" w:color="D8E6EC"/>
              <w:bottom w:val="single" w:sz="4" w:space="0" w:color="D8E6EC"/>
              <w:right w:val="single" w:sz="4" w:space="0" w:color="D8E6EC"/>
            </w:tcBorders>
          </w:tcPr>
          <w:p w14:paraId="366776D2" w14:textId="77777777" w:rsidR="000907E6" w:rsidRDefault="00000000">
            <w:pPr>
              <w:spacing w:after="0"/>
            </w:pPr>
            <w:r>
              <w:rPr>
                <w:sz w:val="14"/>
              </w:rPr>
              <w:t>but</w:t>
            </w:r>
          </w:p>
        </w:tc>
        <w:tc>
          <w:tcPr>
            <w:tcW w:w="1723" w:type="dxa"/>
            <w:tcBorders>
              <w:top w:val="single" w:sz="4" w:space="0" w:color="D8E6EC"/>
              <w:left w:val="single" w:sz="4" w:space="0" w:color="D8E6EC"/>
              <w:bottom w:val="single" w:sz="4" w:space="0" w:color="D8E6EC"/>
              <w:right w:val="single" w:sz="4" w:space="0" w:color="D8E6EC"/>
            </w:tcBorders>
          </w:tcPr>
          <w:p w14:paraId="3A46372C" w14:textId="77777777" w:rsidR="000907E6" w:rsidRDefault="00000000">
            <w:pPr>
              <w:spacing w:after="0"/>
            </w:pPr>
            <w:r>
              <w:rPr>
                <w:sz w:val="14"/>
              </w:rPr>
              <w:t>mapa</w:t>
            </w:r>
          </w:p>
        </w:tc>
        <w:tc>
          <w:tcPr>
            <w:tcW w:w="1723" w:type="dxa"/>
            <w:tcBorders>
              <w:top w:val="single" w:sz="4" w:space="0" w:color="D8E6EC"/>
              <w:left w:val="single" w:sz="4" w:space="0" w:color="D8E6EC"/>
              <w:bottom w:val="single" w:sz="4" w:space="0" w:color="D8E6EC"/>
              <w:right w:val="single" w:sz="4" w:space="0" w:color="D8E6EC"/>
            </w:tcBorders>
          </w:tcPr>
          <w:p w14:paraId="32BF6781" w14:textId="77777777" w:rsidR="000907E6" w:rsidRDefault="00000000">
            <w:pPr>
              <w:spacing w:after="0"/>
            </w:pPr>
            <w:r>
              <w:rPr>
                <w:sz w:val="14"/>
              </w:rPr>
              <w:t>map</w:t>
            </w:r>
          </w:p>
        </w:tc>
      </w:tr>
      <w:tr w:rsidR="000907E6" w14:paraId="0DA4074B"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C5E674E" w14:textId="77777777" w:rsidR="000907E6" w:rsidRDefault="00000000">
            <w:pPr>
              <w:spacing w:after="0"/>
            </w:pPr>
            <w:r>
              <w:rPr>
                <w:sz w:val="14"/>
              </w:rPr>
              <w:t>mater</w:t>
            </w:r>
          </w:p>
        </w:tc>
        <w:tc>
          <w:tcPr>
            <w:tcW w:w="1723" w:type="dxa"/>
            <w:tcBorders>
              <w:top w:val="single" w:sz="4" w:space="0" w:color="D8E6EC"/>
              <w:left w:val="single" w:sz="4" w:space="0" w:color="D8E6EC"/>
              <w:bottom w:val="single" w:sz="4" w:space="0" w:color="D8E6EC"/>
              <w:right w:val="single" w:sz="4" w:space="0" w:color="D8E6EC"/>
            </w:tcBorders>
          </w:tcPr>
          <w:p w14:paraId="0CADF57A" w14:textId="77777777" w:rsidR="000907E6" w:rsidRDefault="00000000">
            <w:pPr>
              <w:spacing w:after="0"/>
            </w:pPr>
            <w:r>
              <w:rPr>
                <w:sz w:val="14"/>
              </w:rPr>
              <w:t>mother</w:t>
            </w:r>
          </w:p>
        </w:tc>
        <w:tc>
          <w:tcPr>
            <w:tcW w:w="1723" w:type="dxa"/>
            <w:tcBorders>
              <w:top w:val="single" w:sz="4" w:space="0" w:color="D8E6EC"/>
              <w:left w:val="single" w:sz="4" w:space="0" w:color="D8E6EC"/>
              <w:bottom w:val="single" w:sz="4" w:space="0" w:color="D8E6EC"/>
              <w:right w:val="single" w:sz="4" w:space="0" w:color="D8E6EC"/>
            </w:tcBorders>
          </w:tcPr>
          <w:p w14:paraId="08AF1082" w14:textId="77777777" w:rsidR="000907E6" w:rsidRDefault="00000000">
            <w:pPr>
              <w:spacing w:after="0"/>
            </w:pPr>
            <w:r>
              <w:rPr>
                <w:sz w:val="14"/>
              </w:rPr>
              <w:t>mi</w:t>
            </w:r>
          </w:p>
        </w:tc>
        <w:tc>
          <w:tcPr>
            <w:tcW w:w="1723" w:type="dxa"/>
            <w:tcBorders>
              <w:top w:val="single" w:sz="4" w:space="0" w:color="D8E6EC"/>
              <w:left w:val="single" w:sz="4" w:space="0" w:color="D8E6EC"/>
              <w:bottom w:val="single" w:sz="4" w:space="0" w:color="D8E6EC"/>
              <w:right w:val="single" w:sz="4" w:space="0" w:color="D8E6EC"/>
            </w:tcBorders>
          </w:tcPr>
          <w:p w14:paraId="3F18EDC5" w14:textId="77777777" w:rsidR="000907E6" w:rsidRDefault="00000000">
            <w:pPr>
              <w:spacing w:after="0"/>
            </w:pPr>
            <w:r>
              <w:rPr>
                <w:sz w:val="14"/>
              </w:rPr>
              <w:t>I / me / my</w:t>
            </w:r>
          </w:p>
        </w:tc>
        <w:tc>
          <w:tcPr>
            <w:tcW w:w="1723" w:type="dxa"/>
            <w:tcBorders>
              <w:top w:val="single" w:sz="4" w:space="0" w:color="D8E6EC"/>
              <w:left w:val="single" w:sz="4" w:space="0" w:color="D8E6EC"/>
              <w:bottom w:val="single" w:sz="4" w:space="0" w:color="D8E6EC"/>
              <w:right w:val="single" w:sz="4" w:space="0" w:color="D8E6EC"/>
            </w:tcBorders>
          </w:tcPr>
          <w:p w14:paraId="3A666E4A" w14:textId="77777777" w:rsidR="000907E6" w:rsidRDefault="00000000">
            <w:pPr>
              <w:spacing w:after="0"/>
            </w:pPr>
            <w:r>
              <w:rPr>
                <w:sz w:val="14"/>
              </w:rPr>
              <w:t>morga</w:t>
            </w:r>
          </w:p>
        </w:tc>
        <w:tc>
          <w:tcPr>
            <w:tcW w:w="1723" w:type="dxa"/>
            <w:tcBorders>
              <w:top w:val="single" w:sz="4" w:space="0" w:color="D8E6EC"/>
              <w:left w:val="single" w:sz="4" w:space="0" w:color="D8E6EC"/>
              <w:bottom w:val="single" w:sz="4" w:space="0" w:color="D8E6EC"/>
              <w:right w:val="single" w:sz="4" w:space="0" w:color="D8E6EC"/>
            </w:tcBorders>
          </w:tcPr>
          <w:p w14:paraId="06A1F0EA" w14:textId="77777777" w:rsidR="000907E6" w:rsidRDefault="00000000">
            <w:pPr>
              <w:spacing w:after="0"/>
            </w:pPr>
            <w:r>
              <w:rPr>
                <w:sz w:val="14"/>
              </w:rPr>
              <w:t>tomorrow</w:t>
            </w:r>
          </w:p>
        </w:tc>
      </w:tr>
      <w:tr w:rsidR="000907E6" w14:paraId="43340B47"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8B88A41" w14:textId="77777777" w:rsidR="000907E6" w:rsidRDefault="00000000">
            <w:pPr>
              <w:spacing w:after="0"/>
            </w:pPr>
            <w:r>
              <w:rPr>
                <w:sz w:val="14"/>
              </w:rPr>
              <w:t>ne</w:t>
            </w:r>
          </w:p>
        </w:tc>
        <w:tc>
          <w:tcPr>
            <w:tcW w:w="1723" w:type="dxa"/>
            <w:tcBorders>
              <w:top w:val="single" w:sz="4" w:space="0" w:color="D8E6EC"/>
              <w:left w:val="single" w:sz="4" w:space="0" w:color="D8E6EC"/>
              <w:bottom w:val="single" w:sz="4" w:space="0" w:color="D8E6EC"/>
              <w:right w:val="single" w:sz="4" w:space="0" w:color="D8E6EC"/>
            </w:tcBorders>
          </w:tcPr>
          <w:p w14:paraId="0A9CE0CB" w14:textId="77777777" w:rsidR="000907E6" w:rsidRDefault="00000000">
            <w:pPr>
              <w:spacing w:after="0"/>
            </w:pPr>
            <w:r>
              <w:rPr>
                <w:sz w:val="14"/>
              </w:rPr>
              <w:t>not</w:t>
            </w:r>
          </w:p>
        </w:tc>
        <w:tc>
          <w:tcPr>
            <w:tcW w:w="1723" w:type="dxa"/>
            <w:tcBorders>
              <w:top w:val="single" w:sz="4" w:space="0" w:color="D8E6EC"/>
              <w:left w:val="single" w:sz="4" w:space="0" w:color="D8E6EC"/>
              <w:bottom w:val="single" w:sz="4" w:space="0" w:color="D8E6EC"/>
              <w:right w:val="single" w:sz="4" w:space="0" w:color="D8E6EC"/>
            </w:tcBorders>
          </w:tcPr>
          <w:p w14:paraId="3F6884EB" w14:textId="77777777" w:rsidR="000907E6" w:rsidRDefault="00000000">
            <w:pPr>
              <w:spacing w:after="0"/>
            </w:pPr>
            <w:r>
              <w:rPr>
                <w:sz w:val="14"/>
              </w:rPr>
              <w:t>nesesita</w:t>
            </w:r>
          </w:p>
        </w:tc>
        <w:tc>
          <w:tcPr>
            <w:tcW w:w="1723" w:type="dxa"/>
            <w:tcBorders>
              <w:top w:val="single" w:sz="4" w:space="0" w:color="D8E6EC"/>
              <w:left w:val="single" w:sz="4" w:space="0" w:color="D8E6EC"/>
              <w:bottom w:val="single" w:sz="4" w:space="0" w:color="D8E6EC"/>
              <w:right w:val="single" w:sz="4" w:space="0" w:color="D8E6EC"/>
            </w:tcBorders>
          </w:tcPr>
          <w:p w14:paraId="27BFF58D" w14:textId="77777777" w:rsidR="000907E6" w:rsidRDefault="00000000">
            <w:pPr>
              <w:spacing w:after="0"/>
            </w:pPr>
            <w:r>
              <w:rPr>
                <w:sz w:val="14"/>
              </w:rPr>
              <w:t>need</w:t>
            </w:r>
          </w:p>
        </w:tc>
        <w:tc>
          <w:tcPr>
            <w:tcW w:w="1723" w:type="dxa"/>
            <w:tcBorders>
              <w:top w:val="single" w:sz="4" w:space="0" w:color="D8E6EC"/>
              <w:left w:val="single" w:sz="4" w:space="0" w:color="D8E6EC"/>
              <w:bottom w:val="single" w:sz="4" w:space="0" w:color="D8E6EC"/>
              <w:right w:val="single" w:sz="4" w:space="0" w:color="D8E6EC"/>
            </w:tcBorders>
          </w:tcPr>
          <w:p w14:paraId="0A3BF552" w14:textId="77777777" w:rsidR="000907E6" w:rsidRDefault="00000000">
            <w:pPr>
              <w:spacing w:after="0"/>
            </w:pPr>
            <w:r>
              <w:rPr>
                <w:sz w:val="14"/>
              </w:rPr>
              <w:t>nokte</w:t>
            </w:r>
          </w:p>
        </w:tc>
        <w:tc>
          <w:tcPr>
            <w:tcW w:w="1723" w:type="dxa"/>
            <w:tcBorders>
              <w:top w:val="single" w:sz="4" w:space="0" w:color="D8E6EC"/>
              <w:left w:val="single" w:sz="4" w:space="0" w:color="D8E6EC"/>
              <w:bottom w:val="single" w:sz="4" w:space="0" w:color="D8E6EC"/>
              <w:right w:val="single" w:sz="4" w:space="0" w:color="D8E6EC"/>
            </w:tcBorders>
          </w:tcPr>
          <w:p w14:paraId="393F0F20" w14:textId="77777777" w:rsidR="000907E6" w:rsidRDefault="00000000">
            <w:pPr>
              <w:spacing w:after="0"/>
            </w:pPr>
            <w:r>
              <w:rPr>
                <w:sz w:val="14"/>
              </w:rPr>
              <w:t>night</w:t>
            </w:r>
          </w:p>
        </w:tc>
      </w:tr>
      <w:tr w:rsidR="000907E6" w14:paraId="207C05B4"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EA175AA" w14:textId="77777777" w:rsidR="000907E6" w:rsidRDefault="00000000">
            <w:pPr>
              <w:spacing w:after="0"/>
            </w:pPr>
            <w:r>
              <w:rPr>
                <w:sz w:val="14"/>
              </w:rPr>
              <w:t>nom</w:t>
            </w:r>
          </w:p>
        </w:tc>
        <w:tc>
          <w:tcPr>
            <w:tcW w:w="1723" w:type="dxa"/>
            <w:tcBorders>
              <w:top w:val="single" w:sz="4" w:space="0" w:color="D8E6EC"/>
              <w:left w:val="single" w:sz="4" w:space="0" w:color="D8E6EC"/>
              <w:bottom w:val="single" w:sz="4" w:space="0" w:color="D8E6EC"/>
              <w:right w:val="single" w:sz="4" w:space="0" w:color="D8E6EC"/>
            </w:tcBorders>
          </w:tcPr>
          <w:p w14:paraId="532BD08D" w14:textId="77777777" w:rsidR="000907E6" w:rsidRDefault="00000000">
            <w:pPr>
              <w:spacing w:after="0"/>
            </w:pPr>
            <w:r>
              <w:rPr>
                <w:sz w:val="14"/>
              </w:rPr>
              <w:t>name</w:t>
            </w:r>
          </w:p>
        </w:tc>
        <w:tc>
          <w:tcPr>
            <w:tcW w:w="1723" w:type="dxa"/>
            <w:tcBorders>
              <w:top w:val="single" w:sz="4" w:space="0" w:color="D8E6EC"/>
              <w:left w:val="single" w:sz="4" w:space="0" w:color="D8E6EC"/>
              <w:bottom w:val="single" w:sz="4" w:space="0" w:color="D8E6EC"/>
              <w:right w:val="single" w:sz="4" w:space="0" w:color="D8E6EC"/>
            </w:tcBorders>
          </w:tcPr>
          <w:p w14:paraId="52EC8A3D" w14:textId="77777777" w:rsidR="000907E6" w:rsidRDefault="00000000">
            <w:pPr>
              <w:spacing w:after="0"/>
            </w:pPr>
            <w:r>
              <w:rPr>
                <w:sz w:val="14"/>
              </w:rPr>
              <w:t>nos</w:t>
            </w:r>
          </w:p>
        </w:tc>
        <w:tc>
          <w:tcPr>
            <w:tcW w:w="1723" w:type="dxa"/>
            <w:tcBorders>
              <w:top w:val="single" w:sz="4" w:space="0" w:color="D8E6EC"/>
              <w:left w:val="single" w:sz="4" w:space="0" w:color="D8E6EC"/>
              <w:bottom w:val="single" w:sz="4" w:space="0" w:color="D8E6EC"/>
              <w:right w:val="single" w:sz="4" w:space="0" w:color="D8E6EC"/>
            </w:tcBorders>
          </w:tcPr>
          <w:p w14:paraId="578017E8" w14:textId="77777777" w:rsidR="000907E6" w:rsidRDefault="00000000">
            <w:pPr>
              <w:spacing w:after="0"/>
            </w:pPr>
            <w:r>
              <w:rPr>
                <w:sz w:val="14"/>
              </w:rPr>
              <w:t>we / us / our</w:t>
            </w:r>
          </w:p>
        </w:tc>
        <w:tc>
          <w:tcPr>
            <w:tcW w:w="1723" w:type="dxa"/>
            <w:tcBorders>
              <w:top w:val="single" w:sz="4" w:space="0" w:color="D8E6EC"/>
              <w:left w:val="single" w:sz="4" w:space="0" w:color="D8E6EC"/>
              <w:bottom w:val="single" w:sz="4" w:space="0" w:color="D8E6EC"/>
              <w:right w:val="single" w:sz="4" w:space="0" w:color="D8E6EC"/>
            </w:tcBorders>
          </w:tcPr>
          <w:p w14:paraId="6821FFA3" w14:textId="77777777" w:rsidR="000907E6" w:rsidRDefault="00000000">
            <w:pPr>
              <w:spacing w:after="0"/>
            </w:pPr>
            <w:r>
              <w:rPr>
                <w:sz w:val="14"/>
              </w:rPr>
              <w:t>nova</w:t>
            </w:r>
          </w:p>
        </w:tc>
        <w:tc>
          <w:tcPr>
            <w:tcW w:w="1723" w:type="dxa"/>
            <w:tcBorders>
              <w:top w:val="single" w:sz="4" w:space="0" w:color="D8E6EC"/>
              <w:left w:val="single" w:sz="4" w:space="0" w:color="D8E6EC"/>
              <w:bottom w:val="single" w:sz="4" w:space="0" w:color="D8E6EC"/>
              <w:right w:val="single" w:sz="4" w:space="0" w:color="D8E6EC"/>
            </w:tcBorders>
          </w:tcPr>
          <w:p w14:paraId="7B5900AE" w14:textId="77777777" w:rsidR="000907E6" w:rsidRDefault="00000000">
            <w:pPr>
              <w:spacing w:after="0"/>
            </w:pPr>
            <w:r>
              <w:rPr>
                <w:sz w:val="14"/>
              </w:rPr>
              <w:t>new</w:t>
            </w:r>
          </w:p>
        </w:tc>
      </w:tr>
      <w:tr w:rsidR="000907E6" w14:paraId="54E6DE2C"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50F392D8" w14:textId="77777777" w:rsidR="000907E6" w:rsidRDefault="00000000">
            <w:pPr>
              <w:spacing w:after="0"/>
            </w:pPr>
            <w:r>
              <w:rPr>
                <w:sz w:val="14"/>
              </w:rPr>
              <w:t>nu</w:t>
            </w:r>
          </w:p>
        </w:tc>
        <w:tc>
          <w:tcPr>
            <w:tcW w:w="1723" w:type="dxa"/>
            <w:tcBorders>
              <w:top w:val="single" w:sz="4" w:space="0" w:color="D8E6EC"/>
              <w:left w:val="single" w:sz="4" w:space="0" w:color="D8E6EC"/>
              <w:bottom w:val="single" w:sz="4" w:space="0" w:color="D8E6EC"/>
              <w:right w:val="single" w:sz="4" w:space="0" w:color="D8E6EC"/>
            </w:tcBorders>
          </w:tcPr>
          <w:p w14:paraId="2B555B1C" w14:textId="77777777" w:rsidR="000907E6" w:rsidRDefault="00000000">
            <w:pPr>
              <w:spacing w:after="0"/>
            </w:pPr>
            <w:r>
              <w:rPr>
                <w:sz w:val="14"/>
              </w:rPr>
              <w:t>current marker</w:t>
            </w:r>
          </w:p>
        </w:tc>
        <w:tc>
          <w:tcPr>
            <w:tcW w:w="1723" w:type="dxa"/>
            <w:tcBorders>
              <w:top w:val="single" w:sz="4" w:space="0" w:color="D8E6EC"/>
              <w:left w:val="single" w:sz="4" w:space="0" w:color="D8E6EC"/>
              <w:bottom w:val="single" w:sz="4" w:space="0" w:color="D8E6EC"/>
              <w:right w:val="single" w:sz="4" w:space="0" w:color="D8E6EC"/>
            </w:tcBorders>
          </w:tcPr>
          <w:p w14:paraId="04951791" w14:textId="77777777" w:rsidR="000907E6" w:rsidRDefault="00000000">
            <w:pPr>
              <w:spacing w:after="0"/>
            </w:pPr>
            <w:r>
              <w:rPr>
                <w:sz w:val="14"/>
              </w:rPr>
              <w:t>pa</w:t>
            </w:r>
          </w:p>
        </w:tc>
        <w:tc>
          <w:tcPr>
            <w:tcW w:w="1723" w:type="dxa"/>
            <w:tcBorders>
              <w:top w:val="single" w:sz="4" w:space="0" w:color="D8E6EC"/>
              <w:left w:val="single" w:sz="4" w:space="0" w:color="D8E6EC"/>
              <w:bottom w:val="single" w:sz="4" w:space="0" w:color="D8E6EC"/>
              <w:right w:val="single" w:sz="4" w:space="0" w:color="D8E6EC"/>
            </w:tcBorders>
          </w:tcPr>
          <w:p w14:paraId="66B5D9B5" w14:textId="77777777" w:rsidR="000907E6" w:rsidRDefault="00000000">
            <w:pPr>
              <w:spacing w:after="0"/>
            </w:pPr>
            <w:r>
              <w:rPr>
                <w:sz w:val="14"/>
              </w:rPr>
              <w:t>past marker</w:t>
            </w:r>
          </w:p>
        </w:tc>
        <w:tc>
          <w:tcPr>
            <w:tcW w:w="1723" w:type="dxa"/>
            <w:tcBorders>
              <w:top w:val="single" w:sz="4" w:space="0" w:color="D8E6EC"/>
              <w:left w:val="single" w:sz="4" w:space="0" w:color="D8E6EC"/>
              <w:bottom w:val="single" w:sz="4" w:space="0" w:color="D8E6EC"/>
              <w:right w:val="single" w:sz="4" w:space="0" w:color="D8E6EC"/>
            </w:tcBorders>
          </w:tcPr>
          <w:p w14:paraId="696DF242" w14:textId="77777777" w:rsidR="000907E6" w:rsidRDefault="00000000">
            <w:pPr>
              <w:spacing w:after="0"/>
            </w:pPr>
            <w:r>
              <w:rPr>
                <w:sz w:val="14"/>
              </w:rPr>
              <w:t>pan</w:t>
            </w:r>
          </w:p>
        </w:tc>
        <w:tc>
          <w:tcPr>
            <w:tcW w:w="1723" w:type="dxa"/>
            <w:tcBorders>
              <w:top w:val="single" w:sz="4" w:space="0" w:color="D8E6EC"/>
              <w:left w:val="single" w:sz="4" w:space="0" w:color="D8E6EC"/>
              <w:bottom w:val="single" w:sz="4" w:space="0" w:color="D8E6EC"/>
              <w:right w:val="single" w:sz="4" w:space="0" w:color="D8E6EC"/>
            </w:tcBorders>
          </w:tcPr>
          <w:p w14:paraId="39F3B155" w14:textId="77777777" w:rsidR="000907E6" w:rsidRDefault="00000000">
            <w:pPr>
              <w:spacing w:after="0"/>
            </w:pPr>
            <w:r>
              <w:rPr>
                <w:sz w:val="14"/>
              </w:rPr>
              <w:t>bread</w:t>
            </w:r>
          </w:p>
        </w:tc>
      </w:tr>
      <w:tr w:rsidR="000907E6" w14:paraId="329EA731"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7E62516" w14:textId="77777777" w:rsidR="000907E6" w:rsidRDefault="00000000">
            <w:pPr>
              <w:spacing w:after="0"/>
            </w:pPr>
            <w:r>
              <w:rPr>
                <w:sz w:val="14"/>
              </w:rPr>
              <w:t>parla</w:t>
            </w:r>
          </w:p>
        </w:tc>
        <w:tc>
          <w:tcPr>
            <w:tcW w:w="1723" w:type="dxa"/>
            <w:tcBorders>
              <w:top w:val="single" w:sz="4" w:space="0" w:color="D8E6EC"/>
              <w:left w:val="single" w:sz="4" w:space="0" w:color="D8E6EC"/>
              <w:bottom w:val="single" w:sz="4" w:space="0" w:color="D8E6EC"/>
              <w:right w:val="single" w:sz="4" w:space="0" w:color="D8E6EC"/>
            </w:tcBorders>
          </w:tcPr>
          <w:p w14:paraId="13299470" w14:textId="77777777" w:rsidR="000907E6" w:rsidRDefault="00000000">
            <w:pPr>
              <w:spacing w:after="0"/>
            </w:pPr>
            <w:r>
              <w:rPr>
                <w:sz w:val="14"/>
              </w:rPr>
              <w:t>speak</w:t>
            </w:r>
          </w:p>
        </w:tc>
        <w:tc>
          <w:tcPr>
            <w:tcW w:w="1723" w:type="dxa"/>
            <w:tcBorders>
              <w:top w:val="single" w:sz="4" w:space="0" w:color="D8E6EC"/>
              <w:left w:val="single" w:sz="4" w:space="0" w:color="D8E6EC"/>
              <w:bottom w:val="single" w:sz="4" w:space="0" w:color="D8E6EC"/>
              <w:right w:val="single" w:sz="4" w:space="0" w:color="D8E6EC"/>
            </w:tcBorders>
          </w:tcPr>
          <w:p w14:paraId="3D303F31" w14:textId="77777777" w:rsidR="000907E6" w:rsidRDefault="00000000">
            <w:pPr>
              <w:spacing w:after="0"/>
            </w:pPr>
            <w:r>
              <w:rPr>
                <w:sz w:val="14"/>
              </w:rPr>
              <w:t>pater</w:t>
            </w:r>
          </w:p>
        </w:tc>
        <w:tc>
          <w:tcPr>
            <w:tcW w:w="1723" w:type="dxa"/>
            <w:tcBorders>
              <w:top w:val="single" w:sz="4" w:space="0" w:color="D8E6EC"/>
              <w:left w:val="single" w:sz="4" w:space="0" w:color="D8E6EC"/>
              <w:bottom w:val="single" w:sz="4" w:space="0" w:color="D8E6EC"/>
              <w:right w:val="single" w:sz="4" w:space="0" w:color="D8E6EC"/>
            </w:tcBorders>
          </w:tcPr>
          <w:p w14:paraId="7EF4FE9B" w14:textId="77777777" w:rsidR="000907E6" w:rsidRDefault="00000000">
            <w:pPr>
              <w:spacing w:after="0"/>
            </w:pPr>
            <w:r>
              <w:rPr>
                <w:sz w:val="14"/>
              </w:rPr>
              <w:t>father</w:t>
            </w:r>
          </w:p>
        </w:tc>
        <w:tc>
          <w:tcPr>
            <w:tcW w:w="1723" w:type="dxa"/>
            <w:tcBorders>
              <w:top w:val="single" w:sz="4" w:space="0" w:color="D8E6EC"/>
              <w:left w:val="single" w:sz="4" w:space="0" w:color="D8E6EC"/>
              <w:bottom w:val="single" w:sz="4" w:space="0" w:color="D8E6EC"/>
              <w:right w:val="single" w:sz="4" w:space="0" w:color="D8E6EC"/>
            </w:tcBorders>
          </w:tcPr>
          <w:p w14:paraId="17D88F46" w14:textId="77777777" w:rsidR="000907E6" w:rsidRDefault="00000000">
            <w:pPr>
              <w:spacing w:after="0"/>
            </w:pPr>
            <w:r>
              <w:rPr>
                <w:sz w:val="14"/>
              </w:rPr>
              <w:t>plez</w:t>
            </w:r>
          </w:p>
        </w:tc>
        <w:tc>
          <w:tcPr>
            <w:tcW w:w="1723" w:type="dxa"/>
            <w:tcBorders>
              <w:top w:val="single" w:sz="4" w:space="0" w:color="D8E6EC"/>
              <w:left w:val="single" w:sz="4" w:space="0" w:color="D8E6EC"/>
              <w:bottom w:val="single" w:sz="4" w:space="0" w:color="D8E6EC"/>
              <w:right w:val="single" w:sz="4" w:space="0" w:color="D8E6EC"/>
            </w:tcBorders>
          </w:tcPr>
          <w:p w14:paraId="69FD39C8" w14:textId="77777777" w:rsidR="000907E6" w:rsidRDefault="00000000">
            <w:pPr>
              <w:spacing w:after="0"/>
            </w:pPr>
            <w:r>
              <w:rPr>
                <w:sz w:val="14"/>
              </w:rPr>
              <w:t>please</w:t>
            </w:r>
          </w:p>
        </w:tc>
      </w:tr>
      <w:tr w:rsidR="000907E6" w14:paraId="0A28364D"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0B80CE1B" w14:textId="77777777" w:rsidR="000907E6" w:rsidRDefault="00000000">
            <w:pPr>
              <w:spacing w:after="0"/>
            </w:pPr>
            <w:r>
              <w:rPr>
                <w:sz w:val="14"/>
              </w:rPr>
              <w:t>pro</w:t>
            </w:r>
          </w:p>
        </w:tc>
        <w:tc>
          <w:tcPr>
            <w:tcW w:w="1723" w:type="dxa"/>
            <w:tcBorders>
              <w:top w:val="single" w:sz="4" w:space="0" w:color="D8E6EC"/>
              <w:left w:val="single" w:sz="4" w:space="0" w:color="D8E6EC"/>
              <w:bottom w:val="single" w:sz="4" w:space="0" w:color="D8E6EC"/>
              <w:right w:val="single" w:sz="4" w:space="0" w:color="D8E6EC"/>
            </w:tcBorders>
          </w:tcPr>
          <w:p w14:paraId="676FAA56" w14:textId="77777777" w:rsidR="000907E6" w:rsidRDefault="00000000">
            <w:pPr>
              <w:spacing w:after="0"/>
            </w:pPr>
            <w:r>
              <w:rPr>
                <w:sz w:val="14"/>
              </w:rPr>
              <w:t>for / en favor of</w:t>
            </w:r>
          </w:p>
        </w:tc>
        <w:tc>
          <w:tcPr>
            <w:tcW w:w="1723" w:type="dxa"/>
            <w:tcBorders>
              <w:top w:val="single" w:sz="4" w:space="0" w:color="D8E6EC"/>
              <w:left w:val="single" w:sz="4" w:space="0" w:color="D8E6EC"/>
              <w:bottom w:val="single" w:sz="4" w:space="0" w:color="D8E6EC"/>
              <w:right w:val="single" w:sz="4" w:space="0" w:color="D8E6EC"/>
            </w:tcBorders>
          </w:tcPr>
          <w:p w14:paraId="41E69EDA" w14:textId="77777777" w:rsidR="000907E6" w:rsidRDefault="00000000">
            <w:pPr>
              <w:spacing w:after="0"/>
            </w:pPr>
            <w:r>
              <w:rPr>
                <w:sz w:val="14"/>
              </w:rPr>
              <w:t>qual</w:t>
            </w:r>
          </w:p>
        </w:tc>
        <w:tc>
          <w:tcPr>
            <w:tcW w:w="1723" w:type="dxa"/>
            <w:tcBorders>
              <w:top w:val="single" w:sz="4" w:space="0" w:color="D8E6EC"/>
              <w:left w:val="single" w:sz="4" w:space="0" w:color="D8E6EC"/>
              <w:bottom w:val="single" w:sz="4" w:space="0" w:color="D8E6EC"/>
              <w:right w:val="single" w:sz="4" w:space="0" w:color="D8E6EC"/>
            </w:tcBorders>
          </w:tcPr>
          <w:p w14:paraId="4768E377" w14:textId="77777777" w:rsidR="000907E6" w:rsidRDefault="00000000">
            <w:pPr>
              <w:spacing w:after="0"/>
            </w:pPr>
            <w:r>
              <w:rPr>
                <w:sz w:val="14"/>
              </w:rPr>
              <w:t>which</w:t>
            </w:r>
          </w:p>
        </w:tc>
        <w:tc>
          <w:tcPr>
            <w:tcW w:w="1723" w:type="dxa"/>
            <w:tcBorders>
              <w:top w:val="single" w:sz="4" w:space="0" w:color="D8E6EC"/>
              <w:left w:val="single" w:sz="4" w:space="0" w:color="D8E6EC"/>
              <w:bottom w:val="single" w:sz="4" w:space="0" w:color="D8E6EC"/>
              <w:right w:val="single" w:sz="4" w:space="0" w:color="D8E6EC"/>
            </w:tcBorders>
          </w:tcPr>
          <w:p w14:paraId="1DEB3701" w14:textId="77777777" w:rsidR="000907E6" w:rsidRDefault="00000000">
            <w:pPr>
              <w:spacing w:after="0"/>
            </w:pPr>
            <w:r>
              <w:rPr>
                <w:sz w:val="14"/>
              </w:rPr>
              <w:t>quant</w:t>
            </w:r>
          </w:p>
        </w:tc>
        <w:tc>
          <w:tcPr>
            <w:tcW w:w="1723" w:type="dxa"/>
            <w:tcBorders>
              <w:top w:val="single" w:sz="4" w:space="0" w:color="D8E6EC"/>
              <w:left w:val="single" w:sz="4" w:space="0" w:color="D8E6EC"/>
              <w:bottom w:val="single" w:sz="4" w:space="0" w:color="D8E6EC"/>
              <w:right w:val="single" w:sz="4" w:space="0" w:color="D8E6EC"/>
            </w:tcBorders>
          </w:tcPr>
          <w:p w14:paraId="63A9F4FB" w14:textId="77777777" w:rsidR="000907E6" w:rsidRDefault="00000000">
            <w:pPr>
              <w:spacing w:after="0"/>
            </w:pPr>
            <w:r>
              <w:rPr>
                <w:sz w:val="14"/>
              </w:rPr>
              <w:t>how much / how many</w:t>
            </w:r>
          </w:p>
        </w:tc>
      </w:tr>
      <w:tr w:rsidR="000907E6" w14:paraId="42E0DEA6"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43B7D7C7" w14:textId="77777777" w:rsidR="000907E6" w:rsidRDefault="00000000">
            <w:pPr>
              <w:spacing w:after="0"/>
            </w:pPr>
            <w:r>
              <w:rPr>
                <w:sz w:val="14"/>
              </w:rPr>
              <w:t>repete</w:t>
            </w:r>
          </w:p>
        </w:tc>
        <w:tc>
          <w:tcPr>
            <w:tcW w:w="1723" w:type="dxa"/>
            <w:tcBorders>
              <w:top w:val="single" w:sz="4" w:space="0" w:color="D8E6EC"/>
              <w:left w:val="single" w:sz="4" w:space="0" w:color="D8E6EC"/>
              <w:bottom w:val="single" w:sz="4" w:space="0" w:color="D8E6EC"/>
              <w:right w:val="single" w:sz="4" w:space="0" w:color="D8E6EC"/>
            </w:tcBorders>
          </w:tcPr>
          <w:p w14:paraId="7EDDC2C8" w14:textId="77777777" w:rsidR="000907E6" w:rsidRDefault="00000000">
            <w:pPr>
              <w:spacing w:after="0"/>
            </w:pPr>
            <w:r>
              <w:rPr>
                <w:sz w:val="14"/>
              </w:rPr>
              <w:t>repeat</w:t>
            </w:r>
          </w:p>
        </w:tc>
        <w:tc>
          <w:tcPr>
            <w:tcW w:w="1723" w:type="dxa"/>
            <w:tcBorders>
              <w:top w:val="single" w:sz="4" w:space="0" w:color="D8E6EC"/>
              <w:left w:val="single" w:sz="4" w:space="0" w:color="D8E6EC"/>
              <w:bottom w:val="single" w:sz="4" w:space="0" w:color="D8E6EC"/>
              <w:right w:val="single" w:sz="4" w:space="0" w:color="D8E6EC"/>
            </w:tcBorders>
          </w:tcPr>
          <w:p w14:paraId="1C867C87" w14:textId="77777777" w:rsidR="000907E6" w:rsidRDefault="00000000">
            <w:pPr>
              <w:spacing w:after="0"/>
            </w:pPr>
            <w:r>
              <w:rPr>
                <w:sz w:val="14"/>
              </w:rPr>
              <w:t>responde</w:t>
            </w:r>
          </w:p>
        </w:tc>
        <w:tc>
          <w:tcPr>
            <w:tcW w:w="1723" w:type="dxa"/>
            <w:tcBorders>
              <w:top w:val="single" w:sz="4" w:space="0" w:color="D8E6EC"/>
              <w:left w:val="single" w:sz="4" w:space="0" w:color="D8E6EC"/>
              <w:bottom w:val="single" w:sz="4" w:space="0" w:color="D8E6EC"/>
              <w:right w:val="single" w:sz="4" w:space="0" w:color="D8E6EC"/>
            </w:tcBorders>
          </w:tcPr>
          <w:p w14:paraId="6E6402E8" w14:textId="77777777" w:rsidR="000907E6" w:rsidRDefault="00000000">
            <w:pPr>
              <w:spacing w:after="0"/>
            </w:pPr>
            <w:r>
              <w:rPr>
                <w:sz w:val="14"/>
              </w:rPr>
              <w:t>answer</w:t>
            </w:r>
          </w:p>
        </w:tc>
        <w:tc>
          <w:tcPr>
            <w:tcW w:w="1723" w:type="dxa"/>
            <w:tcBorders>
              <w:top w:val="single" w:sz="4" w:space="0" w:color="D8E6EC"/>
              <w:left w:val="single" w:sz="4" w:space="0" w:color="D8E6EC"/>
              <w:bottom w:val="single" w:sz="4" w:space="0" w:color="D8E6EC"/>
              <w:right w:val="single" w:sz="4" w:space="0" w:color="D8E6EC"/>
            </w:tcBorders>
          </w:tcPr>
          <w:p w14:paraId="0DD08382" w14:textId="77777777" w:rsidR="000907E6" w:rsidRDefault="00000000">
            <w:pPr>
              <w:spacing w:after="0"/>
            </w:pPr>
            <w:r>
              <w:rPr>
                <w:sz w:val="14"/>
              </w:rPr>
              <w:t>salve</w:t>
            </w:r>
          </w:p>
        </w:tc>
        <w:tc>
          <w:tcPr>
            <w:tcW w:w="1723" w:type="dxa"/>
            <w:tcBorders>
              <w:top w:val="single" w:sz="4" w:space="0" w:color="D8E6EC"/>
              <w:left w:val="single" w:sz="4" w:space="0" w:color="D8E6EC"/>
              <w:bottom w:val="single" w:sz="4" w:space="0" w:color="D8E6EC"/>
              <w:right w:val="single" w:sz="4" w:space="0" w:color="D8E6EC"/>
            </w:tcBorders>
          </w:tcPr>
          <w:p w14:paraId="1351C435" w14:textId="77777777" w:rsidR="000907E6" w:rsidRDefault="00000000">
            <w:pPr>
              <w:spacing w:after="0"/>
            </w:pPr>
            <w:r>
              <w:rPr>
                <w:sz w:val="14"/>
              </w:rPr>
              <w:t>hello</w:t>
            </w:r>
          </w:p>
        </w:tc>
      </w:tr>
      <w:tr w:rsidR="000907E6" w14:paraId="339A06AC"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47CA6563" w14:textId="77777777" w:rsidR="000907E6" w:rsidRDefault="00000000">
            <w:pPr>
              <w:spacing w:after="0"/>
            </w:pPr>
            <w:r>
              <w:rPr>
                <w:sz w:val="14"/>
              </w:rPr>
              <w:t>skribe</w:t>
            </w:r>
          </w:p>
        </w:tc>
        <w:tc>
          <w:tcPr>
            <w:tcW w:w="1723" w:type="dxa"/>
            <w:tcBorders>
              <w:top w:val="single" w:sz="4" w:space="0" w:color="D8E6EC"/>
              <w:left w:val="single" w:sz="4" w:space="0" w:color="D8E6EC"/>
              <w:bottom w:val="single" w:sz="4" w:space="0" w:color="D8E6EC"/>
              <w:right w:val="single" w:sz="4" w:space="0" w:color="D8E6EC"/>
            </w:tcBorders>
          </w:tcPr>
          <w:p w14:paraId="3AA07410" w14:textId="77777777" w:rsidR="000907E6" w:rsidRDefault="00000000">
            <w:pPr>
              <w:spacing w:after="0"/>
            </w:pPr>
            <w:r>
              <w:rPr>
                <w:sz w:val="14"/>
              </w:rPr>
              <w:t>write</w:t>
            </w:r>
          </w:p>
        </w:tc>
        <w:tc>
          <w:tcPr>
            <w:tcW w:w="1723" w:type="dxa"/>
            <w:tcBorders>
              <w:top w:val="single" w:sz="4" w:space="0" w:color="D8E6EC"/>
              <w:left w:val="single" w:sz="4" w:space="0" w:color="D8E6EC"/>
              <w:bottom w:val="single" w:sz="4" w:space="0" w:color="D8E6EC"/>
              <w:right w:val="single" w:sz="4" w:space="0" w:color="D8E6EC"/>
            </w:tcBorders>
          </w:tcPr>
          <w:p w14:paraId="38914F46" w14:textId="77777777" w:rsidR="000907E6" w:rsidRDefault="00000000">
            <w:pPr>
              <w:spacing w:after="0"/>
            </w:pPr>
            <w:r>
              <w:rPr>
                <w:sz w:val="14"/>
              </w:rPr>
              <w:t>semana</w:t>
            </w:r>
          </w:p>
        </w:tc>
        <w:tc>
          <w:tcPr>
            <w:tcW w:w="1723" w:type="dxa"/>
            <w:tcBorders>
              <w:top w:val="single" w:sz="4" w:space="0" w:color="D8E6EC"/>
              <w:left w:val="single" w:sz="4" w:space="0" w:color="D8E6EC"/>
              <w:bottom w:val="single" w:sz="4" w:space="0" w:color="D8E6EC"/>
              <w:right w:val="single" w:sz="4" w:space="0" w:color="D8E6EC"/>
            </w:tcBorders>
          </w:tcPr>
          <w:p w14:paraId="399AF284" w14:textId="77777777" w:rsidR="000907E6" w:rsidRDefault="00000000">
            <w:pPr>
              <w:spacing w:after="0"/>
            </w:pPr>
            <w:r>
              <w:rPr>
                <w:sz w:val="14"/>
              </w:rPr>
              <w:t>week</w:t>
            </w:r>
          </w:p>
        </w:tc>
        <w:tc>
          <w:tcPr>
            <w:tcW w:w="1723" w:type="dxa"/>
            <w:tcBorders>
              <w:top w:val="single" w:sz="4" w:space="0" w:color="D8E6EC"/>
              <w:left w:val="single" w:sz="4" w:space="0" w:color="D8E6EC"/>
              <w:bottom w:val="single" w:sz="4" w:space="0" w:color="D8E6EC"/>
              <w:right w:val="single" w:sz="4" w:space="0" w:color="D8E6EC"/>
            </w:tcBorders>
          </w:tcPr>
          <w:p w14:paraId="085693BD" w14:textId="77777777" w:rsidR="000907E6" w:rsidRDefault="00000000">
            <w:pPr>
              <w:spacing w:after="0"/>
            </w:pPr>
            <w:r>
              <w:rPr>
                <w:sz w:val="14"/>
              </w:rPr>
              <w:t>tu</w:t>
            </w:r>
          </w:p>
        </w:tc>
        <w:tc>
          <w:tcPr>
            <w:tcW w:w="1723" w:type="dxa"/>
            <w:tcBorders>
              <w:top w:val="single" w:sz="4" w:space="0" w:color="D8E6EC"/>
              <w:left w:val="single" w:sz="4" w:space="0" w:color="D8E6EC"/>
              <w:bottom w:val="single" w:sz="4" w:space="0" w:color="D8E6EC"/>
              <w:right w:val="single" w:sz="4" w:space="0" w:color="D8E6EC"/>
            </w:tcBorders>
          </w:tcPr>
          <w:p w14:paraId="7C6E6EB5" w14:textId="77777777" w:rsidR="000907E6" w:rsidRDefault="00000000">
            <w:pPr>
              <w:spacing w:after="0"/>
            </w:pPr>
            <w:r>
              <w:rPr>
                <w:sz w:val="14"/>
              </w:rPr>
              <w:t>you</w:t>
            </w:r>
          </w:p>
        </w:tc>
      </w:tr>
      <w:tr w:rsidR="000907E6" w14:paraId="04718959"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36FEC422" w14:textId="77777777" w:rsidR="000907E6" w:rsidRDefault="00000000">
            <w:pPr>
              <w:spacing w:after="0"/>
            </w:pPr>
            <w:r>
              <w:rPr>
                <w:sz w:val="14"/>
              </w:rPr>
              <w:t>ube</w:t>
            </w:r>
          </w:p>
        </w:tc>
        <w:tc>
          <w:tcPr>
            <w:tcW w:w="1723" w:type="dxa"/>
            <w:tcBorders>
              <w:top w:val="single" w:sz="4" w:space="0" w:color="D8E6EC"/>
              <w:left w:val="single" w:sz="4" w:space="0" w:color="D8E6EC"/>
              <w:bottom w:val="single" w:sz="4" w:space="0" w:color="D8E6EC"/>
              <w:right w:val="single" w:sz="4" w:space="0" w:color="D8E6EC"/>
            </w:tcBorders>
          </w:tcPr>
          <w:p w14:paraId="66B72969" w14:textId="77777777" w:rsidR="000907E6" w:rsidRDefault="00000000">
            <w:pPr>
              <w:spacing w:after="0"/>
            </w:pPr>
            <w:r>
              <w:rPr>
                <w:sz w:val="14"/>
              </w:rPr>
              <w:t>where</w:t>
            </w:r>
          </w:p>
        </w:tc>
        <w:tc>
          <w:tcPr>
            <w:tcW w:w="1723" w:type="dxa"/>
            <w:tcBorders>
              <w:top w:val="single" w:sz="4" w:space="0" w:color="D8E6EC"/>
              <w:left w:val="single" w:sz="4" w:space="0" w:color="D8E6EC"/>
              <w:bottom w:val="single" w:sz="4" w:space="0" w:color="D8E6EC"/>
              <w:right w:val="single" w:sz="4" w:space="0" w:color="D8E6EC"/>
            </w:tcBorders>
          </w:tcPr>
          <w:p w14:paraId="1BBC91EA" w14:textId="77777777" w:rsidR="000907E6" w:rsidRDefault="00000000">
            <w:pPr>
              <w:spacing w:after="0"/>
            </w:pPr>
            <w:r>
              <w:rPr>
                <w:sz w:val="14"/>
              </w:rPr>
              <w:t>urbe</w:t>
            </w:r>
          </w:p>
        </w:tc>
        <w:tc>
          <w:tcPr>
            <w:tcW w:w="1723" w:type="dxa"/>
            <w:tcBorders>
              <w:top w:val="single" w:sz="4" w:space="0" w:color="D8E6EC"/>
              <w:left w:val="single" w:sz="4" w:space="0" w:color="D8E6EC"/>
              <w:bottom w:val="single" w:sz="4" w:space="0" w:color="D8E6EC"/>
              <w:right w:val="single" w:sz="4" w:space="0" w:color="D8E6EC"/>
            </w:tcBorders>
          </w:tcPr>
          <w:p w14:paraId="2C367FA6" w14:textId="77777777" w:rsidR="000907E6" w:rsidRDefault="00000000">
            <w:pPr>
              <w:spacing w:after="0"/>
            </w:pPr>
            <w:r>
              <w:rPr>
                <w:sz w:val="14"/>
              </w:rPr>
              <w:t>city</w:t>
            </w:r>
          </w:p>
        </w:tc>
        <w:tc>
          <w:tcPr>
            <w:tcW w:w="1723" w:type="dxa"/>
            <w:tcBorders>
              <w:top w:val="single" w:sz="4" w:space="0" w:color="D8E6EC"/>
              <w:left w:val="single" w:sz="4" w:space="0" w:color="D8E6EC"/>
              <w:bottom w:val="single" w:sz="4" w:space="0" w:color="D8E6EC"/>
              <w:right w:val="single" w:sz="4" w:space="0" w:color="D8E6EC"/>
            </w:tcBorders>
          </w:tcPr>
          <w:p w14:paraId="41CBBB47" w14:textId="77777777" w:rsidR="000907E6" w:rsidRDefault="00000000">
            <w:pPr>
              <w:spacing w:after="0"/>
            </w:pPr>
            <w:r>
              <w:rPr>
                <w:sz w:val="14"/>
              </w:rPr>
              <w:t>va</w:t>
            </w:r>
          </w:p>
        </w:tc>
        <w:tc>
          <w:tcPr>
            <w:tcW w:w="1723" w:type="dxa"/>
            <w:tcBorders>
              <w:top w:val="single" w:sz="4" w:space="0" w:color="D8E6EC"/>
              <w:left w:val="single" w:sz="4" w:space="0" w:color="D8E6EC"/>
              <w:bottom w:val="single" w:sz="4" w:space="0" w:color="D8E6EC"/>
              <w:right w:val="single" w:sz="4" w:space="0" w:color="D8E6EC"/>
            </w:tcBorders>
          </w:tcPr>
          <w:p w14:paraId="3FDC6092" w14:textId="77777777" w:rsidR="000907E6" w:rsidRDefault="00000000">
            <w:pPr>
              <w:spacing w:after="0"/>
            </w:pPr>
            <w:r>
              <w:rPr>
                <w:sz w:val="14"/>
              </w:rPr>
              <w:t>future marker</w:t>
            </w:r>
          </w:p>
        </w:tc>
      </w:tr>
      <w:tr w:rsidR="000907E6" w14:paraId="233940DC"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12AED9AD" w14:textId="77777777" w:rsidR="000907E6" w:rsidRDefault="00000000">
            <w:pPr>
              <w:spacing w:after="0"/>
            </w:pPr>
            <w:r>
              <w:rPr>
                <w:sz w:val="14"/>
              </w:rPr>
              <w:t>via</w:t>
            </w:r>
          </w:p>
        </w:tc>
        <w:tc>
          <w:tcPr>
            <w:tcW w:w="1723" w:type="dxa"/>
            <w:tcBorders>
              <w:top w:val="single" w:sz="4" w:space="0" w:color="D8E6EC"/>
              <w:left w:val="single" w:sz="4" w:space="0" w:color="D8E6EC"/>
              <w:bottom w:val="single" w:sz="4" w:space="0" w:color="D8E6EC"/>
              <w:right w:val="single" w:sz="4" w:space="0" w:color="D8E6EC"/>
            </w:tcBorders>
          </w:tcPr>
          <w:p w14:paraId="58E17A1E" w14:textId="77777777" w:rsidR="000907E6" w:rsidRDefault="00000000">
            <w:pPr>
              <w:spacing w:after="0"/>
            </w:pPr>
            <w:r>
              <w:rPr>
                <w:sz w:val="14"/>
              </w:rPr>
              <w:t>road / way</w:t>
            </w:r>
          </w:p>
        </w:tc>
        <w:tc>
          <w:tcPr>
            <w:tcW w:w="1723" w:type="dxa"/>
            <w:tcBorders>
              <w:top w:val="single" w:sz="4" w:space="0" w:color="D8E6EC"/>
              <w:left w:val="single" w:sz="4" w:space="0" w:color="D8E6EC"/>
              <w:bottom w:val="single" w:sz="4" w:space="0" w:color="D8E6EC"/>
              <w:right w:val="single" w:sz="4" w:space="0" w:color="D8E6EC"/>
            </w:tcBorders>
          </w:tcPr>
          <w:p w14:paraId="5D16BA8C" w14:textId="77777777" w:rsidR="000907E6" w:rsidRDefault="00000000">
            <w:pPr>
              <w:spacing w:after="0"/>
            </w:pPr>
            <w:r>
              <w:rPr>
                <w:sz w:val="14"/>
              </w:rPr>
              <w:t>vide</w:t>
            </w:r>
          </w:p>
        </w:tc>
        <w:tc>
          <w:tcPr>
            <w:tcW w:w="1723" w:type="dxa"/>
            <w:tcBorders>
              <w:top w:val="single" w:sz="4" w:space="0" w:color="D8E6EC"/>
              <w:left w:val="single" w:sz="4" w:space="0" w:color="D8E6EC"/>
              <w:bottom w:val="single" w:sz="4" w:space="0" w:color="D8E6EC"/>
              <w:right w:val="single" w:sz="4" w:space="0" w:color="D8E6EC"/>
            </w:tcBorders>
          </w:tcPr>
          <w:p w14:paraId="4BFF6B0B" w14:textId="77777777" w:rsidR="000907E6" w:rsidRDefault="00000000">
            <w:pPr>
              <w:spacing w:after="0"/>
            </w:pPr>
            <w:r>
              <w:rPr>
                <w:sz w:val="14"/>
              </w:rPr>
              <w:t>see</w:t>
            </w:r>
          </w:p>
        </w:tc>
        <w:tc>
          <w:tcPr>
            <w:tcW w:w="1723" w:type="dxa"/>
            <w:tcBorders>
              <w:top w:val="single" w:sz="4" w:space="0" w:color="D8E6EC"/>
              <w:left w:val="single" w:sz="4" w:space="0" w:color="D8E6EC"/>
              <w:bottom w:val="single" w:sz="4" w:space="0" w:color="D8E6EC"/>
              <w:right w:val="single" w:sz="4" w:space="0" w:color="D8E6EC"/>
            </w:tcBorders>
          </w:tcPr>
          <w:p w14:paraId="20BA6B33" w14:textId="77777777" w:rsidR="000907E6" w:rsidRDefault="00000000">
            <w:pPr>
              <w:spacing w:after="0"/>
            </w:pPr>
            <w:r>
              <w:rPr>
                <w:sz w:val="14"/>
              </w:rPr>
              <w:t>voli</w:t>
            </w:r>
          </w:p>
        </w:tc>
        <w:tc>
          <w:tcPr>
            <w:tcW w:w="1723" w:type="dxa"/>
            <w:tcBorders>
              <w:top w:val="single" w:sz="4" w:space="0" w:color="D8E6EC"/>
              <w:left w:val="single" w:sz="4" w:space="0" w:color="D8E6EC"/>
              <w:bottom w:val="single" w:sz="4" w:space="0" w:color="D8E6EC"/>
              <w:right w:val="single" w:sz="4" w:space="0" w:color="D8E6EC"/>
            </w:tcBorders>
          </w:tcPr>
          <w:p w14:paraId="2AAF5414" w14:textId="77777777" w:rsidR="000907E6" w:rsidRDefault="00000000">
            <w:pPr>
              <w:spacing w:after="0"/>
            </w:pPr>
            <w:r>
              <w:rPr>
                <w:sz w:val="14"/>
              </w:rPr>
              <w:t>want</w:t>
            </w:r>
          </w:p>
        </w:tc>
      </w:tr>
      <w:tr w:rsidR="000907E6" w14:paraId="39601793" w14:textId="77777777">
        <w:trPr>
          <w:jc w:val="center"/>
        </w:trPr>
        <w:tc>
          <w:tcPr>
            <w:tcW w:w="1723" w:type="dxa"/>
            <w:tcBorders>
              <w:top w:val="single" w:sz="4" w:space="0" w:color="D8E6EC"/>
              <w:left w:val="single" w:sz="4" w:space="0" w:color="D8E6EC"/>
              <w:bottom w:val="single" w:sz="4" w:space="0" w:color="D8E6EC"/>
              <w:right w:val="single" w:sz="4" w:space="0" w:color="D8E6EC"/>
            </w:tcBorders>
          </w:tcPr>
          <w:p w14:paraId="6679F73C" w14:textId="77777777" w:rsidR="000907E6" w:rsidRDefault="00000000">
            <w:pPr>
              <w:spacing w:after="0"/>
            </w:pPr>
            <w:r>
              <w:rPr>
                <w:sz w:val="14"/>
              </w:rPr>
              <w:t>yester</w:t>
            </w:r>
          </w:p>
        </w:tc>
        <w:tc>
          <w:tcPr>
            <w:tcW w:w="1723" w:type="dxa"/>
            <w:tcBorders>
              <w:top w:val="single" w:sz="4" w:space="0" w:color="D8E6EC"/>
              <w:left w:val="single" w:sz="4" w:space="0" w:color="D8E6EC"/>
              <w:bottom w:val="single" w:sz="4" w:space="0" w:color="D8E6EC"/>
              <w:right w:val="single" w:sz="4" w:space="0" w:color="D8E6EC"/>
            </w:tcBorders>
          </w:tcPr>
          <w:p w14:paraId="700EA54A" w14:textId="77777777" w:rsidR="000907E6" w:rsidRDefault="00000000">
            <w:pPr>
              <w:spacing w:after="0"/>
            </w:pPr>
            <w:r>
              <w:rPr>
                <w:sz w:val="14"/>
              </w:rPr>
              <w:t>yesterday</w:t>
            </w:r>
          </w:p>
        </w:tc>
        <w:tc>
          <w:tcPr>
            <w:tcW w:w="1723" w:type="dxa"/>
            <w:tcBorders>
              <w:top w:val="single" w:sz="4" w:space="0" w:color="D8E6EC"/>
              <w:left w:val="single" w:sz="4" w:space="0" w:color="D8E6EC"/>
              <w:bottom w:val="single" w:sz="4" w:space="0" w:color="D8E6EC"/>
              <w:right w:val="single" w:sz="4" w:space="0" w:color="D8E6EC"/>
            </w:tcBorders>
          </w:tcPr>
          <w:p w14:paraId="7CE808AE" w14:textId="77777777" w:rsidR="000907E6" w:rsidRDefault="000907E6">
            <w:pPr>
              <w:spacing w:after="0"/>
            </w:pPr>
          </w:p>
        </w:tc>
        <w:tc>
          <w:tcPr>
            <w:tcW w:w="1723" w:type="dxa"/>
            <w:tcBorders>
              <w:top w:val="single" w:sz="4" w:space="0" w:color="D8E6EC"/>
              <w:left w:val="single" w:sz="4" w:space="0" w:color="D8E6EC"/>
              <w:bottom w:val="single" w:sz="4" w:space="0" w:color="D8E6EC"/>
              <w:right w:val="single" w:sz="4" w:space="0" w:color="D8E6EC"/>
            </w:tcBorders>
          </w:tcPr>
          <w:p w14:paraId="6CA204B4" w14:textId="77777777" w:rsidR="000907E6" w:rsidRDefault="000907E6">
            <w:pPr>
              <w:spacing w:after="0"/>
            </w:pPr>
          </w:p>
        </w:tc>
        <w:tc>
          <w:tcPr>
            <w:tcW w:w="1723" w:type="dxa"/>
            <w:tcBorders>
              <w:top w:val="single" w:sz="4" w:space="0" w:color="D8E6EC"/>
              <w:left w:val="single" w:sz="4" w:space="0" w:color="D8E6EC"/>
              <w:bottom w:val="single" w:sz="4" w:space="0" w:color="D8E6EC"/>
              <w:right w:val="single" w:sz="4" w:space="0" w:color="D8E6EC"/>
            </w:tcBorders>
          </w:tcPr>
          <w:p w14:paraId="1E9B5338" w14:textId="77777777" w:rsidR="000907E6" w:rsidRDefault="000907E6">
            <w:pPr>
              <w:spacing w:after="0"/>
            </w:pPr>
          </w:p>
        </w:tc>
        <w:tc>
          <w:tcPr>
            <w:tcW w:w="1723" w:type="dxa"/>
            <w:tcBorders>
              <w:top w:val="single" w:sz="4" w:space="0" w:color="D8E6EC"/>
              <w:left w:val="single" w:sz="4" w:space="0" w:color="D8E6EC"/>
              <w:bottom w:val="single" w:sz="4" w:space="0" w:color="D8E6EC"/>
              <w:right w:val="single" w:sz="4" w:space="0" w:color="D8E6EC"/>
            </w:tcBorders>
          </w:tcPr>
          <w:p w14:paraId="47D45F7D" w14:textId="77777777" w:rsidR="000907E6" w:rsidRDefault="000907E6">
            <w:pPr>
              <w:spacing w:after="0"/>
            </w:pPr>
          </w:p>
        </w:tc>
      </w:tr>
    </w:tbl>
    <w:p w14:paraId="36754216" w14:textId="77777777" w:rsidR="000907E6" w:rsidRDefault="00000000">
      <w:r/>
    </w:p>
    <w:p w14:paraId="4B751E1C" w14:textId="77777777" w:rsidR="000907E6" w:rsidRDefault="00000000">
      <w:pPr>
        <w:pStyle w:val="Heading1"/>
      </w:pPr>
      <w:r>
        <w:t>Next Reading Path</w:t>
      </w:r>
    </w:p>
    <w:p w14:paraId="6710E306" w14:textId="77777777" w:rsidR="000907E6" w:rsidRDefault="00000000">
      <w:pPr>
        <w:spacing w:after="100"/>
      </w:pPr>
      <w:r>
        <w:t>After finishing this reader, a learner should be ready for a Level 2 reader with longer stories, travel scenes, letters, songs, prayers, simple nonfiction, and practical dialogues. The next reader should reduce English glossing and increase Claralinga-only comprehension.</w:t>
      </w:r>
    </w:p>
    <w:tbl>
      <w:tblPr>
        <w:tblW w:w="0" w:type="auto"/>
        <w:jc w:val="center"/>
        <w:tblLook w:val="04A0" w:firstRow="1" w:lastRow="0" w:firstColumn="1" w:lastColumn="0" w:noHBand="0" w:noVBand="1"/>
      </w:tblPr>
      <w:tblGrid>
        <w:gridCol w:w="5170"/>
        <w:gridCol w:w="5170"/>
      </w:tblGrid>
      <w:tr w:rsidR="000907E6" w14:paraId="1F6EA51C" w14:textId="77777777">
        <w:trPr>
          <w:tblHeader/>
          <w:jc w:val="center"/>
        </w:trPr>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0DE248A1" w14:textId="77777777" w:rsidR="000907E6" w:rsidRDefault="00000000">
            <w:pPr>
              <w:spacing w:after="0"/>
            </w:pPr>
            <w:r>
              <w:rPr>
                <w:b/>
                <w:color w:val="FFFFFF"/>
                <w:sz w:val="16"/>
              </w:rPr>
              <w:t>Next Book</w:t>
            </w:r>
          </w:p>
        </w:tc>
        <w:tc>
          <w:tcPr>
            <w:tcW w:w="5170" w:type="dxa"/>
            <w:tcBorders>
              <w:top w:val="single" w:sz="4" w:space="0" w:color="D8E6EC"/>
              <w:left w:val="single" w:sz="4" w:space="0" w:color="D8E6EC"/>
              <w:bottom w:val="single" w:sz="4" w:space="0" w:color="D8E6EC"/>
              <w:right w:val="single" w:sz="4" w:space="0" w:color="D8E6EC"/>
            </w:tcBorders>
            <w:shd w:val="clear" w:color="auto" w:fill="0B2E4A"/>
          </w:tcPr>
          <w:p w14:paraId="3D090E19" w14:textId="77777777" w:rsidR="000907E6" w:rsidRDefault="00000000">
            <w:pPr>
              <w:spacing w:after="0"/>
            </w:pPr>
            <w:r>
              <w:rPr>
                <w:b/>
                <w:color w:val="FFFFFF"/>
                <w:sz w:val="16"/>
              </w:rPr>
              <w:t>Purpose</w:t>
            </w:r>
          </w:p>
        </w:tc>
      </w:tr>
      <w:tr w:rsidR="000907E6" w14:paraId="7875FBCB"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2C0D658" w14:textId="77777777" w:rsidR="000907E6" w:rsidRDefault="00000000">
            <w:pPr>
              <w:spacing w:after="0"/>
            </w:pPr>
            <w:r>
              <w:rPr>
                <w:sz w:val="16"/>
              </w:rPr>
              <w:t>Claralinga Graded Reader v0.6</w:t>
            </w:r>
          </w:p>
        </w:tc>
        <w:tc>
          <w:tcPr>
            <w:tcW w:w="5170" w:type="dxa"/>
            <w:tcBorders>
              <w:top w:val="single" w:sz="4" w:space="0" w:color="D8E6EC"/>
              <w:left w:val="single" w:sz="4" w:space="0" w:color="D8E6EC"/>
              <w:bottom w:val="single" w:sz="4" w:space="0" w:color="D8E6EC"/>
              <w:right w:val="single" w:sz="4" w:space="0" w:color="D8E6EC"/>
            </w:tcBorders>
          </w:tcPr>
          <w:p w14:paraId="6AEBF07E" w14:textId="77777777" w:rsidR="000907E6" w:rsidRDefault="00000000">
            <w:pPr>
              <w:spacing w:after="0"/>
            </w:pPr>
            <w:r>
              <w:rPr>
                <w:sz w:val="16"/>
              </w:rPr>
              <w:t>Add more stories and reduce English support.</w:t>
            </w:r>
          </w:p>
        </w:tc>
      </w:tr>
      <w:tr w:rsidR="000907E6" w14:paraId="15A1733A"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1499BD9" w14:textId="77777777" w:rsidR="000907E6" w:rsidRDefault="00000000">
            <w:pPr>
              <w:spacing w:after="0"/>
            </w:pPr>
            <w:r>
              <w:rPr>
                <w:sz w:val="16"/>
              </w:rPr>
              <w:t>Claralinga Level 2 Reader</w:t>
            </w:r>
          </w:p>
        </w:tc>
        <w:tc>
          <w:tcPr>
            <w:tcW w:w="5170" w:type="dxa"/>
            <w:tcBorders>
              <w:top w:val="single" w:sz="4" w:space="0" w:color="D8E6EC"/>
              <w:left w:val="single" w:sz="4" w:space="0" w:color="D8E6EC"/>
              <w:bottom w:val="single" w:sz="4" w:space="0" w:color="D8E6EC"/>
              <w:right w:val="single" w:sz="4" w:space="0" w:color="D8E6EC"/>
            </w:tcBorders>
          </w:tcPr>
          <w:p w14:paraId="5FECAC78" w14:textId="77777777" w:rsidR="000907E6" w:rsidRDefault="00000000">
            <w:pPr>
              <w:spacing w:after="0"/>
            </w:pPr>
            <w:r>
              <w:rPr>
                <w:sz w:val="16"/>
              </w:rPr>
              <w:t>Longer passages, letters, everyday scenes, and beginner articles.</w:t>
            </w:r>
          </w:p>
        </w:tc>
      </w:tr>
      <w:tr w:rsidR="000907E6" w14:paraId="6BE0D637"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6DCE46AB" w14:textId="77777777" w:rsidR="000907E6" w:rsidRDefault="00000000">
            <w:pPr>
              <w:spacing w:after="0"/>
            </w:pPr>
            <w:r>
              <w:rPr>
                <w:sz w:val="16"/>
              </w:rPr>
              <w:t>Claralinga Audio Reader</w:t>
            </w:r>
          </w:p>
        </w:tc>
        <w:tc>
          <w:tcPr>
            <w:tcW w:w="5170" w:type="dxa"/>
            <w:tcBorders>
              <w:top w:val="single" w:sz="4" w:space="0" w:color="D8E6EC"/>
              <w:left w:val="single" w:sz="4" w:space="0" w:color="D8E6EC"/>
              <w:bottom w:val="single" w:sz="4" w:space="0" w:color="D8E6EC"/>
              <w:right w:val="single" w:sz="4" w:space="0" w:color="D8E6EC"/>
            </w:tcBorders>
          </w:tcPr>
          <w:p w14:paraId="1D79FCB8" w14:textId="77777777" w:rsidR="000907E6" w:rsidRDefault="00000000">
            <w:pPr>
              <w:spacing w:after="0"/>
            </w:pPr>
            <w:r>
              <w:rPr>
                <w:sz w:val="16"/>
              </w:rPr>
              <w:t>Recorded pronunciation model for every text.</w:t>
            </w:r>
          </w:p>
        </w:tc>
      </w:tr>
      <w:tr w:rsidR="000907E6" w14:paraId="72FD717C"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2B86DEBD" w14:textId="77777777" w:rsidR="000907E6" w:rsidRDefault="00000000">
            <w:pPr>
              <w:spacing w:after="0"/>
            </w:pPr>
            <w:r>
              <w:rPr>
                <w:sz w:val="16"/>
              </w:rPr>
              <w:t>Claralinga Conversation Cards</w:t>
            </w:r>
          </w:p>
        </w:tc>
        <w:tc>
          <w:tcPr>
            <w:tcW w:w="5170" w:type="dxa"/>
            <w:tcBorders>
              <w:top w:val="single" w:sz="4" w:space="0" w:color="D8E6EC"/>
              <w:left w:val="single" w:sz="4" w:space="0" w:color="D8E6EC"/>
              <w:bottom w:val="single" w:sz="4" w:space="0" w:color="D8E6EC"/>
              <w:right w:val="single" w:sz="4" w:space="0" w:color="D8E6EC"/>
            </w:tcBorders>
          </w:tcPr>
          <w:p w14:paraId="701BBBB8" w14:textId="77777777" w:rsidR="000907E6" w:rsidRDefault="00000000">
            <w:pPr>
              <w:spacing w:after="0"/>
            </w:pPr>
            <w:r>
              <w:rPr>
                <w:sz w:val="16"/>
              </w:rPr>
              <w:t>Small speaking prompts for classrooms, families, and solo learners.</w:t>
            </w:r>
          </w:p>
        </w:tc>
      </w:tr>
      <w:tr w:rsidR="000907E6" w14:paraId="664C9CC0" w14:textId="77777777">
        <w:trPr>
          <w:jc w:val="center"/>
        </w:trPr>
        <w:tc>
          <w:tcPr>
            <w:tcW w:w="5170" w:type="dxa"/>
            <w:tcBorders>
              <w:top w:val="single" w:sz="4" w:space="0" w:color="D8E6EC"/>
              <w:left w:val="single" w:sz="4" w:space="0" w:color="D8E6EC"/>
              <w:bottom w:val="single" w:sz="4" w:space="0" w:color="D8E6EC"/>
              <w:right w:val="single" w:sz="4" w:space="0" w:color="D8E6EC"/>
            </w:tcBorders>
          </w:tcPr>
          <w:p w14:paraId="7FF794C2" w14:textId="77777777" w:rsidR="000907E6" w:rsidRDefault="00000000">
            <w:pPr>
              <w:spacing w:after="0"/>
            </w:pPr>
            <w:r>
              <w:rPr>
                <w:sz w:val="16"/>
              </w:rPr>
              <w:t>Claralinga Children’s First Reader</w:t>
            </w:r>
          </w:p>
        </w:tc>
        <w:tc>
          <w:tcPr>
            <w:tcW w:w="5170" w:type="dxa"/>
            <w:tcBorders>
              <w:top w:val="single" w:sz="4" w:space="0" w:color="D8E6EC"/>
              <w:left w:val="single" w:sz="4" w:space="0" w:color="D8E6EC"/>
              <w:bottom w:val="single" w:sz="4" w:space="0" w:color="D8E6EC"/>
              <w:right w:val="single" w:sz="4" w:space="0" w:color="D8E6EC"/>
            </w:tcBorders>
          </w:tcPr>
          <w:p w14:paraId="5812DA46" w14:textId="77777777" w:rsidR="000907E6" w:rsidRDefault="00000000">
            <w:pPr>
              <w:spacing w:after="0"/>
            </w:pPr>
            <w:r>
              <w:rPr>
                <w:sz w:val="16"/>
              </w:rPr>
              <w:t>Illustrated simple texts for younger learners.</w:t>
            </w:r>
          </w:p>
        </w:tc>
      </w:tr>
      <w:tr w:rsidR="000907E6" w14:paraId="5A4A46AA" w14:textId="77777777">
        <w:trPr>
          <w:jc w:val="center"/>
        </w:trPr>
        <w:tc>
          <w:tcPr>
            <w:tcW w:w="10340" w:type="dxa"/>
            <w:gridSpan w:val="2"/>
            <w:tcBorders>
              <w:top w:val="single" w:sz="4" w:space="0" w:color="5AA9B4"/>
              <w:left w:val="single" w:sz="4" w:space="0" w:color="5AA9B4"/>
              <w:bottom w:val="single" w:sz="4" w:space="0" w:color="5AA9B4"/>
              <w:right w:val="single" w:sz="4" w:space="0" w:color="5AA9B4"/>
            </w:tcBorders>
            <w:shd w:val="clear" w:color="auto" w:fill="FFF4D6"/>
          </w:tcPr>
          <w:p w14:paraId="24264C1E" w14:textId="77777777" w:rsidR="000907E6" w:rsidRDefault="00000000">
            <w:pPr>
              <w:spacing w:after="40"/>
            </w:pPr>
            <w:r>
              <w:rPr>
                <w:b/>
                <w:color w:val="0B2E4A"/>
              </w:rPr>
              <w:t>Creator note</w:t>
            </w:r>
          </w:p>
          <w:p w14:paraId="6C42D09F" w14:textId="77777777" w:rsidR="000907E6" w:rsidRDefault="00000000">
            <w:pPr>
              <w:spacing w:after="0"/>
            </w:pPr>
            <w:r>
              <w:rPr>
                <w:sz w:val="18"/>
              </w:rPr>
              <w:t>Keep new readings practical, warm, and clear. Claralinga should feel like a door opening, not a textbook trying to win a spelling bee.</w:t>
            </w:r>
          </w:p>
        </w:tc>
      </w:tr>
    </w:tbl>
    <w:p w14:paraId="6E85DEF7" w14:textId="77777777" w:rsidR="000907E6" w:rsidRDefault="00000000">
      <w:r/>
    </w:p>
    <w:p w14:paraId="26C0A84B" w14:textId="77777777" w:rsidR="000907E6" w:rsidRDefault="000907E6">
      <w:pPr>
        <w:spacing w:after="0"/>
      </w:pPr>
    </w:p>
    <w:p w14:paraId="48051AD0" w14:textId="77777777" w:rsidR="000907E6" w:rsidRDefault="000907E6">
      <w:pPr>
        <w:spacing w:after="0"/>
      </w:pPr>
    </w:p>
    <w:p w14:paraId="06E2880A" w14:textId="77777777" w:rsidR="000907E6" w:rsidRDefault="000907E6">
      <w:pPr>
        <w:spacing w:after="0"/>
      </w:pPr>
    </w:p>
    <w:p w14:paraId="3B899F61" w14:textId="77777777" w:rsidR="000907E6" w:rsidRDefault="000907E6">
      <w:pPr>
        <w:spacing w:after="0"/>
      </w:pPr>
    </w:p>
    <w:p w14:paraId="29B42B79" w14:textId="77777777" w:rsidR="000907E6" w:rsidRDefault="000907E6">
      <w:pPr>
        <w:spacing w:after="0"/>
      </w:pPr>
    </w:p>
    <w:p w14:paraId="7FF4959F" w14:textId="77777777" w:rsidR="000907E6" w:rsidRDefault="000907E6">
      <w:pPr>
        <w:spacing w:after="0"/>
      </w:pPr>
    </w:p>
    <w:p w14:paraId="651CFEB4" w14:textId="77777777" w:rsidR="000907E6" w:rsidRDefault="000907E6">
      <w:pPr>
        <w:spacing w:after="0"/>
      </w:pPr>
    </w:p>
    <w:p w14:paraId="246428AB" w14:textId="77777777" w:rsidR="000907E6" w:rsidRDefault="000907E6">
      <w:pPr>
        <w:spacing w:after="0"/>
      </w:pPr>
    </w:p>
    <w:p w14:paraId="3178E377" w14:textId="77777777" w:rsidR="000907E6" w:rsidRDefault="000907E6">
      <w:pPr>
        <w:spacing w:after="0"/>
      </w:pPr>
    </w:p>
    <w:p w14:paraId="05BB20AE" w14:textId="77777777" w:rsidR="000907E6" w:rsidRDefault="000907E6">
      <w:pPr>
        <w:spacing w:after="0"/>
      </w:pPr>
    </w:p>
    <w:p w14:paraId="76E15B85" w14:textId="77777777" w:rsidR="000907E6" w:rsidRDefault="000907E6">
      <w:pPr>
        <w:spacing w:after="0"/>
      </w:pPr>
    </w:p>
    <w:p w14:paraId="3E80F2E1" w14:textId="77777777" w:rsidR="000907E6" w:rsidRDefault="000907E6">
      <w:pPr>
        <w:spacing w:after="0"/>
      </w:pPr>
    </w:p>
    <w:p w14:paraId="73F27B6D" w14:textId="77777777" w:rsidR="000907E6" w:rsidRDefault="000907E6">
      <w:pPr>
        <w:spacing w:after="0"/>
      </w:pPr>
    </w:p>
    <w:p w14:paraId="3875EEB2" w14:textId="77777777" w:rsidR="000907E6" w:rsidRDefault="000907E6">
      <w:pPr>
        <w:spacing w:after="0"/>
      </w:pPr>
    </w:p>
    <w:p w14:paraId="1F53044C" w14:textId="77777777" w:rsidR="000907E6" w:rsidRDefault="000907E6">
      <w:pPr>
        <w:spacing w:after="0"/>
      </w:pPr>
    </w:p>
    <w:p w14:paraId="4ED8A516" w14:textId="77777777" w:rsidR="000907E6" w:rsidRDefault="000907E6">
      <w:pPr>
        <w:spacing w:after="0"/>
      </w:pPr>
    </w:p>
    <w:p w14:paraId="68420FC9" w14:textId="77777777" w:rsidR="000907E6" w:rsidRDefault="000907E6">
      <w:pPr>
        <w:spacing w:after="0"/>
      </w:pPr>
    </w:p>
    <w:p w14:paraId="49648735" w14:textId="77777777" w:rsidR="000907E6" w:rsidRDefault="000907E6">
      <w:pPr>
        <w:spacing w:after="0"/>
      </w:pPr>
    </w:p>
    <w:sectPr w:rsidR="000907E6" w:rsidSect="00034616">
      <w:footerReference w:type="default" r:id="rId9"/>
      <w:headerReference w:type="default" r:id="rId12"/>
      <w:headerReference w:type="first" r:id="rId13"/>
      <w:footerReference w:type="first" r:id="rId14"/>
      <w:headerReference w:type="even" r:id="rId15"/>
      <w:footerReference w:type="even" r:id="rId16"/>
      <w:pgSz w:w="12240" w:h="15840"/>
      <w:pgMar w:top="893" w:right="950" w:bottom="893" w:left="9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332DE" w14:textId="77777777" w:rsidR="00EE2CBD" w:rsidRDefault="00EE2CBD">
      <w:pPr>
        <w:spacing w:after="0" w:line="240" w:lineRule="auto"/>
      </w:pPr>
      <w:r>
        <w:separator/>
      </w:r>
    </w:p>
  </w:endnote>
  <w:endnote w:type="continuationSeparator" w:id="0">
    <w:p w14:paraId="2D8D1885" w14:textId="77777777" w:rsidR="00EE2CBD" w:rsidRDefault="00EE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09D8" w14:textId="77777777" w:rsidR="000907E6" w:rsidRDefault="00000000">
    <w:pPr>
      <w:pStyle w:val="Footer"/>
      <w:jc w:val="center"/>
    </w:pPr>
    <w:r>
      <w:rPr>
        <w:color w:val="646464"/>
        <w:sz w:val="16"/>
      </w:rPr>
      <w:t>Claralinga Graded Reader v0.6 | Created by Chad S. Bruce</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F339E" w14:textId="77777777" w:rsidR="00EE2CBD" w:rsidRDefault="00EE2CBD">
      <w:pPr>
        <w:spacing w:after="0" w:line="240" w:lineRule="auto"/>
      </w:pPr>
      <w:r>
        <w:separator/>
      </w:r>
    </w:p>
  </w:footnote>
  <w:footnote w:type="continuationSeparator" w:id="0">
    <w:p w14:paraId="2377DB18" w14:textId="77777777" w:rsidR="00EE2CBD" w:rsidRDefault="00EE2CBD">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69182273">
    <w:abstractNumId w:val="8"/>
  </w:num>
  <w:num w:numId="2" w16cid:durableId="900024484">
    <w:abstractNumId w:val="6"/>
  </w:num>
  <w:num w:numId="3" w16cid:durableId="723063736">
    <w:abstractNumId w:val="5"/>
  </w:num>
  <w:num w:numId="4" w16cid:durableId="1045447126">
    <w:abstractNumId w:val="4"/>
  </w:num>
  <w:num w:numId="5" w16cid:durableId="2069455786">
    <w:abstractNumId w:val="7"/>
  </w:num>
  <w:num w:numId="6" w16cid:durableId="2124298589">
    <w:abstractNumId w:val="3"/>
  </w:num>
  <w:num w:numId="7" w16cid:durableId="391319893">
    <w:abstractNumId w:val="2"/>
  </w:num>
  <w:num w:numId="8" w16cid:durableId="118497500">
    <w:abstractNumId w:val="1"/>
  </w:num>
  <w:num w:numId="9" w16cid:durableId="1092774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07E6"/>
    <w:rsid w:val="0015074B"/>
    <w:rsid w:val="0029639D"/>
    <w:rsid w:val="00326F90"/>
    <w:rsid w:val="00480857"/>
    <w:rsid w:val="00AA1D8D"/>
    <w:rsid w:val="00B47730"/>
    <w:rsid w:val="00CB0664"/>
    <w:rsid w:val="00CE26E7"/>
    <w:rsid w:val="00EE2CB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5EE61B"/>
  <w14:defaultImageDpi w14:val="300"/>
  <w15:docId w15:val="{C6B0AE14-1F0E-4114-91BF-8A83C8515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B2E4A"/>
      <w:sz w:val="4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6C7C"/>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B77700"/>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0B2E4A"/>
      <w:spacing w:val="5"/>
      <w:kern w:val="28"/>
      <w:sz w:val="6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4705</Words>
  <Characters>31951</Characters>
  <Application>Microsoft Office Word</Application>
  <DocSecurity>0</DocSecurity>
  <Lines>1331</Lines>
  <Paragraphs>1309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Claralinga Graded Reader v0.1</dc:title>
  <dc:subject>Claralinga graded reader and reading practice</dc:subject>
  <dc:creator>Chad S. Bruce</dc:creator>
  <cp:keywords/>
  <dc:description>Created by Chad S. Bruce. Generated as a printable learner reader companion.</dc:description>
  <cp:lastModifiedBy>Chad S. Bruce</cp:lastModifiedBy>
  <cp:revision>2</cp:revision>
  <dcterms:created xsi:type="dcterms:W3CDTF">2013-12-23T23:15:00Z</dcterms:created>
  <dcterms:modified xsi:type="dcterms:W3CDTF">2026-05-20T17:58:00Z</dcterms:modified>
  <cp:category/>
</cp:coreProperties>
</file>