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CC2F3" w14:textId="77777777" w:rsidR="00610360" w:rsidRDefault="00000000">
      <w:pPr>
        <w:spacing w:after="120"/>
        <w:jc w:val="center"/>
      </w:pPr>
      <w:r>
        <w:rPr>
          <w:noProof/>
        </w:rPr>
      </w:r>
    </w:p>
    <w:p w14:paraId="2D7FD160" w14:textId="77777777" w:rsidR="00610360" w:rsidRDefault="00000000">
      <w:pPr>
        <w:spacing w:after="120"/>
        <w:jc w:val="center"/>
      </w:pPr>
      <w:r>
        <w:rPr>
          <w:b/>
          <w:color w:val="0B2E4A"/>
          <w:sz w:val="68"/>
        </w:rPr>
        <w:t>Claralinga</w:t>
      </w:r>
    </w:p>
    <w:p w14:paraId="1B901556" w14:textId="77777777" w:rsidR="00610360" w:rsidRDefault="00000000">
      <w:pPr>
        <w:spacing w:after="120"/>
        <w:jc w:val="center"/>
      </w:pPr>
      <w:r>
        <w:rPr>
          <w:b/>
          <w:color w:val="006C7C"/>
          <w:sz w:val="52"/>
        </w:rPr>
        <w:t>Beginner Workbook</w:t>
      </w:r>
    </w:p>
    <w:p w14:paraId="018F4655" w14:textId="77777777" w:rsidR="00610360" w:rsidRDefault="00000000">
      <w:pPr>
        <w:spacing w:after="120"/>
        <w:jc w:val="center"/>
      </w:pPr>
      <w:r>
        <w:rPr>
          <w:b/>
          <w:color w:val="B77700"/>
          <w:sz w:val="28"/>
        </w:rPr>
        <w:t>Version 0.6</w:t>
      </w:r>
    </w:p>
    <w:p>
      <w:pPr/>
      <w:r>
        <w:rPr>
          <w:sz w:val="18"/>
        </w:rPr>
        <w:t>v0.5 alignment note: This edition is aligned to Core 500 v0.6. Claralinga now uses k as the default /k/ spelling, keeps c only when it makes a word instantly recognizable, uses linga as the official word for language, and treats Core 500 v0.6 as the current public vocabulary authority.</w:t>
      </w:r>
    </w:p>
    <w:p>
      <w:pPr/>
      <w:r>
        <w:rPr>
          <w:sz w:val="18"/>
        </w:rPr>
        <w:t>Originality note: Claralinga is an original constructed auxiliary language created by Chad S. Bruce. It intentionally uses familiar international roots shared across modern Indo-European languages and is not a fork, revision, or derivative of another constructed language.</w:t>
      </w:r>
    </w:p>
    <w:p>
      <w:pPr/>
      <w:r>
        <w:rPr>
          <w:sz w:val="18"/>
        </w:rPr>
        <w:t>Not just Romance: Claralinga uses Latin and Romance-looking roots when they are already international, but it also considers Germanic, Slavic, Greek, Indo-Iranian, English international, and modern global vocabulary. Beginner clarity wins overall.</w:t>
      </w:r>
    </w:p>
    <w:p>
      <w:pPr>
        <w:pStyle w:val="IntenseQuote"/>
      </w:pPr>
      <w:r>
        <w:rPr>
          <w:sz w:val="20"/>
        </w:rPr>
        <w:t>Public alignment revision: updated to the Claralinga Consistency Audit standard and aligned with Introduction v0.9 and Core 500 v0.6.</w:t>
      </w:r>
    </w:p>
    <w:p w14:paraId="7089E64B" w14:textId="77777777" w:rsidR="00610360" w:rsidRDefault="00000000">
      <w:pPr>
        <w:spacing w:after="120"/>
        <w:jc w:val="center"/>
      </w:pPr>
      <w:r>
        <w:rPr>
          <w:i/>
          <w:sz w:val="28"/>
        </w:rPr>
        <w:t>Read. Speak. Pronounce. Write. Understand.</w:t>
      </w:r>
    </w:p>
    <w:p w14:paraId="7554CD05" w14:textId="365E7614" w:rsidR="00610360" w:rsidRDefault="00000000">
      <w:pPr>
        <w:spacing w:after="120"/>
        <w:jc w:val="center"/>
        <w:rPr>
          <w:color w:val="0B2E4A"/>
          <w:sz w:val="26"/>
          <w:lang w:val="es-ES"/>
        </w:rPr>
      </w:pPr>
      <w:r w:rsidRPr="00C12360">
        <w:rPr>
          <w:color w:val="0B2E4A"/>
          <w:sz w:val="26"/>
          <w:lang w:val="es-ES"/>
        </w:rPr>
        <w:t xml:space="preserve">La </w:t>
      </w:r>
      <w:proofErr w:type="spellStart"/>
      <w:r w:rsidRPr="00C12360">
        <w:rPr>
          <w:color w:val="0B2E4A"/>
          <w:sz w:val="26"/>
          <w:lang w:val="es-ES"/>
        </w:rPr>
        <w:t>linga</w:t>
      </w:r>
      <w:proofErr w:type="spellEnd"/>
      <w:r w:rsidRPr="00C12360">
        <w:rPr>
          <w:color w:val="0B2E4A"/>
          <w:sz w:val="26"/>
          <w:lang w:val="es-ES"/>
        </w:rPr>
        <w:t xml:space="preserve"> </w:t>
      </w:r>
      <w:proofErr w:type="spellStart"/>
      <w:r w:rsidRPr="00C12360">
        <w:rPr>
          <w:color w:val="0B2E4A"/>
          <w:sz w:val="26"/>
          <w:lang w:val="es-ES"/>
        </w:rPr>
        <w:t>clar</w:t>
      </w:r>
      <w:proofErr w:type="spellEnd"/>
      <w:r w:rsidRPr="00C12360">
        <w:rPr>
          <w:color w:val="0B2E4A"/>
          <w:sz w:val="26"/>
          <w:lang w:val="es-ES"/>
        </w:rPr>
        <w:t xml:space="preserve"> pro </w:t>
      </w:r>
      <w:proofErr w:type="gramStart"/>
      <w:r w:rsidRPr="00C12360">
        <w:rPr>
          <w:color w:val="0B2E4A"/>
          <w:sz w:val="26"/>
          <w:lang w:val="es-ES"/>
        </w:rPr>
        <w:t>un grande familia</w:t>
      </w:r>
      <w:proofErr w:type="gramEnd"/>
      <w:r w:rsidRPr="00C12360">
        <w:rPr>
          <w:color w:val="0B2E4A"/>
          <w:sz w:val="26"/>
          <w:lang w:val="es-ES"/>
        </w:rPr>
        <w:t xml:space="preserve"> de voses</w:t>
      </w:r>
    </w:p>
    <w:p w14:paraId="29AFB21B" w14:textId="77777777" w:rsidR="00C12360" w:rsidRDefault="00C12360">
      <w:pPr>
        <w:spacing w:after="120"/>
        <w:jc w:val="center"/>
        <w:rPr>
          <w:lang w:val="es-ES"/>
        </w:rPr>
      </w:pPr>
    </w:p>
    <w:p w14:paraId="30E8CD62" w14:textId="77777777" w:rsidR="00C12360" w:rsidRDefault="00C12360">
      <w:pPr>
        <w:spacing w:after="120"/>
        <w:jc w:val="center"/>
        <w:rPr>
          <w:lang w:val="es-ES"/>
        </w:rPr>
      </w:pPr>
    </w:p>
    <w:p w14:paraId="436B5CAA" w14:textId="77777777" w:rsidR="00C12360" w:rsidRDefault="00C12360">
      <w:pPr>
        <w:spacing w:after="120"/>
        <w:jc w:val="center"/>
        <w:rPr>
          <w:lang w:val="es-ES"/>
        </w:rPr>
      </w:pPr>
    </w:p>
    <w:p w14:paraId="7C4EBCA2" w14:textId="77777777" w:rsidR="00C12360" w:rsidRPr="00C12360" w:rsidRDefault="00C12360">
      <w:pPr>
        <w:spacing w:after="120"/>
        <w:jc w:val="center"/>
        <w:rPr>
          <w:lang w:val="es-ES"/>
        </w:rPr>
      </w:pPr>
    </w:p>
    <w:tbl>
      <w:tblPr>
        <w:tblW w:w="0" w:type="auto"/>
        <w:jc w:val="center"/>
        <w:tblLook w:val="04A0" w:firstRow="1" w:lastRow="0" w:firstColumn="1" w:lastColumn="0" w:noHBand="0" w:noVBand="1"/>
      </w:tblPr>
      <w:tblGrid>
        <w:gridCol w:w="10368"/>
      </w:tblGrid>
      <w:tr w:rsidR="00610360" w14:paraId="0F313424"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514A3546" w14:textId="77777777" w:rsidR="00610360" w:rsidRDefault="00000000">
            <w:pPr>
              <w:spacing w:after="40"/>
            </w:pPr>
            <w:r>
              <w:rPr>
                <w:b/>
                <w:color w:val="0B2E4A"/>
              </w:rPr>
              <w:t>Workbook purpose</w:t>
            </w:r>
          </w:p>
          <w:p w14:paraId="26EA8D08" w14:textId="77777777" w:rsidR="00610360" w:rsidRDefault="00000000">
            <w:pPr>
              <w:spacing w:after="0"/>
            </w:pPr>
            <w:r>
              <w:rPr>
                <w:sz w:val="18"/>
              </w:rPr>
              <w:t>This workbook teaches practical beginner Claralinga using the rules from Claralinga: An Introduction v0.9 and the Core 500 v0.6 starter vocabulary. It is designed for learners who want to read, speak, pronounce, and write the language with confidence.</w:t>
            </w:r>
          </w:p>
        </w:tc>
      </w:tr>
    </w:tbl>
    <w:p w14:paraId="6DAA0073" w14:textId="77777777" w:rsidR="00610360" w:rsidRDefault="00610360">
      <w:pPr>
        <w:spacing w:after="120"/>
      </w:pPr>
    </w:p>
    <w:p w14:paraId="2DE01E89" w14:textId="77777777" w:rsidR="00610360" w:rsidRDefault="00610360">
      <w:pPr>
        <w:spacing w:after="120"/>
      </w:pPr>
    </w:p>
    <w:p w14:paraId="7E31984C" w14:textId="77777777" w:rsidR="00C12360" w:rsidRDefault="00C12360">
      <w:pPr>
        <w:spacing w:after="120"/>
      </w:pPr>
    </w:p>
    <w:p w14:paraId="2941AA93" w14:textId="77777777" w:rsidR="00C12360" w:rsidRDefault="00C12360">
      <w:pPr>
        <w:spacing w:after="120"/>
      </w:pPr>
    </w:p>
    <w:p w14:paraId="0A0030D5" w14:textId="77777777" w:rsidR="00610360" w:rsidRDefault="00000000">
      <w:pPr>
        <w:spacing w:after="120"/>
        <w:jc w:val="center"/>
      </w:pPr>
      <w:r>
        <w:rPr>
          <w:b/>
          <w:sz w:val="24"/>
        </w:rPr>
        <w:t>Created by Chad S. Bruce</w:t>
      </w:r>
    </w:p>
    <w:p w14:paraId="445E24A9" w14:textId="77777777" w:rsidR="00610360" w:rsidRDefault="00000000">
      <w:pPr>
        <w:spacing w:after="120"/>
        <w:jc w:val="center"/>
      </w:pPr>
      <w:r>
        <w:t>A complete beginner course for the clear international auxiliary language Claralinga.</w:t>
      </w:r>
    </w:p>
    <w:p w14:paraId="6AB13398" w14:textId="77777777" w:rsidR="00610360" w:rsidRDefault="00000000">
      <w:pPr>
        <w:spacing w:after="120"/>
      </w:pPr>
      <w:r/>
    </w:p>
    <w:p w14:paraId="2B154402" w14:textId="77777777" w:rsidR="00610360" w:rsidRDefault="00000000">
      <w:pPr>
        <w:pStyle w:val="Heading1"/>
        <w:spacing w:after="120"/>
      </w:pPr>
      <w:r>
        <w:rPr>
          <w:rFonts w:ascii="Aptos" w:hAnsi="Aptos"/>
        </w:rPr>
        <w:t>How to Use This Workbook</w:t>
      </w:r>
    </w:p>
    <w:p w14:paraId="69DEC8E1" w14:textId="77777777" w:rsidR="00610360" w:rsidRDefault="00000000">
      <w:pPr>
        <w:spacing w:after="120"/>
      </w:pPr>
      <w:r>
        <w:t>This workbook is meant to be used actively. Do not only read it. Say the words out loud, copy the sentences, answer the drills, and speak the conversations. Claralinga is built for instant recognition, but fluency still comes from repetition.</w:t>
      </w:r>
    </w:p>
    <w:tbl>
      <w:tblPr>
        <w:tblW w:w="0" w:type="auto"/>
        <w:jc w:val="center"/>
        <w:tblLook w:val="04A0" w:firstRow="1" w:lastRow="0" w:firstColumn="1" w:lastColumn="0" w:noHBand="0" w:noVBand="1"/>
      </w:tblPr>
      <w:tblGrid>
        <w:gridCol w:w="10368"/>
      </w:tblGrid>
      <w:tr w:rsidR="00610360" w14:paraId="6971D894"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22CD5CDF" w14:textId="77777777" w:rsidR="00610360" w:rsidRDefault="00000000">
            <w:pPr>
              <w:spacing w:after="40"/>
            </w:pPr>
            <w:r>
              <w:rPr>
                <w:b/>
                <w:color w:val="0B2E4A"/>
              </w:rPr>
              <w:t>Three-pass method</w:t>
            </w:r>
          </w:p>
          <w:p w14:paraId="3B709787" w14:textId="77777777" w:rsidR="00610360" w:rsidRDefault="00000000">
            <w:pPr>
              <w:spacing w:after="0"/>
            </w:pPr>
            <w:r>
              <w:rPr>
                <w:sz w:val="18"/>
              </w:rPr>
              <w:t>Pass 1: Read the lesson and say every example aloud. Pass 2: Complete the exercises without looking back. Pass 3: Check the answer key, correct your mistakes, and read the lesson conversation out loud again.</w:t>
            </w:r>
          </w:p>
        </w:tc>
      </w:tr>
    </w:tbl>
    <w:p w14:paraId="4F8E8AFE" w14:textId="77777777" w:rsidR="00610360" w:rsidRDefault="00000000">
      <w:pPr>
        <w:pStyle w:val="Heading2"/>
        <w:spacing w:after="120"/>
      </w:pPr>
      <w:r>
        <w:rPr>
          <w:rFonts w:ascii="Aptos" w:hAnsi="Aptos"/>
        </w:rPr>
        <w:t>Table of Contents</w:t>
      </w:r>
    </w:p>
    <w:tbl>
      <w:tblPr>
        <w:tblW w:w="0" w:type="auto"/>
        <w:jc w:val="center"/>
        <w:tblLook w:val="04A0" w:firstRow="1" w:lastRow="0" w:firstColumn="1" w:lastColumn="0" w:noHBand="0" w:noVBand="1"/>
      </w:tblPr>
      <w:tblGrid>
        <w:gridCol w:w="5184"/>
        <w:gridCol w:w="5184"/>
      </w:tblGrid>
      <w:tr w:rsidR="00610360" w14:paraId="1DB77073"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A771B53" w14:textId="77777777" w:rsidR="00610360" w:rsidRDefault="00000000">
            <w:pPr>
              <w:spacing w:after="0"/>
            </w:pPr>
            <w:r>
              <w:rPr>
                <w:b/>
                <w:color w:val="FFFFFF"/>
                <w:sz w:val="17"/>
              </w:rPr>
              <w:t>Section</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6600BF4" w14:textId="77777777" w:rsidR="00610360" w:rsidRDefault="00000000">
            <w:pPr>
              <w:spacing w:after="0"/>
            </w:pPr>
            <w:r>
              <w:rPr>
                <w:b/>
                <w:color w:val="FFFFFF"/>
                <w:sz w:val="17"/>
              </w:rPr>
              <w:t>Focus</w:t>
            </w:r>
          </w:p>
        </w:tc>
      </w:tr>
      <w:tr w:rsidR="00610360" w14:paraId="1C4485D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161B955" w14:textId="77777777" w:rsidR="00610360" w:rsidRDefault="00000000">
            <w:pPr>
              <w:spacing w:after="0"/>
            </w:pPr>
            <w:r>
              <w:rPr>
                <w:sz w:val="17"/>
              </w:rPr>
              <w:t>Part 1</w:t>
            </w:r>
          </w:p>
        </w:tc>
        <w:tc>
          <w:tcPr>
            <w:tcW w:w="5184" w:type="dxa"/>
            <w:tcBorders>
              <w:top w:val="single" w:sz="4" w:space="0" w:color="D8E6EC"/>
              <w:left w:val="single" w:sz="4" w:space="0" w:color="D8E6EC"/>
              <w:bottom w:val="single" w:sz="4" w:space="0" w:color="D8E6EC"/>
              <w:right w:val="single" w:sz="4" w:space="0" w:color="D8E6EC"/>
            </w:tcBorders>
            <w:vAlign w:val="center"/>
          </w:tcPr>
          <w:p w14:paraId="3D0FA548" w14:textId="77777777" w:rsidR="00610360" w:rsidRDefault="00000000">
            <w:pPr>
              <w:spacing w:after="0"/>
            </w:pPr>
            <w:r>
              <w:rPr>
                <w:sz w:val="17"/>
              </w:rPr>
              <w:t>Pronunciation and Survival Grammar</w:t>
            </w:r>
          </w:p>
        </w:tc>
      </w:tr>
      <w:tr w:rsidR="00610360" w14:paraId="1FE113A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BD02670" w14:textId="77777777" w:rsidR="00610360" w:rsidRDefault="00000000">
            <w:pPr>
              <w:spacing w:after="0"/>
            </w:pPr>
            <w:r>
              <w:rPr>
                <w:sz w:val="17"/>
              </w:rPr>
              <w:t>Lesson 1</w:t>
            </w:r>
          </w:p>
        </w:tc>
        <w:tc>
          <w:tcPr>
            <w:tcW w:w="5184" w:type="dxa"/>
            <w:tcBorders>
              <w:top w:val="single" w:sz="4" w:space="0" w:color="D8E6EC"/>
              <w:left w:val="single" w:sz="4" w:space="0" w:color="D8E6EC"/>
              <w:bottom w:val="single" w:sz="4" w:space="0" w:color="D8E6EC"/>
              <w:right w:val="single" w:sz="4" w:space="0" w:color="D8E6EC"/>
            </w:tcBorders>
            <w:vAlign w:val="center"/>
          </w:tcPr>
          <w:p w14:paraId="4B5F3E2D" w14:textId="77777777" w:rsidR="00610360" w:rsidRDefault="00000000">
            <w:pPr>
              <w:spacing w:after="0"/>
            </w:pPr>
            <w:r>
              <w:rPr>
                <w:sz w:val="17"/>
              </w:rPr>
              <w:t>Salve: greetings, names, and basic identity</w:t>
            </w:r>
          </w:p>
        </w:tc>
      </w:tr>
      <w:tr w:rsidR="00610360" w14:paraId="25B025F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8BA9B59" w14:textId="77777777" w:rsidR="00610360" w:rsidRDefault="00000000">
            <w:pPr>
              <w:spacing w:after="0"/>
            </w:pPr>
            <w:r>
              <w:rPr>
                <w:sz w:val="17"/>
              </w:rPr>
              <w:t>Lesson 2</w:t>
            </w:r>
          </w:p>
        </w:tc>
        <w:tc>
          <w:tcPr>
            <w:tcW w:w="5184" w:type="dxa"/>
            <w:tcBorders>
              <w:top w:val="single" w:sz="4" w:space="0" w:color="D8E6EC"/>
              <w:left w:val="single" w:sz="4" w:space="0" w:color="D8E6EC"/>
              <w:bottom w:val="single" w:sz="4" w:space="0" w:color="D8E6EC"/>
              <w:right w:val="single" w:sz="4" w:space="0" w:color="D8E6EC"/>
            </w:tcBorders>
            <w:vAlign w:val="center"/>
          </w:tcPr>
          <w:p w14:paraId="49E65DFA" w14:textId="77777777" w:rsidR="00610360" w:rsidRDefault="00000000">
            <w:pPr>
              <w:spacing w:after="0"/>
            </w:pPr>
            <w:r>
              <w:rPr>
                <w:sz w:val="17"/>
              </w:rPr>
              <w:t>The clear sentence: Subject + Verb + Object</w:t>
            </w:r>
          </w:p>
        </w:tc>
      </w:tr>
      <w:tr w:rsidR="00610360" w14:paraId="55D8253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1ACA4DB" w14:textId="77777777" w:rsidR="00610360" w:rsidRDefault="00000000">
            <w:pPr>
              <w:spacing w:after="0"/>
            </w:pPr>
            <w:r>
              <w:rPr>
                <w:sz w:val="17"/>
              </w:rPr>
              <w:t>Lesson 3</w:t>
            </w:r>
          </w:p>
        </w:tc>
        <w:tc>
          <w:tcPr>
            <w:tcW w:w="5184" w:type="dxa"/>
            <w:tcBorders>
              <w:top w:val="single" w:sz="4" w:space="0" w:color="D8E6EC"/>
              <w:left w:val="single" w:sz="4" w:space="0" w:color="D8E6EC"/>
              <w:bottom w:val="single" w:sz="4" w:space="0" w:color="D8E6EC"/>
              <w:right w:val="single" w:sz="4" w:space="0" w:color="D8E6EC"/>
            </w:tcBorders>
            <w:vAlign w:val="center"/>
          </w:tcPr>
          <w:p w14:paraId="073D4DA3" w14:textId="77777777" w:rsidR="00610360" w:rsidRDefault="00000000">
            <w:pPr>
              <w:spacing w:after="0"/>
            </w:pPr>
            <w:r>
              <w:rPr>
                <w:sz w:val="17"/>
              </w:rPr>
              <w:t>Articles, nouns, plurals, and adjectives</w:t>
            </w:r>
          </w:p>
        </w:tc>
      </w:tr>
      <w:tr w:rsidR="00610360" w14:paraId="4C43434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019190E" w14:textId="77777777" w:rsidR="00610360" w:rsidRDefault="00000000">
            <w:pPr>
              <w:spacing w:after="0"/>
            </w:pPr>
            <w:r>
              <w:rPr>
                <w:sz w:val="17"/>
              </w:rPr>
              <w:t>Lesson 4</w:t>
            </w:r>
          </w:p>
        </w:tc>
        <w:tc>
          <w:tcPr>
            <w:tcW w:w="5184" w:type="dxa"/>
            <w:tcBorders>
              <w:top w:val="single" w:sz="4" w:space="0" w:color="D8E6EC"/>
              <w:left w:val="single" w:sz="4" w:space="0" w:color="D8E6EC"/>
              <w:bottom w:val="single" w:sz="4" w:space="0" w:color="D8E6EC"/>
              <w:right w:val="single" w:sz="4" w:space="0" w:color="D8E6EC"/>
            </w:tcBorders>
            <w:vAlign w:val="center"/>
          </w:tcPr>
          <w:p w14:paraId="3DE31902" w14:textId="77777777" w:rsidR="00610360" w:rsidRDefault="00000000">
            <w:pPr>
              <w:spacing w:after="0"/>
            </w:pPr>
            <w:r>
              <w:rPr>
                <w:sz w:val="17"/>
              </w:rPr>
              <w:t>People, family, and possession</w:t>
            </w:r>
          </w:p>
        </w:tc>
      </w:tr>
      <w:tr w:rsidR="00610360" w14:paraId="123DF25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B790E07" w14:textId="77777777" w:rsidR="00610360" w:rsidRDefault="00000000">
            <w:pPr>
              <w:spacing w:after="0"/>
            </w:pPr>
            <w:r>
              <w:rPr>
                <w:sz w:val="17"/>
              </w:rPr>
              <w:t>Lesson 5</w:t>
            </w:r>
          </w:p>
        </w:tc>
        <w:tc>
          <w:tcPr>
            <w:tcW w:w="5184" w:type="dxa"/>
            <w:tcBorders>
              <w:top w:val="single" w:sz="4" w:space="0" w:color="D8E6EC"/>
              <w:left w:val="single" w:sz="4" w:space="0" w:color="D8E6EC"/>
              <w:bottom w:val="single" w:sz="4" w:space="0" w:color="D8E6EC"/>
              <w:right w:val="single" w:sz="4" w:space="0" w:color="D8E6EC"/>
            </w:tcBorders>
            <w:vAlign w:val="center"/>
          </w:tcPr>
          <w:p w14:paraId="7E1BF975" w14:textId="77777777" w:rsidR="00610360" w:rsidRDefault="00000000">
            <w:pPr>
              <w:spacing w:after="0"/>
            </w:pPr>
            <w:r>
              <w:rPr>
                <w:sz w:val="17"/>
              </w:rPr>
              <w:t>Places, directions, and travel basics</w:t>
            </w:r>
          </w:p>
        </w:tc>
      </w:tr>
      <w:tr w:rsidR="00610360" w14:paraId="30BE635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D85EE28" w14:textId="77777777" w:rsidR="00610360" w:rsidRDefault="00000000">
            <w:pPr>
              <w:spacing w:after="0"/>
            </w:pPr>
            <w:r>
              <w:rPr>
                <w:sz w:val="17"/>
              </w:rPr>
              <w:t>Lesson 6</w:t>
            </w:r>
          </w:p>
        </w:tc>
        <w:tc>
          <w:tcPr>
            <w:tcW w:w="5184" w:type="dxa"/>
            <w:tcBorders>
              <w:top w:val="single" w:sz="4" w:space="0" w:color="D8E6EC"/>
              <w:left w:val="single" w:sz="4" w:space="0" w:color="D8E6EC"/>
              <w:bottom w:val="single" w:sz="4" w:space="0" w:color="D8E6EC"/>
              <w:right w:val="single" w:sz="4" w:space="0" w:color="D8E6EC"/>
            </w:tcBorders>
            <w:vAlign w:val="center"/>
          </w:tcPr>
          <w:p w14:paraId="460E617A" w14:textId="77777777" w:rsidR="00610360" w:rsidRDefault="00000000">
            <w:pPr>
              <w:spacing w:after="0"/>
            </w:pPr>
            <w:r>
              <w:rPr>
                <w:sz w:val="17"/>
              </w:rPr>
              <w:t>Want, need, have, do, and make</w:t>
            </w:r>
          </w:p>
        </w:tc>
      </w:tr>
      <w:tr w:rsidR="00610360" w14:paraId="17B9AAC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2F67254" w14:textId="77777777" w:rsidR="00610360" w:rsidRDefault="00000000">
            <w:pPr>
              <w:spacing w:after="0"/>
            </w:pPr>
            <w:r>
              <w:rPr>
                <w:sz w:val="17"/>
              </w:rPr>
              <w:t>Lesson 7</w:t>
            </w:r>
          </w:p>
        </w:tc>
        <w:tc>
          <w:tcPr>
            <w:tcW w:w="5184" w:type="dxa"/>
            <w:tcBorders>
              <w:top w:val="single" w:sz="4" w:space="0" w:color="D8E6EC"/>
              <w:left w:val="single" w:sz="4" w:space="0" w:color="D8E6EC"/>
              <w:bottom w:val="single" w:sz="4" w:space="0" w:color="D8E6EC"/>
              <w:right w:val="single" w:sz="4" w:space="0" w:color="D8E6EC"/>
            </w:tcBorders>
            <w:vAlign w:val="center"/>
          </w:tcPr>
          <w:p w14:paraId="138CB2F2" w14:textId="77777777" w:rsidR="00610360" w:rsidRDefault="00000000">
            <w:pPr>
              <w:spacing w:after="0"/>
            </w:pPr>
            <w:r>
              <w:rPr>
                <w:sz w:val="17"/>
              </w:rPr>
              <w:t>Past with pa</w:t>
            </w:r>
          </w:p>
        </w:tc>
      </w:tr>
      <w:tr w:rsidR="00610360" w14:paraId="2492ABE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8D89AD6" w14:textId="77777777" w:rsidR="00610360" w:rsidRDefault="00000000">
            <w:pPr>
              <w:spacing w:after="0"/>
            </w:pPr>
            <w:r>
              <w:rPr>
                <w:sz w:val="17"/>
              </w:rPr>
              <w:t>Lesson 8</w:t>
            </w:r>
          </w:p>
        </w:tc>
        <w:tc>
          <w:tcPr>
            <w:tcW w:w="5184" w:type="dxa"/>
            <w:tcBorders>
              <w:top w:val="single" w:sz="4" w:space="0" w:color="D8E6EC"/>
              <w:left w:val="single" w:sz="4" w:space="0" w:color="D8E6EC"/>
              <w:bottom w:val="single" w:sz="4" w:space="0" w:color="D8E6EC"/>
              <w:right w:val="single" w:sz="4" w:space="0" w:color="D8E6EC"/>
            </w:tcBorders>
            <w:vAlign w:val="center"/>
          </w:tcPr>
          <w:p w14:paraId="38B8CCB9" w14:textId="77777777" w:rsidR="00610360" w:rsidRDefault="00000000">
            <w:pPr>
              <w:spacing w:after="0"/>
            </w:pPr>
            <w:r>
              <w:rPr>
                <w:sz w:val="17"/>
              </w:rPr>
              <w:t>Future with va</w:t>
            </w:r>
          </w:p>
        </w:tc>
      </w:tr>
      <w:tr w:rsidR="00610360" w14:paraId="722ADE51"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9D97677" w14:textId="77777777" w:rsidR="00610360" w:rsidRDefault="00000000">
            <w:pPr>
              <w:spacing w:after="0"/>
            </w:pPr>
            <w:r>
              <w:rPr>
                <w:sz w:val="17"/>
              </w:rPr>
              <w:t>Lesson 9</w:t>
            </w:r>
          </w:p>
        </w:tc>
        <w:tc>
          <w:tcPr>
            <w:tcW w:w="5184" w:type="dxa"/>
            <w:tcBorders>
              <w:top w:val="single" w:sz="4" w:space="0" w:color="D8E6EC"/>
              <w:left w:val="single" w:sz="4" w:space="0" w:color="D8E6EC"/>
              <w:bottom w:val="single" w:sz="4" w:space="0" w:color="D8E6EC"/>
              <w:right w:val="single" w:sz="4" w:space="0" w:color="D8E6EC"/>
            </w:tcBorders>
            <w:vAlign w:val="center"/>
          </w:tcPr>
          <w:p w14:paraId="16A279E4" w14:textId="77777777" w:rsidR="00610360" w:rsidRDefault="00000000">
            <w:pPr>
              <w:spacing w:after="0"/>
            </w:pPr>
            <w:r>
              <w:rPr>
                <w:sz w:val="17"/>
              </w:rPr>
              <w:t>Now, ongoing action, and already with nu and ja</w:t>
            </w:r>
          </w:p>
        </w:tc>
      </w:tr>
      <w:tr w:rsidR="00610360" w14:paraId="3C3739E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19FB5FF" w14:textId="77777777" w:rsidR="00610360" w:rsidRDefault="00000000">
            <w:pPr>
              <w:spacing w:after="0"/>
            </w:pPr>
            <w:r>
              <w:rPr>
                <w:sz w:val="17"/>
              </w:rPr>
              <w:t>Lesson 10</w:t>
            </w:r>
          </w:p>
        </w:tc>
        <w:tc>
          <w:tcPr>
            <w:tcW w:w="5184" w:type="dxa"/>
            <w:tcBorders>
              <w:top w:val="single" w:sz="4" w:space="0" w:color="D8E6EC"/>
              <w:left w:val="single" w:sz="4" w:space="0" w:color="D8E6EC"/>
              <w:bottom w:val="single" w:sz="4" w:space="0" w:color="D8E6EC"/>
              <w:right w:val="single" w:sz="4" w:space="0" w:color="D8E6EC"/>
            </w:tcBorders>
            <w:vAlign w:val="center"/>
          </w:tcPr>
          <w:p w14:paraId="1715D91F" w14:textId="77777777" w:rsidR="00610360" w:rsidRDefault="00000000">
            <w:pPr>
              <w:spacing w:after="0"/>
            </w:pPr>
            <w:r>
              <w:rPr>
                <w:sz w:val="17"/>
              </w:rPr>
              <w:t>Questions and negation</w:t>
            </w:r>
          </w:p>
        </w:tc>
      </w:tr>
      <w:tr w:rsidR="00610360" w14:paraId="440E892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DB42862" w14:textId="77777777" w:rsidR="00610360" w:rsidRDefault="00000000">
            <w:pPr>
              <w:spacing w:after="0"/>
            </w:pPr>
            <w:r>
              <w:rPr>
                <w:sz w:val="17"/>
              </w:rPr>
              <w:t>Lesson 11</w:t>
            </w:r>
          </w:p>
        </w:tc>
        <w:tc>
          <w:tcPr>
            <w:tcW w:w="5184" w:type="dxa"/>
            <w:tcBorders>
              <w:top w:val="single" w:sz="4" w:space="0" w:color="D8E6EC"/>
              <w:left w:val="single" w:sz="4" w:space="0" w:color="D8E6EC"/>
              <w:bottom w:val="single" w:sz="4" w:space="0" w:color="D8E6EC"/>
              <w:right w:val="single" w:sz="4" w:space="0" w:color="D8E6EC"/>
            </w:tcBorders>
            <w:vAlign w:val="center"/>
          </w:tcPr>
          <w:p w14:paraId="737E018E" w14:textId="77777777" w:rsidR="00610360" w:rsidRDefault="00000000">
            <w:pPr>
              <w:spacing w:after="0"/>
            </w:pPr>
            <w:r>
              <w:rPr>
                <w:sz w:val="17"/>
              </w:rPr>
              <w:t>Numbers, time, dates, and daily schedules</w:t>
            </w:r>
          </w:p>
        </w:tc>
      </w:tr>
      <w:tr w:rsidR="00610360" w14:paraId="013F7CA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CAFFAEC" w14:textId="77777777" w:rsidR="00610360" w:rsidRDefault="00000000">
            <w:pPr>
              <w:spacing w:after="0"/>
            </w:pPr>
            <w:r>
              <w:rPr>
                <w:sz w:val="17"/>
              </w:rPr>
              <w:t>Lesson 12</w:t>
            </w:r>
          </w:p>
        </w:tc>
        <w:tc>
          <w:tcPr>
            <w:tcW w:w="5184" w:type="dxa"/>
            <w:tcBorders>
              <w:top w:val="single" w:sz="4" w:space="0" w:color="D8E6EC"/>
              <w:left w:val="single" w:sz="4" w:space="0" w:color="D8E6EC"/>
              <w:bottom w:val="single" w:sz="4" w:space="0" w:color="D8E6EC"/>
              <w:right w:val="single" w:sz="4" w:space="0" w:color="D8E6EC"/>
            </w:tcBorders>
            <w:vAlign w:val="center"/>
          </w:tcPr>
          <w:p w14:paraId="063A2F91" w14:textId="77777777" w:rsidR="00610360" w:rsidRDefault="00000000">
            <w:pPr>
              <w:spacing w:after="0"/>
            </w:pPr>
            <w:r>
              <w:rPr>
                <w:sz w:val="17"/>
              </w:rPr>
              <w:t>Reading, conversation, and original writing</w:t>
            </w:r>
          </w:p>
        </w:tc>
      </w:tr>
      <w:tr w:rsidR="00610360" w14:paraId="7A9378C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B9E0E99" w14:textId="77777777" w:rsidR="00610360" w:rsidRDefault="00000000">
            <w:pPr>
              <w:spacing w:after="0"/>
            </w:pPr>
            <w:r>
              <w:rPr>
                <w:sz w:val="17"/>
              </w:rPr>
              <w:t>Part 3</w:t>
            </w:r>
          </w:p>
        </w:tc>
        <w:tc>
          <w:tcPr>
            <w:tcW w:w="5184" w:type="dxa"/>
            <w:tcBorders>
              <w:top w:val="single" w:sz="4" w:space="0" w:color="D8E6EC"/>
              <w:left w:val="single" w:sz="4" w:space="0" w:color="D8E6EC"/>
              <w:bottom w:val="single" w:sz="4" w:space="0" w:color="D8E6EC"/>
              <w:right w:val="single" w:sz="4" w:space="0" w:color="D8E6EC"/>
            </w:tcBorders>
            <w:vAlign w:val="center"/>
          </w:tcPr>
          <w:p w14:paraId="79A2EE0E" w14:textId="77777777" w:rsidR="00610360" w:rsidRDefault="00000000">
            <w:pPr>
              <w:spacing w:after="0"/>
            </w:pPr>
            <w:r>
              <w:rPr>
                <w:sz w:val="17"/>
              </w:rPr>
              <w:t>Review tests, answer key, and Core 500 checklist</w:t>
            </w:r>
          </w:p>
        </w:tc>
      </w:tr>
    </w:tbl>
    <w:p w14:paraId="068E826E" w14:textId="77777777" w:rsidR="00610360" w:rsidRDefault="00000000">
      <w:pPr>
        <w:spacing w:after="120"/>
      </w:pPr>
      <w:r/>
    </w:p>
    <w:p w14:paraId="242E78B9" w14:textId="77777777" w:rsidR="00610360" w:rsidRDefault="00000000">
      <w:pPr>
        <w:pStyle w:val="Heading1"/>
        <w:spacing w:after="120"/>
      </w:pPr>
      <w:r>
        <w:rPr>
          <w:rFonts w:ascii="Aptos" w:hAnsi="Aptos"/>
        </w:rPr>
        <w:t>Part 1: Pronunciation and Survival Grammar</w:t>
      </w:r>
    </w:p>
    <w:p w14:paraId="25DA24FB" w14:textId="77777777" w:rsidR="00610360" w:rsidRDefault="00000000">
      <w:pPr>
        <w:pStyle w:val="Heading2"/>
        <w:spacing w:after="120"/>
      </w:pPr>
      <w:r>
        <w:rPr>
          <w:rFonts w:ascii="Aptos" w:hAnsi="Aptos"/>
        </w:rPr>
        <w:t>Pronunciation Boot Camp</w:t>
      </w:r>
    </w:p>
    <w:p w14:paraId="3CC96782" w14:textId="77777777" w:rsidR="00610360" w:rsidRDefault="00000000">
      <w:pPr>
        <w:spacing w:after="120"/>
      </w:pPr>
      <w:r>
        <w:t>Claralinga spelling is intentionally direct. Every written letter is pronounced. No silent letters. No “English wandered into a dark alley” spelling tricks.</w:t>
      </w:r>
    </w:p>
    <w:tbl>
      <w:tblPr>
        <w:tblW w:w="0" w:type="auto"/>
        <w:jc w:val="center"/>
        <w:tblLook w:val="04A0" w:firstRow="1" w:lastRow="0" w:firstColumn="1" w:lastColumn="0" w:noHBand="0" w:noVBand="1"/>
      </w:tblPr>
      <w:tblGrid>
        <w:gridCol w:w="3456"/>
        <w:gridCol w:w="3456"/>
        <w:gridCol w:w="3456"/>
      </w:tblGrid>
      <w:tr w:rsidR="00610360" w14:paraId="05BF73B2" w14:textId="77777777">
        <w:trPr>
          <w:jc w:val="center"/>
        </w:trPr>
        <w:tc>
          <w:tcPr>
            <w:tcW w:w="3456"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594B428" w14:textId="77777777" w:rsidR="00610360" w:rsidRDefault="00000000">
            <w:pPr>
              <w:spacing w:after="0"/>
            </w:pPr>
            <w:r>
              <w:rPr>
                <w:b/>
                <w:color w:val="FFFFFF"/>
                <w:sz w:val="17"/>
              </w:rPr>
              <w:t>Letter / Pattern</w:t>
            </w:r>
          </w:p>
        </w:tc>
        <w:tc>
          <w:tcPr>
            <w:tcW w:w="3456"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4D0126A" w14:textId="77777777" w:rsidR="00610360" w:rsidRDefault="00000000">
            <w:pPr>
              <w:spacing w:after="0"/>
            </w:pPr>
            <w:r>
              <w:rPr>
                <w:b/>
                <w:color w:val="FFFFFF"/>
                <w:sz w:val="17"/>
              </w:rPr>
              <w:t>Sound</w:t>
            </w:r>
          </w:p>
        </w:tc>
        <w:tc>
          <w:tcPr>
            <w:tcW w:w="3456"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D5F229B" w14:textId="77777777" w:rsidR="00610360" w:rsidRDefault="00000000">
            <w:pPr>
              <w:spacing w:after="0"/>
            </w:pPr>
            <w:r>
              <w:rPr>
                <w:b/>
                <w:color w:val="FFFFFF"/>
                <w:sz w:val="17"/>
              </w:rPr>
              <w:t>Practice</w:t>
            </w:r>
          </w:p>
        </w:tc>
      </w:tr>
      <w:tr w:rsidR="00610360" w14:paraId="292CC72E"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1CC62FE9" w14:textId="77777777" w:rsidR="00610360" w:rsidRDefault="00000000">
            <w:pPr>
              <w:spacing w:after="0"/>
            </w:pPr>
            <w:r>
              <w:rPr>
                <w:sz w:val="17"/>
              </w:rPr>
              <w:t>a</w:t>
            </w:r>
          </w:p>
        </w:tc>
        <w:tc>
          <w:tcPr>
            <w:tcW w:w="3456" w:type="dxa"/>
            <w:tcBorders>
              <w:top w:val="single" w:sz="4" w:space="0" w:color="D8E6EC"/>
              <w:left w:val="single" w:sz="4" w:space="0" w:color="D8E6EC"/>
              <w:bottom w:val="single" w:sz="4" w:space="0" w:color="D8E6EC"/>
              <w:right w:val="single" w:sz="4" w:space="0" w:color="D8E6EC"/>
            </w:tcBorders>
            <w:vAlign w:val="center"/>
          </w:tcPr>
          <w:p w14:paraId="7A28B29E" w14:textId="77777777" w:rsidR="00610360" w:rsidRDefault="00000000">
            <w:pPr>
              <w:spacing w:after="0"/>
            </w:pPr>
            <w:r>
              <w:rPr>
                <w:sz w:val="17"/>
              </w:rPr>
              <w:t>ah</w:t>
            </w:r>
          </w:p>
        </w:tc>
        <w:tc>
          <w:tcPr>
            <w:tcW w:w="3456" w:type="dxa"/>
            <w:tcBorders>
              <w:top w:val="single" w:sz="4" w:space="0" w:color="D8E6EC"/>
              <w:left w:val="single" w:sz="4" w:space="0" w:color="D8E6EC"/>
              <w:bottom w:val="single" w:sz="4" w:space="0" w:color="D8E6EC"/>
              <w:right w:val="single" w:sz="4" w:space="0" w:color="D8E6EC"/>
            </w:tcBorders>
            <w:vAlign w:val="center"/>
          </w:tcPr>
          <w:p w14:paraId="0659415A" w14:textId="77777777" w:rsidR="00610360" w:rsidRDefault="00000000">
            <w:pPr>
              <w:spacing w:after="0"/>
            </w:pPr>
            <w:r>
              <w:rPr>
                <w:sz w:val="17"/>
              </w:rPr>
              <w:t>familia, clar</w:t>
            </w:r>
          </w:p>
        </w:tc>
      </w:tr>
      <w:tr w:rsidR="00610360" w14:paraId="0DB1361A"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35E1ED01" w14:textId="77777777" w:rsidR="00610360" w:rsidRDefault="00000000">
            <w:pPr>
              <w:spacing w:after="0"/>
            </w:pPr>
            <w:r>
              <w:rPr>
                <w:sz w:val="17"/>
              </w:rPr>
              <w:t>et</w:t>
            </w:r>
          </w:p>
        </w:tc>
        <w:tc>
          <w:tcPr>
            <w:tcW w:w="3456" w:type="dxa"/>
            <w:tcBorders>
              <w:top w:val="single" w:sz="4" w:space="0" w:color="D8E6EC"/>
              <w:left w:val="single" w:sz="4" w:space="0" w:color="D8E6EC"/>
              <w:bottom w:val="single" w:sz="4" w:space="0" w:color="D8E6EC"/>
              <w:right w:val="single" w:sz="4" w:space="0" w:color="D8E6EC"/>
            </w:tcBorders>
            <w:vAlign w:val="center"/>
          </w:tcPr>
          <w:p w14:paraId="374E092B" w14:textId="77777777" w:rsidR="00610360" w:rsidRDefault="00000000">
            <w:pPr>
              <w:spacing w:after="0"/>
            </w:pPr>
            <w:r>
              <w:rPr>
                <w:sz w:val="17"/>
              </w:rPr>
              <w:t>eh</w:t>
            </w:r>
          </w:p>
        </w:tc>
        <w:tc>
          <w:tcPr>
            <w:tcW w:w="3456" w:type="dxa"/>
            <w:tcBorders>
              <w:top w:val="single" w:sz="4" w:space="0" w:color="D8E6EC"/>
              <w:left w:val="single" w:sz="4" w:space="0" w:color="D8E6EC"/>
              <w:bottom w:val="single" w:sz="4" w:space="0" w:color="D8E6EC"/>
              <w:right w:val="single" w:sz="4" w:space="0" w:color="D8E6EC"/>
            </w:tcBorders>
            <w:vAlign w:val="center"/>
          </w:tcPr>
          <w:p w14:paraId="47C28D3D" w14:textId="77777777" w:rsidR="00610360" w:rsidRDefault="00000000">
            <w:pPr>
              <w:spacing w:after="0"/>
            </w:pPr>
            <w:r>
              <w:rPr>
                <w:sz w:val="17"/>
              </w:rPr>
              <w:t>tempo, bene</w:t>
            </w:r>
          </w:p>
        </w:tc>
      </w:tr>
      <w:tr w:rsidR="00610360" w14:paraId="2B991D45"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62754E39" w14:textId="77777777" w:rsidR="00610360" w:rsidRDefault="00000000">
            <w:pPr>
              <w:spacing w:after="0"/>
            </w:pPr>
            <w:r>
              <w:rPr>
                <w:sz w:val="17"/>
              </w:rPr>
              <w:t>i</w:t>
            </w:r>
          </w:p>
        </w:tc>
        <w:tc>
          <w:tcPr>
            <w:tcW w:w="3456" w:type="dxa"/>
            <w:tcBorders>
              <w:top w:val="single" w:sz="4" w:space="0" w:color="D8E6EC"/>
              <w:left w:val="single" w:sz="4" w:space="0" w:color="D8E6EC"/>
              <w:bottom w:val="single" w:sz="4" w:space="0" w:color="D8E6EC"/>
              <w:right w:val="single" w:sz="4" w:space="0" w:color="D8E6EC"/>
            </w:tcBorders>
            <w:vAlign w:val="center"/>
          </w:tcPr>
          <w:p w14:paraId="4946C530" w14:textId="77777777" w:rsidR="00610360" w:rsidRDefault="00000000">
            <w:pPr>
              <w:spacing w:after="0"/>
            </w:pPr>
            <w:r>
              <w:rPr>
                <w:sz w:val="17"/>
              </w:rPr>
              <w:t>ee</w:t>
            </w:r>
          </w:p>
        </w:tc>
        <w:tc>
          <w:tcPr>
            <w:tcW w:w="3456" w:type="dxa"/>
            <w:tcBorders>
              <w:top w:val="single" w:sz="4" w:space="0" w:color="D8E6EC"/>
              <w:left w:val="single" w:sz="4" w:space="0" w:color="D8E6EC"/>
              <w:bottom w:val="single" w:sz="4" w:space="0" w:color="D8E6EC"/>
              <w:right w:val="single" w:sz="4" w:space="0" w:color="D8E6EC"/>
            </w:tcBorders>
            <w:vAlign w:val="center"/>
          </w:tcPr>
          <w:p w14:paraId="3B078C2B" w14:textId="77777777" w:rsidR="00610360" w:rsidRDefault="00000000">
            <w:pPr>
              <w:spacing w:after="0"/>
            </w:pPr>
            <w:r>
              <w:rPr>
                <w:sz w:val="17"/>
              </w:rPr>
              <w:t>histori, energi</w:t>
            </w:r>
          </w:p>
        </w:tc>
      </w:tr>
      <w:tr w:rsidR="00610360" w14:paraId="0B8B95DB"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2C04BD21" w14:textId="77777777" w:rsidR="00610360" w:rsidRDefault="00000000">
            <w:pPr>
              <w:spacing w:after="0"/>
            </w:pPr>
            <w:r>
              <w:rPr>
                <w:sz w:val="17"/>
              </w:rPr>
              <w:t>o</w:t>
            </w:r>
          </w:p>
        </w:tc>
        <w:tc>
          <w:tcPr>
            <w:tcW w:w="3456" w:type="dxa"/>
            <w:tcBorders>
              <w:top w:val="single" w:sz="4" w:space="0" w:color="D8E6EC"/>
              <w:left w:val="single" w:sz="4" w:space="0" w:color="D8E6EC"/>
              <w:bottom w:val="single" w:sz="4" w:space="0" w:color="D8E6EC"/>
              <w:right w:val="single" w:sz="4" w:space="0" w:color="D8E6EC"/>
            </w:tcBorders>
            <w:vAlign w:val="center"/>
          </w:tcPr>
          <w:p w14:paraId="4CD86564" w14:textId="77777777" w:rsidR="00610360" w:rsidRDefault="00000000">
            <w:pPr>
              <w:spacing w:after="0"/>
            </w:pPr>
            <w:r>
              <w:rPr>
                <w:sz w:val="17"/>
              </w:rPr>
              <w:t>oh</w:t>
            </w:r>
          </w:p>
        </w:tc>
        <w:tc>
          <w:tcPr>
            <w:tcW w:w="3456" w:type="dxa"/>
            <w:tcBorders>
              <w:top w:val="single" w:sz="4" w:space="0" w:color="D8E6EC"/>
              <w:left w:val="single" w:sz="4" w:space="0" w:color="D8E6EC"/>
              <w:bottom w:val="single" w:sz="4" w:space="0" w:color="D8E6EC"/>
              <w:right w:val="single" w:sz="4" w:space="0" w:color="D8E6EC"/>
            </w:tcBorders>
            <w:vAlign w:val="center"/>
          </w:tcPr>
          <w:p w14:paraId="24B69555" w14:textId="77777777" w:rsidR="00610360" w:rsidRDefault="00000000">
            <w:pPr>
              <w:spacing w:after="0"/>
            </w:pPr>
            <w:r>
              <w:rPr>
                <w:sz w:val="17"/>
              </w:rPr>
              <w:t>moderno, mondo</w:t>
            </w:r>
          </w:p>
        </w:tc>
      </w:tr>
      <w:tr w:rsidR="00610360" w14:paraId="23541123"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050099FA" w14:textId="77777777" w:rsidR="00610360" w:rsidRDefault="00000000">
            <w:pPr>
              <w:spacing w:after="0"/>
            </w:pPr>
            <w:r>
              <w:rPr>
                <w:sz w:val="17"/>
              </w:rPr>
              <w:t>u</w:t>
            </w:r>
          </w:p>
        </w:tc>
        <w:tc>
          <w:tcPr>
            <w:tcW w:w="3456" w:type="dxa"/>
            <w:tcBorders>
              <w:top w:val="single" w:sz="4" w:space="0" w:color="D8E6EC"/>
              <w:left w:val="single" w:sz="4" w:space="0" w:color="D8E6EC"/>
              <w:bottom w:val="single" w:sz="4" w:space="0" w:color="D8E6EC"/>
              <w:right w:val="single" w:sz="4" w:space="0" w:color="D8E6EC"/>
            </w:tcBorders>
            <w:vAlign w:val="center"/>
          </w:tcPr>
          <w:p w14:paraId="031FADC4" w14:textId="77777777" w:rsidR="00610360" w:rsidRDefault="00000000">
            <w:pPr>
              <w:spacing w:after="0"/>
            </w:pPr>
            <w:r>
              <w:rPr>
                <w:sz w:val="17"/>
              </w:rPr>
              <w:t>oo</w:t>
            </w:r>
          </w:p>
        </w:tc>
        <w:tc>
          <w:tcPr>
            <w:tcW w:w="3456" w:type="dxa"/>
            <w:tcBorders>
              <w:top w:val="single" w:sz="4" w:space="0" w:color="D8E6EC"/>
              <w:left w:val="single" w:sz="4" w:space="0" w:color="D8E6EC"/>
              <w:bottom w:val="single" w:sz="4" w:space="0" w:color="D8E6EC"/>
              <w:right w:val="single" w:sz="4" w:space="0" w:color="D8E6EC"/>
            </w:tcBorders>
            <w:vAlign w:val="center"/>
          </w:tcPr>
          <w:p w14:paraId="7159F68A" w14:textId="77777777" w:rsidR="00610360" w:rsidRDefault="00000000">
            <w:pPr>
              <w:spacing w:after="0"/>
            </w:pPr>
            <w:r>
              <w:rPr>
                <w:sz w:val="17"/>
              </w:rPr>
              <w:t>futur, kultura</w:t>
            </w:r>
          </w:p>
        </w:tc>
      </w:tr>
      <w:tr w:rsidR="00610360" w14:paraId="2B6300C6"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6B221FA3" w14:textId="77777777" w:rsidR="00610360" w:rsidRDefault="00000000">
            <w:pPr>
              <w:spacing w:after="0"/>
            </w:pPr>
            <w:r>
              <w:rPr>
                <w:sz w:val="17"/>
              </w:rPr>
              <w:t>c</w:t>
            </w:r>
          </w:p>
        </w:tc>
        <w:tc>
          <w:tcPr>
            <w:tcW w:w="3456" w:type="dxa"/>
            <w:tcBorders>
              <w:top w:val="single" w:sz="4" w:space="0" w:color="D8E6EC"/>
              <w:left w:val="single" w:sz="4" w:space="0" w:color="D8E6EC"/>
              <w:bottom w:val="single" w:sz="4" w:space="0" w:color="D8E6EC"/>
              <w:right w:val="single" w:sz="4" w:space="0" w:color="D8E6EC"/>
            </w:tcBorders>
            <w:vAlign w:val="center"/>
          </w:tcPr>
          <w:p w14:paraId="1724ABB3" w14:textId="77777777" w:rsidR="00610360" w:rsidRDefault="00000000">
            <w:pPr>
              <w:spacing w:after="0"/>
            </w:pPr>
            <w:r>
              <w:rPr>
                <w:sz w:val="17"/>
              </w:rPr>
              <w:t>retained k is default; soft c becomes s</w:t>
            </w:r>
          </w:p>
        </w:tc>
        <w:tc>
          <w:tcPr>
            <w:tcW w:w="3456" w:type="dxa"/>
            <w:tcBorders>
              <w:top w:val="single" w:sz="4" w:space="0" w:color="D8E6EC"/>
              <w:left w:val="single" w:sz="4" w:space="0" w:color="D8E6EC"/>
              <w:bottom w:val="single" w:sz="4" w:space="0" w:color="D8E6EC"/>
              <w:right w:val="single" w:sz="4" w:space="0" w:color="D8E6EC"/>
            </w:tcBorders>
            <w:vAlign w:val="center"/>
          </w:tcPr>
          <w:p w14:paraId="74DBB2B0" w14:textId="77777777" w:rsidR="00610360" w:rsidRDefault="00000000">
            <w:pPr>
              <w:spacing w:after="0"/>
            </w:pPr>
            <w:r>
              <w:rPr>
                <w:sz w:val="17"/>
              </w:rPr>
              <w:t>clar, cel = kel</w:t>
            </w:r>
          </w:p>
        </w:tc>
      </w:tr>
      <w:tr w:rsidR="00610360" w14:paraId="65D38971"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10218912" w14:textId="77777777" w:rsidR="00610360" w:rsidRDefault="00000000">
            <w:pPr>
              <w:spacing w:after="0"/>
            </w:pPr>
            <w:r>
              <w:rPr>
                <w:sz w:val="17"/>
              </w:rPr>
              <w:t>g</w:t>
            </w:r>
          </w:p>
        </w:tc>
        <w:tc>
          <w:tcPr>
            <w:tcW w:w="3456" w:type="dxa"/>
            <w:tcBorders>
              <w:top w:val="single" w:sz="4" w:space="0" w:color="D8E6EC"/>
              <w:left w:val="single" w:sz="4" w:space="0" w:color="D8E6EC"/>
              <w:bottom w:val="single" w:sz="4" w:space="0" w:color="D8E6EC"/>
              <w:right w:val="single" w:sz="4" w:space="0" w:color="D8E6EC"/>
            </w:tcBorders>
            <w:vAlign w:val="center"/>
          </w:tcPr>
          <w:p w14:paraId="7194228C" w14:textId="77777777" w:rsidR="00610360" w:rsidRDefault="00000000">
            <w:pPr>
              <w:spacing w:after="0"/>
            </w:pPr>
            <w:r>
              <w:rPr>
                <w:sz w:val="17"/>
              </w:rPr>
              <w:t>hard g</w:t>
            </w:r>
          </w:p>
        </w:tc>
        <w:tc>
          <w:tcPr>
            <w:tcW w:w="3456" w:type="dxa"/>
            <w:tcBorders>
              <w:top w:val="single" w:sz="4" w:space="0" w:color="D8E6EC"/>
              <w:left w:val="single" w:sz="4" w:space="0" w:color="D8E6EC"/>
              <w:bottom w:val="single" w:sz="4" w:space="0" w:color="D8E6EC"/>
              <w:right w:val="single" w:sz="4" w:space="0" w:color="D8E6EC"/>
            </w:tcBorders>
            <w:vAlign w:val="center"/>
          </w:tcPr>
          <w:p w14:paraId="5AFE38BD" w14:textId="77777777" w:rsidR="00610360" w:rsidRDefault="00000000">
            <w:pPr>
              <w:spacing w:after="0"/>
            </w:pPr>
            <w:r>
              <w:rPr>
                <w:sz w:val="17"/>
              </w:rPr>
              <w:t>grande, gratias</w:t>
            </w:r>
          </w:p>
        </w:tc>
      </w:tr>
      <w:tr w:rsidR="00610360" w14:paraId="61CD616C"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7F4CABA2" w14:textId="77777777" w:rsidR="00610360" w:rsidRDefault="00000000">
            <w:pPr>
              <w:spacing w:after="0"/>
            </w:pPr>
            <w:r>
              <w:rPr>
                <w:sz w:val="17"/>
              </w:rPr>
              <w:t>j</w:t>
            </w:r>
          </w:p>
        </w:tc>
        <w:tc>
          <w:tcPr>
            <w:tcW w:w="3456" w:type="dxa"/>
            <w:tcBorders>
              <w:top w:val="single" w:sz="4" w:space="0" w:color="D8E6EC"/>
              <w:left w:val="single" w:sz="4" w:space="0" w:color="D8E6EC"/>
              <w:bottom w:val="single" w:sz="4" w:space="0" w:color="D8E6EC"/>
              <w:right w:val="single" w:sz="4" w:space="0" w:color="D8E6EC"/>
            </w:tcBorders>
            <w:vAlign w:val="center"/>
          </w:tcPr>
          <w:p w14:paraId="3B616229" w14:textId="77777777" w:rsidR="00610360" w:rsidRDefault="00000000">
            <w:pPr>
              <w:spacing w:after="0"/>
            </w:pPr>
            <w:r>
              <w:rPr>
                <w:sz w:val="17"/>
              </w:rPr>
              <w:t>English y</w:t>
            </w:r>
          </w:p>
        </w:tc>
        <w:tc>
          <w:tcPr>
            <w:tcW w:w="3456" w:type="dxa"/>
            <w:tcBorders>
              <w:top w:val="single" w:sz="4" w:space="0" w:color="D8E6EC"/>
              <w:left w:val="single" w:sz="4" w:space="0" w:color="D8E6EC"/>
              <w:bottom w:val="single" w:sz="4" w:space="0" w:color="D8E6EC"/>
              <w:right w:val="single" w:sz="4" w:space="0" w:color="D8E6EC"/>
            </w:tcBorders>
            <w:vAlign w:val="center"/>
          </w:tcPr>
          <w:p w14:paraId="21FF7F8F" w14:textId="77777777" w:rsidR="00610360" w:rsidRDefault="00000000">
            <w:pPr>
              <w:spacing w:after="0"/>
            </w:pPr>
            <w:r>
              <w:rPr>
                <w:sz w:val="17"/>
              </w:rPr>
              <w:t>jurnal = yurnal</w:t>
            </w:r>
          </w:p>
        </w:tc>
      </w:tr>
      <w:tr w:rsidR="00610360" w14:paraId="10B69A7E"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1F1F4939" w14:textId="77777777" w:rsidR="00610360" w:rsidRDefault="00000000">
            <w:pPr>
              <w:spacing w:after="0"/>
            </w:pPr>
            <w:r>
              <w:rPr>
                <w:sz w:val="17"/>
              </w:rPr>
              <w:t>sh</w:t>
            </w:r>
          </w:p>
        </w:tc>
        <w:tc>
          <w:tcPr>
            <w:tcW w:w="3456" w:type="dxa"/>
            <w:tcBorders>
              <w:top w:val="single" w:sz="4" w:space="0" w:color="D8E6EC"/>
              <w:left w:val="single" w:sz="4" w:space="0" w:color="D8E6EC"/>
              <w:bottom w:val="single" w:sz="4" w:space="0" w:color="D8E6EC"/>
              <w:right w:val="single" w:sz="4" w:space="0" w:color="D8E6EC"/>
            </w:tcBorders>
            <w:vAlign w:val="center"/>
          </w:tcPr>
          <w:p w14:paraId="0E48D325" w14:textId="77777777" w:rsidR="00610360" w:rsidRDefault="00000000">
            <w:pPr>
              <w:spacing w:after="0"/>
            </w:pPr>
            <w:r>
              <w:rPr>
                <w:sz w:val="17"/>
              </w:rPr>
              <w:t>English sh</w:t>
            </w:r>
          </w:p>
        </w:tc>
        <w:tc>
          <w:tcPr>
            <w:tcW w:w="3456" w:type="dxa"/>
            <w:tcBorders>
              <w:top w:val="single" w:sz="4" w:space="0" w:color="D8E6EC"/>
              <w:left w:val="single" w:sz="4" w:space="0" w:color="D8E6EC"/>
              <w:bottom w:val="single" w:sz="4" w:space="0" w:color="D8E6EC"/>
              <w:right w:val="single" w:sz="4" w:space="0" w:color="D8E6EC"/>
            </w:tcBorders>
            <w:vAlign w:val="center"/>
          </w:tcPr>
          <w:p w14:paraId="1AD8F834" w14:textId="77777777" w:rsidR="00610360" w:rsidRDefault="00000000">
            <w:pPr>
              <w:spacing w:after="0"/>
            </w:pPr>
            <w:r>
              <w:rPr>
                <w:sz w:val="17"/>
              </w:rPr>
              <w:t>shanse</w:t>
            </w:r>
          </w:p>
        </w:tc>
      </w:tr>
      <w:tr w:rsidR="00610360" w14:paraId="733328CF"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48517EB5" w14:textId="77777777" w:rsidR="00610360" w:rsidRDefault="00000000">
            <w:pPr>
              <w:spacing w:after="0"/>
            </w:pPr>
            <w:r>
              <w:rPr>
                <w:sz w:val="17"/>
              </w:rPr>
              <w:t>ch</w:t>
            </w:r>
          </w:p>
        </w:tc>
        <w:tc>
          <w:tcPr>
            <w:tcW w:w="3456" w:type="dxa"/>
            <w:tcBorders>
              <w:top w:val="single" w:sz="4" w:space="0" w:color="D8E6EC"/>
              <w:left w:val="single" w:sz="4" w:space="0" w:color="D8E6EC"/>
              <w:bottom w:val="single" w:sz="4" w:space="0" w:color="D8E6EC"/>
              <w:right w:val="single" w:sz="4" w:space="0" w:color="D8E6EC"/>
            </w:tcBorders>
            <w:vAlign w:val="center"/>
          </w:tcPr>
          <w:p w14:paraId="7976C2A9" w14:textId="77777777" w:rsidR="00610360" w:rsidRDefault="00000000">
            <w:pPr>
              <w:spacing w:after="0"/>
            </w:pPr>
            <w:r>
              <w:rPr>
                <w:sz w:val="17"/>
              </w:rPr>
              <w:t>English church</w:t>
            </w:r>
          </w:p>
        </w:tc>
        <w:tc>
          <w:tcPr>
            <w:tcW w:w="3456" w:type="dxa"/>
            <w:tcBorders>
              <w:top w:val="single" w:sz="4" w:space="0" w:color="D8E6EC"/>
              <w:left w:val="single" w:sz="4" w:space="0" w:color="D8E6EC"/>
              <w:bottom w:val="single" w:sz="4" w:space="0" w:color="D8E6EC"/>
              <w:right w:val="single" w:sz="4" w:space="0" w:color="D8E6EC"/>
            </w:tcBorders>
            <w:vAlign w:val="center"/>
          </w:tcPr>
          <w:p w14:paraId="5C16D696" w14:textId="77777777" w:rsidR="00610360" w:rsidRDefault="00000000">
            <w:pPr>
              <w:spacing w:after="0"/>
            </w:pPr>
            <w:r>
              <w:rPr>
                <w:sz w:val="17"/>
              </w:rPr>
              <w:t>charta</w:t>
            </w:r>
          </w:p>
        </w:tc>
      </w:tr>
      <w:tr w:rsidR="00610360" w:rsidRPr="00C12360" w14:paraId="478FAF92"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0CB171C2" w14:textId="77777777" w:rsidR="00610360" w:rsidRDefault="00000000">
            <w:pPr>
              <w:spacing w:after="0"/>
            </w:pPr>
            <w:r>
              <w:rPr>
                <w:sz w:val="17"/>
              </w:rPr>
              <w:t>stress</w:t>
            </w:r>
          </w:p>
        </w:tc>
        <w:tc>
          <w:tcPr>
            <w:tcW w:w="3456" w:type="dxa"/>
            <w:tcBorders>
              <w:top w:val="single" w:sz="4" w:space="0" w:color="D8E6EC"/>
              <w:left w:val="single" w:sz="4" w:space="0" w:color="D8E6EC"/>
              <w:bottom w:val="single" w:sz="4" w:space="0" w:color="D8E6EC"/>
              <w:right w:val="single" w:sz="4" w:space="0" w:color="D8E6EC"/>
            </w:tcBorders>
            <w:vAlign w:val="center"/>
          </w:tcPr>
          <w:p w14:paraId="0E65C9F7" w14:textId="77777777" w:rsidR="00610360" w:rsidRDefault="00000000">
            <w:pPr>
              <w:spacing w:after="0"/>
            </w:pPr>
            <w:r>
              <w:rPr>
                <w:sz w:val="17"/>
              </w:rPr>
              <w:t>usually next-to-last syllable</w:t>
            </w:r>
          </w:p>
        </w:tc>
        <w:tc>
          <w:tcPr>
            <w:tcW w:w="3456" w:type="dxa"/>
            <w:tcBorders>
              <w:top w:val="single" w:sz="4" w:space="0" w:color="D8E6EC"/>
              <w:left w:val="single" w:sz="4" w:space="0" w:color="D8E6EC"/>
              <w:bottom w:val="single" w:sz="4" w:space="0" w:color="D8E6EC"/>
              <w:right w:val="single" w:sz="4" w:space="0" w:color="D8E6EC"/>
            </w:tcBorders>
            <w:vAlign w:val="center"/>
          </w:tcPr>
          <w:p w14:paraId="7201BBD4" w14:textId="77777777" w:rsidR="00610360" w:rsidRPr="00C12360" w:rsidRDefault="00000000">
            <w:pPr>
              <w:spacing w:after="0"/>
              <w:rPr>
                <w:lang w:val="es-ES"/>
              </w:rPr>
            </w:pPr>
            <w:proofErr w:type="spellStart"/>
            <w:r w:rsidRPr="00C12360">
              <w:rPr>
                <w:sz w:val="17"/>
                <w:lang w:val="es-ES"/>
              </w:rPr>
              <w:t>cla</w:t>
            </w:r>
            <w:proofErr w:type="spellEnd"/>
            <w:r w:rsidRPr="00C12360">
              <w:rPr>
                <w:sz w:val="17"/>
                <w:lang w:val="es-ES"/>
              </w:rPr>
              <w:t>-</w:t>
            </w:r>
            <w:proofErr w:type="spellStart"/>
            <w:r w:rsidRPr="00C12360">
              <w:rPr>
                <w:sz w:val="17"/>
                <w:lang w:val="es-ES"/>
              </w:rPr>
              <w:t>ra</w:t>
            </w:r>
            <w:proofErr w:type="spellEnd"/>
            <w:r w:rsidRPr="00C12360">
              <w:rPr>
                <w:sz w:val="17"/>
                <w:lang w:val="es-ES"/>
              </w:rPr>
              <w:t>-LIN-ga, fa-MI-</w:t>
            </w:r>
            <w:proofErr w:type="spellStart"/>
            <w:r w:rsidRPr="00C12360">
              <w:rPr>
                <w:sz w:val="17"/>
                <w:lang w:val="es-ES"/>
              </w:rPr>
              <w:t>li</w:t>
            </w:r>
            <w:proofErr w:type="spellEnd"/>
            <w:r w:rsidRPr="00C12360">
              <w:rPr>
                <w:sz w:val="17"/>
                <w:lang w:val="es-ES"/>
              </w:rPr>
              <w:t>-a</w:t>
            </w:r>
          </w:p>
        </w:tc>
      </w:tr>
    </w:tbl>
    <w:p w14:paraId="6E4F621B" w14:textId="77777777" w:rsidR="00610360" w:rsidRDefault="00000000">
      <w:pPr>
        <w:pStyle w:val="Heading2"/>
        <w:spacing w:after="120"/>
      </w:pPr>
      <w:r>
        <w:rPr>
          <w:rFonts w:ascii="Aptos" w:hAnsi="Aptos"/>
        </w:rPr>
        <w:t>Daily pronunciation routine</w:t>
      </w:r>
    </w:p>
    <w:p w14:paraId="76739F7D" w14:textId="77777777" w:rsidR="00610360" w:rsidRDefault="00000000">
      <w:pPr>
        <w:pStyle w:val="ListBullet"/>
        <w:spacing w:after="120"/>
      </w:pPr>
      <w:r>
        <w:t>Say the vowels slowly: a, e, i, o, u.</w:t>
      </w:r>
    </w:p>
    <w:p w14:paraId="4CBA7E03" w14:textId="77777777" w:rsidR="00610360" w:rsidRDefault="00000000">
      <w:pPr>
        <w:pStyle w:val="ListBullet"/>
        <w:spacing w:after="120"/>
      </w:pPr>
      <w:r>
        <w:t>Say the consonant drills: clar, kultura, cel; grande, gratias; jurnal, joven.</w:t>
      </w:r>
    </w:p>
    <w:p w14:paraId="29811FD1" w14:textId="77777777" w:rsidR="00610360" w:rsidRDefault="00000000">
      <w:pPr>
        <w:pStyle w:val="ListBullet"/>
        <w:spacing w:after="120"/>
      </w:pPr>
      <w:r>
        <w:t>Read one sentence three times: once slowly, once normally, once with confidence.</w:t>
      </w:r>
    </w:p>
    <w:p w14:paraId="59AE6FE3" w14:textId="77777777" w:rsidR="00610360" w:rsidRDefault="00000000">
      <w:pPr>
        <w:pStyle w:val="ListBullet"/>
        <w:spacing w:after="120"/>
      </w:pPr>
      <w:r>
        <w:t>Record yourself once per week. Your ear will catch mistakes your eyes miss. Rude, but useful.</w:t>
      </w:r>
    </w:p>
    <w:p w14:paraId="140744F0" w14:textId="77777777" w:rsidR="00610360" w:rsidRDefault="00000000">
      <w:pPr>
        <w:pStyle w:val="Heading2"/>
        <w:spacing w:after="120"/>
      </w:pPr>
      <w:r>
        <w:rPr>
          <w:rFonts w:ascii="Aptos" w:hAnsi="Aptos"/>
        </w:rPr>
        <w:t>Survival Grammar Sheet</w:t>
      </w:r>
    </w:p>
    <w:tbl>
      <w:tblPr>
        <w:tblW w:w="0" w:type="auto"/>
        <w:jc w:val="center"/>
        <w:tblLook w:val="04A0" w:firstRow="1" w:lastRow="0" w:firstColumn="1" w:lastColumn="0" w:noHBand="0" w:noVBand="1"/>
      </w:tblPr>
      <w:tblGrid>
        <w:gridCol w:w="3456"/>
        <w:gridCol w:w="3456"/>
        <w:gridCol w:w="3456"/>
      </w:tblGrid>
      <w:tr w:rsidR="00610360" w14:paraId="48693BED" w14:textId="77777777">
        <w:trPr>
          <w:jc w:val="center"/>
        </w:trPr>
        <w:tc>
          <w:tcPr>
            <w:tcW w:w="3456"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5EC6D1F" w14:textId="77777777" w:rsidR="00610360" w:rsidRDefault="00000000">
            <w:pPr>
              <w:spacing w:after="0"/>
            </w:pPr>
            <w:r>
              <w:rPr>
                <w:b/>
                <w:color w:val="FFFFFF"/>
                <w:sz w:val="17"/>
              </w:rPr>
              <w:t>Meaning</w:t>
            </w:r>
          </w:p>
        </w:tc>
        <w:tc>
          <w:tcPr>
            <w:tcW w:w="3456"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A233879" w14:textId="77777777" w:rsidR="00610360" w:rsidRDefault="00000000">
            <w:pPr>
              <w:spacing w:after="0"/>
            </w:pPr>
            <w:r>
              <w:rPr>
                <w:b/>
                <w:color w:val="FFFFFF"/>
                <w:sz w:val="17"/>
              </w:rPr>
              <w:t>Rule</w:t>
            </w:r>
          </w:p>
        </w:tc>
        <w:tc>
          <w:tcPr>
            <w:tcW w:w="3456"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43A3754" w14:textId="77777777" w:rsidR="00610360" w:rsidRDefault="00000000">
            <w:pPr>
              <w:spacing w:after="0"/>
            </w:pPr>
            <w:r>
              <w:rPr>
                <w:b/>
                <w:color w:val="FFFFFF"/>
                <w:sz w:val="17"/>
              </w:rPr>
              <w:t>Example</w:t>
            </w:r>
          </w:p>
        </w:tc>
      </w:tr>
      <w:tr w:rsidR="00610360" w14:paraId="65C2086A"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082CC599" w14:textId="77777777" w:rsidR="00610360" w:rsidRDefault="00000000">
            <w:pPr>
              <w:spacing w:after="0"/>
            </w:pPr>
            <w:r>
              <w:rPr>
                <w:sz w:val="17"/>
              </w:rPr>
              <w:t>Word order</w:t>
            </w:r>
          </w:p>
        </w:tc>
        <w:tc>
          <w:tcPr>
            <w:tcW w:w="3456" w:type="dxa"/>
            <w:tcBorders>
              <w:top w:val="single" w:sz="4" w:space="0" w:color="D8E6EC"/>
              <w:left w:val="single" w:sz="4" w:space="0" w:color="D8E6EC"/>
              <w:bottom w:val="single" w:sz="4" w:space="0" w:color="D8E6EC"/>
              <w:right w:val="single" w:sz="4" w:space="0" w:color="D8E6EC"/>
            </w:tcBorders>
            <w:vAlign w:val="center"/>
          </w:tcPr>
          <w:p w14:paraId="38A53189" w14:textId="77777777" w:rsidR="00610360" w:rsidRDefault="00000000">
            <w:pPr>
              <w:spacing w:after="0"/>
            </w:pPr>
            <w:r>
              <w:rPr>
                <w:sz w:val="17"/>
              </w:rPr>
              <w:t>Subject + Verb + Object</w:t>
            </w:r>
          </w:p>
        </w:tc>
        <w:tc>
          <w:tcPr>
            <w:tcW w:w="3456" w:type="dxa"/>
            <w:tcBorders>
              <w:top w:val="single" w:sz="4" w:space="0" w:color="D8E6EC"/>
              <w:left w:val="single" w:sz="4" w:space="0" w:color="D8E6EC"/>
              <w:bottom w:val="single" w:sz="4" w:space="0" w:color="D8E6EC"/>
              <w:right w:val="single" w:sz="4" w:space="0" w:color="D8E6EC"/>
            </w:tcBorders>
            <w:vAlign w:val="center"/>
          </w:tcPr>
          <w:p w14:paraId="346A1C07" w14:textId="77777777" w:rsidR="00610360" w:rsidRDefault="00000000">
            <w:pPr>
              <w:spacing w:after="0"/>
            </w:pPr>
            <w:r>
              <w:rPr>
                <w:sz w:val="17"/>
              </w:rPr>
              <w:t>Mi ama musik. = I love music.</w:t>
            </w:r>
          </w:p>
        </w:tc>
      </w:tr>
      <w:tr w:rsidR="00610360" w14:paraId="04DADAA2"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5FC9BC79" w14:textId="77777777" w:rsidR="00610360" w:rsidRDefault="00000000">
            <w:pPr>
              <w:spacing w:after="0"/>
            </w:pPr>
            <w:r>
              <w:rPr>
                <w:sz w:val="17"/>
              </w:rPr>
              <w:t>the</w:t>
            </w:r>
          </w:p>
        </w:tc>
        <w:tc>
          <w:tcPr>
            <w:tcW w:w="3456" w:type="dxa"/>
            <w:tcBorders>
              <w:top w:val="single" w:sz="4" w:space="0" w:color="D8E6EC"/>
              <w:left w:val="single" w:sz="4" w:space="0" w:color="D8E6EC"/>
              <w:bottom w:val="single" w:sz="4" w:space="0" w:color="D8E6EC"/>
              <w:right w:val="single" w:sz="4" w:space="0" w:color="D8E6EC"/>
            </w:tcBorders>
            <w:vAlign w:val="center"/>
          </w:tcPr>
          <w:p w14:paraId="5950525C" w14:textId="77777777" w:rsidR="00610360" w:rsidRDefault="00000000">
            <w:pPr>
              <w:spacing w:after="0"/>
            </w:pPr>
            <w:r>
              <w:rPr>
                <w:sz w:val="17"/>
              </w:rPr>
              <w:t>la</w:t>
            </w:r>
          </w:p>
        </w:tc>
        <w:tc>
          <w:tcPr>
            <w:tcW w:w="3456" w:type="dxa"/>
            <w:tcBorders>
              <w:top w:val="single" w:sz="4" w:space="0" w:color="D8E6EC"/>
              <w:left w:val="single" w:sz="4" w:space="0" w:color="D8E6EC"/>
              <w:bottom w:val="single" w:sz="4" w:space="0" w:color="D8E6EC"/>
              <w:right w:val="single" w:sz="4" w:space="0" w:color="D8E6EC"/>
            </w:tcBorders>
            <w:vAlign w:val="center"/>
          </w:tcPr>
          <w:p w14:paraId="79747C8B" w14:textId="77777777" w:rsidR="00610360" w:rsidRDefault="00000000">
            <w:pPr>
              <w:spacing w:after="0"/>
            </w:pPr>
            <w:r>
              <w:rPr>
                <w:sz w:val="17"/>
              </w:rPr>
              <w:t>la libro = the book</w:t>
            </w:r>
          </w:p>
        </w:tc>
      </w:tr>
      <w:tr w:rsidR="00610360" w14:paraId="4D02416D"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5B022F53" w14:textId="77777777" w:rsidR="00610360" w:rsidRDefault="00000000">
            <w:pPr>
              <w:spacing w:after="0"/>
            </w:pPr>
            <w:r>
              <w:rPr>
                <w:sz w:val="17"/>
              </w:rPr>
              <w:t>a / an / one</w:t>
            </w:r>
          </w:p>
        </w:tc>
        <w:tc>
          <w:tcPr>
            <w:tcW w:w="3456" w:type="dxa"/>
            <w:tcBorders>
              <w:top w:val="single" w:sz="4" w:space="0" w:color="D8E6EC"/>
              <w:left w:val="single" w:sz="4" w:space="0" w:color="D8E6EC"/>
              <w:bottom w:val="single" w:sz="4" w:space="0" w:color="D8E6EC"/>
              <w:right w:val="single" w:sz="4" w:space="0" w:color="D8E6EC"/>
            </w:tcBorders>
            <w:vAlign w:val="center"/>
          </w:tcPr>
          <w:p w14:paraId="7DDE5F03" w14:textId="77777777" w:rsidR="00610360" w:rsidRDefault="00000000">
            <w:pPr>
              <w:spacing w:after="0"/>
            </w:pPr>
            <w:r>
              <w:rPr>
                <w:sz w:val="17"/>
              </w:rPr>
              <w:t>un</w:t>
            </w:r>
          </w:p>
        </w:tc>
        <w:tc>
          <w:tcPr>
            <w:tcW w:w="3456" w:type="dxa"/>
            <w:tcBorders>
              <w:top w:val="single" w:sz="4" w:space="0" w:color="D8E6EC"/>
              <w:left w:val="single" w:sz="4" w:space="0" w:color="D8E6EC"/>
              <w:bottom w:val="single" w:sz="4" w:space="0" w:color="D8E6EC"/>
              <w:right w:val="single" w:sz="4" w:space="0" w:color="D8E6EC"/>
            </w:tcBorders>
            <w:vAlign w:val="center"/>
          </w:tcPr>
          <w:p w14:paraId="56EFEA74" w14:textId="77777777" w:rsidR="00610360" w:rsidRDefault="00000000">
            <w:pPr>
              <w:spacing w:after="0"/>
            </w:pPr>
            <w:r>
              <w:rPr>
                <w:sz w:val="17"/>
              </w:rPr>
              <w:t>un libro = a book</w:t>
            </w:r>
          </w:p>
        </w:tc>
      </w:tr>
      <w:tr w:rsidR="00610360" w14:paraId="5BDF9897"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6A94D1E7" w14:textId="77777777" w:rsidR="00610360" w:rsidRDefault="00000000">
            <w:pPr>
              <w:spacing w:after="0"/>
            </w:pPr>
            <w:r>
              <w:rPr>
                <w:sz w:val="17"/>
              </w:rPr>
              <w:t>plural</w:t>
            </w:r>
          </w:p>
        </w:tc>
        <w:tc>
          <w:tcPr>
            <w:tcW w:w="3456" w:type="dxa"/>
            <w:tcBorders>
              <w:top w:val="single" w:sz="4" w:space="0" w:color="D8E6EC"/>
              <w:left w:val="single" w:sz="4" w:space="0" w:color="D8E6EC"/>
              <w:bottom w:val="single" w:sz="4" w:space="0" w:color="D8E6EC"/>
              <w:right w:val="single" w:sz="4" w:space="0" w:color="D8E6EC"/>
            </w:tcBorders>
            <w:vAlign w:val="center"/>
          </w:tcPr>
          <w:p w14:paraId="6A458CEB" w14:textId="77777777" w:rsidR="00610360" w:rsidRDefault="00000000">
            <w:pPr>
              <w:spacing w:after="0"/>
            </w:pPr>
            <w:r>
              <w:rPr>
                <w:sz w:val="17"/>
              </w:rPr>
              <w:t>-s after vowels, -es after consonants when easier</w:t>
            </w:r>
          </w:p>
        </w:tc>
        <w:tc>
          <w:tcPr>
            <w:tcW w:w="3456" w:type="dxa"/>
            <w:tcBorders>
              <w:top w:val="single" w:sz="4" w:space="0" w:color="D8E6EC"/>
              <w:left w:val="single" w:sz="4" w:space="0" w:color="D8E6EC"/>
              <w:bottom w:val="single" w:sz="4" w:space="0" w:color="D8E6EC"/>
              <w:right w:val="single" w:sz="4" w:space="0" w:color="D8E6EC"/>
            </w:tcBorders>
            <w:vAlign w:val="center"/>
          </w:tcPr>
          <w:p w14:paraId="093BF2D5" w14:textId="77777777" w:rsidR="00610360" w:rsidRDefault="00000000">
            <w:pPr>
              <w:spacing w:after="0"/>
            </w:pPr>
            <w:r>
              <w:rPr>
                <w:sz w:val="17"/>
              </w:rPr>
              <w:t>familia -&gt; familias, nasion -&gt; nasiones</w:t>
            </w:r>
          </w:p>
        </w:tc>
      </w:tr>
      <w:tr w:rsidR="00610360" w:rsidRPr="00C12360" w14:paraId="12B3D1FC"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2BEDB013" w14:textId="77777777" w:rsidR="00610360" w:rsidRDefault="00000000">
            <w:pPr>
              <w:spacing w:after="0"/>
            </w:pPr>
            <w:r>
              <w:rPr>
                <w:sz w:val="17"/>
              </w:rPr>
              <w:t>adjectives</w:t>
            </w:r>
          </w:p>
        </w:tc>
        <w:tc>
          <w:tcPr>
            <w:tcW w:w="3456" w:type="dxa"/>
            <w:tcBorders>
              <w:top w:val="single" w:sz="4" w:space="0" w:color="D8E6EC"/>
              <w:left w:val="single" w:sz="4" w:space="0" w:color="D8E6EC"/>
              <w:bottom w:val="single" w:sz="4" w:space="0" w:color="D8E6EC"/>
              <w:right w:val="single" w:sz="4" w:space="0" w:color="D8E6EC"/>
            </w:tcBorders>
            <w:vAlign w:val="center"/>
          </w:tcPr>
          <w:p w14:paraId="58888CDC" w14:textId="77777777" w:rsidR="00610360" w:rsidRDefault="00000000">
            <w:pPr>
              <w:spacing w:after="0"/>
            </w:pPr>
            <w:r>
              <w:rPr>
                <w:sz w:val="17"/>
              </w:rPr>
              <w:t>usually before noun, no agreement</w:t>
            </w:r>
          </w:p>
        </w:tc>
        <w:tc>
          <w:tcPr>
            <w:tcW w:w="3456" w:type="dxa"/>
            <w:tcBorders>
              <w:top w:val="single" w:sz="4" w:space="0" w:color="D8E6EC"/>
              <w:left w:val="single" w:sz="4" w:space="0" w:color="D8E6EC"/>
              <w:bottom w:val="single" w:sz="4" w:space="0" w:color="D8E6EC"/>
              <w:right w:val="single" w:sz="4" w:space="0" w:color="D8E6EC"/>
            </w:tcBorders>
            <w:vAlign w:val="center"/>
          </w:tcPr>
          <w:p w14:paraId="0990CA76" w14:textId="77777777" w:rsidR="00610360" w:rsidRPr="00C12360" w:rsidRDefault="00000000">
            <w:pPr>
              <w:spacing w:after="0"/>
              <w:rPr>
                <w:lang w:val="es-ES"/>
              </w:rPr>
            </w:pPr>
            <w:r w:rsidRPr="00C12360">
              <w:rPr>
                <w:sz w:val="17"/>
                <w:lang w:val="es-ES"/>
              </w:rPr>
              <w:t xml:space="preserve">un </w:t>
            </w:r>
            <w:proofErr w:type="spellStart"/>
            <w:r w:rsidRPr="00C12360">
              <w:rPr>
                <w:sz w:val="17"/>
                <w:lang w:val="es-ES"/>
              </w:rPr>
              <w:t>clar</w:t>
            </w:r>
            <w:proofErr w:type="spellEnd"/>
            <w:r w:rsidRPr="00C12360">
              <w:rPr>
                <w:sz w:val="17"/>
                <w:lang w:val="es-ES"/>
              </w:rPr>
              <w:t xml:space="preserve"> idea / du </w:t>
            </w:r>
            <w:proofErr w:type="spellStart"/>
            <w:r w:rsidRPr="00C12360">
              <w:rPr>
                <w:sz w:val="17"/>
                <w:lang w:val="es-ES"/>
              </w:rPr>
              <w:t>clar</w:t>
            </w:r>
            <w:proofErr w:type="spellEnd"/>
            <w:r w:rsidRPr="00C12360">
              <w:rPr>
                <w:sz w:val="17"/>
                <w:lang w:val="es-ES"/>
              </w:rPr>
              <w:t xml:space="preserve"> ideas</w:t>
            </w:r>
          </w:p>
        </w:tc>
      </w:tr>
      <w:tr w:rsidR="00610360" w:rsidRPr="00C12360" w14:paraId="66701FB2"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178B5E1B" w14:textId="77777777" w:rsidR="00610360" w:rsidRDefault="00000000">
            <w:pPr>
              <w:spacing w:after="0"/>
            </w:pPr>
            <w:r>
              <w:rPr>
                <w:sz w:val="17"/>
              </w:rPr>
              <w:t>possession</w:t>
            </w:r>
          </w:p>
        </w:tc>
        <w:tc>
          <w:tcPr>
            <w:tcW w:w="3456" w:type="dxa"/>
            <w:tcBorders>
              <w:top w:val="single" w:sz="4" w:space="0" w:color="D8E6EC"/>
              <w:left w:val="single" w:sz="4" w:space="0" w:color="D8E6EC"/>
              <w:bottom w:val="single" w:sz="4" w:space="0" w:color="D8E6EC"/>
              <w:right w:val="single" w:sz="4" w:space="0" w:color="D8E6EC"/>
            </w:tcBorders>
            <w:vAlign w:val="center"/>
          </w:tcPr>
          <w:p w14:paraId="58A5F611" w14:textId="77777777" w:rsidR="00610360" w:rsidRDefault="00000000">
            <w:pPr>
              <w:spacing w:after="0"/>
            </w:pPr>
            <w:r>
              <w:rPr>
                <w:sz w:val="17"/>
              </w:rPr>
              <w:t>de or possessive pronoun</w:t>
            </w:r>
          </w:p>
        </w:tc>
        <w:tc>
          <w:tcPr>
            <w:tcW w:w="3456" w:type="dxa"/>
            <w:tcBorders>
              <w:top w:val="single" w:sz="4" w:space="0" w:color="D8E6EC"/>
              <w:left w:val="single" w:sz="4" w:space="0" w:color="D8E6EC"/>
              <w:bottom w:val="single" w:sz="4" w:space="0" w:color="D8E6EC"/>
              <w:right w:val="single" w:sz="4" w:space="0" w:color="D8E6EC"/>
            </w:tcBorders>
            <w:vAlign w:val="center"/>
          </w:tcPr>
          <w:p w14:paraId="71DDD638" w14:textId="77777777" w:rsidR="00610360" w:rsidRPr="00C12360" w:rsidRDefault="00000000">
            <w:pPr>
              <w:spacing w:after="0"/>
              <w:rPr>
                <w:lang w:val="es-ES"/>
              </w:rPr>
            </w:pPr>
            <w:proofErr w:type="gramStart"/>
            <w:r w:rsidRPr="00C12360">
              <w:rPr>
                <w:sz w:val="17"/>
                <w:lang w:val="es-ES"/>
              </w:rPr>
              <w:t>la libro</w:t>
            </w:r>
            <w:proofErr w:type="gramEnd"/>
            <w:r w:rsidRPr="00C12360">
              <w:rPr>
                <w:sz w:val="17"/>
                <w:lang w:val="es-ES"/>
              </w:rPr>
              <w:t xml:space="preserve"> de mi / mi libro</w:t>
            </w:r>
          </w:p>
        </w:tc>
      </w:tr>
      <w:tr w:rsidR="00610360" w14:paraId="1EB32F2E"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767CEB84" w14:textId="77777777" w:rsidR="00610360" w:rsidRDefault="00000000">
            <w:pPr>
              <w:spacing w:after="0"/>
            </w:pPr>
            <w:r>
              <w:rPr>
                <w:sz w:val="17"/>
              </w:rPr>
              <w:t>not</w:t>
            </w:r>
          </w:p>
        </w:tc>
        <w:tc>
          <w:tcPr>
            <w:tcW w:w="3456" w:type="dxa"/>
            <w:tcBorders>
              <w:top w:val="single" w:sz="4" w:space="0" w:color="D8E6EC"/>
              <w:left w:val="single" w:sz="4" w:space="0" w:color="D8E6EC"/>
              <w:bottom w:val="single" w:sz="4" w:space="0" w:color="D8E6EC"/>
              <w:right w:val="single" w:sz="4" w:space="0" w:color="D8E6EC"/>
            </w:tcBorders>
            <w:vAlign w:val="center"/>
          </w:tcPr>
          <w:p w14:paraId="316430D3" w14:textId="77777777" w:rsidR="00610360" w:rsidRDefault="00000000">
            <w:pPr>
              <w:spacing w:after="0"/>
            </w:pPr>
            <w:r>
              <w:rPr>
                <w:sz w:val="17"/>
              </w:rPr>
              <w:t>ne before verb or marker</w:t>
            </w:r>
          </w:p>
        </w:tc>
        <w:tc>
          <w:tcPr>
            <w:tcW w:w="3456" w:type="dxa"/>
            <w:tcBorders>
              <w:top w:val="single" w:sz="4" w:space="0" w:color="D8E6EC"/>
              <w:left w:val="single" w:sz="4" w:space="0" w:color="D8E6EC"/>
              <w:bottom w:val="single" w:sz="4" w:space="0" w:color="D8E6EC"/>
              <w:right w:val="single" w:sz="4" w:space="0" w:color="D8E6EC"/>
            </w:tcBorders>
            <w:vAlign w:val="center"/>
          </w:tcPr>
          <w:p w14:paraId="6BB1CA85" w14:textId="77777777" w:rsidR="00610360" w:rsidRDefault="00000000">
            <w:pPr>
              <w:spacing w:after="0"/>
            </w:pPr>
            <w:r>
              <w:rPr>
                <w:sz w:val="17"/>
              </w:rPr>
              <w:t>Mi ne komprende.</w:t>
            </w:r>
          </w:p>
        </w:tc>
      </w:tr>
      <w:tr w:rsidR="00610360" w14:paraId="2240CF7C"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5B25A9B0" w14:textId="77777777" w:rsidR="00610360" w:rsidRDefault="00000000">
            <w:pPr>
              <w:spacing w:after="0"/>
            </w:pPr>
            <w:r>
              <w:rPr>
                <w:sz w:val="17"/>
              </w:rPr>
              <w:t>yes/no question</w:t>
            </w:r>
          </w:p>
        </w:tc>
        <w:tc>
          <w:tcPr>
            <w:tcW w:w="3456" w:type="dxa"/>
            <w:tcBorders>
              <w:top w:val="single" w:sz="4" w:space="0" w:color="D8E6EC"/>
              <w:left w:val="single" w:sz="4" w:space="0" w:color="D8E6EC"/>
              <w:bottom w:val="single" w:sz="4" w:space="0" w:color="D8E6EC"/>
              <w:right w:val="single" w:sz="4" w:space="0" w:color="D8E6EC"/>
            </w:tcBorders>
            <w:vAlign w:val="center"/>
          </w:tcPr>
          <w:p w14:paraId="4EEBA4B2" w14:textId="77777777" w:rsidR="00610360" w:rsidRDefault="00000000">
            <w:pPr>
              <w:spacing w:after="0"/>
            </w:pPr>
            <w:r>
              <w:rPr>
                <w:sz w:val="17"/>
              </w:rPr>
              <w:t>ku at beginning</w:t>
            </w:r>
          </w:p>
        </w:tc>
        <w:tc>
          <w:tcPr>
            <w:tcW w:w="3456" w:type="dxa"/>
            <w:tcBorders>
              <w:top w:val="single" w:sz="4" w:space="0" w:color="D8E6EC"/>
              <w:left w:val="single" w:sz="4" w:space="0" w:color="D8E6EC"/>
              <w:bottom w:val="single" w:sz="4" w:space="0" w:color="D8E6EC"/>
              <w:right w:val="single" w:sz="4" w:space="0" w:color="D8E6EC"/>
            </w:tcBorders>
            <w:vAlign w:val="center"/>
          </w:tcPr>
          <w:p w14:paraId="411A1FC0" w14:textId="77777777" w:rsidR="00610360" w:rsidRDefault="00000000">
            <w:pPr>
              <w:spacing w:after="0"/>
            </w:pPr>
            <w:r>
              <w:rPr>
                <w:sz w:val="17"/>
              </w:rPr>
              <w:t>Ku tu komprende?</w:t>
            </w:r>
          </w:p>
        </w:tc>
      </w:tr>
      <w:tr w:rsidR="00610360" w14:paraId="5EA185E1"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2B648D82" w14:textId="77777777" w:rsidR="00610360" w:rsidRDefault="00000000">
            <w:pPr>
              <w:spacing w:after="0"/>
            </w:pPr>
            <w:r>
              <w:rPr>
                <w:sz w:val="17"/>
              </w:rPr>
              <w:t>past</w:t>
            </w:r>
          </w:p>
        </w:tc>
        <w:tc>
          <w:tcPr>
            <w:tcW w:w="3456" w:type="dxa"/>
            <w:tcBorders>
              <w:top w:val="single" w:sz="4" w:space="0" w:color="D8E6EC"/>
              <w:left w:val="single" w:sz="4" w:space="0" w:color="D8E6EC"/>
              <w:bottom w:val="single" w:sz="4" w:space="0" w:color="D8E6EC"/>
              <w:right w:val="single" w:sz="4" w:space="0" w:color="D8E6EC"/>
            </w:tcBorders>
            <w:vAlign w:val="center"/>
          </w:tcPr>
          <w:p w14:paraId="4B957650" w14:textId="77777777" w:rsidR="00610360" w:rsidRDefault="00000000">
            <w:pPr>
              <w:spacing w:after="0"/>
            </w:pPr>
            <w:r>
              <w:rPr>
                <w:sz w:val="17"/>
              </w:rPr>
              <w:t>pa before verb</w:t>
            </w:r>
          </w:p>
        </w:tc>
        <w:tc>
          <w:tcPr>
            <w:tcW w:w="3456" w:type="dxa"/>
            <w:tcBorders>
              <w:top w:val="single" w:sz="4" w:space="0" w:color="D8E6EC"/>
              <w:left w:val="single" w:sz="4" w:space="0" w:color="D8E6EC"/>
              <w:bottom w:val="single" w:sz="4" w:space="0" w:color="D8E6EC"/>
              <w:right w:val="single" w:sz="4" w:space="0" w:color="D8E6EC"/>
            </w:tcBorders>
            <w:vAlign w:val="center"/>
          </w:tcPr>
          <w:p w14:paraId="3FE8BCD8" w14:textId="77777777" w:rsidR="00610360" w:rsidRDefault="00000000">
            <w:pPr>
              <w:spacing w:after="0"/>
            </w:pPr>
            <w:r>
              <w:rPr>
                <w:sz w:val="17"/>
              </w:rPr>
              <w:t>Mi pa visita.</w:t>
            </w:r>
          </w:p>
        </w:tc>
      </w:tr>
      <w:tr w:rsidR="00610360" w14:paraId="030486B0"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7599F9A7" w14:textId="77777777" w:rsidR="00610360" w:rsidRDefault="00000000">
            <w:pPr>
              <w:spacing w:after="0"/>
            </w:pPr>
            <w:r>
              <w:rPr>
                <w:sz w:val="17"/>
              </w:rPr>
              <w:t>future</w:t>
            </w:r>
          </w:p>
        </w:tc>
        <w:tc>
          <w:tcPr>
            <w:tcW w:w="3456" w:type="dxa"/>
            <w:tcBorders>
              <w:top w:val="single" w:sz="4" w:space="0" w:color="D8E6EC"/>
              <w:left w:val="single" w:sz="4" w:space="0" w:color="D8E6EC"/>
              <w:bottom w:val="single" w:sz="4" w:space="0" w:color="D8E6EC"/>
              <w:right w:val="single" w:sz="4" w:space="0" w:color="D8E6EC"/>
            </w:tcBorders>
            <w:vAlign w:val="center"/>
          </w:tcPr>
          <w:p w14:paraId="2F0B719B" w14:textId="77777777" w:rsidR="00610360" w:rsidRDefault="00000000">
            <w:pPr>
              <w:spacing w:after="0"/>
            </w:pPr>
            <w:r>
              <w:rPr>
                <w:sz w:val="17"/>
              </w:rPr>
              <w:t>va before verb</w:t>
            </w:r>
          </w:p>
        </w:tc>
        <w:tc>
          <w:tcPr>
            <w:tcW w:w="3456" w:type="dxa"/>
            <w:tcBorders>
              <w:top w:val="single" w:sz="4" w:space="0" w:color="D8E6EC"/>
              <w:left w:val="single" w:sz="4" w:space="0" w:color="D8E6EC"/>
              <w:bottom w:val="single" w:sz="4" w:space="0" w:color="D8E6EC"/>
              <w:right w:val="single" w:sz="4" w:space="0" w:color="D8E6EC"/>
            </w:tcBorders>
            <w:vAlign w:val="center"/>
          </w:tcPr>
          <w:p w14:paraId="65121D8D" w14:textId="77777777" w:rsidR="00610360" w:rsidRDefault="00000000">
            <w:pPr>
              <w:spacing w:after="0"/>
            </w:pPr>
            <w:r>
              <w:rPr>
                <w:sz w:val="17"/>
              </w:rPr>
              <w:t>Nos va aprende.</w:t>
            </w:r>
          </w:p>
        </w:tc>
      </w:tr>
      <w:tr w:rsidR="00610360" w14:paraId="5D967A1F"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5FAFC6F5" w14:textId="77777777" w:rsidR="00610360" w:rsidRDefault="00000000">
            <w:pPr>
              <w:spacing w:after="0"/>
            </w:pPr>
            <w:r>
              <w:rPr>
                <w:sz w:val="17"/>
              </w:rPr>
              <w:t>now/current</w:t>
            </w:r>
          </w:p>
        </w:tc>
        <w:tc>
          <w:tcPr>
            <w:tcW w:w="3456" w:type="dxa"/>
            <w:tcBorders>
              <w:top w:val="single" w:sz="4" w:space="0" w:color="D8E6EC"/>
              <w:left w:val="single" w:sz="4" w:space="0" w:color="D8E6EC"/>
              <w:bottom w:val="single" w:sz="4" w:space="0" w:color="D8E6EC"/>
              <w:right w:val="single" w:sz="4" w:space="0" w:color="D8E6EC"/>
            </w:tcBorders>
            <w:vAlign w:val="center"/>
          </w:tcPr>
          <w:p w14:paraId="7570879C" w14:textId="77777777" w:rsidR="00610360" w:rsidRDefault="00000000">
            <w:pPr>
              <w:spacing w:after="0"/>
            </w:pPr>
            <w:r>
              <w:rPr>
                <w:sz w:val="17"/>
              </w:rPr>
              <w:t>nu before verb</w:t>
            </w:r>
          </w:p>
        </w:tc>
        <w:tc>
          <w:tcPr>
            <w:tcW w:w="3456" w:type="dxa"/>
            <w:tcBorders>
              <w:top w:val="single" w:sz="4" w:space="0" w:color="D8E6EC"/>
              <w:left w:val="single" w:sz="4" w:space="0" w:color="D8E6EC"/>
              <w:bottom w:val="single" w:sz="4" w:space="0" w:color="D8E6EC"/>
              <w:right w:val="single" w:sz="4" w:space="0" w:color="D8E6EC"/>
            </w:tcBorders>
            <w:vAlign w:val="center"/>
          </w:tcPr>
          <w:p w14:paraId="790F5E02" w14:textId="77777777" w:rsidR="00610360" w:rsidRDefault="00000000">
            <w:pPr>
              <w:spacing w:after="0"/>
            </w:pPr>
            <w:r>
              <w:rPr>
                <w:sz w:val="17"/>
              </w:rPr>
              <w:t>Ela nu lege.</w:t>
            </w:r>
          </w:p>
        </w:tc>
      </w:tr>
      <w:tr w:rsidR="00610360" w14:paraId="34C8B85F" w14:textId="77777777">
        <w:trPr>
          <w:jc w:val="center"/>
        </w:trPr>
        <w:tc>
          <w:tcPr>
            <w:tcW w:w="3456" w:type="dxa"/>
            <w:tcBorders>
              <w:top w:val="single" w:sz="4" w:space="0" w:color="D8E6EC"/>
              <w:left w:val="single" w:sz="4" w:space="0" w:color="D8E6EC"/>
              <w:bottom w:val="single" w:sz="4" w:space="0" w:color="D8E6EC"/>
              <w:right w:val="single" w:sz="4" w:space="0" w:color="D8E6EC"/>
            </w:tcBorders>
            <w:vAlign w:val="center"/>
          </w:tcPr>
          <w:p w14:paraId="70D7D9CA" w14:textId="77777777" w:rsidR="00610360" w:rsidRDefault="00000000">
            <w:pPr>
              <w:spacing w:after="0"/>
            </w:pPr>
            <w:r>
              <w:rPr>
                <w:sz w:val="17"/>
              </w:rPr>
              <w:t>already/perfect</w:t>
            </w:r>
          </w:p>
        </w:tc>
        <w:tc>
          <w:tcPr>
            <w:tcW w:w="3456" w:type="dxa"/>
            <w:tcBorders>
              <w:top w:val="single" w:sz="4" w:space="0" w:color="D8E6EC"/>
              <w:left w:val="single" w:sz="4" w:space="0" w:color="D8E6EC"/>
              <w:bottom w:val="single" w:sz="4" w:space="0" w:color="D8E6EC"/>
              <w:right w:val="single" w:sz="4" w:space="0" w:color="D8E6EC"/>
            </w:tcBorders>
            <w:vAlign w:val="center"/>
          </w:tcPr>
          <w:p w14:paraId="23CB151E" w14:textId="77777777" w:rsidR="00610360" w:rsidRDefault="00000000">
            <w:pPr>
              <w:spacing w:after="0"/>
            </w:pPr>
            <w:r>
              <w:rPr>
                <w:sz w:val="17"/>
              </w:rPr>
              <w:t>ja before verb</w:t>
            </w:r>
          </w:p>
        </w:tc>
        <w:tc>
          <w:tcPr>
            <w:tcW w:w="3456" w:type="dxa"/>
            <w:tcBorders>
              <w:top w:val="single" w:sz="4" w:space="0" w:color="D8E6EC"/>
              <w:left w:val="single" w:sz="4" w:space="0" w:color="D8E6EC"/>
              <w:bottom w:val="single" w:sz="4" w:space="0" w:color="D8E6EC"/>
              <w:right w:val="single" w:sz="4" w:space="0" w:color="D8E6EC"/>
            </w:tcBorders>
            <w:vAlign w:val="center"/>
          </w:tcPr>
          <w:p w14:paraId="40F5E7C1" w14:textId="77777777" w:rsidR="00610360" w:rsidRDefault="00000000">
            <w:pPr>
              <w:spacing w:after="0"/>
            </w:pPr>
            <w:r>
              <w:rPr>
                <w:sz w:val="17"/>
              </w:rPr>
              <w:t>Les ja arriva.</w:t>
            </w:r>
          </w:p>
        </w:tc>
      </w:tr>
    </w:tbl>
    <w:p w14:paraId="1355E583" w14:textId="77777777" w:rsidR="00610360" w:rsidRDefault="00000000">
      <w:pPr>
        <w:spacing w:after="120"/>
      </w:pPr>
      <w:r/>
    </w:p>
    <w:p w14:paraId="615293A0" w14:textId="77777777" w:rsidR="00610360" w:rsidRDefault="00000000">
      <w:pPr>
        <w:pStyle w:val="Heading1"/>
        <w:spacing w:after="120"/>
      </w:pPr>
      <w:r>
        <w:rPr>
          <w:rFonts w:ascii="Aptos" w:hAnsi="Aptos"/>
        </w:rPr>
        <w:t>Lesson 1: Salve - Greetings, Names, and Basic Identity</w:t>
      </w:r>
    </w:p>
    <w:tbl>
      <w:tblPr>
        <w:tblW w:w="0" w:type="auto"/>
        <w:jc w:val="center"/>
        <w:tblLook w:val="04A0" w:firstRow="1" w:lastRow="0" w:firstColumn="1" w:lastColumn="0" w:noHBand="0" w:noVBand="1"/>
      </w:tblPr>
      <w:tblGrid>
        <w:gridCol w:w="10368"/>
      </w:tblGrid>
      <w:tr w:rsidR="00610360" w14:paraId="567ED6A2"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37F65471" w14:textId="77777777" w:rsidR="00610360" w:rsidRDefault="00000000">
            <w:pPr>
              <w:spacing w:after="40"/>
            </w:pPr>
            <w:r>
              <w:rPr>
                <w:b/>
                <w:color w:val="0B2E4A"/>
              </w:rPr>
              <w:t>Lesson goal</w:t>
            </w:r>
          </w:p>
          <w:p w14:paraId="00123B70" w14:textId="77777777" w:rsidR="00610360" w:rsidRDefault="00000000">
            <w:pPr>
              <w:spacing w:after="0"/>
            </w:pPr>
            <w:r>
              <w:rPr>
                <w:sz w:val="18"/>
              </w:rPr>
              <w:t>Introduce yourself, greet another person, and say what something is.</w:t>
            </w:r>
          </w:p>
        </w:tc>
      </w:tr>
    </w:tbl>
    <w:p w14:paraId="5AFCDF5D"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5C42720D"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211EA72"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45BF453"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6B8F6FD"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0E7EB81" w14:textId="77777777" w:rsidR="00610360" w:rsidRDefault="00000000">
            <w:pPr>
              <w:spacing w:after="0"/>
            </w:pPr>
            <w:r>
              <w:rPr>
                <w:b/>
                <w:color w:val="FFFFFF"/>
                <w:sz w:val="17"/>
              </w:rPr>
              <w:t>Say it in a sentence</w:t>
            </w:r>
          </w:p>
        </w:tc>
      </w:tr>
      <w:tr w:rsidR="00610360" w:rsidRPr="00C12360" w14:paraId="36DD3D1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1E53C8" w14:textId="77777777" w:rsidR="00610360" w:rsidRDefault="00000000">
            <w:pPr>
              <w:spacing w:after="0"/>
            </w:pPr>
            <w:r>
              <w:rPr>
                <w:sz w:val="17"/>
              </w:rPr>
              <w:t>salve</w:t>
            </w:r>
          </w:p>
        </w:tc>
        <w:tc>
          <w:tcPr>
            <w:tcW w:w="2592" w:type="dxa"/>
            <w:tcBorders>
              <w:top w:val="single" w:sz="4" w:space="0" w:color="D8E6EC"/>
              <w:left w:val="single" w:sz="4" w:space="0" w:color="D8E6EC"/>
              <w:bottom w:val="single" w:sz="4" w:space="0" w:color="D8E6EC"/>
              <w:right w:val="single" w:sz="4" w:space="0" w:color="D8E6EC"/>
            </w:tcBorders>
            <w:vAlign w:val="center"/>
          </w:tcPr>
          <w:p w14:paraId="32811D03"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E42D196"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46F24A3" w14:textId="77777777" w:rsidR="00610360" w:rsidRPr="00C12360" w:rsidRDefault="00000000">
            <w:pPr>
              <w:spacing w:after="0"/>
              <w:rPr>
                <w:lang w:val="es-ES"/>
              </w:rPr>
            </w:pPr>
            <w:r w:rsidRPr="00C12360">
              <w:rPr>
                <w:sz w:val="17"/>
                <w:lang w:val="es-ES"/>
              </w:rPr>
              <w:t xml:space="preserve">Mi usa salve en </w:t>
            </w:r>
            <w:proofErr w:type="gramStart"/>
            <w:r w:rsidRPr="00C12360">
              <w:rPr>
                <w:sz w:val="17"/>
                <w:lang w:val="es-ES"/>
              </w:rPr>
              <w:t>un frase</w:t>
            </w:r>
            <w:proofErr w:type="gramEnd"/>
            <w:r w:rsidRPr="00C12360">
              <w:rPr>
                <w:sz w:val="17"/>
                <w:lang w:val="es-ES"/>
              </w:rPr>
              <w:t>.</w:t>
            </w:r>
          </w:p>
        </w:tc>
      </w:tr>
      <w:tr w:rsidR="00610360" w:rsidRPr="00C12360" w14:paraId="08E2FE6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07D2D7D" w14:textId="77777777" w:rsidR="00610360" w:rsidRDefault="00000000">
            <w:pPr>
              <w:spacing w:after="0"/>
            </w:pPr>
            <w:proofErr w:type="spellStart"/>
            <w:r>
              <w:rPr>
                <w:sz w:val="17"/>
              </w:rPr>
              <w:t>gratias</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3D46EC9A"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64EFA1C4"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81DC387"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gratias</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4CF0DB4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7460ED5" w14:textId="77777777" w:rsidR="00610360" w:rsidRDefault="00000000">
            <w:pPr>
              <w:spacing w:after="0"/>
            </w:pPr>
            <w:proofErr w:type="spellStart"/>
            <w:r>
              <w:rPr>
                <w:sz w:val="17"/>
              </w:rPr>
              <w:t>plez</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25B3C651"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CCBC918"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0EE9C59"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plez</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6724F6D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F18D735" w14:textId="77777777" w:rsidR="00610360" w:rsidRDefault="00000000">
            <w:pPr>
              <w:spacing w:after="0"/>
            </w:pPr>
            <w:proofErr w:type="spellStart"/>
            <w:r>
              <w:rPr>
                <w:sz w:val="17"/>
              </w:rPr>
              <w:t>pardona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0704F0BD"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63942606"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583AA31"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pardona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642330C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01F46B1" w14:textId="77777777" w:rsidR="00610360" w:rsidRDefault="00000000">
            <w:pPr>
              <w:spacing w:after="0"/>
            </w:pPr>
            <w:proofErr w:type="spellStart"/>
            <w:r>
              <w:rPr>
                <w:sz w:val="17"/>
              </w:rPr>
              <w:t>revider</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AE7B5F1"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63B9686"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70A6074"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revider</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14:paraId="3FB0AFB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1459FB" w14:textId="77777777" w:rsidR="00610360" w:rsidRDefault="00000000">
            <w:pPr>
              <w:spacing w:after="0"/>
            </w:pPr>
            <w:r>
              <w:rPr>
                <w:sz w:val="17"/>
              </w:rPr>
              <w:t>mi</w:t>
            </w:r>
          </w:p>
        </w:tc>
        <w:tc>
          <w:tcPr>
            <w:tcW w:w="2592" w:type="dxa"/>
            <w:tcBorders>
              <w:top w:val="single" w:sz="4" w:space="0" w:color="D8E6EC"/>
              <w:left w:val="single" w:sz="4" w:space="0" w:color="D8E6EC"/>
              <w:bottom w:val="single" w:sz="4" w:space="0" w:color="D8E6EC"/>
              <w:right w:val="single" w:sz="4" w:space="0" w:color="D8E6EC"/>
            </w:tcBorders>
            <w:vAlign w:val="center"/>
          </w:tcPr>
          <w:p w14:paraId="68CCB16C" w14:textId="77777777" w:rsidR="00610360" w:rsidRDefault="00000000">
            <w:pPr>
              <w:spacing w:after="0"/>
            </w:pPr>
            <w:r>
              <w:rPr>
                <w:sz w:val="17"/>
              </w:rPr>
              <w:t>I / me / my</w:t>
            </w:r>
          </w:p>
        </w:tc>
        <w:tc>
          <w:tcPr>
            <w:tcW w:w="2592" w:type="dxa"/>
            <w:tcBorders>
              <w:top w:val="single" w:sz="4" w:space="0" w:color="D8E6EC"/>
              <w:left w:val="single" w:sz="4" w:space="0" w:color="D8E6EC"/>
              <w:bottom w:val="single" w:sz="4" w:space="0" w:color="D8E6EC"/>
              <w:right w:val="single" w:sz="4" w:space="0" w:color="D8E6EC"/>
            </w:tcBorders>
            <w:vAlign w:val="center"/>
          </w:tcPr>
          <w:p w14:paraId="0FBF61C4"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C165466" w14:textId="77777777" w:rsidR="00610360" w:rsidRDefault="00000000">
            <w:pPr>
              <w:spacing w:after="0"/>
            </w:pPr>
            <w:r>
              <w:rPr>
                <w:sz w:val="17"/>
              </w:rPr>
              <w:t>Mi es ici.</w:t>
            </w:r>
          </w:p>
        </w:tc>
      </w:tr>
      <w:tr w:rsidR="00610360" w14:paraId="7085E3D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852A19A" w14:textId="77777777" w:rsidR="00610360" w:rsidRDefault="00000000">
            <w:pPr>
              <w:spacing w:after="0"/>
            </w:pPr>
            <w:r>
              <w:rPr>
                <w:sz w:val="17"/>
              </w:rPr>
              <w:t>tu</w:t>
            </w:r>
          </w:p>
        </w:tc>
        <w:tc>
          <w:tcPr>
            <w:tcW w:w="2592" w:type="dxa"/>
            <w:tcBorders>
              <w:top w:val="single" w:sz="4" w:space="0" w:color="D8E6EC"/>
              <w:left w:val="single" w:sz="4" w:space="0" w:color="D8E6EC"/>
              <w:bottom w:val="single" w:sz="4" w:space="0" w:color="D8E6EC"/>
              <w:right w:val="single" w:sz="4" w:space="0" w:color="D8E6EC"/>
            </w:tcBorders>
            <w:vAlign w:val="center"/>
          </w:tcPr>
          <w:p w14:paraId="150E76C7" w14:textId="77777777" w:rsidR="00610360" w:rsidRDefault="00000000">
            <w:pPr>
              <w:spacing w:after="0"/>
            </w:pPr>
            <w:r>
              <w:rPr>
                <w:sz w:val="17"/>
              </w:rPr>
              <w:t>you / your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66EF5E12"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7F8D812" w14:textId="77777777" w:rsidR="00610360" w:rsidRDefault="00000000">
            <w:pPr>
              <w:spacing w:after="0"/>
            </w:pPr>
            <w:r>
              <w:rPr>
                <w:sz w:val="17"/>
              </w:rPr>
              <w:t>Tu es ici.</w:t>
            </w:r>
          </w:p>
        </w:tc>
      </w:tr>
      <w:tr w:rsidR="00610360" w14:paraId="5235D16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B834709" w14:textId="77777777" w:rsidR="00610360" w:rsidRDefault="00000000">
            <w:pPr>
              <w:spacing w:after="0"/>
            </w:pPr>
            <w:r>
              <w:rPr>
                <w:sz w:val="17"/>
              </w:rPr>
              <w:t>es</w:t>
            </w:r>
          </w:p>
        </w:tc>
        <w:tc>
          <w:tcPr>
            <w:tcW w:w="2592" w:type="dxa"/>
            <w:tcBorders>
              <w:top w:val="single" w:sz="4" w:space="0" w:color="D8E6EC"/>
              <w:left w:val="single" w:sz="4" w:space="0" w:color="D8E6EC"/>
              <w:bottom w:val="single" w:sz="4" w:space="0" w:color="D8E6EC"/>
              <w:right w:val="single" w:sz="4" w:space="0" w:color="D8E6EC"/>
            </w:tcBorders>
            <w:vAlign w:val="center"/>
          </w:tcPr>
          <w:p w14:paraId="5649157C" w14:textId="77777777" w:rsidR="00610360" w:rsidRDefault="00000000">
            <w:pPr>
              <w:spacing w:after="0"/>
            </w:pPr>
            <w:r>
              <w:rPr>
                <w:sz w:val="17"/>
              </w:rPr>
              <w:t>be / is / 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4CCA217E"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173CAC0" w14:textId="77777777" w:rsidR="00610360" w:rsidRDefault="00000000">
            <w:pPr>
              <w:spacing w:after="0"/>
            </w:pPr>
            <w:r>
              <w:rPr>
                <w:sz w:val="17"/>
              </w:rPr>
              <w:t>Mi es.</w:t>
            </w:r>
          </w:p>
        </w:tc>
      </w:tr>
      <w:tr w:rsidR="00610360" w14:paraId="1C309DD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5AF82AF" w14:textId="77777777" w:rsidR="00610360" w:rsidRDefault="00000000">
            <w:pPr>
              <w:spacing w:after="0"/>
            </w:pPr>
            <w:r>
              <w:rPr>
                <w:sz w:val="17"/>
              </w:rPr>
              <w:t>nom</w:t>
            </w:r>
          </w:p>
        </w:tc>
        <w:tc>
          <w:tcPr>
            <w:tcW w:w="2592" w:type="dxa"/>
            <w:tcBorders>
              <w:top w:val="single" w:sz="4" w:space="0" w:color="D8E6EC"/>
              <w:left w:val="single" w:sz="4" w:space="0" w:color="D8E6EC"/>
              <w:bottom w:val="single" w:sz="4" w:space="0" w:color="D8E6EC"/>
              <w:right w:val="single" w:sz="4" w:space="0" w:color="D8E6EC"/>
            </w:tcBorders>
            <w:vAlign w:val="center"/>
          </w:tcPr>
          <w:p w14:paraId="69355B33" w14:textId="77777777" w:rsidR="00610360" w:rsidRDefault="00000000">
            <w:pPr>
              <w:spacing w:after="0"/>
            </w:pPr>
            <w:r>
              <w:rPr>
                <w:sz w:val="17"/>
              </w:rPr>
              <w:t>name</w:t>
            </w:r>
          </w:p>
        </w:tc>
        <w:tc>
          <w:tcPr>
            <w:tcW w:w="2592" w:type="dxa"/>
            <w:tcBorders>
              <w:top w:val="single" w:sz="4" w:space="0" w:color="D8E6EC"/>
              <w:left w:val="single" w:sz="4" w:space="0" w:color="D8E6EC"/>
              <w:bottom w:val="single" w:sz="4" w:space="0" w:color="D8E6EC"/>
              <w:right w:val="single" w:sz="4" w:space="0" w:color="D8E6EC"/>
            </w:tcBorders>
            <w:vAlign w:val="center"/>
          </w:tcPr>
          <w:p w14:paraId="3EF89576"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18A92DA" w14:textId="77777777" w:rsidR="00610360" w:rsidRDefault="00000000">
            <w:pPr>
              <w:spacing w:after="0"/>
            </w:pPr>
            <w:r>
              <w:rPr>
                <w:sz w:val="17"/>
              </w:rPr>
              <w:t>La nom es ici.</w:t>
            </w:r>
          </w:p>
        </w:tc>
      </w:tr>
      <w:tr w:rsidR="00610360" w14:paraId="1F90C75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0254457" w14:textId="77777777" w:rsidR="00610360" w:rsidRDefault="00000000">
            <w:pPr>
              <w:spacing w:after="0"/>
            </w:pPr>
            <w:r>
              <w:rPr>
                <w:sz w:val="17"/>
              </w:rPr>
              <w:t>persona</w:t>
            </w:r>
          </w:p>
        </w:tc>
        <w:tc>
          <w:tcPr>
            <w:tcW w:w="2592" w:type="dxa"/>
            <w:tcBorders>
              <w:top w:val="single" w:sz="4" w:space="0" w:color="D8E6EC"/>
              <w:left w:val="single" w:sz="4" w:space="0" w:color="D8E6EC"/>
              <w:bottom w:val="single" w:sz="4" w:space="0" w:color="D8E6EC"/>
              <w:right w:val="single" w:sz="4" w:space="0" w:color="D8E6EC"/>
            </w:tcBorders>
            <w:vAlign w:val="center"/>
          </w:tcPr>
          <w:p w14:paraId="00BB664C" w14:textId="77777777" w:rsidR="00610360" w:rsidRDefault="00000000">
            <w:pPr>
              <w:spacing w:after="0"/>
            </w:pPr>
            <w:r>
              <w:rPr>
                <w:sz w:val="17"/>
              </w:rPr>
              <w:t>person</w:t>
            </w:r>
          </w:p>
        </w:tc>
        <w:tc>
          <w:tcPr>
            <w:tcW w:w="2592" w:type="dxa"/>
            <w:tcBorders>
              <w:top w:val="single" w:sz="4" w:space="0" w:color="D8E6EC"/>
              <w:left w:val="single" w:sz="4" w:space="0" w:color="D8E6EC"/>
              <w:bottom w:val="single" w:sz="4" w:space="0" w:color="D8E6EC"/>
              <w:right w:val="single" w:sz="4" w:space="0" w:color="D8E6EC"/>
            </w:tcBorders>
            <w:vAlign w:val="center"/>
          </w:tcPr>
          <w:p w14:paraId="305016ED"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B8C471C" w14:textId="77777777" w:rsidR="00610360" w:rsidRDefault="00000000">
            <w:pPr>
              <w:spacing w:after="0"/>
            </w:pPr>
            <w:r>
              <w:rPr>
                <w:sz w:val="17"/>
              </w:rPr>
              <w:t>La persona es ici.</w:t>
            </w:r>
          </w:p>
        </w:tc>
      </w:tr>
      <w:tr w:rsidR="00610360" w14:paraId="1BB4E5D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03B2ADC" w14:textId="77777777" w:rsidR="00610360" w:rsidRDefault="00000000">
            <w:pPr>
              <w:spacing w:after="0"/>
            </w:pPr>
            <w:r>
              <w:rPr>
                <w:sz w:val="17"/>
              </w:rPr>
              <w:t>linga</w:t>
            </w:r>
          </w:p>
        </w:tc>
        <w:tc>
          <w:tcPr>
            <w:tcW w:w="2592" w:type="dxa"/>
            <w:tcBorders>
              <w:top w:val="single" w:sz="4" w:space="0" w:color="D8E6EC"/>
              <w:left w:val="single" w:sz="4" w:space="0" w:color="D8E6EC"/>
              <w:bottom w:val="single" w:sz="4" w:space="0" w:color="D8E6EC"/>
              <w:right w:val="single" w:sz="4" w:space="0" w:color="D8E6EC"/>
            </w:tcBorders>
            <w:vAlign w:val="center"/>
          </w:tcPr>
          <w:p w14:paraId="48E7ED23" w14:textId="77777777" w:rsidR="00610360" w:rsidRDefault="00000000">
            <w:pPr>
              <w:spacing w:after="0"/>
            </w:pPr>
            <w:r>
              <w:rPr>
                <w:sz w:val="17"/>
              </w:rPr>
              <w:t>language</w:t>
            </w:r>
          </w:p>
        </w:tc>
        <w:tc>
          <w:tcPr>
            <w:tcW w:w="2592" w:type="dxa"/>
            <w:tcBorders>
              <w:top w:val="single" w:sz="4" w:space="0" w:color="D8E6EC"/>
              <w:left w:val="single" w:sz="4" w:space="0" w:color="D8E6EC"/>
              <w:bottom w:val="single" w:sz="4" w:space="0" w:color="D8E6EC"/>
              <w:right w:val="single" w:sz="4" w:space="0" w:color="D8E6EC"/>
            </w:tcBorders>
            <w:vAlign w:val="center"/>
          </w:tcPr>
          <w:p w14:paraId="0481242F"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955CD61" w14:textId="77777777" w:rsidR="00610360" w:rsidRDefault="00000000">
            <w:pPr>
              <w:spacing w:after="0"/>
            </w:pPr>
            <w:r>
              <w:rPr>
                <w:sz w:val="17"/>
              </w:rPr>
              <w:t>Mi usa la linga.</w:t>
            </w:r>
          </w:p>
        </w:tc>
      </w:tr>
      <w:tr w:rsidR="00610360" w:rsidRPr="00C12360" w14:paraId="42F05D5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E16C21" w14:textId="77777777" w:rsidR="00610360" w:rsidRDefault="00000000">
            <w:pPr>
              <w:spacing w:after="0"/>
            </w:pPr>
            <w:r>
              <w:rPr>
                <w:sz w:val="17"/>
              </w:rPr>
              <w:t>Claralinga</w:t>
            </w:r>
          </w:p>
        </w:tc>
        <w:tc>
          <w:tcPr>
            <w:tcW w:w="2592" w:type="dxa"/>
            <w:tcBorders>
              <w:top w:val="single" w:sz="4" w:space="0" w:color="D8E6EC"/>
              <w:left w:val="single" w:sz="4" w:space="0" w:color="D8E6EC"/>
              <w:bottom w:val="single" w:sz="4" w:space="0" w:color="D8E6EC"/>
              <w:right w:val="single" w:sz="4" w:space="0" w:color="D8E6EC"/>
            </w:tcBorders>
            <w:vAlign w:val="center"/>
          </w:tcPr>
          <w:p w14:paraId="33FDE25D"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DE1E25A"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DB564FF"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Claralinga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14:paraId="46ABBDD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A3A5A48" w14:textId="77777777" w:rsidR="00610360" w:rsidRDefault="00000000">
            <w:pPr>
              <w:spacing w:after="0"/>
            </w:pPr>
            <w:r>
              <w:rPr>
                <w:sz w:val="17"/>
              </w:rPr>
              <w:t>bon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BA6370D" w14:textId="77777777" w:rsidR="00610360" w:rsidRDefault="00000000">
            <w:pPr>
              <w:spacing w:after="0"/>
            </w:pPr>
            <w:r>
              <w:rPr>
                <w:sz w:val="17"/>
              </w:rPr>
              <w:t>good</w:t>
            </w:r>
          </w:p>
        </w:tc>
        <w:tc>
          <w:tcPr>
            <w:tcW w:w="2592" w:type="dxa"/>
            <w:tcBorders>
              <w:top w:val="single" w:sz="4" w:space="0" w:color="D8E6EC"/>
              <w:left w:val="single" w:sz="4" w:space="0" w:color="D8E6EC"/>
              <w:bottom w:val="single" w:sz="4" w:space="0" w:color="D8E6EC"/>
              <w:right w:val="single" w:sz="4" w:space="0" w:color="D8E6EC"/>
            </w:tcBorders>
            <w:vAlign w:val="center"/>
          </w:tcPr>
          <w:p w14:paraId="429ABEB8"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593803F" w14:textId="77777777" w:rsidR="00610360" w:rsidRDefault="00000000">
            <w:pPr>
              <w:spacing w:after="0"/>
            </w:pPr>
            <w:r>
              <w:rPr>
                <w:sz w:val="17"/>
              </w:rPr>
              <w:t>La idea es bon.</w:t>
            </w:r>
          </w:p>
        </w:tc>
      </w:tr>
      <w:tr w:rsidR="00610360" w14:paraId="52FE474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59EA97C" w14:textId="77777777" w:rsidR="00610360" w:rsidRDefault="00000000">
            <w:pPr>
              <w:spacing w:after="0"/>
            </w:pPr>
            <w:r>
              <w:rPr>
                <w:sz w:val="17"/>
              </w:rPr>
              <w:t>bene</w:t>
            </w:r>
          </w:p>
        </w:tc>
        <w:tc>
          <w:tcPr>
            <w:tcW w:w="2592" w:type="dxa"/>
            <w:tcBorders>
              <w:top w:val="single" w:sz="4" w:space="0" w:color="D8E6EC"/>
              <w:left w:val="single" w:sz="4" w:space="0" w:color="D8E6EC"/>
              <w:bottom w:val="single" w:sz="4" w:space="0" w:color="D8E6EC"/>
              <w:right w:val="single" w:sz="4" w:space="0" w:color="D8E6EC"/>
            </w:tcBorders>
            <w:vAlign w:val="center"/>
          </w:tcPr>
          <w:p w14:paraId="72D8E5B7" w14:textId="77777777" w:rsidR="00610360" w:rsidRDefault="00000000">
            <w:pPr>
              <w:spacing w:after="0"/>
            </w:pPr>
            <w:r>
              <w:rPr>
                <w:sz w:val="17"/>
              </w:rPr>
              <w:t>well</w:t>
            </w:r>
          </w:p>
        </w:tc>
        <w:tc>
          <w:tcPr>
            <w:tcW w:w="2592" w:type="dxa"/>
            <w:tcBorders>
              <w:top w:val="single" w:sz="4" w:space="0" w:color="D8E6EC"/>
              <w:left w:val="single" w:sz="4" w:space="0" w:color="D8E6EC"/>
              <w:bottom w:val="single" w:sz="4" w:space="0" w:color="D8E6EC"/>
              <w:right w:val="single" w:sz="4" w:space="0" w:color="D8E6EC"/>
            </w:tcBorders>
            <w:vAlign w:val="center"/>
          </w:tcPr>
          <w:p w14:paraId="05F19E5C"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2154F316" w14:textId="77777777" w:rsidR="00610360" w:rsidRDefault="00000000">
            <w:pPr>
              <w:spacing w:after="0"/>
            </w:pPr>
            <w:r>
              <w:rPr>
                <w:sz w:val="17"/>
              </w:rPr>
              <w:t>Mi bene.</w:t>
            </w:r>
          </w:p>
        </w:tc>
      </w:tr>
      <w:tr w:rsidR="00610360" w14:paraId="6A8BFA3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01D9D9" w14:textId="77777777" w:rsidR="00610360" w:rsidRDefault="00000000">
            <w:pPr>
              <w:spacing w:after="0"/>
            </w:pPr>
            <w:r>
              <w:rPr>
                <w:sz w:val="17"/>
              </w:rPr>
              <w:t>clar</w:t>
            </w:r>
          </w:p>
        </w:tc>
        <w:tc>
          <w:tcPr>
            <w:tcW w:w="2592" w:type="dxa"/>
            <w:tcBorders>
              <w:top w:val="single" w:sz="4" w:space="0" w:color="D8E6EC"/>
              <w:left w:val="single" w:sz="4" w:space="0" w:color="D8E6EC"/>
              <w:bottom w:val="single" w:sz="4" w:space="0" w:color="D8E6EC"/>
              <w:right w:val="single" w:sz="4" w:space="0" w:color="D8E6EC"/>
            </w:tcBorders>
            <w:vAlign w:val="center"/>
          </w:tcPr>
          <w:p w14:paraId="620F05E3" w14:textId="77777777" w:rsidR="00610360" w:rsidRDefault="00000000">
            <w:pPr>
              <w:spacing w:after="0"/>
            </w:pPr>
            <w:r>
              <w:rPr>
                <w:sz w:val="17"/>
              </w:rPr>
              <w:t>clear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7561CE2C" w14:textId="77777777" w:rsidR="00610360" w:rsidRDefault="00000000">
            <w:pPr>
              <w:spacing w:after="0"/>
            </w:pPr>
            <w:r>
              <w:rPr>
                <w:sz w:val="17"/>
              </w:rPr>
              <w:t>root/adjective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42F6D96" w14:textId="77777777" w:rsidR="00610360" w:rsidRDefault="00000000">
            <w:pPr>
              <w:spacing w:after="0"/>
            </w:pPr>
            <w:r>
              <w:rPr>
                <w:sz w:val="17"/>
              </w:rPr>
              <w:t>La idea es clar.</w:t>
            </w:r>
          </w:p>
        </w:tc>
      </w:tr>
      <w:tr w:rsidR="00610360" w14:paraId="4CAC0C9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0B114F" w14:textId="77777777" w:rsidR="00610360" w:rsidRDefault="00000000">
            <w:pPr>
              <w:spacing w:after="0"/>
            </w:pPr>
            <w:r>
              <w:rPr>
                <w:sz w:val="17"/>
              </w:rPr>
              <w:t>simple</w:t>
            </w:r>
          </w:p>
        </w:tc>
        <w:tc>
          <w:tcPr>
            <w:tcW w:w="2592" w:type="dxa"/>
            <w:tcBorders>
              <w:top w:val="single" w:sz="4" w:space="0" w:color="D8E6EC"/>
              <w:left w:val="single" w:sz="4" w:space="0" w:color="D8E6EC"/>
              <w:bottom w:val="single" w:sz="4" w:space="0" w:color="D8E6EC"/>
              <w:right w:val="single" w:sz="4" w:space="0" w:color="D8E6EC"/>
            </w:tcBorders>
            <w:vAlign w:val="center"/>
          </w:tcPr>
          <w:p w14:paraId="1EA3CACF" w14:textId="77777777" w:rsidR="00610360" w:rsidRDefault="00000000">
            <w:pPr>
              <w:spacing w:after="0"/>
            </w:pPr>
            <w:r>
              <w:rPr>
                <w:sz w:val="17"/>
              </w:rPr>
              <w:t>simple</w:t>
            </w:r>
          </w:p>
        </w:tc>
        <w:tc>
          <w:tcPr>
            <w:tcW w:w="2592" w:type="dxa"/>
            <w:tcBorders>
              <w:top w:val="single" w:sz="4" w:space="0" w:color="D8E6EC"/>
              <w:left w:val="single" w:sz="4" w:space="0" w:color="D8E6EC"/>
              <w:bottom w:val="single" w:sz="4" w:space="0" w:color="D8E6EC"/>
              <w:right w:val="single" w:sz="4" w:space="0" w:color="D8E6EC"/>
            </w:tcBorders>
            <w:vAlign w:val="center"/>
          </w:tcPr>
          <w:p w14:paraId="0CA82924"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A3EF790" w14:textId="77777777" w:rsidR="00610360" w:rsidRDefault="00000000">
            <w:pPr>
              <w:spacing w:after="0"/>
            </w:pPr>
            <w:r>
              <w:rPr>
                <w:sz w:val="17"/>
              </w:rPr>
              <w:t>La idea es simple.</w:t>
            </w:r>
          </w:p>
        </w:tc>
      </w:tr>
      <w:tr w:rsidR="00610360" w14:paraId="6649FEA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F6C601C" w14:textId="77777777" w:rsidR="00610360" w:rsidRDefault="00000000">
            <w:pPr>
              <w:spacing w:after="0"/>
            </w:pPr>
            <w:r>
              <w:rPr>
                <w:sz w:val="17"/>
              </w:rPr>
              <w:t>amik</w:t>
            </w:r>
          </w:p>
        </w:tc>
        <w:tc>
          <w:tcPr>
            <w:tcW w:w="2592" w:type="dxa"/>
            <w:tcBorders>
              <w:top w:val="single" w:sz="4" w:space="0" w:color="D8E6EC"/>
              <w:left w:val="single" w:sz="4" w:space="0" w:color="D8E6EC"/>
              <w:bottom w:val="single" w:sz="4" w:space="0" w:color="D8E6EC"/>
              <w:right w:val="single" w:sz="4" w:space="0" w:color="D8E6EC"/>
            </w:tcBorders>
            <w:vAlign w:val="center"/>
          </w:tcPr>
          <w:p w14:paraId="7BB00F26" w14:textId="77777777" w:rsidR="00610360" w:rsidRDefault="00000000">
            <w:pPr>
              <w:spacing w:after="0"/>
            </w:pPr>
            <w:r>
              <w:rPr>
                <w:sz w:val="17"/>
              </w:rPr>
              <w:t>friend</w:t>
            </w:r>
          </w:p>
        </w:tc>
        <w:tc>
          <w:tcPr>
            <w:tcW w:w="2592" w:type="dxa"/>
            <w:tcBorders>
              <w:top w:val="single" w:sz="4" w:space="0" w:color="D8E6EC"/>
              <w:left w:val="single" w:sz="4" w:space="0" w:color="D8E6EC"/>
              <w:bottom w:val="single" w:sz="4" w:space="0" w:color="D8E6EC"/>
              <w:right w:val="single" w:sz="4" w:space="0" w:color="D8E6EC"/>
            </w:tcBorders>
            <w:vAlign w:val="center"/>
          </w:tcPr>
          <w:p w14:paraId="2C42241C"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0701108" w14:textId="77777777" w:rsidR="00610360" w:rsidRDefault="00000000">
            <w:pPr>
              <w:spacing w:after="0"/>
            </w:pPr>
            <w:r>
              <w:rPr>
                <w:sz w:val="17"/>
              </w:rPr>
              <w:t>La amik es ici.</w:t>
            </w:r>
          </w:p>
        </w:tc>
      </w:tr>
      <w:tr w:rsidR="00610360" w14:paraId="26BD68A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FBA2C19" w14:textId="77777777" w:rsidR="00610360" w:rsidRDefault="00000000">
            <w:pPr>
              <w:spacing w:after="0"/>
            </w:pPr>
            <w:r>
              <w:rPr>
                <w:sz w:val="17"/>
              </w:rPr>
              <w:t>parla</w:t>
            </w:r>
          </w:p>
        </w:tc>
        <w:tc>
          <w:tcPr>
            <w:tcW w:w="2592" w:type="dxa"/>
            <w:tcBorders>
              <w:top w:val="single" w:sz="4" w:space="0" w:color="D8E6EC"/>
              <w:left w:val="single" w:sz="4" w:space="0" w:color="D8E6EC"/>
              <w:bottom w:val="single" w:sz="4" w:space="0" w:color="D8E6EC"/>
              <w:right w:val="single" w:sz="4" w:space="0" w:color="D8E6EC"/>
            </w:tcBorders>
            <w:vAlign w:val="center"/>
          </w:tcPr>
          <w:p w14:paraId="643A9691" w14:textId="77777777" w:rsidR="00610360" w:rsidRDefault="00000000">
            <w:pPr>
              <w:spacing w:after="0"/>
            </w:pPr>
            <w:r>
              <w:rPr>
                <w:sz w:val="17"/>
              </w:rPr>
              <w:t>speak</w:t>
            </w:r>
          </w:p>
        </w:tc>
        <w:tc>
          <w:tcPr>
            <w:tcW w:w="2592" w:type="dxa"/>
            <w:tcBorders>
              <w:top w:val="single" w:sz="4" w:space="0" w:color="D8E6EC"/>
              <w:left w:val="single" w:sz="4" w:space="0" w:color="D8E6EC"/>
              <w:bottom w:val="single" w:sz="4" w:space="0" w:color="D8E6EC"/>
              <w:right w:val="single" w:sz="4" w:space="0" w:color="D8E6EC"/>
            </w:tcBorders>
            <w:vAlign w:val="center"/>
          </w:tcPr>
          <w:p w14:paraId="36AF3090"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9E6CFC3" w14:textId="77777777" w:rsidR="00610360" w:rsidRDefault="00000000">
            <w:pPr>
              <w:spacing w:after="0"/>
            </w:pPr>
            <w:r>
              <w:rPr>
                <w:sz w:val="17"/>
              </w:rPr>
              <w:t>Mi parla.</w:t>
            </w:r>
          </w:p>
        </w:tc>
      </w:tr>
      <w:tr w:rsidR="00610360" w14:paraId="63D2FB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B6559A3" w14:textId="77777777" w:rsidR="00610360" w:rsidRDefault="00000000">
            <w:pPr>
              <w:spacing w:after="0"/>
            </w:pPr>
            <w:r>
              <w:rPr>
                <w:sz w:val="17"/>
              </w:rPr>
              <w:t>aprende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0A2CA32D" w14:textId="77777777" w:rsidR="00610360" w:rsidRDefault="00000000">
            <w:pPr>
              <w:spacing w:after="0"/>
            </w:pPr>
            <w:r>
              <w:rPr>
                <w:sz w:val="17"/>
              </w:rPr>
              <w:t>learn</w:t>
            </w:r>
          </w:p>
        </w:tc>
        <w:tc>
          <w:tcPr>
            <w:tcW w:w="2592" w:type="dxa"/>
            <w:tcBorders>
              <w:top w:val="single" w:sz="4" w:space="0" w:color="D8E6EC"/>
              <w:left w:val="single" w:sz="4" w:space="0" w:color="D8E6EC"/>
              <w:bottom w:val="single" w:sz="4" w:space="0" w:color="D8E6EC"/>
              <w:right w:val="single" w:sz="4" w:space="0" w:color="D8E6EC"/>
            </w:tcBorders>
            <w:vAlign w:val="center"/>
          </w:tcPr>
          <w:p w14:paraId="6D7CAA78"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2A4B57A" w14:textId="77777777" w:rsidR="00610360" w:rsidRDefault="00000000">
            <w:pPr>
              <w:spacing w:after="0"/>
            </w:pPr>
            <w:r>
              <w:rPr>
                <w:sz w:val="17"/>
              </w:rPr>
              <w:t>Mi aprende.</w:t>
            </w:r>
          </w:p>
        </w:tc>
      </w:tr>
      <w:tr w:rsidR="00610360" w:rsidRPr="00C12360" w14:paraId="751C000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F9442F" w14:textId="77777777" w:rsidR="00610360" w:rsidRDefault="00000000">
            <w:pPr>
              <w:spacing w:after="0"/>
            </w:pPr>
            <w:r>
              <w:rPr>
                <w:sz w:val="17"/>
              </w:rPr>
              <w:t>kom</w:t>
            </w:r>
          </w:p>
        </w:tc>
        <w:tc>
          <w:tcPr>
            <w:tcW w:w="2592" w:type="dxa"/>
            <w:tcBorders>
              <w:top w:val="single" w:sz="4" w:space="0" w:color="D8E6EC"/>
              <w:left w:val="single" w:sz="4" w:space="0" w:color="D8E6EC"/>
              <w:bottom w:val="single" w:sz="4" w:space="0" w:color="D8E6EC"/>
              <w:right w:val="single" w:sz="4" w:space="0" w:color="D8E6EC"/>
            </w:tcBorders>
            <w:vAlign w:val="center"/>
          </w:tcPr>
          <w:p w14:paraId="08B98A15" w14:textId="77777777" w:rsidR="00610360" w:rsidRDefault="00000000">
            <w:pPr>
              <w:spacing w:after="0"/>
            </w:pPr>
            <w:r>
              <w:rPr>
                <w:sz w:val="17"/>
              </w:rPr>
              <w:t>how / as</w:t>
            </w:r>
          </w:p>
        </w:tc>
        <w:tc>
          <w:tcPr>
            <w:tcW w:w="2592" w:type="dxa"/>
            <w:tcBorders>
              <w:top w:val="single" w:sz="4" w:space="0" w:color="D8E6EC"/>
              <w:left w:val="single" w:sz="4" w:space="0" w:color="D8E6EC"/>
              <w:bottom w:val="single" w:sz="4" w:space="0" w:color="D8E6EC"/>
              <w:right w:val="single" w:sz="4" w:space="0" w:color="D8E6EC"/>
            </w:tcBorders>
            <w:vAlign w:val="center"/>
          </w:tcPr>
          <w:p w14:paraId="50F2F449"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3927841"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kom</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bl>
    <w:p w14:paraId="4E39B8AD"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268099B8"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76E9E3D"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9B95864" w14:textId="77777777" w:rsidR="00610360" w:rsidRDefault="00000000">
            <w:pPr>
              <w:spacing w:after="0"/>
            </w:pPr>
            <w:r>
              <w:rPr>
                <w:b/>
                <w:color w:val="FFFFFF"/>
                <w:sz w:val="17"/>
              </w:rPr>
              <w:t>English</w:t>
            </w:r>
          </w:p>
        </w:tc>
      </w:tr>
      <w:tr w:rsidR="00610360" w14:paraId="24888C81"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E95F3D3" w14:textId="77777777" w:rsidR="00610360" w:rsidRDefault="00000000">
            <w:pPr>
              <w:spacing w:after="0"/>
            </w:pPr>
            <w:r>
              <w:rPr>
                <w:sz w:val="17"/>
              </w:rPr>
              <w:t>Mi nom es Ana.</w:t>
            </w:r>
          </w:p>
        </w:tc>
        <w:tc>
          <w:tcPr>
            <w:tcW w:w="5184" w:type="dxa"/>
            <w:tcBorders>
              <w:top w:val="single" w:sz="4" w:space="0" w:color="D8E6EC"/>
              <w:left w:val="single" w:sz="4" w:space="0" w:color="D8E6EC"/>
              <w:bottom w:val="single" w:sz="4" w:space="0" w:color="D8E6EC"/>
              <w:right w:val="single" w:sz="4" w:space="0" w:color="D8E6EC"/>
            </w:tcBorders>
            <w:vAlign w:val="center"/>
          </w:tcPr>
          <w:p w14:paraId="49B7A02C" w14:textId="77777777" w:rsidR="00610360" w:rsidRDefault="00000000">
            <w:pPr>
              <w:spacing w:after="0"/>
            </w:pPr>
            <w:r>
              <w:rPr>
                <w:sz w:val="17"/>
              </w:rPr>
              <w:t>My name is Ana.</w:t>
            </w:r>
          </w:p>
        </w:tc>
      </w:tr>
      <w:tr w:rsidR="00610360" w14:paraId="6983AE5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5830682" w14:textId="77777777" w:rsidR="00610360" w:rsidRDefault="00000000">
            <w:pPr>
              <w:spacing w:after="0"/>
            </w:pPr>
            <w:r>
              <w:rPr>
                <w:sz w:val="17"/>
              </w:rPr>
              <w:t>Tu es un amik.</w:t>
            </w:r>
          </w:p>
        </w:tc>
        <w:tc>
          <w:tcPr>
            <w:tcW w:w="5184" w:type="dxa"/>
            <w:tcBorders>
              <w:top w:val="single" w:sz="4" w:space="0" w:color="D8E6EC"/>
              <w:left w:val="single" w:sz="4" w:space="0" w:color="D8E6EC"/>
              <w:bottom w:val="single" w:sz="4" w:space="0" w:color="D8E6EC"/>
              <w:right w:val="single" w:sz="4" w:space="0" w:color="D8E6EC"/>
            </w:tcBorders>
            <w:vAlign w:val="center"/>
          </w:tcPr>
          <w:p w14:paraId="2E9D744E" w14:textId="77777777" w:rsidR="00610360" w:rsidRDefault="00000000">
            <w:pPr>
              <w:spacing w:after="0"/>
            </w:pPr>
            <w:r>
              <w:rPr>
                <w:sz w:val="17"/>
              </w:rPr>
              <w:t>You are a friend.</w:t>
            </w:r>
          </w:p>
        </w:tc>
      </w:tr>
      <w:tr w:rsidR="00610360" w14:paraId="77826AF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BC385C2" w14:textId="77777777" w:rsidR="00610360" w:rsidRDefault="00000000">
            <w:pPr>
              <w:spacing w:after="0"/>
            </w:pPr>
            <w:r>
              <w:rPr>
                <w:sz w:val="17"/>
              </w:rPr>
              <w:t>Mi nu aprende Claralinga.</w:t>
            </w:r>
          </w:p>
        </w:tc>
        <w:tc>
          <w:tcPr>
            <w:tcW w:w="5184" w:type="dxa"/>
            <w:tcBorders>
              <w:top w:val="single" w:sz="4" w:space="0" w:color="D8E6EC"/>
              <w:left w:val="single" w:sz="4" w:space="0" w:color="D8E6EC"/>
              <w:bottom w:val="single" w:sz="4" w:space="0" w:color="D8E6EC"/>
              <w:right w:val="single" w:sz="4" w:space="0" w:color="D8E6EC"/>
            </w:tcBorders>
            <w:vAlign w:val="center"/>
          </w:tcPr>
          <w:p w14:paraId="16EF5AFD" w14:textId="77777777" w:rsidR="00610360" w:rsidRDefault="00000000">
            <w:pPr>
              <w:spacing w:after="0"/>
            </w:pPr>
            <w:r>
              <w:rPr>
                <w:sz w:val="17"/>
              </w:rPr>
              <w:t>I am learning Claralinga.</w:t>
            </w:r>
          </w:p>
        </w:tc>
      </w:tr>
      <w:tr w:rsidR="00610360" w14:paraId="4A102AE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14E2B0B" w14:textId="77777777" w:rsidR="00610360" w:rsidRDefault="00000000">
            <w:pPr>
              <w:spacing w:after="0"/>
            </w:pPr>
            <w:r>
              <w:rPr>
                <w:sz w:val="17"/>
              </w:rPr>
              <w:t>Kom tu es?</w:t>
            </w:r>
          </w:p>
        </w:tc>
        <w:tc>
          <w:tcPr>
            <w:tcW w:w="5184" w:type="dxa"/>
            <w:tcBorders>
              <w:top w:val="single" w:sz="4" w:space="0" w:color="D8E6EC"/>
              <w:left w:val="single" w:sz="4" w:space="0" w:color="D8E6EC"/>
              <w:bottom w:val="single" w:sz="4" w:space="0" w:color="D8E6EC"/>
              <w:right w:val="single" w:sz="4" w:space="0" w:color="D8E6EC"/>
            </w:tcBorders>
            <w:vAlign w:val="center"/>
          </w:tcPr>
          <w:p w14:paraId="0ED63086" w14:textId="77777777" w:rsidR="00610360" w:rsidRDefault="00000000">
            <w:pPr>
              <w:spacing w:after="0"/>
            </w:pPr>
            <w:r>
              <w:rPr>
                <w:sz w:val="17"/>
              </w:rPr>
              <w:t>How are you?</w:t>
            </w:r>
          </w:p>
        </w:tc>
      </w:tr>
    </w:tbl>
    <w:p w14:paraId="694A5F17" w14:textId="77777777" w:rsidR="00610360" w:rsidRDefault="00000000">
      <w:pPr>
        <w:pStyle w:val="Heading2"/>
        <w:spacing w:after="120"/>
      </w:pPr>
      <w:r>
        <w:rPr>
          <w:rFonts w:ascii="Aptos" w:hAnsi="Aptos"/>
        </w:rPr>
        <w:t>Speak it out loud</w:t>
      </w:r>
    </w:p>
    <w:p w14:paraId="652EF5A1" w14:textId="77777777" w:rsidR="00610360" w:rsidRDefault="00000000">
      <w:pPr>
        <w:spacing w:after="120"/>
      </w:pPr>
      <w:r>
        <w:t>Read each pattern three times. First slowly. Second normally. Third with confidence. Then replace one word and read the new sentence.</w:t>
      </w:r>
    </w:p>
    <w:p w14:paraId="5592207E"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087828D1"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1F5570A"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C190F99" w14:textId="77777777" w:rsidR="00610360" w:rsidRDefault="00000000">
            <w:pPr>
              <w:spacing w:after="0"/>
            </w:pPr>
            <w:r>
              <w:rPr>
                <w:b/>
                <w:color w:val="FFFFFF"/>
                <w:sz w:val="17"/>
              </w:rPr>
              <w:t>Line</w:t>
            </w:r>
          </w:p>
        </w:tc>
      </w:tr>
      <w:tr w:rsidR="00610360" w14:paraId="1E21201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4C2914D"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374CF35E" w14:textId="77777777" w:rsidR="00610360" w:rsidRDefault="00000000">
            <w:pPr>
              <w:spacing w:after="0"/>
            </w:pPr>
            <w:r w:rsidRPr="00C12360">
              <w:rPr>
                <w:sz w:val="17"/>
                <w:lang w:val="es-ES"/>
              </w:rPr>
              <w:t xml:space="preserve">Salve. Mi </w:t>
            </w:r>
            <w:proofErr w:type="spellStart"/>
            <w:r w:rsidRPr="00C12360">
              <w:rPr>
                <w:sz w:val="17"/>
                <w:lang w:val="es-ES"/>
              </w:rPr>
              <w:t>nom</w:t>
            </w:r>
            <w:proofErr w:type="spellEnd"/>
            <w:r w:rsidRPr="00C12360">
              <w:rPr>
                <w:sz w:val="17"/>
                <w:lang w:val="es-ES"/>
              </w:rPr>
              <w:t xml:space="preserve"> es Ana. </w:t>
            </w:r>
            <w:r>
              <w:rPr>
                <w:sz w:val="17"/>
              </w:rPr>
              <w:t xml:space="preserve">Kom </w:t>
            </w:r>
            <w:proofErr w:type="spellStart"/>
            <w:r>
              <w:rPr>
                <w:sz w:val="17"/>
              </w:rPr>
              <w:t>tu</w:t>
            </w:r>
            <w:proofErr w:type="spellEnd"/>
            <w:r>
              <w:rPr>
                <w:sz w:val="17"/>
              </w:rPr>
              <w:t xml:space="preserve"> es?</w:t>
            </w:r>
          </w:p>
        </w:tc>
      </w:tr>
      <w:tr w:rsidR="00610360" w14:paraId="1D18189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7D7C127"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2B19EFFA" w14:textId="77777777" w:rsidR="00610360" w:rsidRDefault="00000000">
            <w:pPr>
              <w:spacing w:after="0"/>
            </w:pPr>
            <w:r>
              <w:rPr>
                <w:sz w:val="17"/>
              </w:rPr>
              <w:t>Mi es bene, gratias. Et tu?</w:t>
            </w:r>
          </w:p>
        </w:tc>
      </w:tr>
      <w:tr w:rsidR="00610360" w:rsidRPr="00C12360" w14:paraId="2BAE97E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0736F35"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277E19C0" w14:textId="77777777" w:rsidR="00610360" w:rsidRPr="00C12360" w:rsidRDefault="00000000">
            <w:pPr>
              <w:spacing w:after="0"/>
              <w:rPr>
                <w:lang w:val="es-ES"/>
              </w:rPr>
            </w:pPr>
            <w:r w:rsidRPr="00C12360">
              <w:rPr>
                <w:sz w:val="17"/>
                <w:lang w:val="es-ES"/>
              </w:rPr>
              <w:t xml:space="preserve">Mi es bene. Mi </w:t>
            </w:r>
            <w:proofErr w:type="spellStart"/>
            <w:r w:rsidRPr="00C12360">
              <w:rPr>
                <w:sz w:val="17"/>
                <w:lang w:val="es-ES"/>
              </w:rPr>
              <w:t>nu</w:t>
            </w:r>
            <w:proofErr w:type="spellEnd"/>
            <w:r w:rsidRPr="00C12360">
              <w:rPr>
                <w:sz w:val="17"/>
                <w:lang w:val="es-ES"/>
              </w:rPr>
              <w:t xml:space="preserve"> aprende </w:t>
            </w:r>
            <w:proofErr w:type="spellStart"/>
            <w:r w:rsidRPr="00C12360">
              <w:rPr>
                <w:sz w:val="17"/>
                <w:lang w:val="es-ES"/>
              </w:rPr>
              <w:t>Claralinga</w:t>
            </w:r>
            <w:proofErr w:type="spellEnd"/>
            <w:r w:rsidRPr="00C12360">
              <w:rPr>
                <w:sz w:val="17"/>
                <w:lang w:val="es-ES"/>
              </w:rPr>
              <w:t>.</w:t>
            </w:r>
          </w:p>
        </w:tc>
      </w:tr>
      <w:tr w:rsidR="00610360" w14:paraId="2AF5BCE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405E80F"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51A4664F" w14:textId="77777777" w:rsidR="00610360" w:rsidRDefault="00000000">
            <w:pPr>
              <w:spacing w:after="0"/>
            </w:pPr>
            <w:r>
              <w:rPr>
                <w:sz w:val="17"/>
              </w:rPr>
              <w:t>Bon! Claralinga es clar et simple.</w:t>
            </w:r>
          </w:p>
        </w:tc>
      </w:tr>
      <w:tr w:rsidR="00C12360" w14:paraId="2CC5DE66"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CCF2C3A" w14:textId="77777777" w:rsidR="00C12360" w:rsidRDefault="00C12360">
            <w:pPr>
              <w:spacing w:after="0"/>
              <w:rPr>
                <w:sz w:val="17"/>
              </w:rPr>
            </w:pPr>
          </w:p>
          <w:p w14:paraId="7537A75D" w14:textId="77777777" w:rsidR="00C12360" w:rsidRDefault="00C12360">
            <w:pPr>
              <w:spacing w:after="0"/>
              <w:rPr>
                <w:sz w:val="17"/>
              </w:rPr>
            </w:pPr>
          </w:p>
        </w:tc>
        <w:tc>
          <w:tcPr>
            <w:tcW w:w="5184" w:type="dxa"/>
            <w:tcBorders>
              <w:top w:val="single" w:sz="4" w:space="0" w:color="D8E6EC"/>
              <w:left w:val="single" w:sz="4" w:space="0" w:color="D8E6EC"/>
              <w:bottom w:val="single" w:sz="4" w:space="0" w:color="D8E6EC"/>
              <w:right w:val="single" w:sz="4" w:space="0" w:color="D8E6EC"/>
            </w:tcBorders>
            <w:vAlign w:val="center"/>
          </w:tcPr>
          <w:p w14:paraId="731CA3D4" w14:textId="77777777" w:rsidR="00C12360" w:rsidRDefault="00C12360">
            <w:pPr>
              <w:spacing w:after="0"/>
              <w:rPr>
                <w:sz w:val="17"/>
              </w:rPr>
            </w:pPr>
          </w:p>
        </w:tc>
      </w:tr>
    </w:tbl>
    <w:p w14:paraId="305C48A7" w14:textId="77777777" w:rsidR="00610360" w:rsidRDefault="00000000">
      <w:pPr>
        <w:pStyle w:val="Heading2"/>
        <w:spacing w:after="120"/>
      </w:pPr>
      <w:r>
        <w:rPr>
          <w:rFonts w:ascii="Aptos" w:hAnsi="Aptos"/>
        </w:rPr>
        <w:t>Workbook exercises</w:t>
      </w:r>
    </w:p>
    <w:p w14:paraId="5F5BEFA1" w14:textId="77777777" w:rsidR="00610360" w:rsidRPr="00C12360" w:rsidRDefault="00000000">
      <w:pPr>
        <w:keepLines/>
        <w:spacing w:after="120"/>
        <w:rPr>
          <w:lang w:val="es-ES"/>
        </w:rPr>
      </w:pPr>
      <w:r w:rsidRPr="00C12360">
        <w:rPr>
          <w:b/>
          <w:color w:val="0B2E4A"/>
          <w:lang w:val="es-ES"/>
        </w:rPr>
        <w:t xml:space="preserve">1.1 </w:t>
      </w:r>
      <w:proofErr w:type="spellStart"/>
      <w:r w:rsidRPr="00C12360">
        <w:rPr>
          <w:b/>
          <w:color w:val="0B2E4A"/>
          <w:lang w:val="es-ES"/>
        </w:rPr>
        <w:t>Translate</w:t>
      </w:r>
      <w:proofErr w:type="spellEnd"/>
      <w:r w:rsidRPr="00C12360">
        <w:rPr>
          <w:b/>
          <w:color w:val="0B2E4A"/>
          <w:lang w:val="es-ES"/>
        </w:rPr>
        <w:t xml:space="preserve">: Salve. Mi </w:t>
      </w:r>
      <w:proofErr w:type="spellStart"/>
      <w:r w:rsidRPr="00C12360">
        <w:rPr>
          <w:b/>
          <w:color w:val="0B2E4A"/>
          <w:lang w:val="es-ES"/>
        </w:rPr>
        <w:t>nom</w:t>
      </w:r>
      <w:proofErr w:type="spellEnd"/>
      <w:r w:rsidRPr="00C12360">
        <w:rPr>
          <w:b/>
          <w:color w:val="0B2E4A"/>
          <w:lang w:val="es-ES"/>
        </w:rPr>
        <w:t xml:space="preserve"> es Chad.</w:t>
      </w:r>
    </w:p>
    <w:p w14:paraId="6504DFD5" w14:textId="77777777" w:rsidR="00610360" w:rsidRPr="00C12360" w:rsidRDefault="00000000">
      <w:pPr>
        <w:keepLines/>
        <w:spacing w:after="120"/>
        <w:rPr>
          <w:lang w:val="fr-FR"/>
        </w:rPr>
      </w:pPr>
      <w:r w:rsidRPr="00C12360">
        <w:rPr>
          <w:lang w:val="fr-FR"/>
        </w:rPr>
        <w:t>________________________________________________________________________________</w:t>
      </w:r>
    </w:p>
    <w:p w14:paraId="070BE13F" w14:textId="77777777" w:rsidR="00610360" w:rsidRPr="00C12360" w:rsidRDefault="00000000">
      <w:pPr>
        <w:keepLines/>
        <w:spacing w:after="120"/>
        <w:rPr>
          <w:lang w:val="fr-FR"/>
        </w:rPr>
      </w:pPr>
      <w:r w:rsidRPr="00C12360">
        <w:rPr>
          <w:lang w:val="fr-FR"/>
        </w:rPr>
        <w:t>________________________________________________________________________________</w:t>
      </w:r>
    </w:p>
    <w:p w14:paraId="6DCCF2D1" w14:textId="77777777" w:rsidR="00610360" w:rsidRPr="00C12360" w:rsidRDefault="00000000">
      <w:pPr>
        <w:keepLines/>
        <w:spacing w:after="120"/>
        <w:rPr>
          <w:lang w:val="fr-FR"/>
        </w:rPr>
      </w:pPr>
      <w:r w:rsidRPr="00C12360">
        <w:rPr>
          <w:b/>
          <w:color w:val="0B2E4A"/>
          <w:lang w:val="fr-FR"/>
        </w:rPr>
        <w:t xml:space="preserve">1.2 </w:t>
      </w:r>
      <w:proofErr w:type="gramStart"/>
      <w:r w:rsidRPr="00C12360">
        <w:rPr>
          <w:b/>
          <w:color w:val="0B2E4A"/>
          <w:lang w:val="fr-FR"/>
        </w:rPr>
        <w:t>Translate:</w:t>
      </w:r>
      <w:proofErr w:type="gramEnd"/>
      <w:r w:rsidRPr="00C12360">
        <w:rPr>
          <w:b/>
          <w:color w:val="0B2E4A"/>
          <w:lang w:val="fr-FR"/>
        </w:rPr>
        <w:t xml:space="preserve"> Tu es un bon </w:t>
      </w:r>
      <w:proofErr w:type="spellStart"/>
      <w:r w:rsidRPr="00C12360">
        <w:rPr>
          <w:b/>
          <w:color w:val="0B2E4A"/>
          <w:lang w:val="fr-FR"/>
        </w:rPr>
        <w:t>amik</w:t>
      </w:r>
      <w:proofErr w:type="spellEnd"/>
      <w:r w:rsidRPr="00C12360">
        <w:rPr>
          <w:b/>
          <w:color w:val="0B2E4A"/>
          <w:lang w:val="fr-FR"/>
        </w:rPr>
        <w:t>.</w:t>
      </w:r>
    </w:p>
    <w:p w14:paraId="6A8C4052" w14:textId="77777777" w:rsidR="00610360" w:rsidRDefault="00000000">
      <w:pPr>
        <w:keepLines/>
        <w:spacing w:after="120"/>
      </w:pPr>
      <w:r>
        <w:t>________________________________________________________________________________</w:t>
      </w:r>
    </w:p>
    <w:p w14:paraId="218C887F" w14:textId="77777777" w:rsidR="00610360" w:rsidRDefault="00000000">
      <w:pPr>
        <w:keepLines/>
        <w:spacing w:after="120"/>
      </w:pPr>
      <w:r>
        <w:t>________________________________________________________________________________</w:t>
      </w:r>
    </w:p>
    <w:p w14:paraId="275D2989" w14:textId="77777777" w:rsidR="00610360" w:rsidRDefault="00000000">
      <w:pPr>
        <w:keepLines/>
        <w:spacing w:after="120"/>
      </w:pPr>
      <w:r>
        <w:rPr>
          <w:b/>
          <w:color w:val="0B2E4A"/>
        </w:rPr>
        <w:t>1.3 Write your name in Claralinga.</w:t>
      </w:r>
    </w:p>
    <w:p w14:paraId="3C0F257E" w14:textId="77777777" w:rsidR="00610360" w:rsidRDefault="00000000">
      <w:pPr>
        <w:keepLines/>
        <w:spacing w:after="120"/>
      </w:pPr>
      <w:r>
        <w:t>________________________________________________________________________________</w:t>
      </w:r>
    </w:p>
    <w:p w14:paraId="2C1E1982" w14:textId="77777777" w:rsidR="00610360" w:rsidRDefault="00000000">
      <w:pPr>
        <w:keepLines/>
        <w:spacing w:after="120"/>
      </w:pPr>
      <w:r>
        <w:t>________________________________________________________________________________</w:t>
      </w:r>
    </w:p>
    <w:p w14:paraId="19C555B0" w14:textId="77777777" w:rsidR="00610360" w:rsidRDefault="00000000">
      <w:pPr>
        <w:keepLines/>
        <w:spacing w:after="120"/>
      </w:pPr>
      <w:r>
        <w:rPr>
          <w:b/>
          <w:color w:val="0B2E4A"/>
        </w:rPr>
        <w:t>1.4 Ask someone how they are.</w:t>
      </w:r>
    </w:p>
    <w:p w14:paraId="42750306" w14:textId="77777777" w:rsidR="00610360" w:rsidRDefault="00000000">
      <w:pPr>
        <w:keepLines/>
        <w:spacing w:after="120"/>
      </w:pPr>
      <w:r>
        <w:t>________________________________________________________________________________</w:t>
      </w:r>
    </w:p>
    <w:p w14:paraId="1E01DEF7" w14:textId="77777777" w:rsidR="00610360" w:rsidRDefault="00000000">
      <w:pPr>
        <w:keepLines/>
        <w:spacing w:after="120"/>
      </w:pPr>
      <w:r>
        <w:t>________________________________________________________________________________</w:t>
      </w:r>
    </w:p>
    <w:p w14:paraId="48D35EC8" w14:textId="77777777" w:rsidR="00610360" w:rsidRDefault="00000000">
      <w:pPr>
        <w:keepLines/>
        <w:spacing w:after="120"/>
      </w:pPr>
      <w:r>
        <w:rPr>
          <w:b/>
          <w:color w:val="0B2E4A"/>
        </w:rPr>
        <w:t>1.5 Say: I am learning Claralinga.</w:t>
      </w:r>
    </w:p>
    <w:p w14:paraId="6FE7E935" w14:textId="77777777" w:rsidR="00610360" w:rsidRDefault="00000000">
      <w:pPr>
        <w:keepLines/>
        <w:spacing w:after="120"/>
      </w:pPr>
      <w:r>
        <w:t>________________________________________________________________________________</w:t>
      </w:r>
    </w:p>
    <w:p w14:paraId="2EEA8C31" w14:textId="77777777" w:rsidR="00610360" w:rsidRDefault="00000000">
      <w:pPr>
        <w:keepLines/>
        <w:spacing w:after="120"/>
      </w:pPr>
      <w:r>
        <w:t>________________________________________________________________________________</w:t>
      </w:r>
    </w:p>
    <w:p w14:paraId="77110A0A"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4C0D55D0"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63BB2475" w14:textId="77777777" w:rsidR="00610360" w:rsidRDefault="00000000">
            <w:pPr>
              <w:spacing w:after="40"/>
            </w:pPr>
            <w:r>
              <w:rPr>
                <w:b/>
                <w:color w:val="0B2E4A"/>
              </w:rPr>
              <w:t>Checkpoint</w:t>
            </w:r>
          </w:p>
          <w:p w14:paraId="1D727C0A" w14:textId="77777777" w:rsidR="00610360" w:rsidRDefault="00000000">
            <w:pPr>
              <w:spacing w:after="0"/>
            </w:pPr>
            <w:r>
              <w:rPr>
                <w:sz w:val="18"/>
              </w:rPr>
              <w:t>Before moving on, read the conversation aloud without stopping. If you stumble, slow down. Clean pronunciation beats fast guessing.</w:t>
            </w:r>
          </w:p>
        </w:tc>
      </w:tr>
    </w:tbl>
    <w:p w14:paraId="36A1DFA9" w14:textId="77777777" w:rsidR="00610360" w:rsidRDefault="00000000">
      <w:pPr>
        <w:spacing w:after="120"/>
      </w:pPr>
      <w:r/>
    </w:p>
    <w:p w14:paraId="7B0E1ABA" w14:textId="77777777" w:rsidR="00610360" w:rsidRDefault="00000000">
      <w:pPr>
        <w:pStyle w:val="Heading1"/>
        <w:spacing w:after="120"/>
      </w:pPr>
      <w:r>
        <w:rPr>
          <w:rFonts w:ascii="Aptos" w:hAnsi="Aptos"/>
        </w:rPr>
        <w:t>Lesson 2: The Clear Sentence - Subject + Verb + Object</w:t>
      </w:r>
    </w:p>
    <w:tbl>
      <w:tblPr>
        <w:tblW w:w="0" w:type="auto"/>
        <w:jc w:val="center"/>
        <w:tblLook w:val="04A0" w:firstRow="1" w:lastRow="0" w:firstColumn="1" w:lastColumn="0" w:noHBand="0" w:noVBand="1"/>
      </w:tblPr>
      <w:tblGrid>
        <w:gridCol w:w="10368"/>
      </w:tblGrid>
      <w:tr w:rsidR="00610360" w14:paraId="320C0273"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67244495" w14:textId="77777777" w:rsidR="00610360" w:rsidRDefault="00000000">
            <w:pPr>
              <w:spacing w:after="40"/>
            </w:pPr>
            <w:r>
              <w:rPr>
                <w:b/>
                <w:color w:val="0B2E4A"/>
              </w:rPr>
              <w:t>Lesson goal</w:t>
            </w:r>
          </w:p>
          <w:p w14:paraId="7568016F" w14:textId="77777777" w:rsidR="00610360" w:rsidRDefault="00000000">
            <w:pPr>
              <w:spacing w:after="0"/>
            </w:pPr>
            <w:r>
              <w:rPr>
                <w:sz w:val="18"/>
              </w:rPr>
              <w:t>Build simple sentences with a subject, verb, and object.</w:t>
            </w:r>
          </w:p>
        </w:tc>
      </w:tr>
    </w:tbl>
    <w:p w14:paraId="11C6CAD3"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74B57843"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25FBA5A"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D7CBCEC"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568ACB6"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BB68914" w14:textId="77777777" w:rsidR="00610360" w:rsidRDefault="00000000">
            <w:pPr>
              <w:spacing w:after="0"/>
            </w:pPr>
            <w:r>
              <w:rPr>
                <w:b/>
                <w:color w:val="FFFFFF"/>
                <w:sz w:val="17"/>
              </w:rPr>
              <w:t>Say it in a sentence</w:t>
            </w:r>
          </w:p>
        </w:tc>
      </w:tr>
      <w:tr w:rsidR="00610360" w:rsidRPr="00C12360" w14:paraId="3ACDFD5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0D3A4CA" w14:textId="77777777" w:rsidR="00610360" w:rsidRDefault="00000000">
            <w:pPr>
              <w:spacing w:after="0"/>
            </w:pPr>
            <w:r>
              <w:rPr>
                <w:sz w:val="17"/>
              </w:rPr>
              <w:t>la</w:t>
            </w:r>
          </w:p>
        </w:tc>
        <w:tc>
          <w:tcPr>
            <w:tcW w:w="2592" w:type="dxa"/>
            <w:tcBorders>
              <w:top w:val="single" w:sz="4" w:space="0" w:color="D8E6EC"/>
              <w:left w:val="single" w:sz="4" w:space="0" w:color="D8E6EC"/>
              <w:bottom w:val="single" w:sz="4" w:space="0" w:color="D8E6EC"/>
              <w:right w:val="single" w:sz="4" w:space="0" w:color="D8E6EC"/>
            </w:tcBorders>
            <w:vAlign w:val="center"/>
          </w:tcPr>
          <w:p w14:paraId="0265BC5E" w14:textId="77777777" w:rsidR="00610360" w:rsidRDefault="00000000">
            <w:pPr>
              <w:spacing w:after="0"/>
            </w:pPr>
            <w:r>
              <w:rPr>
                <w:sz w:val="17"/>
              </w:rPr>
              <w:t>the</w:t>
            </w:r>
          </w:p>
        </w:tc>
        <w:tc>
          <w:tcPr>
            <w:tcW w:w="2592" w:type="dxa"/>
            <w:tcBorders>
              <w:top w:val="single" w:sz="4" w:space="0" w:color="D8E6EC"/>
              <w:left w:val="single" w:sz="4" w:space="0" w:color="D8E6EC"/>
              <w:bottom w:val="single" w:sz="4" w:space="0" w:color="D8E6EC"/>
              <w:right w:val="single" w:sz="4" w:space="0" w:color="D8E6EC"/>
            </w:tcBorders>
            <w:vAlign w:val="center"/>
          </w:tcPr>
          <w:p w14:paraId="13F813AE" w14:textId="77777777" w:rsidR="00610360" w:rsidRDefault="00000000">
            <w:pPr>
              <w:spacing w:after="0"/>
            </w:pPr>
            <w:r>
              <w:rPr>
                <w:sz w:val="17"/>
              </w:rPr>
              <w:t>article</w:t>
            </w:r>
          </w:p>
        </w:tc>
        <w:tc>
          <w:tcPr>
            <w:tcW w:w="2592" w:type="dxa"/>
            <w:tcBorders>
              <w:top w:val="single" w:sz="4" w:space="0" w:color="D8E6EC"/>
              <w:left w:val="single" w:sz="4" w:space="0" w:color="D8E6EC"/>
              <w:bottom w:val="single" w:sz="4" w:space="0" w:color="D8E6EC"/>
              <w:right w:val="single" w:sz="4" w:space="0" w:color="D8E6EC"/>
            </w:tcBorders>
            <w:vAlign w:val="center"/>
          </w:tcPr>
          <w:p w14:paraId="2F17B02A" w14:textId="77777777" w:rsidR="00610360" w:rsidRPr="00C12360" w:rsidRDefault="00000000">
            <w:pPr>
              <w:spacing w:after="0"/>
              <w:rPr>
                <w:lang w:val="es-ES"/>
              </w:rPr>
            </w:pPr>
            <w:r w:rsidRPr="00C12360">
              <w:rPr>
                <w:sz w:val="17"/>
                <w:lang w:val="es-ES"/>
              </w:rPr>
              <w:t xml:space="preserve">Mi usa la en </w:t>
            </w:r>
            <w:proofErr w:type="gramStart"/>
            <w:r w:rsidRPr="00C12360">
              <w:rPr>
                <w:sz w:val="17"/>
                <w:lang w:val="es-ES"/>
              </w:rPr>
              <w:t>un frase</w:t>
            </w:r>
            <w:proofErr w:type="gramEnd"/>
            <w:r w:rsidRPr="00C12360">
              <w:rPr>
                <w:sz w:val="17"/>
                <w:lang w:val="es-ES"/>
              </w:rPr>
              <w:t>.</w:t>
            </w:r>
          </w:p>
        </w:tc>
      </w:tr>
      <w:tr w:rsidR="00610360" w:rsidRPr="00C12360" w14:paraId="2F00FFF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B7CFAC1" w14:textId="77777777" w:rsidR="00610360" w:rsidRDefault="00000000">
            <w:pPr>
              <w:spacing w:after="0"/>
            </w:pPr>
            <w:r>
              <w:rPr>
                <w:sz w:val="17"/>
              </w:rPr>
              <w:t>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4AC7329" w14:textId="77777777" w:rsidR="00610360" w:rsidRDefault="00000000">
            <w:pPr>
              <w:spacing w:after="0"/>
            </w:pPr>
            <w:r>
              <w:rPr>
                <w:sz w:val="17"/>
              </w:rPr>
              <w:t>a / an / one</w:t>
            </w:r>
          </w:p>
        </w:tc>
        <w:tc>
          <w:tcPr>
            <w:tcW w:w="2592" w:type="dxa"/>
            <w:tcBorders>
              <w:top w:val="single" w:sz="4" w:space="0" w:color="D8E6EC"/>
              <w:left w:val="single" w:sz="4" w:space="0" w:color="D8E6EC"/>
              <w:bottom w:val="single" w:sz="4" w:space="0" w:color="D8E6EC"/>
              <w:right w:val="single" w:sz="4" w:space="0" w:color="D8E6EC"/>
            </w:tcBorders>
            <w:vAlign w:val="center"/>
          </w:tcPr>
          <w:p w14:paraId="76CADCCF" w14:textId="77777777" w:rsidR="00610360" w:rsidRDefault="00000000">
            <w:pPr>
              <w:spacing w:after="0"/>
            </w:pPr>
            <w:r>
              <w:rPr>
                <w:sz w:val="17"/>
              </w:rPr>
              <w:t>article / 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F85E722" w14:textId="77777777" w:rsidR="00610360" w:rsidRPr="00C12360" w:rsidRDefault="00000000">
            <w:pPr>
              <w:spacing w:after="0"/>
              <w:rPr>
                <w:lang w:val="es-ES"/>
              </w:rPr>
            </w:pPr>
            <w:r w:rsidRPr="00C12360">
              <w:rPr>
                <w:sz w:val="17"/>
                <w:lang w:val="es-ES"/>
              </w:rPr>
              <w:t xml:space="preserve">Mi usa un en </w:t>
            </w:r>
            <w:proofErr w:type="gramStart"/>
            <w:r w:rsidRPr="00C12360">
              <w:rPr>
                <w:sz w:val="17"/>
                <w:lang w:val="es-ES"/>
              </w:rPr>
              <w:t>un frase</w:t>
            </w:r>
            <w:proofErr w:type="gramEnd"/>
            <w:r w:rsidRPr="00C12360">
              <w:rPr>
                <w:sz w:val="17"/>
                <w:lang w:val="es-ES"/>
              </w:rPr>
              <w:t>.</w:t>
            </w:r>
          </w:p>
        </w:tc>
      </w:tr>
      <w:tr w:rsidR="00610360" w14:paraId="053FFBF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4683677" w14:textId="77777777" w:rsidR="00610360" w:rsidRDefault="00000000">
            <w:pPr>
              <w:spacing w:after="0"/>
            </w:pPr>
            <w:r>
              <w:rPr>
                <w:sz w:val="17"/>
              </w:rPr>
              <w:t>vide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3CFE529D" w14:textId="77777777" w:rsidR="00610360" w:rsidRDefault="00000000">
            <w:pPr>
              <w:spacing w:after="0"/>
            </w:pPr>
            <w:r>
              <w:rPr>
                <w:sz w:val="17"/>
              </w:rPr>
              <w:t>see</w:t>
            </w:r>
          </w:p>
        </w:tc>
        <w:tc>
          <w:tcPr>
            <w:tcW w:w="2592" w:type="dxa"/>
            <w:tcBorders>
              <w:top w:val="single" w:sz="4" w:space="0" w:color="D8E6EC"/>
              <w:left w:val="single" w:sz="4" w:space="0" w:color="D8E6EC"/>
              <w:bottom w:val="single" w:sz="4" w:space="0" w:color="D8E6EC"/>
              <w:right w:val="single" w:sz="4" w:space="0" w:color="D8E6EC"/>
            </w:tcBorders>
            <w:vAlign w:val="center"/>
          </w:tcPr>
          <w:p w14:paraId="03B433A5"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332DF5EB" w14:textId="77777777" w:rsidR="00610360" w:rsidRDefault="00000000">
            <w:pPr>
              <w:spacing w:after="0"/>
            </w:pPr>
            <w:r>
              <w:rPr>
                <w:sz w:val="17"/>
              </w:rPr>
              <w:t>Mi vide.</w:t>
            </w:r>
          </w:p>
        </w:tc>
      </w:tr>
      <w:tr w:rsidR="00610360" w14:paraId="628F521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B1B9B4" w14:textId="77777777" w:rsidR="00610360" w:rsidRDefault="00000000">
            <w:pPr>
              <w:spacing w:after="0"/>
            </w:pPr>
            <w:r>
              <w:rPr>
                <w:sz w:val="17"/>
              </w:rPr>
              <w:t>ama</w:t>
            </w:r>
          </w:p>
        </w:tc>
        <w:tc>
          <w:tcPr>
            <w:tcW w:w="2592" w:type="dxa"/>
            <w:tcBorders>
              <w:top w:val="single" w:sz="4" w:space="0" w:color="D8E6EC"/>
              <w:left w:val="single" w:sz="4" w:space="0" w:color="D8E6EC"/>
              <w:bottom w:val="single" w:sz="4" w:space="0" w:color="D8E6EC"/>
              <w:right w:val="single" w:sz="4" w:space="0" w:color="D8E6EC"/>
            </w:tcBorders>
            <w:vAlign w:val="center"/>
          </w:tcPr>
          <w:p w14:paraId="772DDDBE" w14:textId="77777777" w:rsidR="00610360" w:rsidRDefault="00000000">
            <w:pPr>
              <w:spacing w:after="0"/>
            </w:pPr>
            <w:r>
              <w:rPr>
                <w:sz w:val="17"/>
              </w:rPr>
              <w:t>love</w:t>
            </w:r>
          </w:p>
        </w:tc>
        <w:tc>
          <w:tcPr>
            <w:tcW w:w="2592" w:type="dxa"/>
            <w:tcBorders>
              <w:top w:val="single" w:sz="4" w:space="0" w:color="D8E6EC"/>
              <w:left w:val="single" w:sz="4" w:space="0" w:color="D8E6EC"/>
              <w:bottom w:val="single" w:sz="4" w:space="0" w:color="D8E6EC"/>
              <w:right w:val="single" w:sz="4" w:space="0" w:color="D8E6EC"/>
            </w:tcBorders>
            <w:vAlign w:val="center"/>
          </w:tcPr>
          <w:p w14:paraId="35A0BA70"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21D2131" w14:textId="77777777" w:rsidR="00610360" w:rsidRDefault="00000000">
            <w:pPr>
              <w:spacing w:after="0"/>
            </w:pPr>
            <w:r>
              <w:rPr>
                <w:sz w:val="17"/>
              </w:rPr>
              <w:t>Mi ama.</w:t>
            </w:r>
          </w:p>
        </w:tc>
      </w:tr>
      <w:tr w:rsidR="00610360" w14:paraId="5E94319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4CBE15" w14:textId="77777777" w:rsidR="00610360" w:rsidRDefault="00000000">
            <w:pPr>
              <w:spacing w:after="0"/>
            </w:pPr>
            <w:r>
              <w:rPr>
                <w:sz w:val="17"/>
              </w:rPr>
              <w:t>lege</w:t>
            </w:r>
          </w:p>
        </w:tc>
        <w:tc>
          <w:tcPr>
            <w:tcW w:w="2592" w:type="dxa"/>
            <w:tcBorders>
              <w:top w:val="single" w:sz="4" w:space="0" w:color="D8E6EC"/>
              <w:left w:val="single" w:sz="4" w:space="0" w:color="D8E6EC"/>
              <w:bottom w:val="single" w:sz="4" w:space="0" w:color="D8E6EC"/>
              <w:right w:val="single" w:sz="4" w:space="0" w:color="D8E6EC"/>
            </w:tcBorders>
            <w:vAlign w:val="center"/>
          </w:tcPr>
          <w:p w14:paraId="2E24E5ED" w14:textId="77777777" w:rsidR="00610360" w:rsidRDefault="00000000">
            <w:pPr>
              <w:spacing w:after="0"/>
            </w:pPr>
            <w:r>
              <w:rPr>
                <w:sz w:val="17"/>
              </w:rPr>
              <w:t>read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589574B6"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8AB4C1F" w14:textId="77777777" w:rsidR="00610360" w:rsidRDefault="00000000">
            <w:pPr>
              <w:spacing w:after="0"/>
            </w:pPr>
            <w:r>
              <w:rPr>
                <w:sz w:val="17"/>
              </w:rPr>
              <w:t>Mi lege.</w:t>
            </w:r>
          </w:p>
        </w:tc>
      </w:tr>
      <w:tr w:rsidR="00610360" w14:paraId="7110372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3EDF64" w14:textId="77777777" w:rsidR="00610360" w:rsidRDefault="00000000">
            <w:pPr>
              <w:spacing w:after="0"/>
            </w:pPr>
            <w:r>
              <w:rPr>
                <w:sz w:val="17"/>
              </w:rPr>
              <w:t>skribe</w:t>
            </w:r>
          </w:p>
        </w:tc>
        <w:tc>
          <w:tcPr>
            <w:tcW w:w="2592" w:type="dxa"/>
            <w:tcBorders>
              <w:top w:val="single" w:sz="4" w:space="0" w:color="D8E6EC"/>
              <w:left w:val="single" w:sz="4" w:space="0" w:color="D8E6EC"/>
              <w:bottom w:val="single" w:sz="4" w:space="0" w:color="D8E6EC"/>
              <w:right w:val="single" w:sz="4" w:space="0" w:color="D8E6EC"/>
            </w:tcBorders>
            <w:vAlign w:val="center"/>
          </w:tcPr>
          <w:p w14:paraId="650CFD5B" w14:textId="77777777" w:rsidR="00610360" w:rsidRDefault="00000000">
            <w:pPr>
              <w:spacing w:after="0"/>
            </w:pPr>
            <w:r>
              <w:rPr>
                <w:sz w:val="17"/>
              </w:rPr>
              <w:t>write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3E6079FB"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6345792" w14:textId="77777777" w:rsidR="00610360" w:rsidRDefault="00000000">
            <w:pPr>
              <w:spacing w:after="0"/>
            </w:pPr>
            <w:r>
              <w:rPr>
                <w:sz w:val="17"/>
              </w:rPr>
              <w:t>Mi skribe.</w:t>
            </w:r>
          </w:p>
        </w:tc>
      </w:tr>
      <w:tr w:rsidR="00610360" w14:paraId="14B38AA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620DF70" w14:textId="77777777" w:rsidR="00610360" w:rsidRDefault="00000000">
            <w:pPr>
              <w:spacing w:after="0"/>
            </w:pPr>
            <w:r>
              <w:rPr>
                <w:sz w:val="17"/>
              </w:rPr>
              <w:t>habe</w:t>
            </w:r>
          </w:p>
        </w:tc>
        <w:tc>
          <w:tcPr>
            <w:tcW w:w="2592" w:type="dxa"/>
            <w:tcBorders>
              <w:top w:val="single" w:sz="4" w:space="0" w:color="D8E6EC"/>
              <w:left w:val="single" w:sz="4" w:space="0" w:color="D8E6EC"/>
              <w:bottom w:val="single" w:sz="4" w:space="0" w:color="D8E6EC"/>
              <w:right w:val="single" w:sz="4" w:space="0" w:color="D8E6EC"/>
            </w:tcBorders>
            <w:vAlign w:val="center"/>
          </w:tcPr>
          <w:p w14:paraId="0628805E" w14:textId="77777777" w:rsidR="00610360" w:rsidRDefault="00000000">
            <w:pPr>
              <w:spacing w:after="0"/>
            </w:pPr>
            <w:r>
              <w:rPr>
                <w:sz w:val="17"/>
              </w:rPr>
              <w:t>have</w:t>
            </w:r>
          </w:p>
        </w:tc>
        <w:tc>
          <w:tcPr>
            <w:tcW w:w="2592" w:type="dxa"/>
            <w:tcBorders>
              <w:top w:val="single" w:sz="4" w:space="0" w:color="D8E6EC"/>
              <w:left w:val="single" w:sz="4" w:space="0" w:color="D8E6EC"/>
              <w:bottom w:val="single" w:sz="4" w:space="0" w:color="D8E6EC"/>
              <w:right w:val="single" w:sz="4" w:space="0" w:color="D8E6EC"/>
            </w:tcBorders>
            <w:vAlign w:val="center"/>
          </w:tcPr>
          <w:p w14:paraId="5AD13DDC"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283F051A" w14:textId="77777777" w:rsidR="00610360" w:rsidRDefault="00000000">
            <w:pPr>
              <w:spacing w:after="0"/>
            </w:pPr>
            <w:r>
              <w:rPr>
                <w:sz w:val="17"/>
              </w:rPr>
              <w:t>Mi habe.</w:t>
            </w:r>
          </w:p>
        </w:tc>
      </w:tr>
      <w:tr w:rsidR="00610360" w14:paraId="4A396A7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6DB7BE4" w14:textId="77777777" w:rsidR="00610360" w:rsidRDefault="00000000">
            <w:pPr>
              <w:spacing w:after="0"/>
            </w:pPr>
            <w:r>
              <w:rPr>
                <w:sz w:val="17"/>
              </w:rPr>
              <w:t>libro</w:t>
            </w:r>
          </w:p>
        </w:tc>
        <w:tc>
          <w:tcPr>
            <w:tcW w:w="2592" w:type="dxa"/>
            <w:tcBorders>
              <w:top w:val="single" w:sz="4" w:space="0" w:color="D8E6EC"/>
              <w:left w:val="single" w:sz="4" w:space="0" w:color="D8E6EC"/>
              <w:bottom w:val="single" w:sz="4" w:space="0" w:color="D8E6EC"/>
              <w:right w:val="single" w:sz="4" w:space="0" w:color="D8E6EC"/>
            </w:tcBorders>
            <w:vAlign w:val="center"/>
          </w:tcPr>
          <w:p w14:paraId="6D2CB563" w14:textId="77777777" w:rsidR="00610360" w:rsidRDefault="00000000">
            <w:pPr>
              <w:spacing w:after="0"/>
            </w:pPr>
            <w:r>
              <w:rPr>
                <w:sz w:val="17"/>
              </w:rPr>
              <w:t>book</w:t>
            </w:r>
          </w:p>
        </w:tc>
        <w:tc>
          <w:tcPr>
            <w:tcW w:w="2592" w:type="dxa"/>
            <w:tcBorders>
              <w:top w:val="single" w:sz="4" w:space="0" w:color="D8E6EC"/>
              <w:left w:val="single" w:sz="4" w:space="0" w:color="D8E6EC"/>
              <w:bottom w:val="single" w:sz="4" w:space="0" w:color="D8E6EC"/>
              <w:right w:val="single" w:sz="4" w:space="0" w:color="D8E6EC"/>
            </w:tcBorders>
            <w:vAlign w:val="center"/>
          </w:tcPr>
          <w:p w14:paraId="673795D1"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A7B60B2" w14:textId="77777777" w:rsidR="00610360" w:rsidRDefault="00000000">
            <w:pPr>
              <w:spacing w:after="0"/>
            </w:pPr>
            <w:r>
              <w:rPr>
                <w:sz w:val="17"/>
              </w:rPr>
              <w:t>La libro es important.</w:t>
            </w:r>
          </w:p>
        </w:tc>
      </w:tr>
      <w:tr w:rsidR="00610360" w14:paraId="25A0707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B68DAF" w14:textId="77777777" w:rsidR="00610360" w:rsidRDefault="00000000">
            <w:pPr>
              <w:spacing w:after="0"/>
            </w:pPr>
            <w:r>
              <w:rPr>
                <w:sz w:val="17"/>
              </w:rPr>
              <w:t>musik</w:t>
            </w:r>
          </w:p>
        </w:tc>
        <w:tc>
          <w:tcPr>
            <w:tcW w:w="2592" w:type="dxa"/>
            <w:tcBorders>
              <w:top w:val="single" w:sz="4" w:space="0" w:color="D8E6EC"/>
              <w:left w:val="single" w:sz="4" w:space="0" w:color="D8E6EC"/>
              <w:bottom w:val="single" w:sz="4" w:space="0" w:color="D8E6EC"/>
              <w:right w:val="single" w:sz="4" w:space="0" w:color="D8E6EC"/>
            </w:tcBorders>
            <w:vAlign w:val="center"/>
          </w:tcPr>
          <w:p w14:paraId="5166315D" w14:textId="77777777" w:rsidR="00610360" w:rsidRDefault="00000000">
            <w:pPr>
              <w:spacing w:after="0"/>
            </w:pPr>
            <w:r>
              <w:rPr>
                <w:sz w:val="17"/>
              </w:rPr>
              <w:t>music</w:t>
            </w:r>
          </w:p>
        </w:tc>
        <w:tc>
          <w:tcPr>
            <w:tcW w:w="2592" w:type="dxa"/>
            <w:tcBorders>
              <w:top w:val="single" w:sz="4" w:space="0" w:color="D8E6EC"/>
              <w:left w:val="single" w:sz="4" w:space="0" w:color="D8E6EC"/>
              <w:bottom w:val="single" w:sz="4" w:space="0" w:color="D8E6EC"/>
              <w:right w:val="single" w:sz="4" w:space="0" w:color="D8E6EC"/>
            </w:tcBorders>
            <w:vAlign w:val="center"/>
          </w:tcPr>
          <w:p w14:paraId="58809EDD"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95B7B92" w14:textId="77777777" w:rsidR="00610360" w:rsidRDefault="00000000">
            <w:pPr>
              <w:spacing w:after="0"/>
            </w:pPr>
            <w:r>
              <w:rPr>
                <w:sz w:val="17"/>
              </w:rPr>
              <w:t>Mi usa la musik.</w:t>
            </w:r>
          </w:p>
        </w:tc>
      </w:tr>
      <w:tr w:rsidR="00610360" w14:paraId="7BB4361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07A308" w14:textId="77777777" w:rsidR="00610360" w:rsidRDefault="00000000">
            <w:pPr>
              <w:spacing w:after="0"/>
            </w:pPr>
            <w:r>
              <w:rPr>
                <w:sz w:val="17"/>
              </w:rPr>
              <w:t>idea</w:t>
            </w:r>
          </w:p>
        </w:tc>
        <w:tc>
          <w:tcPr>
            <w:tcW w:w="2592" w:type="dxa"/>
            <w:tcBorders>
              <w:top w:val="single" w:sz="4" w:space="0" w:color="D8E6EC"/>
              <w:left w:val="single" w:sz="4" w:space="0" w:color="D8E6EC"/>
              <w:bottom w:val="single" w:sz="4" w:space="0" w:color="D8E6EC"/>
              <w:right w:val="single" w:sz="4" w:space="0" w:color="D8E6EC"/>
            </w:tcBorders>
            <w:vAlign w:val="center"/>
          </w:tcPr>
          <w:p w14:paraId="1B0631EA" w14:textId="77777777" w:rsidR="00610360" w:rsidRDefault="00000000">
            <w:pPr>
              <w:spacing w:after="0"/>
            </w:pPr>
            <w:r>
              <w:rPr>
                <w:sz w:val="17"/>
              </w:rPr>
              <w:t>idea</w:t>
            </w:r>
          </w:p>
        </w:tc>
        <w:tc>
          <w:tcPr>
            <w:tcW w:w="2592" w:type="dxa"/>
            <w:tcBorders>
              <w:top w:val="single" w:sz="4" w:space="0" w:color="D8E6EC"/>
              <w:left w:val="single" w:sz="4" w:space="0" w:color="D8E6EC"/>
              <w:bottom w:val="single" w:sz="4" w:space="0" w:color="D8E6EC"/>
              <w:right w:val="single" w:sz="4" w:space="0" w:color="D8E6EC"/>
            </w:tcBorders>
            <w:vAlign w:val="center"/>
          </w:tcPr>
          <w:p w14:paraId="57B5A6D6"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ECE4EDC" w14:textId="77777777" w:rsidR="00610360" w:rsidRDefault="00000000">
            <w:pPr>
              <w:spacing w:after="0"/>
            </w:pPr>
            <w:r>
              <w:rPr>
                <w:sz w:val="17"/>
              </w:rPr>
              <w:t>La idea es important.</w:t>
            </w:r>
          </w:p>
        </w:tc>
      </w:tr>
      <w:tr w:rsidR="00610360" w14:paraId="4EBBE29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B8B3CF6" w14:textId="77777777" w:rsidR="00610360" w:rsidRDefault="00000000">
            <w:pPr>
              <w:spacing w:after="0"/>
            </w:pPr>
            <w:r>
              <w:rPr>
                <w:sz w:val="17"/>
              </w:rPr>
              <w:t>kasa</w:t>
            </w:r>
          </w:p>
        </w:tc>
        <w:tc>
          <w:tcPr>
            <w:tcW w:w="2592" w:type="dxa"/>
            <w:tcBorders>
              <w:top w:val="single" w:sz="4" w:space="0" w:color="D8E6EC"/>
              <w:left w:val="single" w:sz="4" w:space="0" w:color="D8E6EC"/>
              <w:bottom w:val="single" w:sz="4" w:space="0" w:color="D8E6EC"/>
              <w:right w:val="single" w:sz="4" w:space="0" w:color="D8E6EC"/>
            </w:tcBorders>
            <w:vAlign w:val="center"/>
          </w:tcPr>
          <w:p w14:paraId="37AE7CEA" w14:textId="77777777" w:rsidR="00610360" w:rsidRDefault="00000000">
            <w:pPr>
              <w:spacing w:after="0"/>
            </w:pPr>
            <w:r>
              <w:rPr>
                <w:sz w:val="17"/>
              </w:rPr>
              <w:t>house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3BFAE4CA"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2327F3AC" w14:textId="77777777" w:rsidR="00610360" w:rsidRDefault="00000000">
            <w:pPr>
              <w:spacing w:after="0"/>
            </w:pPr>
            <w:r>
              <w:rPr>
                <w:sz w:val="17"/>
              </w:rPr>
              <w:t>La kasa es important.</w:t>
            </w:r>
          </w:p>
        </w:tc>
      </w:tr>
      <w:tr w:rsidR="00610360" w14:paraId="3B74799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8F114F9" w14:textId="77777777" w:rsidR="00610360" w:rsidRDefault="00000000">
            <w:pPr>
              <w:spacing w:after="0"/>
            </w:pPr>
            <w:r>
              <w:rPr>
                <w:sz w:val="17"/>
              </w:rPr>
              <w:t>dom</w:t>
            </w:r>
          </w:p>
        </w:tc>
        <w:tc>
          <w:tcPr>
            <w:tcW w:w="2592" w:type="dxa"/>
            <w:tcBorders>
              <w:top w:val="single" w:sz="4" w:space="0" w:color="D8E6EC"/>
              <w:left w:val="single" w:sz="4" w:space="0" w:color="D8E6EC"/>
              <w:bottom w:val="single" w:sz="4" w:space="0" w:color="D8E6EC"/>
              <w:right w:val="single" w:sz="4" w:space="0" w:color="D8E6EC"/>
            </w:tcBorders>
            <w:vAlign w:val="center"/>
          </w:tcPr>
          <w:p w14:paraId="73BE64ED" w14:textId="77777777" w:rsidR="00610360" w:rsidRDefault="00000000">
            <w:pPr>
              <w:spacing w:after="0"/>
            </w:pPr>
            <w:r>
              <w:rPr>
                <w:sz w:val="17"/>
              </w:rPr>
              <w:t>home</w:t>
            </w:r>
          </w:p>
        </w:tc>
        <w:tc>
          <w:tcPr>
            <w:tcW w:w="2592" w:type="dxa"/>
            <w:tcBorders>
              <w:top w:val="single" w:sz="4" w:space="0" w:color="D8E6EC"/>
              <w:left w:val="single" w:sz="4" w:space="0" w:color="D8E6EC"/>
              <w:bottom w:val="single" w:sz="4" w:space="0" w:color="D8E6EC"/>
              <w:right w:val="single" w:sz="4" w:space="0" w:color="D8E6EC"/>
            </w:tcBorders>
            <w:vAlign w:val="center"/>
          </w:tcPr>
          <w:p w14:paraId="6A32DB72"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C198E4A" w14:textId="77777777" w:rsidR="00610360" w:rsidRDefault="00000000">
            <w:pPr>
              <w:spacing w:after="0"/>
            </w:pPr>
            <w:r>
              <w:rPr>
                <w:sz w:val="17"/>
              </w:rPr>
              <w:t>La dom es important.</w:t>
            </w:r>
          </w:p>
        </w:tc>
      </w:tr>
      <w:tr w:rsidR="00610360" w14:paraId="648FA19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E6A2F82" w14:textId="77777777" w:rsidR="00610360" w:rsidRDefault="00000000">
            <w:pPr>
              <w:spacing w:after="0"/>
            </w:pPr>
            <w:r>
              <w:rPr>
                <w:sz w:val="17"/>
              </w:rPr>
              <w:t>alimenta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4AAD8643" w14:textId="77777777" w:rsidR="00610360" w:rsidRDefault="00000000">
            <w:pPr>
              <w:spacing w:after="0"/>
            </w:pPr>
            <w:r>
              <w:rPr>
                <w:sz w:val="17"/>
              </w:rPr>
              <w:t>food</w:t>
            </w:r>
          </w:p>
        </w:tc>
        <w:tc>
          <w:tcPr>
            <w:tcW w:w="2592" w:type="dxa"/>
            <w:tcBorders>
              <w:top w:val="single" w:sz="4" w:space="0" w:color="D8E6EC"/>
              <w:left w:val="single" w:sz="4" w:space="0" w:color="D8E6EC"/>
              <w:bottom w:val="single" w:sz="4" w:space="0" w:color="D8E6EC"/>
              <w:right w:val="single" w:sz="4" w:space="0" w:color="D8E6EC"/>
            </w:tcBorders>
            <w:vAlign w:val="center"/>
          </w:tcPr>
          <w:p w14:paraId="7E0491E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05D40E7" w14:textId="77777777" w:rsidR="00610360" w:rsidRDefault="00000000">
            <w:pPr>
              <w:spacing w:after="0"/>
            </w:pPr>
            <w:r>
              <w:rPr>
                <w:sz w:val="17"/>
              </w:rPr>
              <w:t>Mi voli alimenta.</w:t>
            </w:r>
          </w:p>
        </w:tc>
      </w:tr>
      <w:tr w:rsidR="00610360" w14:paraId="6140993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536856D" w14:textId="77777777" w:rsidR="00610360" w:rsidRDefault="00000000">
            <w:pPr>
              <w:spacing w:after="0"/>
            </w:pPr>
            <w:r>
              <w:rPr>
                <w:sz w:val="17"/>
              </w:rPr>
              <w:t>akua</w:t>
            </w:r>
          </w:p>
        </w:tc>
        <w:tc>
          <w:tcPr>
            <w:tcW w:w="2592" w:type="dxa"/>
            <w:tcBorders>
              <w:top w:val="single" w:sz="4" w:space="0" w:color="D8E6EC"/>
              <w:left w:val="single" w:sz="4" w:space="0" w:color="D8E6EC"/>
              <w:bottom w:val="single" w:sz="4" w:space="0" w:color="D8E6EC"/>
              <w:right w:val="single" w:sz="4" w:space="0" w:color="D8E6EC"/>
            </w:tcBorders>
            <w:vAlign w:val="center"/>
          </w:tcPr>
          <w:p w14:paraId="47A99E8F" w14:textId="77777777" w:rsidR="00610360" w:rsidRDefault="00000000">
            <w:pPr>
              <w:spacing w:after="0"/>
            </w:pPr>
            <w:r>
              <w:rPr>
                <w:sz w:val="17"/>
              </w:rPr>
              <w:t>water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134A672"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BE23CBA" w14:textId="77777777" w:rsidR="00610360" w:rsidRDefault="00000000">
            <w:pPr>
              <w:spacing w:after="0"/>
            </w:pPr>
            <w:r>
              <w:rPr>
                <w:sz w:val="17"/>
              </w:rPr>
              <w:t>Mi voli akua.</w:t>
            </w:r>
          </w:p>
        </w:tc>
      </w:tr>
      <w:tr w:rsidR="00610360" w14:paraId="4E8469E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41BCC1" w14:textId="77777777" w:rsidR="00610360" w:rsidRDefault="00000000">
            <w:pPr>
              <w:spacing w:after="0"/>
            </w:pPr>
            <w:r>
              <w:rPr>
                <w:sz w:val="17"/>
              </w:rPr>
              <w:t>pan</w:t>
            </w:r>
          </w:p>
        </w:tc>
        <w:tc>
          <w:tcPr>
            <w:tcW w:w="2592" w:type="dxa"/>
            <w:tcBorders>
              <w:top w:val="single" w:sz="4" w:space="0" w:color="D8E6EC"/>
              <w:left w:val="single" w:sz="4" w:space="0" w:color="D8E6EC"/>
              <w:bottom w:val="single" w:sz="4" w:space="0" w:color="D8E6EC"/>
              <w:right w:val="single" w:sz="4" w:space="0" w:color="D8E6EC"/>
            </w:tcBorders>
            <w:vAlign w:val="center"/>
          </w:tcPr>
          <w:p w14:paraId="22F2E453" w14:textId="77777777" w:rsidR="00610360" w:rsidRDefault="00000000">
            <w:pPr>
              <w:spacing w:after="0"/>
            </w:pPr>
            <w:r>
              <w:rPr>
                <w:sz w:val="17"/>
              </w:rPr>
              <w:t>bread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5B2DFE12"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E78E20B" w14:textId="77777777" w:rsidR="00610360" w:rsidRDefault="00000000">
            <w:pPr>
              <w:spacing w:after="0"/>
            </w:pPr>
            <w:r>
              <w:rPr>
                <w:sz w:val="17"/>
              </w:rPr>
              <w:t>Mi voli pan.</w:t>
            </w:r>
          </w:p>
        </w:tc>
      </w:tr>
      <w:tr w:rsidR="00610360" w14:paraId="54E4440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8DECB2F" w14:textId="77777777" w:rsidR="00610360" w:rsidRDefault="00000000">
            <w:pPr>
              <w:spacing w:after="0"/>
            </w:pPr>
            <w:r>
              <w:rPr>
                <w:sz w:val="17"/>
              </w:rPr>
              <w:t>kafe</w:t>
            </w:r>
          </w:p>
        </w:tc>
        <w:tc>
          <w:tcPr>
            <w:tcW w:w="2592" w:type="dxa"/>
            <w:tcBorders>
              <w:top w:val="single" w:sz="4" w:space="0" w:color="D8E6EC"/>
              <w:left w:val="single" w:sz="4" w:space="0" w:color="D8E6EC"/>
              <w:bottom w:val="single" w:sz="4" w:space="0" w:color="D8E6EC"/>
              <w:right w:val="single" w:sz="4" w:space="0" w:color="D8E6EC"/>
            </w:tcBorders>
            <w:vAlign w:val="center"/>
          </w:tcPr>
          <w:p w14:paraId="262599E0" w14:textId="77777777" w:rsidR="00610360" w:rsidRDefault="00000000">
            <w:pPr>
              <w:spacing w:after="0"/>
            </w:pPr>
            <w:r>
              <w:rPr>
                <w:sz w:val="17"/>
              </w:rPr>
              <w:t>coffee</w:t>
            </w:r>
          </w:p>
        </w:tc>
        <w:tc>
          <w:tcPr>
            <w:tcW w:w="2592" w:type="dxa"/>
            <w:tcBorders>
              <w:top w:val="single" w:sz="4" w:space="0" w:color="D8E6EC"/>
              <w:left w:val="single" w:sz="4" w:space="0" w:color="D8E6EC"/>
              <w:bottom w:val="single" w:sz="4" w:space="0" w:color="D8E6EC"/>
              <w:right w:val="single" w:sz="4" w:space="0" w:color="D8E6EC"/>
            </w:tcBorders>
            <w:vAlign w:val="center"/>
          </w:tcPr>
          <w:p w14:paraId="0B8CEB03"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8209441" w14:textId="77777777" w:rsidR="00610360" w:rsidRDefault="00000000">
            <w:pPr>
              <w:spacing w:after="0"/>
            </w:pPr>
            <w:r>
              <w:rPr>
                <w:sz w:val="17"/>
              </w:rPr>
              <w:t>Mi voli kafe.</w:t>
            </w:r>
          </w:p>
        </w:tc>
      </w:tr>
      <w:tr w:rsidR="00610360" w14:paraId="3FBE01A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4118B4A" w14:textId="77777777" w:rsidR="00610360" w:rsidRDefault="00000000">
            <w:pPr>
              <w:spacing w:after="0"/>
            </w:pPr>
            <w:r>
              <w:rPr>
                <w:sz w:val="17"/>
              </w:rPr>
              <w:t>foto</w:t>
            </w:r>
          </w:p>
        </w:tc>
        <w:tc>
          <w:tcPr>
            <w:tcW w:w="2592" w:type="dxa"/>
            <w:tcBorders>
              <w:top w:val="single" w:sz="4" w:space="0" w:color="D8E6EC"/>
              <w:left w:val="single" w:sz="4" w:space="0" w:color="D8E6EC"/>
              <w:bottom w:val="single" w:sz="4" w:space="0" w:color="D8E6EC"/>
              <w:right w:val="single" w:sz="4" w:space="0" w:color="D8E6EC"/>
            </w:tcBorders>
            <w:vAlign w:val="center"/>
          </w:tcPr>
          <w:p w14:paraId="4019872D" w14:textId="77777777" w:rsidR="00610360" w:rsidRDefault="00000000">
            <w:pPr>
              <w:spacing w:after="0"/>
            </w:pPr>
            <w:r>
              <w:rPr>
                <w:sz w:val="17"/>
              </w:rPr>
              <w:t>photo</w:t>
            </w:r>
          </w:p>
        </w:tc>
        <w:tc>
          <w:tcPr>
            <w:tcW w:w="2592" w:type="dxa"/>
            <w:tcBorders>
              <w:top w:val="single" w:sz="4" w:space="0" w:color="D8E6EC"/>
              <w:left w:val="single" w:sz="4" w:space="0" w:color="D8E6EC"/>
              <w:bottom w:val="single" w:sz="4" w:space="0" w:color="D8E6EC"/>
              <w:right w:val="single" w:sz="4" w:space="0" w:color="D8E6EC"/>
            </w:tcBorders>
            <w:vAlign w:val="center"/>
          </w:tcPr>
          <w:p w14:paraId="2E639567"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D6751E8" w14:textId="77777777" w:rsidR="00610360" w:rsidRDefault="00000000">
            <w:pPr>
              <w:spacing w:after="0"/>
            </w:pPr>
            <w:r>
              <w:rPr>
                <w:sz w:val="17"/>
              </w:rPr>
              <w:t>La foto es important.</w:t>
            </w:r>
          </w:p>
        </w:tc>
      </w:tr>
      <w:tr w:rsidR="00610360" w14:paraId="2A7A806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753463A" w14:textId="77777777" w:rsidR="00610360" w:rsidRDefault="00000000">
            <w:pPr>
              <w:spacing w:after="0"/>
            </w:pPr>
            <w:r>
              <w:rPr>
                <w:sz w:val="17"/>
              </w:rPr>
              <w:t>charta</w:t>
            </w:r>
          </w:p>
        </w:tc>
        <w:tc>
          <w:tcPr>
            <w:tcW w:w="2592" w:type="dxa"/>
            <w:tcBorders>
              <w:top w:val="single" w:sz="4" w:space="0" w:color="D8E6EC"/>
              <w:left w:val="single" w:sz="4" w:space="0" w:color="D8E6EC"/>
              <w:bottom w:val="single" w:sz="4" w:space="0" w:color="D8E6EC"/>
              <w:right w:val="single" w:sz="4" w:space="0" w:color="D8E6EC"/>
            </w:tcBorders>
            <w:vAlign w:val="center"/>
          </w:tcPr>
          <w:p w14:paraId="50BA0CFD" w14:textId="77777777" w:rsidR="00610360" w:rsidRDefault="00000000">
            <w:pPr>
              <w:spacing w:after="0"/>
            </w:pPr>
            <w:r>
              <w:rPr>
                <w:sz w:val="17"/>
              </w:rPr>
              <w:t>paper / chart</w:t>
            </w:r>
          </w:p>
        </w:tc>
        <w:tc>
          <w:tcPr>
            <w:tcW w:w="2592" w:type="dxa"/>
            <w:tcBorders>
              <w:top w:val="single" w:sz="4" w:space="0" w:color="D8E6EC"/>
              <w:left w:val="single" w:sz="4" w:space="0" w:color="D8E6EC"/>
              <w:bottom w:val="single" w:sz="4" w:space="0" w:color="D8E6EC"/>
              <w:right w:val="single" w:sz="4" w:space="0" w:color="D8E6EC"/>
            </w:tcBorders>
            <w:vAlign w:val="center"/>
          </w:tcPr>
          <w:p w14:paraId="0C9131BC"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92DBB62" w14:textId="77777777" w:rsidR="00610360" w:rsidRDefault="00000000">
            <w:pPr>
              <w:spacing w:after="0"/>
            </w:pPr>
            <w:r>
              <w:rPr>
                <w:sz w:val="17"/>
              </w:rPr>
              <w:t>La charta es important.</w:t>
            </w:r>
          </w:p>
        </w:tc>
      </w:tr>
      <w:tr w:rsidR="00610360" w14:paraId="295625B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89C0B04" w14:textId="77777777" w:rsidR="00610360" w:rsidRDefault="00000000">
            <w:pPr>
              <w:spacing w:after="0"/>
            </w:pPr>
            <w:r>
              <w:rPr>
                <w:sz w:val="17"/>
              </w:rPr>
              <w:t>letra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555F6301" w14:textId="77777777" w:rsidR="00610360" w:rsidRDefault="00000000">
            <w:pPr>
              <w:spacing w:after="0"/>
            </w:pPr>
            <w:r>
              <w:rPr>
                <w:sz w:val="17"/>
              </w:rPr>
              <w:t>letter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766134D"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1FF4711" w14:textId="77777777" w:rsidR="00610360" w:rsidRDefault="00000000">
            <w:pPr>
              <w:spacing w:after="0"/>
            </w:pPr>
            <w:r>
              <w:rPr>
                <w:sz w:val="17"/>
              </w:rPr>
              <w:t>Mi usa la letra.</w:t>
            </w:r>
          </w:p>
        </w:tc>
      </w:tr>
      <w:tr w:rsidR="00610360" w14:paraId="0E8CCED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8F12BA7" w14:textId="77777777" w:rsidR="00610360" w:rsidRDefault="00000000">
            <w:pPr>
              <w:spacing w:after="0"/>
            </w:pPr>
            <w:r>
              <w:rPr>
                <w:sz w:val="17"/>
              </w:rPr>
              <w:t>lista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07248787" w14:textId="77777777" w:rsidR="00610360" w:rsidRDefault="00000000">
            <w:pPr>
              <w:spacing w:after="0"/>
            </w:pPr>
            <w:r>
              <w:rPr>
                <w:sz w:val="17"/>
              </w:rPr>
              <w:t>list</w:t>
            </w:r>
          </w:p>
        </w:tc>
        <w:tc>
          <w:tcPr>
            <w:tcW w:w="2592" w:type="dxa"/>
            <w:tcBorders>
              <w:top w:val="single" w:sz="4" w:space="0" w:color="D8E6EC"/>
              <w:left w:val="single" w:sz="4" w:space="0" w:color="D8E6EC"/>
              <w:bottom w:val="single" w:sz="4" w:space="0" w:color="D8E6EC"/>
              <w:right w:val="single" w:sz="4" w:space="0" w:color="D8E6EC"/>
            </w:tcBorders>
            <w:vAlign w:val="center"/>
          </w:tcPr>
          <w:p w14:paraId="1F70021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270BE63F" w14:textId="77777777" w:rsidR="00610360" w:rsidRDefault="00000000">
            <w:pPr>
              <w:spacing w:after="0"/>
            </w:pPr>
            <w:r>
              <w:rPr>
                <w:sz w:val="17"/>
              </w:rPr>
              <w:t>La lista es important.</w:t>
            </w:r>
          </w:p>
        </w:tc>
      </w:tr>
    </w:tbl>
    <w:p w14:paraId="4AE7BA50"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25D507D8"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6E36F59"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E336C78" w14:textId="77777777" w:rsidR="00610360" w:rsidRDefault="00000000">
            <w:pPr>
              <w:spacing w:after="0"/>
            </w:pPr>
            <w:r>
              <w:rPr>
                <w:b/>
                <w:color w:val="FFFFFF"/>
                <w:sz w:val="17"/>
              </w:rPr>
              <w:t>English</w:t>
            </w:r>
          </w:p>
        </w:tc>
      </w:tr>
      <w:tr w:rsidR="00610360" w14:paraId="754A30E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89AB18C" w14:textId="77777777" w:rsidR="00610360" w:rsidRDefault="00000000">
            <w:pPr>
              <w:spacing w:after="0"/>
            </w:pPr>
            <w:r>
              <w:rPr>
                <w:sz w:val="17"/>
              </w:rPr>
              <w:t>Mi vide un libro.</w:t>
            </w:r>
          </w:p>
        </w:tc>
        <w:tc>
          <w:tcPr>
            <w:tcW w:w="5184" w:type="dxa"/>
            <w:tcBorders>
              <w:top w:val="single" w:sz="4" w:space="0" w:color="D8E6EC"/>
              <w:left w:val="single" w:sz="4" w:space="0" w:color="D8E6EC"/>
              <w:bottom w:val="single" w:sz="4" w:space="0" w:color="D8E6EC"/>
              <w:right w:val="single" w:sz="4" w:space="0" w:color="D8E6EC"/>
            </w:tcBorders>
            <w:vAlign w:val="center"/>
          </w:tcPr>
          <w:p w14:paraId="619A3E05" w14:textId="77777777" w:rsidR="00610360" w:rsidRDefault="00000000">
            <w:pPr>
              <w:spacing w:after="0"/>
            </w:pPr>
            <w:r>
              <w:rPr>
                <w:sz w:val="17"/>
              </w:rPr>
              <w:t>I see a book.</w:t>
            </w:r>
          </w:p>
        </w:tc>
      </w:tr>
      <w:tr w:rsidR="00610360" w14:paraId="7763288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A4263F5" w14:textId="77777777" w:rsidR="00610360" w:rsidRDefault="00000000">
            <w:pPr>
              <w:spacing w:after="0"/>
            </w:pPr>
            <w:r>
              <w:rPr>
                <w:sz w:val="17"/>
              </w:rPr>
              <w:t>Tu habe la lista.</w:t>
            </w:r>
          </w:p>
        </w:tc>
        <w:tc>
          <w:tcPr>
            <w:tcW w:w="5184" w:type="dxa"/>
            <w:tcBorders>
              <w:top w:val="single" w:sz="4" w:space="0" w:color="D8E6EC"/>
              <w:left w:val="single" w:sz="4" w:space="0" w:color="D8E6EC"/>
              <w:bottom w:val="single" w:sz="4" w:space="0" w:color="D8E6EC"/>
              <w:right w:val="single" w:sz="4" w:space="0" w:color="D8E6EC"/>
            </w:tcBorders>
            <w:vAlign w:val="center"/>
          </w:tcPr>
          <w:p w14:paraId="200192A3" w14:textId="77777777" w:rsidR="00610360" w:rsidRDefault="00000000">
            <w:pPr>
              <w:spacing w:after="0"/>
            </w:pPr>
            <w:r>
              <w:rPr>
                <w:sz w:val="17"/>
              </w:rPr>
              <w:t>You have the list.</w:t>
            </w:r>
          </w:p>
        </w:tc>
      </w:tr>
      <w:tr w:rsidR="00610360" w14:paraId="40B8230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2163DB9" w14:textId="77777777" w:rsidR="00610360" w:rsidRDefault="00000000">
            <w:pPr>
              <w:spacing w:after="0"/>
            </w:pPr>
            <w:r>
              <w:rPr>
                <w:sz w:val="17"/>
              </w:rPr>
              <w:t>Nos ama musik.</w:t>
            </w:r>
          </w:p>
        </w:tc>
        <w:tc>
          <w:tcPr>
            <w:tcW w:w="5184" w:type="dxa"/>
            <w:tcBorders>
              <w:top w:val="single" w:sz="4" w:space="0" w:color="D8E6EC"/>
              <w:left w:val="single" w:sz="4" w:space="0" w:color="D8E6EC"/>
              <w:bottom w:val="single" w:sz="4" w:space="0" w:color="D8E6EC"/>
              <w:right w:val="single" w:sz="4" w:space="0" w:color="D8E6EC"/>
            </w:tcBorders>
            <w:vAlign w:val="center"/>
          </w:tcPr>
          <w:p w14:paraId="1A4AC018" w14:textId="77777777" w:rsidR="00610360" w:rsidRDefault="00000000">
            <w:pPr>
              <w:spacing w:after="0"/>
            </w:pPr>
            <w:r>
              <w:rPr>
                <w:sz w:val="17"/>
              </w:rPr>
              <w:t>We love music.</w:t>
            </w:r>
          </w:p>
        </w:tc>
      </w:tr>
      <w:tr w:rsidR="00610360" w14:paraId="366E169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3256464" w14:textId="77777777" w:rsidR="00610360" w:rsidRDefault="00000000">
            <w:pPr>
              <w:spacing w:after="0"/>
            </w:pPr>
            <w:r>
              <w:rPr>
                <w:sz w:val="17"/>
              </w:rPr>
              <w:t>Ela skribe un letra.</w:t>
            </w:r>
          </w:p>
        </w:tc>
        <w:tc>
          <w:tcPr>
            <w:tcW w:w="5184" w:type="dxa"/>
            <w:tcBorders>
              <w:top w:val="single" w:sz="4" w:space="0" w:color="D8E6EC"/>
              <w:left w:val="single" w:sz="4" w:space="0" w:color="D8E6EC"/>
              <w:bottom w:val="single" w:sz="4" w:space="0" w:color="D8E6EC"/>
              <w:right w:val="single" w:sz="4" w:space="0" w:color="D8E6EC"/>
            </w:tcBorders>
            <w:vAlign w:val="center"/>
          </w:tcPr>
          <w:p w14:paraId="7C8932C8" w14:textId="77777777" w:rsidR="00610360" w:rsidRDefault="00000000">
            <w:pPr>
              <w:spacing w:after="0"/>
            </w:pPr>
            <w:r>
              <w:rPr>
                <w:sz w:val="17"/>
              </w:rPr>
              <w:t>She writes a letter.</w:t>
            </w:r>
          </w:p>
        </w:tc>
      </w:tr>
    </w:tbl>
    <w:p w14:paraId="3864B8E1" w14:textId="77777777" w:rsidR="00610360" w:rsidRDefault="00000000">
      <w:pPr>
        <w:pStyle w:val="Heading2"/>
        <w:spacing w:after="120"/>
      </w:pPr>
      <w:r>
        <w:rPr>
          <w:rFonts w:ascii="Aptos" w:hAnsi="Aptos"/>
        </w:rPr>
        <w:t>Speak it out loud</w:t>
      </w:r>
    </w:p>
    <w:p w14:paraId="0B15616A" w14:textId="77777777" w:rsidR="00610360" w:rsidRDefault="00000000">
      <w:pPr>
        <w:spacing w:after="120"/>
      </w:pPr>
      <w:r>
        <w:t>Read each pattern three times. First slowly. Second normally. Third with confidence. Then replace one word and read the new sentence.</w:t>
      </w:r>
    </w:p>
    <w:p w14:paraId="4E46D289"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544E594E"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E079FFF"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591C563" w14:textId="77777777" w:rsidR="00610360" w:rsidRDefault="00000000">
            <w:pPr>
              <w:spacing w:after="0"/>
            </w:pPr>
            <w:r>
              <w:rPr>
                <w:b/>
                <w:color w:val="FFFFFF"/>
                <w:sz w:val="17"/>
              </w:rPr>
              <w:t>Line</w:t>
            </w:r>
          </w:p>
        </w:tc>
      </w:tr>
      <w:tr w:rsidR="00610360" w14:paraId="6699E1E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CC4E637"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08C0C6DE" w14:textId="77777777" w:rsidR="00610360" w:rsidRDefault="00000000">
            <w:pPr>
              <w:spacing w:after="0"/>
            </w:pPr>
            <w:r>
              <w:rPr>
                <w:sz w:val="17"/>
              </w:rPr>
              <w:t>Ke tu vide?</w:t>
            </w:r>
          </w:p>
        </w:tc>
      </w:tr>
      <w:tr w:rsidR="00610360" w14:paraId="06A62EE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87D328A"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3608B21F" w14:textId="77777777" w:rsidR="00610360" w:rsidRDefault="00000000">
            <w:pPr>
              <w:spacing w:after="0"/>
            </w:pPr>
            <w:r>
              <w:rPr>
                <w:sz w:val="17"/>
              </w:rPr>
              <w:t>Mi vide un libro.</w:t>
            </w:r>
          </w:p>
        </w:tc>
      </w:tr>
      <w:tr w:rsidR="00610360" w:rsidRPr="00C12360" w14:paraId="5DEA78B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060F229"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1236DDDF" w14:textId="77777777" w:rsidR="00610360" w:rsidRPr="00C12360" w:rsidRDefault="00000000">
            <w:pPr>
              <w:spacing w:after="0"/>
              <w:rPr>
                <w:lang w:val="es-ES"/>
              </w:rPr>
            </w:pPr>
            <w:proofErr w:type="spellStart"/>
            <w:r w:rsidRPr="00C12360">
              <w:rPr>
                <w:sz w:val="17"/>
                <w:lang w:val="es-ES"/>
              </w:rPr>
              <w:t>Ku</w:t>
            </w:r>
            <w:proofErr w:type="spellEnd"/>
            <w:r w:rsidRPr="00C12360">
              <w:rPr>
                <w:sz w:val="17"/>
                <w:lang w:val="es-ES"/>
              </w:rPr>
              <w:t xml:space="preserve"> </w:t>
            </w:r>
            <w:proofErr w:type="gramStart"/>
            <w:r w:rsidRPr="00C12360">
              <w:rPr>
                <w:sz w:val="17"/>
                <w:lang w:val="es-ES"/>
              </w:rPr>
              <w:t>la libro</w:t>
            </w:r>
            <w:proofErr w:type="gramEnd"/>
            <w:r w:rsidRPr="00C12360">
              <w:rPr>
                <w:sz w:val="17"/>
                <w:lang w:val="es-ES"/>
              </w:rPr>
              <w:t xml:space="preserve"> es bon?</w:t>
            </w:r>
          </w:p>
        </w:tc>
      </w:tr>
      <w:tr w:rsidR="00610360" w14:paraId="6B31F7A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7261A57"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5BCD39DF" w14:textId="77777777" w:rsidR="00610360" w:rsidRDefault="00000000">
            <w:pPr>
              <w:spacing w:after="0"/>
            </w:pPr>
            <w:r>
              <w:rPr>
                <w:sz w:val="17"/>
              </w:rPr>
              <w:t>Si. La libro es bon et clar.</w:t>
            </w:r>
          </w:p>
        </w:tc>
      </w:tr>
    </w:tbl>
    <w:p w14:paraId="6EAF3BD5" w14:textId="77777777" w:rsidR="00C12360" w:rsidRDefault="00C12360">
      <w:pPr>
        <w:pStyle w:val="Heading2"/>
        <w:spacing w:after="120"/>
        <w:rPr>
          <w:rFonts w:ascii="Aptos" w:hAnsi="Aptos"/>
        </w:rPr>
      </w:pPr>
    </w:p>
    <w:p w14:paraId="76F7959D" w14:textId="32E0A1E2" w:rsidR="00610360" w:rsidRPr="00C12360" w:rsidRDefault="00000000">
      <w:pPr>
        <w:pStyle w:val="Heading2"/>
        <w:spacing w:after="120"/>
        <w:rPr>
          <w:lang w:val="es-ES"/>
        </w:rPr>
      </w:pPr>
      <w:proofErr w:type="spellStart"/>
      <w:r w:rsidRPr="00C12360">
        <w:rPr>
          <w:rFonts w:ascii="Aptos" w:hAnsi="Aptos"/>
          <w:lang w:val="es-ES"/>
        </w:rPr>
        <w:t>Workbook</w:t>
      </w:r>
      <w:proofErr w:type="spellEnd"/>
      <w:r w:rsidRPr="00C12360">
        <w:rPr>
          <w:rFonts w:ascii="Aptos" w:hAnsi="Aptos"/>
          <w:lang w:val="es-ES"/>
        </w:rPr>
        <w:t xml:space="preserve"> </w:t>
      </w:r>
      <w:proofErr w:type="spellStart"/>
      <w:r w:rsidRPr="00C12360">
        <w:rPr>
          <w:rFonts w:ascii="Aptos" w:hAnsi="Aptos"/>
          <w:lang w:val="es-ES"/>
        </w:rPr>
        <w:t>exercises</w:t>
      </w:r>
      <w:proofErr w:type="spellEnd"/>
    </w:p>
    <w:p w14:paraId="1333AC49" w14:textId="77777777" w:rsidR="00610360" w:rsidRPr="00C12360" w:rsidRDefault="00000000">
      <w:pPr>
        <w:keepLines/>
        <w:spacing w:after="120"/>
        <w:rPr>
          <w:lang w:val="es-ES"/>
        </w:rPr>
      </w:pPr>
      <w:r w:rsidRPr="00C12360">
        <w:rPr>
          <w:b/>
          <w:color w:val="0B2E4A"/>
          <w:lang w:val="es-ES"/>
        </w:rPr>
        <w:t xml:space="preserve">2.1 </w:t>
      </w:r>
      <w:proofErr w:type="spellStart"/>
      <w:r w:rsidRPr="00C12360">
        <w:rPr>
          <w:b/>
          <w:color w:val="0B2E4A"/>
          <w:lang w:val="es-ES"/>
        </w:rPr>
        <w:t>Build</w:t>
      </w:r>
      <w:proofErr w:type="spellEnd"/>
      <w:r w:rsidRPr="00C12360">
        <w:rPr>
          <w:b/>
          <w:color w:val="0B2E4A"/>
          <w:lang w:val="es-ES"/>
        </w:rPr>
        <w:t xml:space="preserve">: mi / </w:t>
      </w:r>
      <w:proofErr w:type="spellStart"/>
      <w:r w:rsidRPr="00C12360">
        <w:rPr>
          <w:b/>
          <w:color w:val="0B2E4A"/>
          <w:lang w:val="es-ES"/>
        </w:rPr>
        <w:t>vide</w:t>
      </w:r>
      <w:proofErr w:type="spellEnd"/>
      <w:r w:rsidRPr="00C12360">
        <w:rPr>
          <w:b/>
          <w:color w:val="0B2E4A"/>
          <w:lang w:val="es-ES"/>
        </w:rPr>
        <w:t xml:space="preserve"> / un / libro</w:t>
      </w:r>
    </w:p>
    <w:p w14:paraId="406536EC" w14:textId="77777777" w:rsidR="00610360" w:rsidRPr="00C12360" w:rsidRDefault="00000000">
      <w:pPr>
        <w:keepLines/>
        <w:spacing w:after="120"/>
        <w:rPr>
          <w:lang w:val="es-ES"/>
        </w:rPr>
      </w:pPr>
      <w:r w:rsidRPr="00C12360">
        <w:rPr>
          <w:lang w:val="es-ES"/>
        </w:rPr>
        <w:t>________________________________________________________________________________</w:t>
      </w:r>
    </w:p>
    <w:p w14:paraId="05F8E3BD" w14:textId="77777777" w:rsidR="00610360" w:rsidRPr="00C12360" w:rsidRDefault="00000000">
      <w:pPr>
        <w:keepLines/>
        <w:spacing w:after="120"/>
        <w:rPr>
          <w:lang w:val="es-ES"/>
        </w:rPr>
      </w:pPr>
      <w:r w:rsidRPr="00C12360">
        <w:rPr>
          <w:lang w:val="es-ES"/>
        </w:rPr>
        <w:t>________________________________________________________________________________</w:t>
      </w:r>
    </w:p>
    <w:p w14:paraId="384581A2" w14:textId="77777777" w:rsidR="00610360" w:rsidRPr="00C12360" w:rsidRDefault="00000000">
      <w:pPr>
        <w:keepLines/>
        <w:spacing w:after="120"/>
        <w:rPr>
          <w:lang w:val="es-ES"/>
        </w:rPr>
      </w:pPr>
      <w:r w:rsidRPr="00C12360">
        <w:rPr>
          <w:b/>
          <w:color w:val="0B2E4A"/>
          <w:lang w:val="es-ES"/>
        </w:rPr>
        <w:t xml:space="preserve">2.2 </w:t>
      </w:r>
      <w:proofErr w:type="spellStart"/>
      <w:r w:rsidRPr="00C12360">
        <w:rPr>
          <w:b/>
          <w:color w:val="0B2E4A"/>
          <w:lang w:val="es-ES"/>
        </w:rPr>
        <w:t>Translate</w:t>
      </w:r>
      <w:proofErr w:type="spellEnd"/>
      <w:r w:rsidRPr="00C12360">
        <w:rPr>
          <w:b/>
          <w:color w:val="0B2E4A"/>
          <w:lang w:val="es-ES"/>
        </w:rPr>
        <w:t xml:space="preserve">: Nos ama </w:t>
      </w:r>
      <w:proofErr w:type="spellStart"/>
      <w:r w:rsidRPr="00C12360">
        <w:rPr>
          <w:b/>
          <w:color w:val="0B2E4A"/>
          <w:lang w:val="es-ES"/>
        </w:rPr>
        <w:t>musik</w:t>
      </w:r>
      <w:proofErr w:type="spellEnd"/>
      <w:r w:rsidRPr="00C12360">
        <w:rPr>
          <w:b/>
          <w:color w:val="0B2E4A"/>
          <w:lang w:val="es-ES"/>
        </w:rPr>
        <w:t>.</w:t>
      </w:r>
    </w:p>
    <w:p w14:paraId="5D8AF1A0" w14:textId="77777777" w:rsidR="00610360" w:rsidRPr="00C12360" w:rsidRDefault="00000000">
      <w:pPr>
        <w:keepLines/>
        <w:spacing w:after="120"/>
        <w:rPr>
          <w:lang w:val="es-ES"/>
        </w:rPr>
      </w:pPr>
      <w:r w:rsidRPr="00C12360">
        <w:rPr>
          <w:lang w:val="es-ES"/>
        </w:rPr>
        <w:t>________________________________________________________________________________</w:t>
      </w:r>
    </w:p>
    <w:p w14:paraId="366475CC" w14:textId="77777777" w:rsidR="00610360" w:rsidRPr="00C12360" w:rsidRDefault="00000000">
      <w:pPr>
        <w:keepLines/>
        <w:spacing w:after="120"/>
        <w:rPr>
          <w:lang w:val="es-ES"/>
        </w:rPr>
      </w:pPr>
      <w:r w:rsidRPr="00C12360">
        <w:rPr>
          <w:lang w:val="es-ES"/>
        </w:rPr>
        <w:t>________________________________________________________________________________</w:t>
      </w:r>
    </w:p>
    <w:p w14:paraId="4707D173" w14:textId="77777777" w:rsidR="00610360" w:rsidRDefault="00000000">
      <w:pPr>
        <w:keepLines/>
        <w:spacing w:after="120"/>
      </w:pPr>
      <w:r>
        <w:rPr>
          <w:b/>
          <w:color w:val="0B2E4A"/>
        </w:rPr>
        <w:t>2.3 Translate: She writes a letter.</w:t>
      </w:r>
    </w:p>
    <w:p w14:paraId="11FB076A" w14:textId="77777777" w:rsidR="00610360" w:rsidRDefault="00000000">
      <w:pPr>
        <w:keepLines/>
        <w:spacing w:after="120"/>
      </w:pPr>
      <w:r>
        <w:t>________________________________________________________________________________</w:t>
      </w:r>
    </w:p>
    <w:p w14:paraId="665830CB" w14:textId="77777777" w:rsidR="00610360" w:rsidRDefault="00000000">
      <w:pPr>
        <w:keepLines/>
        <w:spacing w:after="120"/>
      </w:pPr>
      <w:r>
        <w:t>________________________________________________________________________________</w:t>
      </w:r>
    </w:p>
    <w:p w14:paraId="6054B9EE" w14:textId="77777777" w:rsidR="00610360" w:rsidRDefault="00000000">
      <w:pPr>
        <w:keepLines/>
        <w:spacing w:after="120"/>
      </w:pPr>
      <w:r>
        <w:rPr>
          <w:b/>
          <w:color w:val="0B2E4A"/>
        </w:rPr>
        <w:t>2.4 Make a sentence with akua.</w:t>
      </w:r>
    </w:p>
    <w:p w14:paraId="2D6DC5AA" w14:textId="77777777" w:rsidR="00610360" w:rsidRDefault="00000000">
      <w:pPr>
        <w:keepLines/>
        <w:spacing w:after="120"/>
      </w:pPr>
      <w:r>
        <w:t>________________________________________________________________________________</w:t>
      </w:r>
    </w:p>
    <w:p w14:paraId="6744DB4E" w14:textId="77777777" w:rsidR="00610360" w:rsidRDefault="00000000">
      <w:pPr>
        <w:keepLines/>
        <w:spacing w:after="120"/>
      </w:pPr>
      <w:r>
        <w:t>________________________________________________________________________________</w:t>
      </w:r>
    </w:p>
    <w:p w14:paraId="579E234A" w14:textId="77777777" w:rsidR="00610360" w:rsidRDefault="00000000">
      <w:pPr>
        <w:keepLines/>
        <w:spacing w:after="120"/>
      </w:pPr>
      <w:r>
        <w:rPr>
          <w:b/>
          <w:color w:val="0B2E4A"/>
        </w:rPr>
        <w:t>2.5 Make a sentence with foto.</w:t>
      </w:r>
    </w:p>
    <w:p w14:paraId="68BCB38F" w14:textId="77777777" w:rsidR="00610360" w:rsidRDefault="00000000">
      <w:pPr>
        <w:keepLines/>
        <w:spacing w:after="120"/>
      </w:pPr>
      <w:r>
        <w:t>________________________________________________________________________________</w:t>
      </w:r>
    </w:p>
    <w:p w14:paraId="2A416172" w14:textId="77777777" w:rsidR="00610360" w:rsidRDefault="00000000">
      <w:pPr>
        <w:keepLines/>
        <w:spacing w:after="120"/>
      </w:pPr>
      <w:r>
        <w:t>________________________________________________________________________________</w:t>
      </w:r>
    </w:p>
    <w:p w14:paraId="29442CDB"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070A627F"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37798A40" w14:textId="77777777" w:rsidR="00610360" w:rsidRDefault="00000000">
            <w:pPr>
              <w:spacing w:after="40"/>
            </w:pPr>
            <w:r>
              <w:rPr>
                <w:b/>
                <w:color w:val="0B2E4A"/>
              </w:rPr>
              <w:t>Checkpoint</w:t>
            </w:r>
          </w:p>
          <w:p w14:paraId="4CB99809" w14:textId="77777777" w:rsidR="00610360" w:rsidRDefault="00000000">
            <w:pPr>
              <w:spacing w:after="0"/>
            </w:pPr>
            <w:r>
              <w:rPr>
                <w:sz w:val="18"/>
              </w:rPr>
              <w:t>Before moving on, read the conversation aloud without stopping. If you stumble, slow down. Clean pronunciation beats fast guessing.</w:t>
            </w:r>
          </w:p>
        </w:tc>
      </w:tr>
    </w:tbl>
    <w:p w14:paraId="347151B8" w14:textId="77777777" w:rsidR="00610360" w:rsidRDefault="00000000">
      <w:pPr>
        <w:spacing w:after="120"/>
      </w:pPr>
      <w:r/>
    </w:p>
    <w:p w14:paraId="7A58C06E" w14:textId="77777777" w:rsidR="00610360" w:rsidRDefault="00000000">
      <w:pPr>
        <w:pStyle w:val="Heading1"/>
        <w:spacing w:after="120"/>
      </w:pPr>
      <w:r>
        <w:rPr>
          <w:rFonts w:ascii="Aptos" w:hAnsi="Aptos"/>
        </w:rPr>
        <w:t>Lesson 3: Articles, Nouns, Plurals, and Adjectives</w:t>
      </w:r>
    </w:p>
    <w:tbl>
      <w:tblPr>
        <w:tblW w:w="0" w:type="auto"/>
        <w:jc w:val="center"/>
        <w:tblLook w:val="04A0" w:firstRow="1" w:lastRow="0" w:firstColumn="1" w:lastColumn="0" w:noHBand="0" w:noVBand="1"/>
      </w:tblPr>
      <w:tblGrid>
        <w:gridCol w:w="10368"/>
      </w:tblGrid>
      <w:tr w:rsidR="00610360" w14:paraId="6BC47F8E"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39DB2BD4" w14:textId="77777777" w:rsidR="00610360" w:rsidRDefault="00000000">
            <w:pPr>
              <w:spacing w:after="40"/>
            </w:pPr>
            <w:r>
              <w:rPr>
                <w:b/>
                <w:color w:val="0B2E4A"/>
              </w:rPr>
              <w:t>Lesson goal</w:t>
            </w:r>
          </w:p>
          <w:p w14:paraId="282D4533" w14:textId="77777777" w:rsidR="00610360" w:rsidRDefault="00000000">
            <w:pPr>
              <w:spacing w:after="0"/>
            </w:pPr>
            <w:r>
              <w:rPr>
                <w:sz w:val="18"/>
              </w:rPr>
              <w:t>Use la, un, plurals, and stable adjectives.</w:t>
            </w:r>
          </w:p>
        </w:tc>
      </w:tr>
    </w:tbl>
    <w:p w14:paraId="6C5E561B"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5070994C"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A1A3CD2"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B9C3D99"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3F3F36C"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0CE2BBD" w14:textId="77777777" w:rsidR="00610360" w:rsidRDefault="00000000">
            <w:pPr>
              <w:spacing w:after="0"/>
            </w:pPr>
            <w:r>
              <w:rPr>
                <w:b/>
                <w:color w:val="FFFFFF"/>
                <w:sz w:val="17"/>
              </w:rPr>
              <w:t>Say it in a sentence</w:t>
            </w:r>
          </w:p>
        </w:tc>
      </w:tr>
      <w:tr w:rsidR="00610360" w14:paraId="009CFEE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B5D5D3" w14:textId="77777777" w:rsidR="00610360" w:rsidRDefault="00000000">
            <w:pPr>
              <w:spacing w:after="0"/>
            </w:pPr>
            <w:r>
              <w:rPr>
                <w:sz w:val="17"/>
              </w:rPr>
              <w:t>grande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7CD8B1A0" w14:textId="77777777" w:rsidR="00610360" w:rsidRDefault="00000000">
            <w:pPr>
              <w:spacing w:after="0"/>
            </w:pPr>
            <w:r>
              <w:rPr>
                <w:sz w:val="17"/>
              </w:rPr>
              <w:t>big / great</w:t>
            </w:r>
          </w:p>
        </w:tc>
        <w:tc>
          <w:tcPr>
            <w:tcW w:w="2592" w:type="dxa"/>
            <w:tcBorders>
              <w:top w:val="single" w:sz="4" w:space="0" w:color="D8E6EC"/>
              <w:left w:val="single" w:sz="4" w:space="0" w:color="D8E6EC"/>
              <w:bottom w:val="single" w:sz="4" w:space="0" w:color="D8E6EC"/>
              <w:right w:val="single" w:sz="4" w:space="0" w:color="D8E6EC"/>
            </w:tcBorders>
            <w:vAlign w:val="center"/>
          </w:tcPr>
          <w:p w14:paraId="20234D40"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05574920" w14:textId="77777777" w:rsidR="00610360" w:rsidRDefault="00000000">
            <w:pPr>
              <w:spacing w:after="0"/>
            </w:pPr>
            <w:r>
              <w:rPr>
                <w:sz w:val="17"/>
              </w:rPr>
              <w:t>La idea es grande.</w:t>
            </w:r>
          </w:p>
        </w:tc>
      </w:tr>
      <w:tr w:rsidR="00610360" w14:paraId="3D104EB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1ECD40B" w14:textId="77777777" w:rsidR="00610360" w:rsidRDefault="00000000">
            <w:pPr>
              <w:spacing w:after="0"/>
            </w:pPr>
            <w:r>
              <w:rPr>
                <w:sz w:val="17"/>
              </w:rPr>
              <w:t>nova</w:t>
            </w:r>
          </w:p>
        </w:tc>
        <w:tc>
          <w:tcPr>
            <w:tcW w:w="2592" w:type="dxa"/>
            <w:tcBorders>
              <w:top w:val="single" w:sz="4" w:space="0" w:color="D8E6EC"/>
              <w:left w:val="single" w:sz="4" w:space="0" w:color="D8E6EC"/>
              <w:bottom w:val="single" w:sz="4" w:space="0" w:color="D8E6EC"/>
              <w:right w:val="single" w:sz="4" w:space="0" w:color="D8E6EC"/>
            </w:tcBorders>
            <w:vAlign w:val="center"/>
          </w:tcPr>
          <w:p w14:paraId="158F6CD6" w14:textId="77777777" w:rsidR="00610360" w:rsidRDefault="00000000">
            <w:pPr>
              <w:spacing w:after="0"/>
            </w:pPr>
            <w:r>
              <w:rPr>
                <w:sz w:val="17"/>
              </w:rPr>
              <w:t>new</w:t>
            </w:r>
          </w:p>
        </w:tc>
        <w:tc>
          <w:tcPr>
            <w:tcW w:w="2592" w:type="dxa"/>
            <w:tcBorders>
              <w:top w:val="single" w:sz="4" w:space="0" w:color="D8E6EC"/>
              <w:left w:val="single" w:sz="4" w:space="0" w:color="D8E6EC"/>
              <w:bottom w:val="single" w:sz="4" w:space="0" w:color="D8E6EC"/>
              <w:right w:val="single" w:sz="4" w:space="0" w:color="D8E6EC"/>
            </w:tcBorders>
            <w:vAlign w:val="center"/>
          </w:tcPr>
          <w:p w14:paraId="3A4F0D9F"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05CA4D9E" w14:textId="77777777" w:rsidR="00610360" w:rsidRDefault="00000000">
            <w:pPr>
              <w:spacing w:after="0"/>
            </w:pPr>
            <w:r>
              <w:rPr>
                <w:sz w:val="17"/>
              </w:rPr>
              <w:t>La idea es nova.</w:t>
            </w:r>
          </w:p>
        </w:tc>
      </w:tr>
      <w:tr w:rsidR="00610360" w:rsidRPr="00C12360" w14:paraId="3A3AB87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A86B51" w14:textId="77777777" w:rsidR="00610360" w:rsidRDefault="00000000">
            <w:pPr>
              <w:spacing w:after="0"/>
            </w:pPr>
            <w:r>
              <w:rPr>
                <w:sz w:val="17"/>
              </w:rPr>
              <w:t>alto</w:t>
            </w:r>
          </w:p>
        </w:tc>
        <w:tc>
          <w:tcPr>
            <w:tcW w:w="2592" w:type="dxa"/>
            <w:tcBorders>
              <w:top w:val="single" w:sz="4" w:space="0" w:color="D8E6EC"/>
              <w:left w:val="single" w:sz="4" w:space="0" w:color="D8E6EC"/>
              <w:bottom w:val="single" w:sz="4" w:space="0" w:color="D8E6EC"/>
              <w:right w:val="single" w:sz="4" w:space="0" w:color="D8E6EC"/>
            </w:tcBorders>
            <w:vAlign w:val="center"/>
          </w:tcPr>
          <w:p w14:paraId="1929DC0B"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5EB4EC3"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F397497" w14:textId="77777777" w:rsidR="00610360" w:rsidRPr="00C12360" w:rsidRDefault="00000000">
            <w:pPr>
              <w:spacing w:after="0"/>
              <w:rPr>
                <w:lang w:val="es-ES"/>
              </w:rPr>
            </w:pPr>
            <w:r w:rsidRPr="00C12360">
              <w:rPr>
                <w:sz w:val="17"/>
                <w:lang w:val="es-ES"/>
              </w:rPr>
              <w:t xml:space="preserve">Mi usa alto en </w:t>
            </w:r>
            <w:proofErr w:type="gramStart"/>
            <w:r w:rsidRPr="00C12360">
              <w:rPr>
                <w:sz w:val="17"/>
                <w:lang w:val="es-ES"/>
              </w:rPr>
              <w:t>un frase</w:t>
            </w:r>
            <w:proofErr w:type="gramEnd"/>
            <w:r w:rsidRPr="00C12360">
              <w:rPr>
                <w:sz w:val="17"/>
                <w:lang w:val="es-ES"/>
              </w:rPr>
              <w:t>.</w:t>
            </w:r>
          </w:p>
        </w:tc>
      </w:tr>
      <w:tr w:rsidR="00610360" w14:paraId="18D7E98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9C3B7D8" w14:textId="77777777" w:rsidR="00610360" w:rsidRDefault="00000000">
            <w:pPr>
              <w:spacing w:after="0"/>
            </w:pPr>
            <w:proofErr w:type="spellStart"/>
            <w:r>
              <w:rPr>
                <w:sz w:val="17"/>
              </w:rPr>
              <w:t>larga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6470DB05" w14:textId="77777777" w:rsidR="00610360" w:rsidRDefault="00000000">
            <w:pPr>
              <w:spacing w:after="0"/>
            </w:pPr>
            <w:r>
              <w:rPr>
                <w:sz w:val="17"/>
              </w:rPr>
              <w:t>wide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588F2AE7"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6DC2D4" w14:textId="77777777" w:rsidR="00610360" w:rsidRDefault="00000000">
            <w:pPr>
              <w:spacing w:after="0"/>
            </w:pPr>
            <w:r>
              <w:rPr>
                <w:sz w:val="17"/>
              </w:rPr>
              <w:t>La idea es larga.</w:t>
            </w:r>
          </w:p>
        </w:tc>
      </w:tr>
      <w:tr w:rsidR="00610360" w14:paraId="53109EE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E25ACF7" w14:textId="77777777" w:rsidR="00610360" w:rsidRDefault="00000000">
            <w:pPr>
              <w:spacing w:after="0"/>
            </w:pPr>
            <w:r>
              <w:rPr>
                <w:sz w:val="17"/>
              </w:rPr>
              <w:t>roja</w:t>
            </w:r>
          </w:p>
        </w:tc>
        <w:tc>
          <w:tcPr>
            <w:tcW w:w="2592" w:type="dxa"/>
            <w:tcBorders>
              <w:top w:val="single" w:sz="4" w:space="0" w:color="D8E6EC"/>
              <w:left w:val="single" w:sz="4" w:space="0" w:color="D8E6EC"/>
              <w:bottom w:val="single" w:sz="4" w:space="0" w:color="D8E6EC"/>
              <w:right w:val="single" w:sz="4" w:space="0" w:color="D8E6EC"/>
            </w:tcBorders>
            <w:vAlign w:val="center"/>
          </w:tcPr>
          <w:p w14:paraId="766954EC" w14:textId="77777777" w:rsidR="00610360" w:rsidRDefault="00000000">
            <w:pPr>
              <w:spacing w:after="0"/>
            </w:pPr>
            <w:r>
              <w:rPr>
                <w:sz w:val="17"/>
              </w:rPr>
              <w:t>red</w:t>
            </w:r>
          </w:p>
        </w:tc>
        <w:tc>
          <w:tcPr>
            <w:tcW w:w="2592" w:type="dxa"/>
            <w:tcBorders>
              <w:top w:val="single" w:sz="4" w:space="0" w:color="D8E6EC"/>
              <w:left w:val="single" w:sz="4" w:space="0" w:color="D8E6EC"/>
              <w:bottom w:val="single" w:sz="4" w:space="0" w:color="D8E6EC"/>
              <w:right w:val="single" w:sz="4" w:space="0" w:color="D8E6EC"/>
            </w:tcBorders>
            <w:vAlign w:val="center"/>
          </w:tcPr>
          <w:p w14:paraId="41EBCFBB" w14:textId="77777777" w:rsidR="00610360" w:rsidRDefault="00000000">
            <w:pPr>
              <w:spacing w:after="0"/>
            </w:pPr>
            <w:r>
              <w:rPr>
                <w:sz w:val="17"/>
              </w:rPr>
              <w:t>adjective/noun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E8D054A" w14:textId="77777777" w:rsidR="00610360" w:rsidRDefault="00000000">
            <w:pPr>
              <w:spacing w:after="0"/>
            </w:pPr>
            <w:r>
              <w:rPr>
                <w:sz w:val="17"/>
              </w:rPr>
              <w:t>La roja es important.</w:t>
            </w:r>
          </w:p>
        </w:tc>
      </w:tr>
      <w:tr w:rsidR="00610360" w14:paraId="3521A1C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FAC0404" w14:textId="77777777" w:rsidR="00610360" w:rsidRDefault="00000000">
            <w:pPr>
              <w:spacing w:after="0"/>
            </w:pPr>
            <w:r>
              <w:rPr>
                <w:sz w:val="17"/>
              </w:rPr>
              <w:t>blanc</w:t>
            </w:r>
          </w:p>
        </w:tc>
        <w:tc>
          <w:tcPr>
            <w:tcW w:w="2592" w:type="dxa"/>
            <w:tcBorders>
              <w:top w:val="single" w:sz="4" w:space="0" w:color="D8E6EC"/>
              <w:left w:val="single" w:sz="4" w:space="0" w:color="D8E6EC"/>
              <w:bottom w:val="single" w:sz="4" w:space="0" w:color="D8E6EC"/>
              <w:right w:val="single" w:sz="4" w:space="0" w:color="D8E6EC"/>
            </w:tcBorders>
            <w:vAlign w:val="center"/>
          </w:tcPr>
          <w:p w14:paraId="4522E4F8" w14:textId="77777777" w:rsidR="00610360" w:rsidRDefault="00000000">
            <w:pPr>
              <w:spacing w:after="0"/>
            </w:pPr>
            <w:r>
              <w:rPr>
                <w:sz w:val="17"/>
              </w:rPr>
              <w:t>white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66B6DDED" w14:textId="77777777" w:rsidR="00610360" w:rsidRDefault="00000000">
            <w:pPr>
              <w:spacing w:after="0"/>
            </w:pPr>
            <w:r>
              <w:rPr>
                <w:sz w:val="17"/>
              </w:rPr>
              <w:t>adjective/noun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06CB327" w14:textId="77777777" w:rsidR="00610360" w:rsidRDefault="00000000">
            <w:pPr>
              <w:spacing w:after="0"/>
            </w:pPr>
            <w:r>
              <w:rPr>
                <w:sz w:val="17"/>
              </w:rPr>
              <w:t>La blanc es important.</w:t>
            </w:r>
          </w:p>
        </w:tc>
      </w:tr>
      <w:tr w:rsidR="00610360" w14:paraId="66FE6E9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483B7D" w14:textId="77777777" w:rsidR="00610360" w:rsidRDefault="00000000">
            <w:pPr>
              <w:spacing w:after="0"/>
            </w:pPr>
            <w:r>
              <w:rPr>
                <w:sz w:val="17"/>
              </w:rPr>
              <w:t>forte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7C1F0F56" w14:textId="77777777" w:rsidR="00610360" w:rsidRDefault="00000000">
            <w:pPr>
              <w:spacing w:after="0"/>
            </w:pPr>
            <w:r>
              <w:rPr>
                <w:sz w:val="17"/>
              </w:rPr>
              <w:t>strong</w:t>
            </w:r>
          </w:p>
        </w:tc>
        <w:tc>
          <w:tcPr>
            <w:tcW w:w="2592" w:type="dxa"/>
            <w:tcBorders>
              <w:top w:val="single" w:sz="4" w:space="0" w:color="D8E6EC"/>
              <w:left w:val="single" w:sz="4" w:space="0" w:color="D8E6EC"/>
              <w:bottom w:val="single" w:sz="4" w:space="0" w:color="D8E6EC"/>
              <w:right w:val="single" w:sz="4" w:space="0" w:color="D8E6EC"/>
            </w:tcBorders>
            <w:vAlign w:val="center"/>
          </w:tcPr>
          <w:p w14:paraId="4E9C49C8"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5CC75B17" w14:textId="77777777" w:rsidR="00610360" w:rsidRDefault="00000000">
            <w:pPr>
              <w:spacing w:after="0"/>
            </w:pPr>
            <w:r>
              <w:rPr>
                <w:sz w:val="17"/>
              </w:rPr>
              <w:t>La idea es forte.</w:t>
            </w:r>
          </w:p>
        </w:tc>
      </w:tr>
      <w:tr w:rsidR="00610360" w14:paraId="6F40CB0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E5DD57" w14:textId="77777777" w:rsidR="00610360" w:rsidRDefault="00000000">
            <w:pPr>
              <w:spacing w:after="0"/>
            </w:pPr>
            <w:r>
              <w:rPr>
                <w:sz w:val="17"/>
              </w:rPr>
              <w:t>fasil</w:t>
            </w:r>
          </w:p>
        </w:tc>
        <w:tc>
          <w:tcPr>
            <w:tcW w:w="2592" w:type="dxa"/>
            <w:tcBorders>
              <w:top w:val="single" w:sz="4" w:space="0" w:color="D8E6EC"/>
              <w:left w:val="single" w:sz="4" w:space="0" w:color="D8E6EC"/>
              <w:bottom w:val="single" w:sz="4" w:space="0" w:color="D8E6EC"/>
              <w:right w:val="single" w:sz="4" w:space="0" w:color="D8E6EC"/>
            </w:tcBorders>
            <w:vAlign w:val="center"/>
          </w:tcPr>
          <w:p w14:paraId="126932D1" w14:textId="77777777" w:rsidR="00610360" w:rsidRDefault="00000000">
            <w:pPr>
              <w:spacing w:after="0"/>
            </w:pPr>
            <w:r>
              <w:rPr>
                <w:sz w:val="17"/>
              </w:rPr>
              <w:t>easy</w:t>
            </w:r>
          </w:p>
        </w:tc>
        <w:tc>
          <w:tcPr>
            <w:tcW w:w="2592" w:type="dxa"/>
            <w:tcBorders>
              <w:top w:val="single" w:sz="4" w:space="0" w:color="D8E6EC"/>
              <w:left w:val="single" w:sz="4" w:space="0" w:color="D8E6EC"/>
              <w:bottom w:val="single" w:sz="4" w:space="0" w:color="D8E6EC"/>
              <w:right w:val="single" w:sz="4" w:space="0" w:color="D8E6EC"/>
            </w:tcBorders>
            <w:vAlign w:val="center"/>
          </w:tcPr>
          <w:p w14:paraId="68CF3817"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70A7C516" w14:textId="77777777" w:rsidR="00610360" w:rsidRDefault="00000000">
            <w:pPr>
              <w:spacing w:after="0"/>
            </w:pPr>
            <w:r>
              <w:rPr>
                <w:sz w:val="17"/>
              </w:rPr>
              <w:t>La idea es fasil.</w:t>
            </w:r>
          </w:p>
        </w:tc>
      </w:tr>
      <w:tr w:rsidR="00610360" w14:paraId="22175C8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3BAF836" w14:textId="77777777" w:rsidR="00610360" w:rsidRDefault="00000000">
            <w:pPr>
              <w:spacing w:after="0"/>
            </w:pPr>
            <w:r>
              <w:rPr>
                <w:sz w:val="17"/>
              </w:rPr>
              <w:t>difisil</w:t>
            </w:r>
          </w:p>
        </w:tc>
        <w:tc>
          <w:tcPr>
            <w:tcW w:w="2592" w:type="dxa"/>
            <w:tcBorders>
              <w:top w:val="single" w:sz="4" w:space="0" w:color="D8E6EC"/>
              <w:left w:val="single" w:sz="4" w:space="0" w:color="D8E6EC"/>
              <w:bottom w:val="single" w:sz="4" w:space="0" w:color="D8E6EC"/>
              <w:right w:val="single" w:sz="4" w:space="0" w:color="D8E6EC"/>
            </w:tcBorders>
            <w:vAlign w:val="center"/>
          </w:tcPr>
          <w:p w14:paraId="56D0E989" w14:textId="77777777" w:rsidR="00610360" w:rsidRDefault="00000000">
            <w:pPr>
              <w:spacing w:after="0"/>
            </w:pPr>
            <w:r>
              <w:rPr>
                <w:sz w:val="17"/>
              </w:rPr>
              <w:t>difficult</w:t>
            </w:r>
          </w:p>
        </w:tc>
        <w:tc>
          <w:tcPr>
            <w:tcW w:w="2592" w:type="dxa"/>
            <w:tcBorders>
              <w:top w:val="single" w:sz="4" w:space="0" w:color="D8E6EC"/>
              <w:left w:val="single" w:sz="4" w:space="0" w:color="D8E6EC"/>
              <w:bottom w:val="single" w:sz="4" w:space="0" w:color="D8E6EC"/>
              <w:right w:val="single" w:sz="4" w:space="0" w:color="D8E6EC"/>
            </w:tcBorders>
            <w:vAlign w:val="center"/>
          </w:tcPr>
          <w:p w14:paraId="279C1645"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A0F2551" w14:textId="77777777" w:rsidR="00610360" w:rsidRDefault="00000000">
            <w:pPr>
              <w:spacing w:after="0"/>
            </w:pPr>
            <w:r>
              <w:rPr>
                <w:sz w:val="17"/>
              </w:rPr>
              <w:t>La idea es difisil.</w:t>
            </w:r>
          </w:p>
        </w:tc>
      </w:tr>
      <w:tr w:rsidR="00610360" w14:paraId="5193092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544B706" w14:textId="77777777" w:rsidR="00610360" w:rsidRDefault="00000000">
            <w:pPr>
              <w:spacing w:after="0"/>
            </w:pPr>
            <w:r>
              <w:rPr>
                <w:sz w:val="17"/>
              </w:rPr>
              <w:t>multe</w:t>
            </w:r>
          </w:p>
        </w:tc>
        <w:tc>
          <w:tcPr>
            <w:tcW w:w="2592" w:type="dxa"/>
            <w:tcBorders>
              <w:top w:val="single" w:sz="4" w:space="0" w:color="D8E6EC"/>
              <w:left w:val="single" w:sz="4" w:space="0" w:color="D8E6EC"/>
              <w:bottom w:val="single" w:sz="4" w:space="0" w:color="D8E6EC"/>
              <w:right w:val="single" w:sz="4" w:space="0" w:color="D8E6EC"/>
            </w:tcBorders>
            <w:vAlign w:val="center"/>
          </w:tcPr>
          <w:p w14:paraId="682E4C2D" w14:textId="77777777" w:rsidR="00610360" w:rsidRDefault="00000000">
            <w:pPr>
              <w:spacing w:after="0"/>
            </w:pPr>
            <w:r>
              <w:rPr>
                <w:sz w:val="17"/>
              </w:rPr>
              <w:t>many / much</w:t>
            </w:r>
          </w:p>
        </w:tc>
        <w:tc>
          <w:tcPr>
            <w:tcW w:w="2592" w:type="dxa"/>
            <w:tcBorders>
              <w:top w:val="single" w:sz="4" w:space="0" w:color="D8E6EC"/>
              <w:left w:val="single" w:sz="4" w:space="0" w:color="D8E6EC"/>
              <w:bottom w:val="single" w:sz="4" w:space="0" w:color="D8E6EC"/>
              <w:right w:val="single" w:sz="4" w:space="0" w:color="D8E6EC"/>
            </w:tcBorders>
            <w:vAlign w:val="center"/>
          </w:tcPr>
          <w:p w14:paraId="532D42DF" w14:textId="77777777" w:rsidR="00610360" w:rsidRDefault="00000000">
            <w:pPr>
              <w:spacing w:after="0"/>
            </w:pPr>
            <w:r>
              <w:rPr>
                <w:sz w:val="17"/>
              </w:rPr>
              <w:t>adjective/adverb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A6B4DC4" w14:textId="77777777" w:rsidR="00610360" w:rsidRDefault="00000000">
            <w:pPr>
              <w:spacing w:after="0"/>
            </w:pPr>
            <w:r>
              <w:rPr>
                <w:sz w:val="17"/>
              </w:rPr>
              <w:t>Mi multe.</w:t>
            </w:r>
          </w:p>
        </w:tc>
      </w:tr>
      <w:tr w:rsidR="00610360" w14:paraId="5FC0AA4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0D22848" w14:textId="77777777" w:rsidR="00610360" w:rsidRDefault="00000000">
            <w:pPr>
              <w:spacing w:after="0"/>
            </w:pPr>
            <w:r>
              <w:rPr>
                <w:sz w:val="17"/>
              </w:rPr>
              <w:t>libro</w:t>
            </w:r>
          </w:p>
        </w:tc>
        <w:tc>
          <w:tcPr>
            <w:tcW w:w="2592" w:type="dxa"/>
            <w:tcBorders>
              <w:top w:val="single" w:sz="4" w:space="0" w:color="D8E6EC"/>
              <w:left w:val="single" w:sz="4" w:space="0" w:color="D8E6EC"/>
              <w:bottom w:val="single" w:sz="4" w:space="0" w:color="D8E6EC"/>
              <w:right w:val="single" w:sz="4" w:space="0" w:color="D8E6EC"/>
            </w:tcBorders>
            <w:vAlign w:val="center"/>
          </w:tcPr>
          <w:p w14:paraId="69601E35" w14:textId="77777777" w:rsidR="00610360" w:rsidRDefault="00000000">
            <w:pPr>
              <w:spacing w:after="0"/>
            </w:pPr>
            <w:r>
              <w:rPr>
                <w:sz w:val="17"/>
              </w:rPr>
              <w:t>book</w:t>
            </w:r>
          </w:p>
        </w:tc>
        <w:tc>
          <w:tcPr>
            <w:tcW w:w="2592" w:type="dxa"/>
            <w:tcBorders>
              <w:top w:val="single" w:sz="4" w:space="0" w:color="D8E6EC"/>
              <w:left w:val="single" w:sz="4" w:space="0" w:color="D8E6EC"/>
              <w:bottom w:val="single" w:sz="4" w:space="0" w:color="D8E6EC"/>
              <w:right w:val="single" w:sz="4" w:space="0" w:color="D8E6EC"/>
            </w:tcBorders>
            <w:vAlign w:val="center"/>
          </w:tcPr>
          <w:p w14:paraId="2773BF1B"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E773F36" w14:textId="77777777" w:rsidR="00610360" w:rsidRDefault="00000000">
            <w:pPr>
              <w:spacing w:after="0"/>
            </w:pPr>
            <w:r>
              <w:rPr>
                <w:sz w:val="17"/>
              </w:rPr>
              <w:t>La libro es important.</w:t>
            </w:r>
          </w:p>
        </w:tc>
      </w:tr>
      <w:tr w:rsidR="00610360" w:rsidRPr="00C12360" w14:paraId="5F1440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D5106FC" w14:textId="77777777" w:rsidR="00610360" w:rsidRDefault="00000000">
            <w:pPr>
              <w:spacing w:after="0"/>
            </w:pPr>
            <w:r>
              <w:rPr>
                <w:sz w:val="17"/>
              </w:rPr>
              <w:t>libros</w:t>
            </w:r>
          </w:p>
        </w:tc>
        <w:tc>
          <w:tcPr>
            <w:tcW w:w="2592" w:type="dxa"/>
            <w:tcBorders>
              <w:top w:val="single" w:sz="4" w:space="0" w:color="D8E6EC"/>
              <w:left w:val="single" w:sz="4" w:space="0" w:color="D8E6EC"/>
              <w:bottom w:val="single" w:sz="4" w:space="0" w:color="D8E6EC"/>
              <w:right w:val="single" w:sz="4" w:space="0" w:color="D8E6EC"/>
            </w:tcBorders>
            <w:vAlign w:val="center"/>
          </w:tcPr>
          <w:p w14:paraId="2885DD4C"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28767E1"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FA8F038" w14:textId="77777777" w:rsidR="00610360" w:rsidRPr="00C12360" w:rsidRDefault="00000000">
            <w:pPr>
              <w:spacing w:after="0"/>
              <w:rPr>
                <w:lang w:val="es-ES"/>
              </w:rPr>
            </w:pPr>
            <w:r w:rsidRPr="00C12360">
              <w:rPr>
                <w:sz w:val="17"/>
                <w:lang w:val="es-ES"/>
              </w:rPr>
              <w:t xml:space="preserve">Mi usa libros en </w:t>
            </w:r>
            <w:proofErr w:type="gramStart"/>
            <w:r w:rsidRPr="00C12360">
              <w:rPr>
                <w:sz w:val="17"/>
                <w:lang w:val="es-ES"/>
              </w:rPr>
              <w:t>un frase</w:t>
            </w:r>
            <w:proofErr w:type="gramEnd"/>
            <w:r w:rsidRPr="00C12360">
              <w:rPr>
                <w:sz w:val="17"/>
                <w:lang w:val="es-ES"/>
              </w:rPr>
              <w:t>.</w:t>
            </w:r>
          </w:p>
        </w:tc>
      </w:tr>
      <w:tr w:rsidR="00610360" w14:paraId="5510193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705E11F" w14:textId="77777777" w:rsidR="00610360" w:rsidRDefault="00000000">
            <w:pPr>
              <w:spacing w:after="0"/>
            </w:pPr>
            <w:r>
              <w:rPr>
                <w:sz w:val="17"/>
              </w:rPr>
              <w:t>familia</w:t>
            </w:r>
          </w:p>
        </w:tc>
        <w:tc>
          <w:tcPr>
            <w:tcW w:w="2592" w:type="dxa"/>
            <w:tcBorders>
              <w:top w:val="single" w:sz="4" w:space="0" w:color="D8E6EC"/>
              <w:left w:val="single" w:sz="4" w:space="0" w:color="D8E6EC"/>
              <w:bottom w:val="single" w:sz="4" w:space="0" w:color="D8E6EC"/>
              <w:right w:val="single" w:sz="4" w:space="0" w:color="D8E6EC"/>
            </w:tcBorders>
            <w:vAlign w:val="center"/>
          </w:tcPr>
          <w:p w14:paraId="279A1909" w14:textId="77777777" w:rsidR="00610360" w:rsidRDefault="00000000">
            <w:pPr>
              <w:spacing w:after="0"/>
            </w:pPr>
            <w:r>
              <w:rPr>
                <w:sz w:val="17"/>
              </w:rPr>
              <w:t>family</w:t>
            </w:r>
          </w:p>
        </w:tc>
        <w:tc>
          <w:tcPr>
            <w:tcW w:w="2592" w:type="dxa"/>
            <w:tcBorders>
              <w:top w:val="single" w:sz="4" w:space="0" w:color="D8E6EC"/>
              <w:left w:val="single" w:sz="4" w:space="0" w:color="D8E6EC"/>
              <w:bottom w:val="single" w:sz="4" w:space="0" w:color="D8E6EC"/>
              <w:right w:val="single" w:sz="4" w:space="0" w:color="D8E6EC"/>
            </w:tcBorders>
            <w:vAlign w:val="center"/>
          </w:tcPr>
          <w:p w14:paraId="5DBF3FA4"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CF95A76" w14:textId="77777777" w:rsidR="00610360" w:rsidRDefault="00000000">
            <w:pPr>
              <w:spacing w:after="0"/>
            </w:pPr>
            <w:r>
              <w:rPr>
                <w:sz w:val="17"/>
              </w:rPr>
              <w:t>La familia es ici.</w:t>
            </w:r>
          </w:p>
        </w:tc>
      </w:tr>
      <w:tr w:rsidR="00610360" w:rsidRPr="00C12360" w14:paraId="79F6676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A41D3C" w14:textId="77777777" w:rsidR="00610360" w:rsidRDefault="00000000">
            <w:pPr>
              <w:spacing w:after="0"/>
            </w:pPr>
            <w:r>
              <w:rPr>
                <w:sz w:val="17"/>
              </w:rPr>
              <w:t>familias</w:t>
            </w:r>
          </w:p>
        </w:tc>
        <w:tc>
          <w:tcPr>
            <w:tcW w:w="2592" w:type="dxa"/>
            <w:tcBorders>
              <w:top w:val="single" w:sz="4" w:space="0" w:color="D8E6EC"/>
              <w:left w:val="single" w:sz="4" w:space="0" w:color="D8E6EC"/>
              <w:bottom w:val="single" w:sz="4" w:space="0" w:color="D8E6EC"/>
              <w:right w:val="single" w:sz="4" w:space="0" w:color="D8E6EC"/>
            </w:tcBorders>
            <w:vAlign w:val="center"/>
          </w:tcPr>
          <w:p w14:paraId="640260DC"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A4ABE80"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07B0187" w14:textId="77777777" w:rsidR="00610360" w:rsidRPr="00C12360" w:rsidRDefault="00000000">
            <w:pPr>
              <w:spacing w:after="0"/>
              <w:rPr>
                <w:lang w:val="es-ES"/>
              </w:rPr>
            </w:pPr>
            <w:r w:rsidRPr="00C12360">
              <w:rPr>
                <w:sz w:val="17"/>
                <w:lang w:val="es-ES"/>
              </w:rPr>
              <w:t xml:space="preserve">Mi usa familias en </w:t>
            </w:r>
            <w:proofErr w:type="gramStart"/>
            <w:r w:rsidRPr="00C12360">
              <w:rPr>
                <w:sz w:val="17"/>
                <w:lang w:val="es-ES"/>
              </w:rPr>
              <w:t>un frase</w:t>
            </w:r>
            <w:proofErr w:type="gramEnd"/>
            <w:r w:rsidRPr="00C12360">
              <w:rPr>
                <w:sz w:val="17"/>
                <w:lang w:val="es-ES"/>
              </w:rPr>
              <w:t>.</w:t>
            </w:r>
          </w:p>
        </w:tc>
      </w:tr>
      <w:tr w:rsidR="00610360" w:rsidRPr="00C12360" w14:paraId="68B3CEA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E94EE0" w14:textId="77777777" w:rsidR="00610360" w:rsidRDefault="00000000">
            <w:pPr>
              <w:spacing w:after="0"/>
            </w:pPr>
            <w:proofErr w:type="spellStart"/>
            <w:r>
              <w:rPr>
                <w:sz w:val="17"/>
              </w:rPr>
              <w:t>nasion</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D83E8C7" w14:textId="77777777" w:rsidR="00610360" w:rsidRDefault="00000000">
            <w:pPr>
              <w:spacing w:after="0"/>
            </w:pPr>
            <w:r>
              <w:rPr>
                <w:sz w:val="17"/>
              </w:rPr>
              <w:t>nasion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6885E871"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4332232" w14:textId="77777777" w:rsidR="00610360" w:rsidRPr="00C12360" w:rsidRDefault="00000000">
            <w:pPr>
              <w:spacing w:after="0"/>
              <w:rPr>
                <w:lang w:val="es-ES"/>
              </w:rPr>
            </w:pPr>
            <w:r w:rsidRPr="00C12360">
              <w:rPr>
                <w:sz w:val="17"/>
                <w:lang w:val="es-ES"/>
              </w:rPr>
              <w:t xml:space="preserve">Nos va visita la </w:t>
            </w:r>
            <w:proofErr w:type="spellStart"/>
            <w:r w:rsidRPr="00C12360">
              <w:rPr>
                <w:sz w:val="17"/>
                <w:lang w:val="es-ES"/>
              </w:rPr>
              <w:t>nasion</w:t>
            </w:r>
            <w:proofErr w:type="spellEnd"/>
            <w:r w:rsidRPr="00C12360">
              <w:rPr>
                <w:sz w:val="17"/>
                <w:lang w:val="es-ES"/>
              </w:rPr>
              <w:t>.</w:t>
            </w:r>
          </w:p>
        </w:tc>
      </w:tr>
      <w:tr w:rsidR="00610360" w:rsidRPr="00C12360" w14:paraId="0F57299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0AB0B5" w14:textId="77777777" w:rsidR="00610360" w:rsidRDefault="00000000">
            <w:pPr>
              <w:spacing w:after="0"/>
            </w:pPr>
            <w:proofErr w:type="spellStart"/>
            <w:r>
              <w:rPr>
                <w:sz w:val="17"/>
              </w:rPr>
              <w:t>nasiones</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629EEC4"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61B994F7"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794B7AD" w14:textId="77777777" w:rsidR="00610360" w:rsidRPr="00C12360" w:rsidRDefault="00000000">
            <w:pPr>
              <w:spacing w:after="0"/>
              <w:rPr>
                <w:lang w:val="es-ES"/>
              </w:rPr>
            </w:pPr>
            <w:r w:rsidRPr="00C12360">
              <w:rPr>
                <w:sz w:val="17"/>
                <w:lang w:val="es-ES"/>
              </w:rPr>
              <w:t xml:space="preserve">Mi usa nasiones en </w:t>
            </w:r>
            <w:proofErr w:type="gramStart"/>
            <w:r w:rsidRPr="00C12360">
              <w:rPr>
                <w:sz w:val="17"/>
                <w:lang w:val="es-ES"/>
              </w:rPr>
              <w:t>un frase</w:t>
            </w:r>
            <w:proofErr w:type="gramEnd"/>
            <w:r w:rsidRPr="00C12360">
              <w:rPr>
                <w:sz w:val="17"/>
                <w:lang w:val="es-ES"/>
              </w:rPr>
              <w:t>.</w:t>
            </w:r>
          </w:p>
        </w:tc>
      </w:tr>
      <w:tr w:rsidR="00610360" w14:paraId="6A60DD1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DE23841" w14:textId="77777777" w:rsidR="00610360" w:rsidRDefault="00000000">
            <w:pPr>
              <w:spacing w:after="0"/>
            </w:pPr>
            <w:r>
              <w:rPr>
                <w:sz w:val="17"/>
              </w:rPr>
              <w:t>idea</w:t>
            </w:r>
          </w:p>
        </w:tc>
        <w:tc>
          <w:tcPr>
            <w:tcW w:w="2592" w:type="dxa"/>
            <w:tcBorders>
              <w:top w:val="single" w:sz="4" w:space="0" w:color="D8E6EC"/>
              <w:left w:val="single" w:sz="4" w:space="0" w:color="D8E6EC"/>
              <w:bottom w:val="single" w:sz="4" w:space="0" w:color="D8E6EC"/>
              <w:right w:val="single" w:sz="4" w:space="0" w:color="D8E6EC"/>
            </w:tcBorders>
            <w:vAlign w:val="center"/>
          </w:tcPr>
          <w:p w14:paraId="0A94DF45" w14:textId="77777777" w:rsidR="00610360" w:rsidRDefault="00000000">
            <w:pPr>
              <w:spacing w:after="0"/>
            </w:pPr>
            <w:r>
              <w:rPr>
                <w:sz w:val="17"/>
              </w:rPr>
              <w:t>idea</w:t>
            </w:r>
          </w:p>
        </w:tc>
        <w:tc>
          <w:tcPr>
            <w:tcW w:w="2592" w:type="dxa"/>
            <w:tcBorders>
              <w:top w:val="single" w:sz="4" w:space="0" w:color="D8E6EC"/>
              <w:left w:val="single" w:sz="4" w:space="0" w:color="D8E6EC"/>
              <w:bottom w:val="single" w:sz="4" w:space="0" w:color="D8E6EC"/>
              <w:right w:val="single" w:sz="4" w:space="0" w:color="D8E6EC"/>
            </w:tcBorders>
            <w:vAlign w:val="center"/>
          </w:tcPr>
          <w:p w14:paraId="0C4622C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9AFDA91" w14:textId="77777777" w:rsidR="00610360" w:rsidRDefault="00000000">
            <w:pPr>
              <w:spacing w:after="0"/>
            </w:pPr>
            <w:r>
              <w:rPr>
                <w:sz w:val="17"/>
              </w:rPr>
              <w:t>La idea es important.</w:t>
            </w:r>
          </w:p>
        </w:tc>
      </w:tr>
      <w:tr w:rsidR="00610360" w:rsidRPr="00C12360" w14:paraId="7CB158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10DC0B3" w14:textId="77777777" w:rsidR="00610360" w:rsidRDefault="00000000">
            <w:pPr>
              <w:spacing w:after="0"/>
            </w:pPr>
            <w:r>
              <w:rPr>
                <w:sz w:val="17"/>
              </w:rPr>
              <w:t>ideas</w:t>
            </w:r>
          </w:p>
        </w:tc>
        <w:tc>
          <w:tcPr>
            <w:tcW w:w="2592" w:type="dxa"/>
            <w:tcBorders>
              <w:top w:val="single" w:sz="4" w:space="0" w:color="D8E6EC"/>
              <w:left w:val="single" w:sz="4" w:space="0" w:color="D8E6EC"/>
              <w:bottom w:val="single" w:sz="4" w:space="0" w:color="D8E6EC"/>
              <w:right w:val="single" w:sz="4" w:space="0" w:color="D8E6EC"/>
            </w:tcBorders>
            <w:vAlign w:val="center"/>
          </w:tcPr>
          <w:p w14:paraId="27A65F9B"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4AE8936"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6D2B688" w14:textId="77777777" w:rsidR="00610360" w:rsidRPr="00C12360" w:rsidRDefault="00000000">
            <w:pPr>
              <w:spacing w:after="0"/>
              <w:rPr>
                <w:lang w:val="es-ES"/>
              </w:rPr>
            </w:pPr>
            <w:r w:rsidRPr="00C12360">
              <w:rPr>
                <w:sz w:val="17"/>
                <w:lang w:val="es-ES"/>
              </w:rPr>
              <w:t xml:space="preserve">Mi usa ideas en </w:t>
            </w:r>
            <w:proofErr w:type="gramStart"/>
            <w:r w:rsidRPr="00C12360">
              <w:rPr>
                <w:sz w:val="17"/>
                <w:lang w:val="es-ES"/>
              </w:rPr>
              <w:t>un frase</w:t>
            </w:r>
            <w:proofErr w:type="gramEnd"/>
            <w:r w:rsidRPr="00C12360">
              <w:rPr>
                <w:sz w:val="17"/>
                <w:lang w:val="es-ES"/>
              </w:rPr>
              <w:t>.</w:t>
            </w:r>
          </w:p>
        </w:tc>
      </w:tr>
      <w:tr w:rsidR="00610360" w14:paraId="331C4A3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A8B99A1" w14:textId="77777777" w:rsidR="00610360" w:rsidRDefault="00000000">
            <w:pPr>
              <w:spacing w:after="0"/>
            </w:pPr>
            <w:proofErr w:type="spellStart"/>
            <w:r>
              <w:rPr>
                <w:sz w:val="17"/>
              </w:rPr>
              <w:t>dom</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891843E" w14:textId="77777777" w:rsidR="00610360" w:rsidRDefault="00000000">
            <w:pPr>
              <w:spacing w:after="0"/>
            </w:pPr>
            <w:r>
              <w:rPr>
                <w:sz w:val="17"/>
              </w:rPr>
              <w:t>home</w:t>
            </w:r>
          </w:p>
        </w:tc>
        <w:tc>
          <w:tcPr>
            <w:tcW w:w="2592" w:type="dxa"/>
            <w:tcBorders>
              <w:top w:val="single" w:sz="4" w:space="0" w:color="D8E6EC"/>
              <w:left w:val="single" w:sz="4" w:space="0" w:color="D8E6EC"/>
              <w:bottom w:val="single" w:sz="4" w:space="0" w:color="D8E6EC"/>
              <w:right w:val="single" w:sz="4" w:space="0" w:color="D8E6EC"/>
            </w:tcBorders>
            <w:vAlign w:val="center"/>
          </w:tcPr>
          <w:p w14:paraId="218AEE54"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9E5E202" w14:textId="77777777" w:rsidR="00610360" w:rsidRDefault="00000000">
            <w:pPr>
              <w:spacing w:after="0"/>
            </w:pPr>
            <w:r>
              <w:rPr>
                <w:sz w:val="17"/>
              </w:rPr>
              <w:t>La dom es important.</w:t>
            </w:r>
          </w:p>
        </w:tc>
      </w:tr>
      <w:tr w:rsidR="00610360" w:rsidRPr="00C12360" w14:paraId="1D03EE2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589BAA" w14:textId="77777777" w:rsidR="00610360" w:rsidRDefault="00000000">
            <w:pPr>
              <w:spacing w:after="0"/>
            </w:pPr>
            <w:r>
              <w:rPr>
                <w:sz w:val="17"/>
              </w:rPr>
              <w:t>domes</w:t>
            </w:r>
          </w:p>
        </w:tc>
        <w:tc>
          <w:tcPr>
            <w:tcW w:w="2592" w:type="dxa"/>
            <w:tcBorders>
              <w:top w:val="single" w:sz="4" w:space="0" w:color="D8E6EC"/>
              <w:left w:val="single" w:sz="4" w:space="0" w:color="D8E6EC"/>
              <w:bottom w:val="single" w:sz="4" w:space="0" w:color="D8E6EC"/>
              <w:right w:val="single" w:sz="4" w:space="0" w:color="D8E6EC"/>
            </w:tcBorders>
            <w:vAlign w:val="center"/>
          </w:tcPr>
          <w:p w14:paraId="6558A79D"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5233098"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20BE2AE" w14:textId="77777777" w:rsidR="00610360" w:rsidRPr="00C12360" w:rsidRDefault="00000000">
            <w:pPr>
              <w:spacing w:after="0"/>
              <w:rPr>
                <w:lang w:val="es-ES"/>
              </w:rPr>
            </w:pPr>
            <w:r w:rsidRPr="00C12360">
              <w:rPr>
                <w:sz w:val="17"/>
                <w:lang w:val="es-ES"/>
              </w:rPr>
              <w:t xml:space="preserve">Mi usa domes en </w:t>
            </w:r>
            <w:proofErr w:type="gramStart"/>
            <w:r w:rsidRPr="00C12360">
              <w:rPr>
                <w:sz w:val="17"/>
                <w:lang w:val="es-ES"/>
              </w:rPr>
              <w:t>un frase</w:t>
            </w:r>
            <w:proofErr w:type="gramEnd"/>
            <w:r w:rsidRPr="00C12360">
              <w:rPr>
                <w:sz w:val="17"/>
                <w:lang w:val="es-ES"/>
              </w:rPr>
              <w:t>.</w:t>
            </w:r>
          </w:p>
        </w:tc>
      </w:tr>
    </w:tbl>
    <w:p w14:paraId="3AD4FA55"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356DF93D"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7947263"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4F4FBD5" w14:textId="77777777" w:rsidR="00610360" w:rsidRDefault="00000000">
            <w:pPr>
              <w:spacing w:after="0"/>
            </w:pPr>
            <w:r>
              <w:rPr>
                <w:b/>
                <w:color w:val="FFFFFF"/>
                <w:sz w:val="17"/>
              </w:rPr>
              <w:t>English</w:t>
            </w:r>
          </w:p>
        </w:tc>
      </w:tr>
      <w:tr w:rsidR="00610360" w14:paraId="0F3FBE4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6FF715A" w14:textId="77777777" w:rsidR="00610360" w:rsidRDefault="00000000">
            <w:pPr>
              <w:spacing w:after="0"/>
            </w:pPr>
            <w:r>
              <w:rPr>
                <w:sz w:val="17"/>
              </w:rPr>
              <w:t>un grande dom</w:t>
            </w:r>
          </w:p>
        </w:tc>
        <w:tc>
          <w:tcPr>
            <w:tcW w:w="5184" w:type="dxa"/>
            <w:tcBorders>
              <w:top w:val="single" w:sz="4" w:space="0" w:color="D8E6EC"/>
              <w:left w:val="single" w:sz="4" w:space="0" w:color="D8E6EC"/>
              <w:bottom w:val="single" w:sz="4" w:space="0" w:color="D8E6EC"/>
              <w:right w:val="single" w:sz="4" w:space="0" w:color="D8E6EC"/>
            </w:tcBorders>
            <w:vAlign w:val="center"/>
          </w:tcPr>
          <w:p w14:paraId="20AC5B85" w14:textId="77777777" w:rsidR="00610360" w:rsidRDefault="00000000">
            <w:pPr>
              <w:spacing w:after="0"/>
            </w:pPr>
            <w:r>
              <w:rPr>
                <w:sz w:val="17"/>
              </w:rPr>
              <w:t>a big home</w:t>
            </w:r>
          </w:p>
        </w:tc>
      </w:tr>
      <w:tr w:rsidR="00610360" w14:paraId="7183AC0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B739624" w14:textId="77777777" w:rsidR="00610360" w:rsidRDefault="00000000">
            <w:pPr>
              <w:spacing w:after="0"/>
            </w:pPr>
            <w:r>
              <w:rPr>
                <w:sz w:val="17"/>
              </w:rPr>
              <w:t>du clar ideas</w:t>
            </w:r>
          </w:p>
        </w:tc>
        <w:tc>
          <w:tcPr>
            <w:tcW w:w="5184" w:type="dxa"/>
            <w:tcBorders>
              <w:top w:val="single" w:sz="4" w:space="0" w:color="D8E6EC"/>
              <w:left w:val="single" w:sz="4" w:space="0" w:color="D8E6EC"/>
              <w:bottom w:val="single" w:sz="4" w:space="0" w:color="D8E6EC"/>
              <w:right w:val="single" w:sz="4" w:space="0" w:color="D8E6EC"/>
            </w:tcBorders>
            <w:vAlign w:val="center"/>
          </w:tcPr>
          <w:p w14:paraId="3C53AF95" w14:textId="77777777" w:rsidR="00610360" w:rsidRDefault="00000000">
            <w:pPr>
              <w:spacing w:after="0"/>
            </w:pPr>
            <w:r>
              <w:rPr>
                <w:sz w:val="17"/>
              </w:rPr>
              <w:t>two clear ideas</w:t>
            </w:r>
          </w:p>
        </w:tc>
      </w:tr>
      <w:tr w:rsidR="00610360" w14:paraId="10C137B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36CBFD8" w14:textId="77777777" w:rsidR="00610360" w:rsidRDefault="00000000">
            <w:pPr>
              <w:spacing w:after="0"/>
            </w:pPr>
            <w:r>
              <w:rPr>
                <w:sz w:val="17"/>
              </w:rPr>
              <w:t>la familias</w:t>
            </w:r>
          </w:p>
        </w:tc>
        <w:tc>
          <w:tcPr>
            <w:tcW w:w="5184" w:type="dxa"/>
            <w:tcBorders>
              <w:top w:val="single" w:sz="4" w:space="0" w:color="D8E6EC"/>
              <w:left w:val="single" w:sz="4" w:space="0" w:color="D8E6EC"/>
              <w:bottom w:val="single" w:sz="4" w:space="0" w:color="D8E6EC"/>
              <w:right w:val="single" w:sz="4" w:space="0" w:color="D8E6EC"/>
            </w:tcBorders>
            <w:vAlign w:val="center"/>
          </w:tcPr>
          <w:p w14:paraId="5E08C02C" w14:textId="77777777" w:rsidR="00610360" w:rsidRDefault="00000000">
            <w:pPr>
              <w:spacing w:after="0"/>
            </w:pPr>
            <w:r>
              <w:rPr>
                <w:sz w:val="17"/>
              </w:rPr>
              <w:t>the families</w:t>
            </w:r>
          </w:p>
        </w:tc>
      </w:tr>
      <w:tr w:rsidR="00610360" w14:paraId="1255CCB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F84531B" w14:textId="77777777" w:rsidR="00610360" w:rsidRDefault="00000000">
            <w:pPr>
              <w:spacing w:after="0"/>
            </w:pPr>
            <w:r>
              <w:rPr>
                <w:sz w:val="17"/>
              </w:rPr>
              <w:t>multe nasiones</w:t>
            </w:r>
          </w:p>
        </w:tc>
        <w:tc>
          <w:tcPr>
            <w:tcW w:w="5184" w:type="dxa"/>
            <w:tcBorders>
              <w:top w:val="single" w:sz="4" w:space="0" w:color="D8E6EC"/>
              <w:left w:val="single" w:sz="4" w:space="0" w:color="D8E6EC"/>
              <w:bottom w:val="single" w:sz="4" w:space="0" w:color="D8E6EC"/>
              <w:right w:val="single" w:sz="4" w:space="0" w:color="D8E6EC"/>
            </w:tcBorders>
            <w:vAlign w:val="center"/>
          </w:tcPr>
          <w:p w14:paraId="72751FE7" w14:textId="77777777" w:rsidR="00610360" w:rsidRDefault="00000000">
            <w:pPr>
              <w:spacing w:after="0"/>
            </w:pPr>
            <w:r>
              <w:rPr>
                <w:sz w:val="17"/>
              </w:rPr>
              <w:t>many nations</w:t>
            </w:r>
          </w:p>
        </w:tc>
      </w:tr>
    </w:tbl>
    <w:p w14:paraId="009C5730" w14:textId="77777777" w:rsidR="00610360" w:rsidRDefault="00000000">
      <w:pPr>
        <w:pStyle w:val="Heading2"/>
        <w:spacing w:after="120"/>
      </w:pPr>
      <w:r>
        <w:rPr>
          <w:rFonts w:ascii="Aptos" w:hAnsi="Aptos"/>
        </w:rPr>
        <w:t>Speak it out loud</w:t>
      </w:r>
    </w:p>
    <w:p w14:paraId="08C98ED4" w14:textId="77777777" w:rsidR="00610360" w:rsidRDefault="00000000">
      <w:pPr>
        <w:spacing w:after="120"/>
      </w:pPr>
      <w:r>
        <w:t>Read each pattern three times. First slowly. Second normally. Third with confidence. Then replace one word and read the new sentence.</w:t>
      </w:r>
    </w:p>
    <w:p w14:paraId="37790BF2"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07CB5B74"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9CC1958"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5F51FA1" w14:textId="77777777" w:rsidR="00610360" w:rsidRDefault="00000000">
            <w:pPr>
              <w:spacing w:after="0"/>
            </w:pPr>
            <w:r>
              <w:rPr>
                <w:b/>
                <w:color w:val="FFFFFF"/>
                <w:sz w:val="17"/>
              </w:rPr>
              <w:t>Line</w:t>
            </w:r>
          </w:p>
        </w:tc>
      </w:tr>
      <w:tr w:rsidR="00610360" w:rsidRPr="00C12360" w14:paraId="6F20FFC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F801D33"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10ECFFE0" w14:textId="77777777" w:rsidR="00610360" w:rsidRPr="00C12360" w:rsidRDefault="00000000">
            <w:pPr>
              <w:spacing w:after="0"/>
              <w:rPr>
                <w:lang w:val="es-ES"/>
              </w:rPr>
            </w:pPr>
            <w:r w:rsidRPr="00C12360">
              <w:rPr>
                <w:sz w:val="17"/>
                <w:lang w:val="es-ES"/>
              </w:rPr>
              <w:t xml:space="preserve">Mi </w:t>
            </w:r>
            <w:proofErr w:type="spellStart"/>
            <w:r w:rsidRPr="00C12360">
              <w:rPr>
                <w:sz w:val="17"/>
                <w:lang w:val="es-ES"/>
              </w:rPr>
              <w:t>habe</w:t>
            </w:r>
            <w:proofErr w:type="spellEnd"/>
            <w:r w:rsidRPr="00C12360">
              <w:rPr>
                <w:sz w:val="17"/>
                <w:lang w:val="es-ES"/>
              </w:rPr>
              <w:t xml:space="preserve"> </w:t>
            </w:r>
            <w:proofErr w:type="gramStart"/>
            <w:r w:rsidRPr="00C12360">
              <w:rPr>
                <w:sz w:val="17"/>
                <w:lang w:val="es-ES"/>
              </w:rPr>
              <w:t>un nova</w:t>
            </w:r>
            <w:proofErr w:type="gramEnd"/>
            <w:r w:rsidRPr="00C12360">
              <w:rPr>
                <w:sz w:val="17"/>
                <w:lang w:val="es-ES"/>
              </w:rPr>
              <w:t xml:space="preserve"> libro.</w:t>
            </w:r>
          </w:p>
        </w:tc>
      </w:tr>
      <w:tr w:rsidR="00610360" w:rsidRPr="00C12360" w14:paraId="23BCE36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0005E9C"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093A7C3D" w14:textId="77777777" w:rsidR="00610360" w:rsidRPr="00C12360" w:rsidRDefault="00000000">
            <w:pPr>
              <w:spacing w:after="0"/>
              <w:rPr>
                <w:lang w:val="es-ES"/>
              </w:rPr>
            </w:pPr>
            <w:proofErr w:type="spellStart"/>
            <w:r w:rsidRPr="00C12360">
              <w:rPr>
                <w:sz w:val="17"/>
                <w:lang w:val="es-ES"/>
              </w:rPr>
              <w:t>Ku</w:t>
            </w:r>
            <w:proofErr w:type="spellEnd"/>
            <w:r w:rsidRPr="00C12360">
              <w:rPr>
                <w:sz w:val="17"/>
                <w:lang w:val="es-ES"/>
              </w:rPr>
              <w:t xml:space="preserve"> </w:t>
            </w:r>
            <w:proofErr w:type="gramStart"/>
            <w:r w:rsidRPr="00C12360">
              <w:rPr>
                <w:sz w:val="17"/>
                <w:lang w:val="es-ES"/>
              </w:rPr>
              <w:t>la libro</w:t>
            </w:r>
            <w:proofErr w:type="gramEnd"/>
            <w:r w:rsidRPr="00C12360">
              <w:rPr>
                <w:sz w:val="17"/>
                <w:lang w:val="es-ES"/>
              </w:rPr>
              <w:t xml:space="preserve"> es </w:t>
            </w:r>
            <w:proofErr w:type="spellStart"/>
            <w:r w:rsidRPr="00C12360">
              <w:rPr>
                <w:sz w:val="17"/>
                <w:lang w:val="es-ES"/>
              </w:rPr>
              <w:t>fasil</w:t>
            </w:r>
            <w:proofErr w:type="spellEnd"/>
            <w:r w:rsidRPr="00C12360">
              <w:rPr>
                <w:sz w:val="17"/>
                <w:lang w:val="es-ES"/>
              </w:rPr>
              <w:t>?</w:t>
            </w:r>
          </w:p>
        </w:tc>
      </w:tr>
      <w:tr w:rsidR="00610360" w:rsidRPr="00C12360" w14:paraId="5429152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06D1647"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13FC612F" w14:textId="77777777" w:rsidR="00610360" w:rsidRPr="00C12360" w:rsidRDefault="00000000">
            <w:pPr>
              <w:spacing w:after="0"/>
              <w:rPr>
                <w:lang w:val="es-ES"/>
              </w:rPr>
            </w:pPr>
            <w:r w:rsidRPr="00C12360">
              <w:rPr>
                <w:sz w:val="17"/>
                <w:lang w:val="es-ES"/>
              </w:rPr>
              <w:t xml:space="preserve">Si. Lo </w:t>
            </w:r>
            <w:proofErr w:type="spellStart"/>
            <w:r w:rsidRPr="00C12360">
              <w:rPr>
                <w:sz w:val="17"/>
                <w:lang w:val="es-ES"/>
              </w:rPr>
              <w:t>habe</w:t>
            </w:r>
            <w:proofErr w:type="spellEnd"/>
            <w:r w:rsidRPr="00C12360">
              <w:rPr>
                <w:sz w:val="17"/>
                <w:lang w:val="es-ES"/>
              </w:rPr>
              <w:t xml:space="preserve"> </w:t>
            </w:r>
            <w:proofErr w:type="spellStart"/>
            <w:r w:rsidRPr="00C12360">
              <w:rPr>
                <w:sz w:val="17"/>
                <w:lang w:val="es-ES"/>
              </w:rPr>
              <w:t>clar</w:t>
            </w:r>
            <w:proofErr w:type="spellEnd"/>
            <w:r w:rsidRPr="00C12360">
              <w:rPr>
                <w:sz w:val="17"/>
                <w:lang w:val="es-ES"/>
              </w:rPr>
              <w:t xml:space="preserve"> ideas.</w:t>
            </w:r>
          </w:p>
        </w:tc>
      </w:tr>
      <w:tr w:rsidR="00610360" w14:paraId="58AA72B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71E35AA"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6CFD9E2F" w14:textId="77777777" w:rsidR="00610360" w:rsidRDefault="00000000">
            <w:pPr>
              <w:spacing w:after="0"/>
            </w:pPr>
            <w:r>
              <w:rPr>
                <w:sz w:val="17"/>
              </w:rPr>
              <w:t>Bon. Mi voli lege lo.</w:t>
            </w:r>
          </w:p>
        </w:tc>
      </w:tr>
    </w:tbl>
    <w:p w14:paraId="6D98192F" w14:textId="77777777" w:rsidR="00C12360" w:rsidRDefault="00C12360">
      <w:pPr>
        <w:pStyle w:val="Heading2"/>
        <w:spacing w:after="120"/>
        <w:rPr>
          <w:rFonts w:ascii="Aptos" w:hAnsi="Aptos"/>
        </w:rPr>
      </w:pPr>
    </w:p>
    <w:p w14:paraId="1DFF2029" w14:textId="53974753" w:rsidR="00610360" w:rsidRDefault="00000000">
      <w:pPr>
        <w:pStyle w:val="Heading2"/>
        <w:spacing w:after="120"/>
      </w:pPr>
      <w:r>
        <w:rPr>
          <w:rFonts w:ascii="Aptos" w:hAnsi="Aptos"/>
        </w:rPr>
        <w:t>Workbook exercises</w:t>
      </w:r>
    </w:p>
    <w:p w14:paraId="5F818448" w14:textId="77777777" w:rsidR="00610360" w:rsidRDefault="00000000">
      <w:pPr>
        <w:keepLines/>
        <w:spacing w:after="120"/>
      </w:pPr>
      <w:r>
        <w:rPr>
          <w:b/>
          <w:color w:val="0B2E4A"/>
        </w:rPr>
        <w:t>3.1 Make plural: familia</w:t>
      </w:r>
    </w:p>
    <w:p w14:paraId="06BCB1A0" w14:textId="77777777" w:rsidR="00610360" w:rsidRDefault="00000000">
      <w:pPr>
        <w:keepLines/>
        <w:spacing w:after="120"/>
      </w:pPr>
      <w:r>
        <w:t>________________________________________________________________________________</w:t>
      </w:r>
    </w:p>
    <w:p w14:paraId="0FF6F715" w14:textId="77777777" w:rsidR="00610360" w:rsidRDefault="00000000">
      <w:pPr>
        <w:keepLines/>
        <w:spacing w:after="120"/>
      </w:pPr>
      <w:r>
        <w:t>________________________________________________________________________________</w:t>
      </w:r>
    </w:p>
    <w:p w14:paraId="10719DB3" w14:textId="77777777" w:rsidR="00610360" w:rsidRDefault="00000000">
      <w:pPr>
        <w:keepLines/>
        <w:spacing w:after="120"/>
      </w:pPr>
      <w:r>
        <w:rPr>
          <w:b/>
          <w:color w:val="0B2E4A"/>
        </w:rPr>
        <w:t>3.2 Make plural: nasion</w:t>
      </w:r>
    </w:p>
    <w:p w14:paraId="71BB90ED" w14:textId="77777777" w:rsidR="00610360" w:rsidRDefault="00000000">
      <w:pPr>
        <w:keepLines/>
        <w:spacing w:after="120"/>
      </w:pPr>
      <w:r>
        <w:t>________________________________________________________________________________</w:t>
      </w:r>
    </w:p>
    <w:p w14:paraId="43B3B714" w14:textId="77777777" w:rsidR="00610360" w:rsidRDefault="00000000">
      <w:pPr>
        <w:keepLines/>
        <w:spacing w:after="120"/>
      </w:pPr>
      <w:r>
        <w:t>________________________________________________________________________________</w:t>
      </w:r>
    </w:p>
    <w:p w14:paraId="60835228" w14:textId="77777777" w:rsidR="00610360" w:rsidRDefault="00000000">
      <w:pPr>
        <w:keepLines/>
        <w:spacing w:after="120"/>
      </w:pPr>
      <w:r>
        <w:rPr>
          <w:b/>
          <w:color w:val="0B2E4A"/>
        </w:rPr>
        <w:t>3.3 Translate: two clear ideas</w:t>
      </w:r>
    </w:p>
    <w:p w14:paraId="28F3A4D8" w14:textId="77777777" w:rsidR="00610360" w:rsidRDefault="00000000">
      <w:pPr>
        <w:keepLines/>
        <w:spacing w:after="120"/>
      </w:pPr>
      <w:r>
        <w:t>________________________________________________________________________________</w:t>
      </w:r>
    </w:p>
    <w:p w14:paraId="2607C3EB" w14:textId="77777777" w:rsidR="00610360" w:rsidRDefault="00000000">
      <w:pPr>
        <w:keepLines/>
        <w:spacing w:after="120"/>
      </w:pPr>
      <w:r>
        <w:t>________________________________________________________________________________</w:t>
      </w:r>
    </w:p>
    <w:p w14:paraId="12F3D2DC" w14:textId="77777777" w:rsidR="00610360" w:rsidRDefault="00000000">
      <w:pPr>
        <w:keepLines/>
        <w:spacing w:after="120"/>
      </w:pPr>
      <w:r>
        <w:rPr>
          <w:b/>
          <w:color w:val="0B2E4A"/>
        </w:rPr>
        <w:t>3.4 Translate: a big house</w:t>
      </w:r>
    </w:p>
    <w:p w14:paraId="2EECF626" w14:textId="77777777" w:rsidR="00610360" w:rsidRDefault="00000000">
      <w:pPr>
        <w:keepLines/>
        <w:spacing w:after="120"/>
      </w:pPr>
      <w:r>
        <w:t>________________________________________________________________________________</w:t>
      </w:r>
    </w:p>
    <w:p w14:paraId="53ABDA6F" w14:textId="77777777" w:rsidR="00610360" w:rsidRDefault="00000000">
      <w:pPr>
        <w:keepLines/>
        <w:spacing w:after="120"/>
      </w:pPr>
      <w:r>
        <w:t>________________________________________________________________________________</w:t>
      </w:r>
    </w:p>
    <w:p w14:paraId="02E7AADF" w14:textId="77777777" w:rsidR="00610360" w:rsidRDefault="00000000">
      <w:pPr>
        <w:keepLines/>
        <w:spacing w:after="120"/>
      </w:pPr>
      <w:r>
        <w:rPr>
          <w:b/>
          <w:color w:val="0B2E4A"/>
        </w:rPr>
        <w:t>3.5 Correct the mistake: clar ideas</w:t>
      </w:r>
    </w:p>
    <w:p w14:paraId="0C92D8A0" w14:textId="77777777" w:rsidR="00610360" w:rsidRDefault="00000000">
      <w:pPr>
        <w:keepLines/>
        <w:spacing w:after="120"/>
      </w:pPr>
      <w:r>
        <w:t>________________________________________________________________________________</w:t>
      </w:r>
    </w:p>
    <w:p w14:paraId="788D1AA9" w14:textId="77777777" w:rsidR="00610360" w:rsidRDefault="00000000">
      <w:pPr>
        <w:keepLines/>
        <w:spacing w:after="120"/>
      </w:pPr>
      <w:r>
        <w:t>________________________________________________________________________________</w:t>
      </w:r>
    </w:p>
    <w:p w14:paraId="5844C07E"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673CC9F4"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60997D1C" w14:textId="77777777" w:rsidR="00610360" w:rsidRDefault="00000000">
            <w:pPr>
              <w:spacing w:after="40"/>
            </w:pPr>
            <w:r>
              <w:rPr>
                <w:b/>
                <w:color w:val="0B2E4A"/>
              </w:rPr>
              <w:t>Checkpoint</w:t>
            </w:r>
          </w:p>
          <w:p w14:paraId="7B61851E" w14:textId="77777777" w:rsidR="00610360" w:rsidRDefault="00000000">
            <w:pPr>
              <w:spacing w:after="0"/>
            </w:pPr>
            <w:r>
              <w:rPr>
                <w:sz w:val="18"/>
              </w:rPr>
              <w:t>Before moving on, read the conversation aloud without stopping. If you stumble, slow down. Clean pronunciation beats fast guessing.</w:t>
            </w:r>
          </w:p>
        </w:tc>
      </w:tr>
    </w:tbl>
    <w:p w14:paraId="221C91CD" w14:textId="77777777" w:rsidR="00610360" w:rsidRDefault="00000000">
      <w:pPr>
        <w:spacing w:after="120"/>
      </w:pPr>
      <w:r/>
    </w:p>
    <w:p w14:paraId="3D121820" w14:textId="77777777" w:rsidR="00610360" w:rsidRDefault="00000000">
      <w:pPr>
        <w:pStyle w:val="Heading1"/>
        <w:spacing w:after="120"/>
      </w:pPr>
      <w:r>
        <w:rPr>
          <w:rFonts w:ascii="Aptos" w:hAnsi="Aptos"/>
        </w:rPr>
        <w:t>Lesson 4: People, Family, and Possession</w:t>
      </w:r>
    </w:p>
    <w:tbl>
      <w:tblPr>
        <w:tblW w:w="0" w:type="auto"/>
        <w:jc w:val="center"/>
        <w:tblLook w:val="04A0" w:firstRow="1" w:lastRow="0" w:firstColumn="1" w:lastColumn="0" w:noHBand="0" w:noVBand="1"/>
      </w:tblPr>
      <w:tblGrid>
        <w:gridCol w:w="10368"/>
      </w:tblGrid>
      <w:tr w:rsidR="00610360" w14:paraId="7B071E43"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7A34555E" w14:textId="77777777" w:rsidR="00610360" w:rsidRDefault="00000000">
            <w:pPr>
              <w:spacing w:after="40"/>
            </w:pPr>
            <w:r>
              <w:rPr>
                <w:b/>
                <w:color w:val="0B2E4A"/>
              </w:rPr>
              <w:t>Lesson goal</w:t>
            </w:r>
          </w:p>
          <w:p w14:paraId="44BBFDDF" w14:textId="77777777" w:rsidR="00610360" w:rsidRDefault="00000000">
            <w:pPr>
              <w:spacing w:after="0"/>
            </w:pPr>
            <w:r>
              <w:rPr>
                <w:sz w:val="18"/>
              </w:rPr>
              <w:t>Talk about people and ownership without grammatical gender.</w:t>
            </w:r>
          </w:p>
        </w:tc>
      </w:tr>
    </w:tbl>
    <w:p w14:paraId="5B20F0C4"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1B6F3126"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9C175EF"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DD6066D"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6C14AB5"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05BC3B1" w14:textId="77777777" w:rsidR="00610360" w:rsidRDefault="00000000">
            <w:pPr>
              <w:spacing w:after="0"/>
            </w:pPr>
            <w:r>
              <w:rPr>
                <w:b/>
                <w:color w:val="FFFFFF"/>
                <w:sz w:val="17"/>
              </w:rPr>
              <w:t>Say it in a sentence</w:t>
            </w:r>
          </w:p>
        </w:tc>
      </w:tr>
      <w:tr w:rsidR="00610360" w14:paraId="6E5388D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3BD3C19" w14:textId="77777777" w:rsidR="00610360" w:rsidRDefault="00000000">
            <w:pPr>
              <w:spacing w:after="0"/>
            </w:pPr>
            <w:r>
              <w:rPr>
                <w:sz w:val="17"/>
              </w:rPr>
              <w:t>il</w:t>
            </w:r>
          </w:p>
        </w:tc>
        <w:tc>
          <w:tcPr>
            <w:tcW w:w="2592" w:type="dxa"/>
            <w:tcBorders>
              <w:top w:val="single" w:sz="4" w:space="0" w:color="D8E6EC"/>
              <w:left w:val="single" w:sz="4" w:space="0" w:color="D8E6EC"/>
              <w:bottom w:val="single" w:sz="4" w:space="0" w:color="D8E6EC"/>
              <w:right w:val="single" w:sz="4" w:space="0" w:color="D8E6EC"/>
            </w:tcBorders>
            <w:vAlign w:val="center"/>
          </w:tcPr>
          <w:p w14:paraId="5DB754E3" w14:textId="77777777" w:rsidR="00610360" w:rsidRDefault="00000000">
            <w:pPr>
              <w:spacing w:after="0"/>
            </w:pPr>
            <w:r>
              <w:rPr>
                <w:sz w:val="17"/>
              </w:rPr>
              <w:t>he / him / his</w:t>
            </w:r>
          </w:p>
        </w:tc>
        <w:tc>
          <w:tcPr>
            <w:tcW w:w="2592" w:type="dxa"/>
            <w:tcBorders>
              <w:top w:val="single" w:sz="4" w:space="0" w:color="D8E6EC"/>
              <w:left w:val="single" w:sz="4" w:space="0" w:color="D8E6EC"/>
              <w:bottom w:val="single" w:sz="4" w:space="0" w:color="D8E6EC"/>
              <w:right w:val="single" w:sz="4" w:space="0" w:color="D8E6EC"/>
            </w:tcBorders>
            <w:vAlign w:val="center"/>
          </w:tcPr>
          <w:p w14:paraId="5D405F15"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98C8193" w14:textId="77777777" w:rsidR="00610360" w:rsidRDefault="00000000">
            <w:pPr>
              <w:spacing w:after="0"/>
            </w:pPr>
            <w:r>
              <w:rPr>
                <w:sz w:val="17"/>
              </w:rPr>
              <w:t>Il es ici.</w:t>
            </w:r>
          </w:p>
        </w:tc>
      </w:tr>
      <w:tr w:rsidR="00610360" w14:paraId="6B38946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5B49E68" w14:textId="77777777" w:rsidR="00610360" w:rsidRDefault="00000000">
            <w:pPr>
              <w:spacing w:after="0"/>
            </w:pPr>
            <w:r>
              <w:rPr>
                <w:sz w:val="17"/>
              </w:rPr>
              <w:t>ela</w:t>
            </w:r>
          </w:p>
        </w:tc>
        <w:tc>
          <w:tcPr>
            <w:tcW w:w="2592" w:type="dxa"/>
            <w:tcBorders>
              <w:top w:val="single" w:sz="4" w:space="0" w:color="D8E6EC"/>
              <w:left w:val="single" w:sz="4" w:space="0" w:color="D8E6EC"/>
              <w:bottom w:val="single" w:sz="4" w:space="0" w:color="D8E6EC"/>
              <w:right w:val="single" w:sz="4" w:space="0" w:color="D8E6EC"/>
            </w:tcBorders>
            <w:vAlign w:val="center"/>
          </w:tcPr>
          <w:p w14:paraId="4D2DC596" w14:textId="77777777" w:rsidR="00610360" w:rsidRDefault="00000000">
            <w:pPr>
              <w:spacing w:after="0"/>
            </w:pPr>
            <w:r>
              <w:rPr>
                <w:sz w:val="17"/>
              </w:rPr>
              <w:t>she / her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001E21B"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34C251D" w14:textId="77777777" w:rsidR="00610360" w:rsidRDefault="00000000">
            <w:pPr>
              <w:spacing w:after="0"/>
            </w:pPr>
            <w:r>
              <w:rPr>
                <w:sz w:val="17"/>
              </w:rPr>
              <w:t>Ela es ici.</w:t>
            </w:r>
          </w:p>
        </w:tc>
      </w:tr>
      <w:tr w:rsidR="00610360" w14:paraId="090359C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4A18569" w14:textId="77777777" w:rsidR="00610360" w:rsidRDefault="00000000">
            <w:pPr>
              <w:spacing w:after="0"/>
            </w:pPr>
            <w:r>
              <w:rPr>
                <w:sz w:val="17"/>
              </w:rPr>
              <w:t>lo</w:t>
            </w:r>
          </w:p>
        </w:tc>
        <w:tc>
          <w:tcPr>
            <w:tcW w:w="2592" w:type="dxa"/>
            <w:tcBorders>
              <w:top w:val="single" w:sz="4" w:space="0" w:color="D8E6EC"/>
              <w:left w:val="single" w:sz="4" w:space="0" w:color="D8E6EC"/>
              <w:bottom w:val="single" w:sz="4" w:space="0" w:color="D8E6EC"/>
              <w:right w:val="single" w:sz="4" w:space="0" w:color="D8E6EC"/>
            </w:tcBorders>
            <w:vAlign w:val="center"/>
          </w:tcPr>
          <w:p w14:paraId="7387F943" w14:textId="77777777" w:rsidR="00610360" w:rsidRDefault="00000000">
            <w:pPr>
              <w:spacing w:after="0"/>
            </w:pPr>
            <w:r>
              <w:rPr>
                <w:sz w:val="17"/>
              </w:rPr>
              <w:t>it / its</w:t>
            </w:r>
          </w:p>
        </w:tc>
        <w:tc>
          <w:tcPr>
            <w:tcW w:w="2592" w:type="dxa"/>
            <w:tcBorders>
              <w:top w:val="single" w:sz="4" w:space="0" w:color="D8E6EC"/>
              <w:left w:val="single" w:sz="4" w:space="0" w:color="D8E6EC"/>
              <w:bottom w:val="single" w:sz="4" w:space="0" w:color="D8E6EC"/>
              <w:right w:val="single" w:sz="4" w:space="0" w:color="D8E6EC"/>
            </w:tcBorders>
            <w:vAlign w:val="center"/>
          </w:tcPr>
          <w:p w14:paraId="427283BD"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E34C200" w14:textId="77777777" w:rsidR="00610360" w:rsidRDefault="00000000">
            <w:pPr>
              <w:spacing w:after="0"/>
            </w:pPr>
            <w:r>
              <w:rPr>
                <w:sz w:val="17"/>
              </w:rPr>
              <w:t>Lo es ici.</w:t>
            </w:r>
          </w:p>
        </w:tc>
      </w:tr>
      <w:tr w:rsidR="00610360" w14:paraId="11B31CA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097468F" w14:textId="77777777" w:rsidR="00610360" w:rsidRDefault="00000000">
            <w:pPr>
              <w:spacing w:after="0"/>
            </w:pPr>
            <w:r>
              <w:rPr>
                <w:sz w:val="17"/>
              </w:rPr>
              <w:t>nos</w:t>
            </w:r>
          </w:p>
        </w:tc>
        <w:tc>
          <w:tcPr>
            <w:tcW w:w="2592" w:type="dxa"/>
            <w:tcBorders>
              <w:top w:val="single" w:sz="4" w:space="0" w:color="D8E6EC"/>
              <w:left w:val="single" w:sz="4" w:space="0" w:color="D8E6EC"/>
              <w:bottom w:val="single" w:sz="4" w:space="0" w:color="D8E6EC"/>
              <w:right w:val="single" w:sz="4" w:space="0" w:color="D8E6EC"/>
            </w:tcBorders>
            <w:vAlign w:val="center"/>
          </w:tcPr>
          <w:p w14:paraId="267AC90C" w14:textId="77777777" w:rsidR="00610360" w:rsidRDefault="00000000">
            <w:pPr>
              <w:spacing w:after="0"/>
            </w:pPr>
            <w:r>
              <w:rPr>
                <w:sz w:val="17"/>
              </w:rPr>
              <w:t>we / us / 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4F7F96D1"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CC9B860" w14:textId="77777777" w:rsidR="00610360" w:rsidRDefault="00000000">
            <w:pPr>
              <w:spacing w:after="0"/>
            </w:pPr>
            <w:r>
              <w:rPr>
                <w:sz w:val="17"/>
              </w:rPr>
              <w:t>Nos es ici.</w:t>
            </w:r>
          </w:p>
        </w:tc>
      </w:tr>
      <w:tr w:rsidR="00610360" w14:paraId="4FB711E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F5F3485" w14:textId="77777777" w:rsidR="00610360" w:rsidRDefault="00000000">
            <w:pPr>
              <w:spacing w:after="0"/>
            </w:pPr>
            <w:r>
              <w:rPr>
                <w:sz w:val="17"/>
              </w:rPr>
              <w:t>vos</w:t>
            </w:r>
          </w:p>
        </w:tc>
        <w:tc>
          <w:tcPr>
            <w:tcW w:w="2592" w:type="dxa"/>
            <w:tcBorders>
              <w:top w:val="single" w:sz="4" w:space="0" w:color="D8E6EC"/>
              <w:left w:val="single" w:sz="4" w:space="0" w:color="D8E6EC"/>
              <w:bottom w:val="single" w:sz="4" w:space="0" w:color="D8E6EC"/>
              <w:right w:val="single" w:sz="4" w:space="0" w:color="D8E6EC"/>
            </w:tcBorders>
            <w:vAlign w:val="center"/>
          </w:tcPr>
          <w:p w14:paraId="226EA3D7" w14:textId="77777777" w:rsidR="00610360" w:rsidRDefault="00000000">
            <w:pPr>
              <w:spacing w:after="0"/>
            </w:pPr>
            <w:r>
              <w:rPr>
                <w:sz w:val="17"/>
              </w:rPr>
              <w:t>you plural / your plural</w:t>
            </w:r>
          </w:p>
        </w:tc>
        <w:tc>
          <w:tcPr>
            <w:tcW w:w="2592" w:type="dxa"/>
            <w:tcBorders>
              <w:top w:val="single" w:sz="4" w:space="0" w:color="D8E6EC"/>
              <w:left w:val="single" w:sz="4" w:space="0" w:color="D8E6EC"/>
              <w:bottom w:val="single" w:sz="4" w:space="0" w:color="D8E6EC"/>
              <w:right w:val="single" w:sz="4" w:space="0" w:color="D8E6EC"/>
            </w:tcBorders>
            <w:vAlign w:val="center"/>
          </w:tcPr>
          <w:p w14:paraId="09903A90"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D23566A" w14:textId="77777777" w:rsidR="00610360" w:rsidRDefault="00000000">
            <w:pPr>
              <w:spacing w:after="0"/>
            </w:pPr>
            <w:r>
              <w:rPr>
                <w:sz w:val="17"/>
              </w:rPr>
              <w:t>Vos es ici.</w:t>
            </w:r>
          </w:p>
        </w:tc>
      </w:tr>
      <w:tr w:rsidR="00610360" w14:paraId="1F27FD6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D359179" w14:textId="77777777" w:rsidR="00610360" w:rsidRDefault="00000000">
            <w:pPr>
              <w:spacing w:after="0"/>
            </w:pPr>
            <w:r>
              <w:rPr>
                <w:sz w:val="17"/>
              </w:rPr>
              <w:t>les</w:t>
            </w:r>
          </w:p>
        </w:tc>
        <w:tc>
          <w:tcPr>
            <w:tcW w:w="2592" w:type="dxa"/>
            <w:tcBorders>
              <w:top w:val="single" w:sz="4" w:space="0" w:color="D8E6EC"/>
              <w:left w:val="single" w:sz="4" w:space="0" w:color="D8E6EC"/>
              <w:bottom w:val="single" w:sz="4" w:space="0" w:color="D8E6EC"/>
              <w:right w:val="single" w:sz="4" w:space="0" w:color="D8E6EC"/>
            </w:tcBorders>
            <w:vAlign w:val="center"/>
          </w:tcPr>
          <w:p w14:paraId="4B1A934B" w14:textId="77777777" w:rsidR="00610360" w:rsidRDefault="00000000">
            <w:pPr>
              <w:spacing w:after="0"/>
            </w:pPr>
            <w:r>
              <w:rPr>
                <w:sz w:val="17"/>
              </w:rPr>
              <w:t>they / them / their</w:t>
            </w:r>
          </w:p>
        </w:tc>
        <w:tc>
          <w:tcPr>
            <w:tcW w:w="2592" w:type="dxa"/>
            <w:tcBorders>
              <w:top w:val="single" w:sz="4" w:space="0" w:color="D8E6EC"/>
              <w:left w:val="single" w:sz="4" w:space="0" w:color="D8E6EC"/>
              <w:bottom w:val="single" w:sz="4" w:space="0" w:color="D8E6EC"/>
              <w:right w:val="single" w:sz="4" w:space="0" w:color="D8E6EC"/>
            </w:tcBorders>
            <w:vAlign w:val="center"/>
          </w:tcPr>
          <w:p w14:paraId="559170E6"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47A4FA6D" w14:textId="77777777" w:rsidR="00610360" w:rsidRDefault="00000000">
            <w:pPr>
              <w:spacing w:after="0"/>
            </w:pPr>
            <w:r>
              <w:rPr>
                <w:sz w:val="17"/>
              </w:rPr>
              <w:t>Les es ici.</w:t>
            </w:r>
          </w:p>
        </w:tc>
      </w:tr>
      <w:tr w:rsidR="00610360" w14:paraId="3B016CD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30BE57" w14:textId="77777777" w:rsidR="00610360" w:rsidRDefault="00000000">
            <w:pPr>
              <w:spacing w:after="0"/>
            </w:pPr>
            <w:r>
              <w:rPr>
                <w:sz w:val="17"/>
              </w:rPr>
              <w:t>se</w:t>
            </w:r>
          </w:p>
        </w:tc>
        <w:tc>
          <w:tcPr>
            <w:tcW w:w="2592" w:type="dxa"/>
            <w:tcBorders>
              <w:top w:val="single" w:sz="4" w:space="0" w:color="D8E6EC"/>
              <w:left w:val="single" w:sz="4" w:space="0" w:color="D8E6EC"/>
              <w:bottom w:val="single" w:sz="4" w:space="0" w:color="D8E6EC"/>
              <w:right w:val="single" w:sz="4" w:space="0" w:color="D8E6EC"/>
            </w:tcBorders>
            <w:vAlign w:val="center"/>
          </w:tcPr>
          <w:p w14:paraId="550307B7" w14:textId="77777777" w:rsidR="00610360" w:rsidRDefault="00000000">
            <w:pPr>
              <w:spacing w:after="0"/>
            </w:pPr>
            <w:r>
              <w:rPr>
                <w:sz w:val="17"/>
              </w:rPr>
              <w:t>self / oneself / reflexive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704BD7D6" w14:textId="77777777" w:rsidR="00610360" w:rsidRDefault="00000000">
            <w:pPr>
              <w:spacing w:after="0"/>
            </w:pPr>
            <w:r>
              <w:rPr>
                <w:sz w:val="17"/>
              </w:rPr>
              <w:t>pronoun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28A41D36" w14:textId="77777777" w:rsidR="00610360" w:rsidRDefault="00000000">
            <w:pPr>
              <w:spacing w:after="0"/>
            </w:pPr>
            <w:r>
              <w:rPr>
                <w:sz w:val="17"/>
              </w:rPr>
              <w:t>Se es ici.</w:t>
            </w:r>
          </w:p>
        </w:tc>
      </w:tr>
      <w:tr w:rsidR="00610360" w:rsidRPr="00C12360" w14:paraId="0B7AB9D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0B883B7" w14:textId="77777777" w:rsidR="00610360" w:rsidRDefault="00000000">
            <w:pPr>
              <w:spacing w:after="0"/>
            </w:pPr>
            <w:r>
              <w:rPr>
                <w:sz w:val="17"/>
              </w:rPr>
              <w:t>de</w:t>
            </w:r>
          </w:p>
        </w:tc>
        <w:tc>
          <w:tcPr>
            <w:tcW w:w="2592" w:type="dxa"/>
            <w:tcBorders>
              <w:top w:val="single" w:sz="4" w:space="0" w:color="D8E6EC"/>
              <w:left w:val="single" w:sz="4" w:space="0" w:color="D8E6EC"/>
              <w:bottom w:val="single" w:sz="4" w:space="0" w:color="D8E6EC"/>
              <w:right w:val="single" w:sz="4" w:space="0" w:color="D8E6EC"/>
            </w:tcBorders>
            <w:vAlign w:val="center"/>
          </w:tcPr>
          <w:p w14:paraId="01A1CBA4" w14:textId="77777777" w:rsidR="00610360" w:rsidRDefault="00000000">
            <w:pPr>
              <w:spacing w:after="0"/>
            </w:pPr>
            <w:r>
              <w:rPr>
                <w:sz w:val="17"/>
              </w:rPr>
              <w:t>of / from / possession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370E02FC" w14:textId="77777777" w:rsidR="00610360" w:rsidRDefault="00000000">
            <w:pPr>
              <w:spacing w:after="0"/>
            </w:pPr>
            <w:r>
              <w:rPr>
                <w:sz w:val="17"/>
              </w:rPr>
              <w:t>preposition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2F953E10" w14:textId="77777777" w:rsidR="00610360" w:rsidRPr="00C12360" w:rsidRDefault="00000000">
            <w:pPr>
              <w:spacing w:after="0"/>
              <w:rPr>
                <w:lang w:val="es-ES"/>
              </w:rPr>
            </w:pPr>
            <w:r w:rsidRPr="00C12360">
              <w:rPr>
                <w:sz w:val="17"/>
                <w:lang w:val="es-ES"/>
              </w:rPr>
              <w:t xml:space="preserve">Mi usa de en </w:t>
            </w:r>
            <w:proofErr w:type="gramStart"/>
            <w:r w:rsidRPr="00C12360">
              <w:rPr>
                <w:sz w:val="17"/>
                <w:lang w:val="es-ES"/>
              </w:rPr>
              <w:t>un frase</w:t>
            </w:r>
            <w:proofErr w:type="gramEnd"/>
            <w:r w:rsidRPr="00C12360">
              <w:rPr>
                <w:sz w:val="17"/>
                <w:lang w:val="es-ES"/>
              </w:rPr>
              <w:t>.</w:t>
            </w:r>
          </w:p>
        </w:tc>
      </w:tr>
      <w:tr w:rsidR="00610360" w14:paraId="24D6B34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E373DC5" w14:textId="77777777" w:rsidR="00610360" w:rsidRDefault="00000000">
            <w:pPr>
              <w:spacing w:after="0"/>
            </w:pPr>
            <w:r>
              <w:rPr>
                <w:sz w:val="17"/>
              </w:rPr>
              <w:t>mater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849AD46" w14:textId="77777777" w:rsidR="00610360" w:rsidRDefault="00000000">
            <w:pPr>
              <w:spacing w:after="0"/>
            </w:pPr>
            <w:r>
              <w:rPr>
                <w:sz w:val="17"/>
              </w:rPr>
              <w:t>mother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D890FE7"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E33D09B" w14:textId="77777777" w:rsidR="00610360" w:rsidRDefault="00000000">
            <w:pPr>
              <w:spacing w:after="0"/>
            </w:pPr>
            <w:r>
              <w:rPr>
                <w:sz w:val="17"/>
              </w:rPr>
              <w:t>La mater es ici.</w:t>
            </w:r>
          </w:p>
        </w:tc>
      </w:tr>
      <w:tr w:rsidR="00610360" w14:paraId="77C6568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BA8BD6D" w14:textId="77777777" w:rsidR="00610360" w:rsidRDefault="00000000">
            <w:pPr>
              <w:spacing w:after="0"/>
            </w:pPr>
            <w:r>
              <w:rPr>
                <w:sz w:val="17"/>
              </w:rPr>
              <w:t>pater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377EA7E" w14:textId="77777777" w:rsidR="00610360" w:rsidRDefault="00000000">
            <w:pPr>
              <w:spacing w:after="0"/>
            </w:pPr>
            <w:r>
              <w:rPr>
                <w:sz w:val="17"/>
              </w:rPr>
              <w:t>father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A6BD331"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591DC88" w14:textId="77777777" w:rsidR="00610360" w:rsidRDefault="00000000">
            <w:pPr>
              <w:spacing w:after="0"/>
            </w:pPr>
            <w:r>
              <w:rPr>
                <w:sz w:val="17"/>
              </w:rPr>
              <w:t>La pater es ici.</w:t>
            </w:r>
          </w:p>
        </w:tc>
      </w:tr>
      <w:tr w:rsidR="00610360" w14:paraId="751536F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F23C1B" w14:textId="77777777" w:rsidR="00610360" w:rsidRDefault="00000000">
            <w:pPr>
              <w:spacing w:after="0"/>
            </w:pPr>
            <w:r>
              <w:rPr>
                <w:sz w:val="17"/>
              </w:rPr>
              <w:t>fil</w:t>
            </w:r>
          </w:p>
        </w:tc>
        <w:tc>
          <w:tcPr>
            <w:tcW w:w="2592" w:type="dxa"/>
            <w:tcBorders>
              <w:top w:val="single" w:sz="4" w:space="0" w:color="D8E6EC"/>
              <w:left w:val="single" w:sz="4" w:space="0" w:color="D8E6EC"/>
              <w:bottom w:val="single" w:sz="4" w:space="0" w:color="D8E6EC"/>
              <w:right w:val="single" w:sz="4" w:space="0" w:color="D8E6EC"/>
            </w:tcBorders>
            <w:vAlign w:val="center"/>
          </w:tcPr>
          <w:p w14:paraId="7DF8A129" w14:textId="77777777" w:rsidR="00610360" w:rsidRDefault="00000000">
            <w:pPr>
              <w:spacing w:after="0"/>
            </w:pPr>
            <w:r>
              <w:rPr>
                <w:sz w:val="17"/>
              </w:rPr>
              <w:t>child / offspring</w:t>
            </w:r>
          </w:p>
        </w:tc>
        <w:tc>
          <w:tcPr>
            <w:tcW w:w="2592" w:type="dxa"/>
            <w:tcBorders>
              <w:top w:val="single" w:sz="4" w:space="0" w:color="D8E6EC"/>
              <w:left w:val="single" w:sz="4" w:space="0" w:color="D8E6EC"/>
              <w:bottom w:val="single" w:sz="4" w:space="0" w:color="D8E6EC"/>
              <w:right w:val="single" w:sz="4" w:space="0" w:color="D8E6EC"/>
            </w:tcBorders>
            <w:vAlign w:val="center"/>
          </w:tcPr>
          <w:p w14:paraId="464B9B6E"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D96966A" w14:textId="77777777" w:rsidR="00610360" w:rsidRDefault="00000000">
            <w:pPr>
              <w:spacing w:after="0"/>
            </w:pPr>
            <w:r>
              <w:rPr>
                <w:sz w:val="17"/>
              </w:rPr>
              <w:t>La fil es ici.</w:t>
            </w:r>
          </w:p>
        </w:tc>
      </w:tr>
      <w:tr w:rsidR="00610360" w14:paraId="63ACE2C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EADFD3" w14:textId="77777777" w:rsidR="00610360" w:rsidRDefault="00000000">
            <w:pPr>
              <w:spacing w:after="0"/>
            </w:pPr>
            <w:r>
              <w:rPr>
                <w:sz w:val="17"/>
              </w:rPr>
              <w:t>frate</w:t>
            </w:r>
          </w:p>
        </w:tc>
        <w:tc>
          <w:tcPr>
            <w:tcW w:w="2592" w:type="dxa"/>
            <w:tcBorders>
              <w:top w:val="single" w:sz="4" w:space="0" w:color="D8E6EC"/>
              <w:left w:val="single" w:sz="4" w:space="0" w:color="D8E6EC"/>
              <w:bottom w:val="single" w:sz="4" w:space="0" w:color="D8E6EC"/>
              <w:right w:val="single" w:sz="4" w:space="0" w:color="D8E6EC"/>
            </w:tcBorders>
            <w:vAlign w:val="center"/>
          </w:tcPr>
          <w:p w14:paraId="529974BF" w14:textId="77777777" w:rsidR="00610360" w:rsidRDefault="00000000">
            <w:pPr>
              <w:spacing w:after="0"/>
            </w:pPr>
            <w:r>
              <w:rPr>
                <w:sz w:val="17"/>
              </w:rPr>
              <w:t>sibling</w:t>
            </w:r>
          </w:p>
        </w:tc>
        <w:tc>
          <w:tcPr>
            <w:tcW w:w="2592" w:type="dxa"/>
            <w:tcBorders>
              <w:top w:val="single" w:sz="4" w:space="0" w:color="D8E6EC"/>
              <w:left w:val="single" w:sz="4" w:space="0" w:color="D8E6EC"/>
              <w:bottom w:val="single" w:sz="4" w:space="0" w:color="D8E6EC"/>
              <w:right w:val="single" w:sz="4" w:space="0" w:color="D8E6EC"/>
            </w:tcBorders>
            <w:vAlign w:val="center"/>
          </w:tcPr>
          <w:p w14:paraId="6420AE15"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4C34EA5" w14:textId="77777777" w:rsidR="00610360" w:rsidRDefault="00000000">
            <w:pPr>
              <w:spacing w:after="0"/>
            </w:pPr>
            <w:r>
              <w:rPr>
                <w:sz w:val="17"/>
              </w:rPr>
              <w:t>La frate es ici.</w:t>
            </w:r>
          </w:p>
        </w:tc>
      </w:tr>
      <w:tr w:rsidR="00610360" w14:paraId="00E8F4D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A861B5A" w14:textId="77777777" w:rsidR="00610360" w:rsidRDefault="00000000">
            <w:pPr>
              <w:spacing w:after="0"/>
            </w:pPr>
            <w:r>
              <w:rPr>
                <w:sz w:val="17"/>
              </w:rPr>
              <w:t>fem</w:t>
            </w:r>
          </w:p>
        </w:tc>
        <w:tc>
          <w:tcPr>
            <w:tcW w:w="2592" w:type="dxa"/>
            <w:tcBorders>
              <w:top w:val="single" w:sz="4" w:space="0" w:color="D8E6EC"/>
              <w:left w:val="single" w:sz="4" w:space="0" w:color="D8E6EC"/>
              <w:bottom w:val="single" w:sz="4" w:space="0" w:color="D8E6EC"/>
              <w:right w:val="single" w:sz="4" w:space="0" w:color="D8E6EC"/>
            </w:tcBorders>
            <w:vAlign w:val="center"/>
          </w:tcPr>
          <w:p w14:paraId="05D44B14" w14:textId="77777777" w:rsidR="00610360" w:rsidRDefault="00000000">
            <w:pPr>
              <w:spacing w:after="0"/>
            </w:pPr>
            <w:r>
              <w:rPr>
                <w:sz w:val="17"/>
              </w:rPr>
              <w:t>female / woman</w:t>
            </w:r>
          </w:p>
        </w:tc>
        <w:tc>
          <w:tcPr>
            <w:tcW w:w="2592" w:type="dxa"/>
            <w:tcBorders>
              <w:top w:val="single" w:sz="4" w:space="0" w:color="D8E6EC"/>
              <w:left w:val="single" w:sz="4" w:space="0" w:color="D8E6EC"/>
              <w:bottom w:val="single" w:sz="4" w:space="0" w:color="D8E6EC"/>
              <w:right w:val="single" w:sz="4" w:space="0" w:color="D8E6EC"/>
            </w:tcBorders>
            <w:vAlign w:val="center"/>
          </w:tcPr>
          <w:p w14:paraId="3C50E9A6" w14:textId="77777777" w:rsidR="00610360" w:rsidRDefault="00000000">
            <w:pPr>
              <w:spacing w:after="0"/>
            </w:pPr>
            <w:r>
              <w:rPr>
                <w:sz w:val="17"/>
              </w:rPr>
              <w:t>noun/adjective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2065AB" w14:textId="77777777" w:rsidR="00610360" w:rsidRDefault="00000000">
            <w:pPr>
              <w:spacing w:after="0"/>
            </w:pPr>
            <w:r>
              <w:rPr>
                <w:sz w:val="17"/>
              </w:rPr>
              <w:t>La fem es ici.</w:t>
            </w:r>
          </w:p>
        </w:tc>
      </w:tr>
      <w:tr w:rsidR="00610360" w14:paraId="01E4F5E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068E6B" w14:textId="77777777" w:rsidR="00610360" w:rsidRDefault="00000000">
            <w:pPr>
              <w:spacing w:after="0"/>
            </w:pPr>
            <w:r>
              <w:rPr>
                <w:sz w:val="17"/>
              </w:rPr>
              <w:t>mas</w:t>
            </w:r>
          </w:p>
        </w:tc>
        <w:tc>
          <w:tcPr>
            <w:tcW w:w="2592" w:type="dxa"/>
            <w:tcBorders>
              <w:top w:val="single" w:sz="4" w:space="0" w:color="D8E6EC"/>
              <w:left w:val="single" w:sz="4" w:space="0" w:color="D8E6EC"/>
              <w:bottom w:val="single" w:sz="4" w:space="0" w:color="D8E6EC"/>
              <w:right w:val="single" w:sz="4" w:space="0" w:color="D8E6EC"/>
            </w:tcBorders>
            <w:vAlign w:val="center"/>
          </w:tcPr>
          <w:p w14:paraId="0A9240F8" w14:textId="77777777" w:rsidR="00610360" w:rsidRDefault="00000000">
            <w:pPr>
              <w:spacing w:after="0"/>
            </w:pPr>
            <w:r>
              <w:rPr>
                <w:sz w:val="17"/>
              </w:rPr>
              <w:t>male / man</w:t>
            </w:r>
          </w:p>
        </w:tc>
        <w:tc>
          <w:tcPr>
            <w:tcW w:w="2592" w:type="dxa"/>
            <w:tcBorders>
              <w:top w:val="single" w:sz="4" w:space="0" w:color="D8E6EC"/>
              <w:left w:val="single" w:sz="4" w:space="0" w:color="D8E6EC"/>
              <w:bottom w:val="single" w:sz="4" w:space="0" w:color="D8E6EC"/>
              <w:right w:val="single" w:sz="4" w:space="0" w:color="D8E6EC"/>
            </w:tcBorders>
            <w:vAlign w:val="center"/>
          </w:tcPr>
          <w:p w14:paraId="27D31B82" w14:textId="77777777" w:rsidR="00610360" w:rsidRDefault="00000000">
            <w:pPr>
              <w:spacing w:after="0"/>
            </w:pPr>
            <w:r>
              <w:rPr>
                <w:sz w:val="17"/>
              </w:rPr>
              <w:t>noun/adjective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68D30147" w14:textId="77777777" w:rsidR="00610360" w:rsidRDefault="00000000">
            <w:pPr>
              <w:spacing w:after="0"/>
            </w:pPr>
            <w:r>
              <w:rPr>
                <w:sz w:val="17"/>
              </w:rPr>
              <w:t>La mas es ici.</w:t>
            </w:r>
          </w:p>
        </w:tc>
      </w:tr>
      <w:tr w:rsidR="00610360" w14:paraId="1ABD73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7BA9B73" w14:textId="77777777" w:rsidR="00610360" w:rsidRDefault="00000000">
            <w:pPr>
              <w:spacing w:after="0"/>
            </w:pPr>
            <w:r>
              <w:rPr>
                <w:sz w:val="17"/>
              </w:rPr>
              <w:t>familia</w:t>
            </w:r>
          </w:p>
        </w:tc>
        <w:tc>
          <w:tcPr>
            <w:tcW w:w="2592" w:type="dxa"/>
            <w:tcBorders>
              <w:top w:val="single" w:sz="4" w:space="0" w:color="D8E6EC"/>
              <w:left w:val="single" w:sz="4" w:space="0" w:color="D8E6EC"/>
              <w:bottom w:val="single" w:sz="4" w:space="0" w:color="D8E6EC"/>
              <w:right w:val="single" w:sz="4" w:space="0" w:color="D8E6EC"/>
            </w:tcBorders>
            <w:vAlign w:val="center"/>
          </w:tcPr>
          <w:p w14:paraId="5CEA6045" w14:textId="77777777" w:rsidR="00610360" w:rsidRDefault="00000000">
            <w:pPr>
              <w:spacing w:after="0"/>
            </w:pPr>
            <w:r>
              <w:rPr>
                <w:sz w:val="17"/>
              </w:rPr>
              <w:t>family</w:t>
            </w:r>
          </w:p>
        </w:tc>
        <w:tc>
          <w:tcPr>
            <w:tcW w:w="2592" w:type="dxa"/>
            <w:tcBorders>
              <w:top w:val="single" w:sz="4" w:space="0" w:color="D8E6EC"/>
              <w:left w:val="single" w:sz="4" w:space="0" w:color="D8E6EC"/>
              <w:bottom w:val="single" w:sz="4" w:space="0" w:color="D8E6EC"/>
              <w:right w:val="single" w:sz="4" w:space="0" w:color="D8E6EC"/>
            </w:tcBorders>
            <w:vAlign w:val="center"/>
          </w:tcPr>
          <w:p w14:paraId="267C3193"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586AD92" w14:textId="77777777" w:rsidR="00610360" w:rsidRDefault="00000000">
            <w:pPr>
              <w:spacing w:after="0"/>
            </w:pPr>
            <w:r>
              <w:rPr>
                <w:sz w:val="17"/>
              </w:rPr>
              <w:t>La familia es ici.</w:t>
            </w:r>
          </w:p>
        </w:tc>
      </w:tr>
      <w:tr w:rsidR="00610360" w14:paraId="2C4E14C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0FF6889" w14:textId="77777777" w:rsidR="00610360" w:rsidRDefault="00000000">
            <w:pPr>
              <w:spacing w:after="0"/>
            </w:pPr>
            <w:r>
              <w:rPr>
                <w:sz w:val="17"/>
              </w:rPr>
              <w:t>amik</w:t>
            </w:r>
          </w:p>
        </w:tc>
        <w:tc>
          <w:tcPr>
            <w:tcW w:w="2592" w:type="dxa"/>
            <w:tcBorders>
              <w:top w:val="single" w:sz="4" w:space="0" w:color="D8E6EC"/>
              <w:left w:val="single" w:sz="4" w:space="0" w:color="D8E6EC"/>
              <w:bottom w:val="single" w:sz="4" w:space="0" w:color="D8E6EC"/>
              <w:right w:val="single" w:sz="4" w:space="0" w:color="D8E6EC"/>
            </w:tcBorders>
            <w:vAlign w:val="center"/>
          </w:tcPr>
          <w:p w14:paraId="115A40FD" w14:textId="77777777" w:rsidR="00610360" w:rsidRDefault="00000000">
            <w:pPr>
              <w:spacing w:after="0"/>
            </w:pPr>
            <w:r>
              <w:rPr>
                <w:sz w:val="17"/>
              </w:rPr>
              <w:t>friend</w:t>
            </w:r>
          </w:p>
        </w:tc>
        <w:tc>
          <w:tcPr>
            <w:tcW w:w="2592" w:type="dxa"/>
            <w:tcBorders>
              <w:top w:val="single" w:sz="4" w:space="0" w:color="D8E6EC"/>
              <w:left w:val="single" w:sz="4" w:space="0" w:color="D8E6EC"/>
              <w:bottom w:val="single" w:sz="4" w:space="0" w:color="D8E6EC"/>
              <w:right w:val="single" w:sz="4" w:space="0" w:color="D8E6EC"/>
            </w:tcBorders>
            <w:vAlign w:val="center"/>
          </w:tcPr>
          <w:p w14:paraId="4E7BEF12"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38F521F" w14:textId="77777777" w:rsidR="00610360" w:rsidRDefault="00000000">
            <w:pPr>
              <w:spacing w:after="0"/>
            </w:pPr>
            <w:r>
              <w:rPr>
                <w:sz w:val="17"/>
              </w:rPr>
              <w:t>La amik es ici.</w:t>
            </w:r>
          </w:p>
        </w:tc>
      </w:tr>
      <w:tr w:rsidR="00610360" w14:paraId="425E4D6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A80D663" w14:textId="77777777" w:rsidR="00610360" w:rsidRDefault="00000000">
            <w:pPr>
              <w:spacing w:after="0"/>
            </w:pPr>
            <w:r>
              <w:rPr>
                <w:sz w:val="17"/>
              </w:rPr>
              <w:t>grupo</w:t>
            </w:r>
          </w:p>
        </w:tc>
        <w:tc>
          <w:tcPr>
            <w:tcW w:w="2592" w:type="dxa"/>
            <w:tcBorders>
              <w:top w:val="single" w:sz="4" w:space="0" w:color="D8E6EC"/>
              <w:left w:val="single" w:sz="4" w:space="0" w:color="D8E6EC"/>
              <w:bottom w:val="single" w:sz="4" w:space="0" w:color="D8E6EC"/>
              <w:right w:val="single" w:sz="4" w:space="0" w:color="D8E6EC"/>
            </w:tcBorders>
            <w:vAlign w:val="center"/>
          </w:tcPr>
          <w:p w14:paraId="4BAD6C9B" w14:textId="77777777" w:rsidR="00610360" w:rsidRDefault="00000000">
            <w:pPr>
              <w:spacing w:after="0"/>
            </w:pPr>
            <w:r>
              <w:rPr>
                <w:sz w:val="17"/>
              </w:rPr>
              <w:t>group</w:t>
            </w:r>
          </w:p>
        </w:tc>
        <w:tc>
          <w:tcPr>
            <w:tcW w:w="2592" w:type="dxa"/>
            <w:tcBorders>
              <w:top w:val="single" w:sz="4" w:space="0" w:color="D8E6EC"/>
              <w:left w:val="single" w:sz="4" w:space="0" w:color="D8E6EC"/>
              <w:bottom w:val="single" w:sz="4" w:space="0" w:color="D8E6EC"/>
              <w:right w:val="single" w:sz="4" w:space="0" w:color="D8E6EC"/>
            </w:tcBorders>
            <w:vAlign w:val="center"/>
          </w:tcPr>
          <w:p w14:paraId="572C4B93"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95C3B5D" w14:textId="77777777" w:rsidR="00610360" w:rsidRDefault="00000000">
            <w:pPr>
              <w:spacing w:after="0"/>
            </w:pPr>
            <w:r>
              <w:rPr>
                <w:sz w:val="17"/>
              </w:rPr>
              <w:t>La grupo es ici.</w:t>
            </w:r>
          </w:p>
        </w:tc>
      </w:tr>
      <w:tr w:rsidR="00610360" w14:paraId="7392463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6CB5FF9" w14:textId="77777777" w:rsidR="00610360" w:rsidRDefault="00000000">
            <w:pPr>
              <w:spacing w:after="0"/>
            </w:pPr>
            <w:r>
              <w:rPr>
                <w:sz w:val="17"/>
              </w:rPr>
              <w:t>adult</w:t>
            </w:r>
          </w:p>
        </w:tc>
        <w:tc>
          <w:tcPr>
            <w:tcW w:w="2592" w:type="dxa"/>
            <w:tcBorders>
              <w:top w:val="single" w:sz="4" w:space="0" w:color="D8E6EC"/>
              <w:left w:val="single" w:sz="4" w:space="0" w:color="D8E6EC"/>
              <w:bottom w:val="single" w:sz="4" w:space="0" w:color="D8E6EC"/>
              <w:right w:val="single" w:sz="4" w:space="0" w:color="D8E6EC"/>
            </w:tcBorders>
            <w:vAlign w:val="center"/>
          </w:tcPr>
          <w:p w14:paraId="332DB637" w14:textId="77777777" w:rsidR="00610360" w:rsidRDefault="00000000">
            <w:pPr>
              <w:spacing w:after="0"/>
            </w:pPr>
            <w:r>
              <w:rPr>
                <w:sz w:val="17"/>
              </w:rPr>
              <w:t>adult</w:t>
            </w:r>
          </w:p>
        </w:tc>
        <w:tc>
          <w:tcPr>
            <w:tcW w:w="2592" w:type="dxa"/>
            <w:tcBorders>
              <w:top w:val="single" w:sz="4" w:space="0" w:color="D8E6EC"/>
              <w:left w:val="single" w:sz="4" w:space="0" w:color="D8E6EC"/>
              <w:bottom w:val="single" w:sz="4" w:space="0" w:color="D8E6EC"/>
              <w:right w:val="single" w:sz="4" w:space="0" w:color="D8E6EC"/>
            </w:tcBorders>
            <w:vAlign w:val="center"/>
          </w:tcPr>
          <w:p w14:paraId="7BB41EE3" w14:textId="77777777" w:rsidR="00610360" w:rsidRDefault="00000000">
            <w:pPr>
              <w:spacing w:after="0"/>
            </w:pPr>
            <w:r>
              <w:rPr>
                <w:sz w:val="17"/>
              </w:rPr>
              <w:t>noun/adjective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811F289" w14:textId="77777777" w:rsidR="00610360" w:rsidRDefault="00000000">
            <w:pPr>
              <w:spacing w:after="0"/>
            </w:pPr>
            <w:r>
              <w:rPr>
                <w:sz w:val="17"/>
              </w:rPr>
              <w:t>La adult es ici.</w:t>
            </w:r>
          </w:p>
        </w:tc>
      </w:tr>
      <w:tr w:rsidR="00610360" w14:paraId="7530539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D9C7AA8" w14:textId="77777777" w:rsidR="00610360" w:rsidRDefault="00000000">
            <w:pPr>
              <w:spacing w:after="0"/>
            </w:pPr>
            <w:r>
              <w:rPr>
                <w:sz w:val="17"/>
              </w:rPr>
              <w:t>homo</w:t>
            </w:r>
          </w:p>
        </w:tc>
        <w:tc>
          <w:tcPr>
            <w:tcW w:w="2592" w:type="dxa"/>
            <w:tcBorders>
              <w:top w:val="single" w:sz="4" w:space="0" w:color="D8E6EC"/>
              <w:left w:val="single" w:sz="4" w:space="0" w:color="D8E6EC"/>
              <w:bottom w:val="single" w:sz="4" w:space="0" w:color="D8E6EC"/>
              <w:right w:val="single" w:sz="4" w:space="0" w:color="D8E6EC"/>
            </w:tcBorders>
            <w:vAlign w:val="center"/>
          </w:tcPr>
          <w:p w14:paraId="071A4E62" w14:textId="77777777" w:rsidR="00610360" w:rsidRDefault="00000000">
            <w:pPr>
              <w:spacing w:after="0"/>
            </w:pPr>
            <w:r>
              <w:rPr>
                <w:sz w:val="17"/>
              </w:rPr>
              <w:t>human / person</w:t>
            </w:r>
          </w:p>
        </w:tc>
        <w:tc>
          <w:tcPr>
            <w:tcW w:w="2592" w:type="dxa"/>
            <w:tcBorders>
              <w:top w:val="single" w:sz="4" w:space="0" w:color="D8E6EC"/>
              <w:left w:val="single" w:sz="4" w:space="0" w:color="D8E6EC"/>
              <w:bottom w:val="single" w:sz="4" w:space="0" w:color="D8E6EC"/>
              <w:right w:val="single" w:sz="4" w:space="0" w:color="D8E6EC"/>
            </w:tcBorders>
            <w:vAlign w:val="center"/>
          </w:tcPr>
          <w:p w14:paraId="173DC6CB"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8000E46" w14:textId="77777777" w:rsidR="00610360" w:rsidRDefault="00000000">
            <w:pPr>
              <w:spacing w:after="0"/>
            </w:pPr>
            <w:r>
              <w:rPr>
                <w:sz w:val="17"/>
              </w:rPr>
              <w:t>La homo es ici.</w:t>
            </w:r>
          </w:p>
        </w:tc>
      </w:tr>
      <w:tr w:rsidR="00610360" w14:paraId="379E75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A02CE19" w14:textId="77777777" w:rsidR="00610360" w:rsidRDefault="00000000">
            <w:pPr>
              <w:spacing w:after="0"/>
            </w:pPr>
            <w:r>
              <w:rPr>
                <w:sz w:val="17"/>
              </w:rPr>
              <w:t>persona</w:t>
            </w:r>
          </w:p>
        </w:tc>
        <w:tc>
          <w:tcPr>
            <w:tcW w:w="2592" w:type="dxa"/>
            <w:tcBorders>
              <w:top w:val="single" w:sz="4" w:space="0" w:color="D8E6EC"/>
              <w:left w:val="single" w:sz="4" w:space="0" w:color="D8E6EC"/>
              <w:bottom w:val="single" w:sz="4" w:space="0" w:color="D8E6EC"/>
              <w:right w:val="single" w:sz="4" w:space="0" w:color="D8E6EC"/>
            </w:tcBorders>
            <w:vAlign w:val="center"/>
          </w:tcPr>
          <w:p w14:paraId="38A968A1" w14:textId="77777777" w:rsidR="00610360" w:rsidRDefault="00000000">
            <w:pPr>
              <w:spacing w:after="0"/>
            </w:pPr>
            <w:r>
              <w:rPr>
                <w:sz w:val="17"/>
              </w:rPr>
              <w:t>person</w:t>
            </w:r>
          </w:p>
        </w:tc>
        <w:tc>
          <w:tcPr>
            <w:tcW w:w="2592" w:type="dxa"/>
            <w:tcBorders>
              <w:top w:val="single" w:sz="4" w:space="0" w:color="D8E6EC"/>
              <w:left w:val="single" w:sz="4" w:space="0" w:color="D8E6EC"/>
              <w:bottom w:val="single" w:sz="4" w:space="0" w:color="D8E6EC"/>
              <w:right w:val="single" w:sz="4" w:space="0" w:color="D8E6EC"/>
            </w:tcBorders>
            <w:vAlign w:val="center"/>
          </w:tcPr>
          <w:p w14:paraId="561FB045"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8BA215C" w14:textId="77777777" w:rsidR="00610360" w:rsidRDefault="00000000">
            <w:pPr>
              <w:spacing w:after="0"/>
            </w:pPr>
            <w:r>
              <w:rPr>
                <w:sz w:val="17"/>
              </w:rPr>
              <w:t>La persona es ici.</w:t>
            </w:r>
          </w:p>
        </w:tc>
      </w:tr>
    </w:tbl>
    <w:p w14:paraId="55022660"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69EC5D39"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E870159"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C4B9052" w14:textId="77777777" w:rsidR="00610360" w:rsidRDefault="00000000">
            <w:pPr>
              <w:spacing w:after="0"/>
            </w:pPr>
            <w:r>
              <w:rPr>
                <w:b/>
                <w:color w:val="FFFFFF"/>
                <w:sz w:val="17"/>
              </w:rPr>
              <w:t>English</w:t>
            </w:r>
          </w:p>
        </w:tc>
      </w:tr>
      <w:tr w:rsidR="00610360" w14:paraId="21B2991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BC13FD5" w14:textId="77777777" w:rsidR="00610360" w:rsidRDefault="00000000">
            <w:pPr>
              <w:spacing w:after="0"/>
            </w:pPr>
            <w:r>
              <w:rPr>
                <w:sz w:val="17"/>
              </w:rPr>
              <w:t>mi libro</w:t>
            </w:r>
          </w:p>
        </w:tc>
        <w:tc>
          <w:tcPr>
            <w:tcW w:w="5184" w:type="dxa"/>
            <w:tcBorders>
              <w:top w:val="single" w:sz="4" w:space="0" w:color="D8E6EC"/>
              <w:left w:val="single" w:sz="4" w:space="0" w:color="D8E6EC"/>
              <w:bottom w:val="single" w:sz="4" w:space="0" w:color="D8E6EC"/>
              <w:right w:val="single" w:sz="4" w:space="0" w:color="D8E6EC"/>
            </w:tcBorders>
            <w:vAlign w:val="center"/>
          </w:tcPr>
          <w:p w14:paraId="2FBA85FA" w14:textId="77777777" w:rsidR="00610360" w:rsidRDefault="00000000">
            <w:pPr>
              <w:spacing w:after="0"/>
            </w:pPr>
            <w:r>
              <w:rPr>
                <w:sz w:val="17"/>
              </w:rPr>
              <w:t>my book</w:t>
            </w:r>
          </w:p>
        </w:tc>
      </w:tr>
      <w:tr w:rsidR="00610360" w14:paraId="3F45B4C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BA8F0CF" w14:textId="77777777" w:rsidR="00610360" w:rsidRDefault="00000000">
            <w:pPr>
              <w:spacing w:after="0"/>
            </w:pPr>
            <w:r>
              <w:rPr>
                <w:sz w:val="17"/>
              </w:rPr>
              <w:t>la kasa de nos</w:t>
            </w:r>
          </w:p>
        </w:tc>
        <w:tc>
          <w:tcPr>
            <w:tcW w:w="5184" w:type="dxa"/>
            <w:tcBorders>
              <w:top w:val="single" w:sz="4" w:space="0" w:color="D8E6EC"/>
              <w:left w:val="single" w:sz="4" w:space="0" w:color="D8E6EC"/>
              <w:bottom w:val="single" w:sz="4" w:space="0" w:color="D8E6EC"/>
              <w:right w:val="single" w:sz="4" w:space="0" w:color="D8E6EC"/>
            </w:tcBorders>
            <w:vAlign w:val="center"/>
          </w:tcPr>
          <w:p w14:paraId="7B2B1807" w14:textId="77777777" w:rsidR="00610360" w:rsidRDefault="00000000">
            <w:pPr>
              <w:spacing w:after="0"/>
            </w:pPr>
            <w:r>
              <w:rPr>
                <w:sz w:val="17"/>
              </w:rPr>
              <w:t>our house</w:t>
            </w:r>
          </w:p>
        </w:tc>
      </w:tr>
      <w:tr w:rsidR="00610360" w14:paraId="4FBA641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03560C1" w14:textId="77777777" w:rsidR="00610360" w:rsidRDefault="00000000">
            <w:pPr>
              <w:spacing w:after="0"/>
            </w:pPr>
            <w:r>
              <w:rPr>
                <w:sz w:val="17"/>
              </w:rPr>
              <w:t>ela amik</w:t>
            </w:r>
          </w:p>
        </w:tc>
        <w:tc>
          <w:tcPr>
            <w:tcW w:w="5184" w:type="dxa"/>
            <w:tcBorders>
              <w:top w:val="single" w:sz="4" w:space="0" w:color="D8E6EC"/>
              <w:left w:val="single" w:sz="4" w:space="0" w:color="D8E6EC"/>
              <w:bottom w:val="single" w:sz="4" w:space="0" w:color="D8E6EC"/>
              <w:right w:val="single" w:sz="4" w:space="0" w:color="D8E6EC"/>
            </w:tcBorders>
            <w:vAlign w:val="center"/>
          </w:tcPr>
          <w:p w14:paraId="4ACDAEDE" w14:textId="77777777" w:rsidR="00610360" w:rsidRDefault="00000000">
            <w:pPr>
              <w:spacing w:after="0"/>
            </w:pPr>
            <w:r>
              <w:rPr>
                <w:sz w:val="17"/>
              </w:rPr>
              <w:t>female friend / her friend by context</w:t>
            </w:r>
          </w:p>
        </w:tc>
      </w:tr>
      <w:tr w:rsidR="00610360" w14:paraId="23DAB43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C9DF62F" w14:textId="77777777" w:rsidR="00610360" w:rsidRDefault="00000000">
            <w:pPr>
              <w:spacing w:after="0"/>
            </w:pPr>
            <w:r>
              <w:rPr>
                <w:sz w:val="17"/>
              </w:rPr>
              <w:t>fil mas</w:t>
            </w:r>
          </w:p>
        </w:tc>
        <w:tc>
          <w:tcPr>
            <w:tcW w:w="5184" w:type="dxa"/>
            <w:tcBorders>
              <w:top w:val="single" w:sz="4" w:space="0" w:color="D8E6EC"/>
              <w:left w:val="single" w:sz="4" w:space="0" w:color="D8E6EC"/>
              <w:bottom w:val="single" w:sz="4" w:space="0" w:color="D8E6EC"/>
              <w:right w:val="single" w:sz="4" w:space="0" w:color="D8E6EC"/>
            </w:tcBorders>
            <w:vAlign w:val="center"/>
          </w:tcPr>
          <w:p w14:paraId="12FA3548" w14:textId="77777777" w:rsidR="00610360" w:rsidRDefault="00000000">
            <w:pPr>
              <w:spacing w:after="0"/>
            </w:pPr>
            <w:r>
              <w:rPr>
                <w:sz w:val="17"/>
              </w:rPr>
              <w:t>son</w:t>
            </w:r>
          </w:p>
        </w:tc>
      </w:tr>
      <w:tr w:rsidR="00610360" w14:paraId="5B77F89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8409081" w14:textId="77777777" w:rsidR="00610360" w:rsidRDefault="00000000">
            <w:pPr>
              <w:spacing w:after="0"/>
            </w:pPr>
            <w:r>
              <w:rPr>
                <w:sz w:val="17"/>
              </w:rPr>
              <w:t>frate fem</w:t>
            </w:r>
          </w:p>
        </w:tc>
        <w:tc>
          <w:tcPr>
            <w:tcW w:w="5184" w:type="dxa"/>
            <w:tcBorders>
              <w:top w:val="single" w:sz="4" w:space="0" w:color="D8E6EC"/>
              <w:left w:val="single" w:sz="4" w:space="0" w:color="D8E6EC"/>
              <w:bottom w:val="single" w:sz="4" w:space="0" w:color="D8E6EC"/>
              <w:right w:val="single" w:sz="4" w:space="0" w:color="D8E6EC"/>
            </w:tcBorders>
            <w:vAlign w:val="center"/>
          </w:tcPr>
          <w:p w14:paraId="7FF45543" w14:textId="77777777" w:rsidR="00610360" w:rsidRDefault="00000000">
            <w:pPr>
              <w:spacing w:after="0"/>
            </w:pPr>
            <w:r>
              <w:rPr>
                <w:sz w:val="17"/>
              </w:rPr>
              <w:t>sister</w:t>
            </w:r>
          </w:p>
        </w:tc>
      </w:tr>
    </w:tbl>
    <w:p w14:paraId="24882EBE" w14:textId="77777777" w:rsidR="00610360" w:rsidRDefault="00000000">
      <w:pPr>
        <w:pStyle w:val="Heading2"/>
        <w:spacing w:after="120"/>
      </w:pPr>
      <w:r>
        <w:rPr>
          <w:rFonts w:ascii="Aptos" w:hAnsi="Aptos"/>
        </w:rPr>
        <w:t>Speak it out loud</w:t>
      </w:r>
    </w:p>
    <w:p w14:paraId="1775F4DC" w14:textId="77777777" w:rsidR="00610360" w:rsidRDefault="00000000">
      <w:pPr>
        <w:spacing w:after="120"/>
      </w:pPr>
      <w:r>
        <w:t>Read each pattern three times. First slowly. Second normally. Third with confidence. Then replace one word and read the new sentence.</w:t>
      </w:r>
    </w:p>
    <w:p w14:paraId="233F5A7D"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1DA1D69B"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07F3A96"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BF769C7" w14:textId="77777777" w:rsidR="00610360" w:rsidRDefault="00000000">
            <w:pPr>
              <w:spacing w:after="0"/>
            </w:pPr>
            <w:r>
              <w:rPr>
                <w:b/>
                <w:color w:val="FFFFFF"/>
                <w:sz w:val="17"/>
              </w:rPr>
              <w:t>Line</w:t>
            </w:r>
          </w:p>
        </w:tc>
      </w:tr>
      <w:tr w:rsidR="00610360" w14:paraId="3D81C011"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4B2AD95"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35BA0C97" w14:textId="77777777" w:rsidR="00610360" w:rsidRDefault="00000000">
            <w:pPr>
              <w:spacing w:after="0"/>
            </w:pPr>
            <w:r>
              <w:rPr>
                <w:sz w:val="17"/>
              </w:rPr>
              <w:t>Ki es ela?</w:t>
            </w:r>
          </w:p>
        </w:tc>
      </w:tr>
      <w:tr w:rsidR="00610360" w:rsidRPr="00C12360" w14:paraId="6220DFD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5B22365"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0E049DA8" w14:textId="77777777" w:rsidR="00610360" w:rsidRPr="00C12360" w:rsidRDefault="00000000">
            <w:pPr>
              <w:spacing w:after="0"/>
              <w:rPr>
                <w:lang w:val="es-ES"/>
              </w:rPr>
            </w:pPr>
            <w:proofErr w:type="spellStart"/>
            <w:r w:rsidRPr="00C12360">
              <w:rPr>
                <w:sz w:val="17"/>
                <w:lang w:val="es-ES"/>
              </w:rPr>
              <w:t>Ela</w:t>
            </w:r>
            <w:proofErr w:type="spellEnd"/>
            <w:r w:rsidRPr="00C12360">
              <w:rPr>
                <w:sz w:val="17"/>
                <w:lang w:val="es-ES"/>
              </w:rPr>
              <w:t xml:space="preserve"> es mi </w:t>
            </w:r>
            <w:proofErr w:type="spellStart"/>
            <w:r w:rsidRPr="00C12360">
              <w:rPr>
                <w:sz w:val="17"/>
                <w:lang w:val="es-ES"/>
              </w:rPr>
              <w:t>frate</w:t>
            </w:r>
            <w:proofErr w:type="spellEnd"/>
            <w:r w:rsidRPr="00C12360">
              <w:rPr>
                <w:sz w:val="17"/>
                <w:lang w:val="es-ES"/>
              </w:rPr>
              <w:t xml:space="preserve"> </w:t>
            </w:r>
            <w:proofErr w:type="spellStart"/>
            <w:r w:rsidRPr="00C12360">
              <w:rPr>
                <w:sz w:val="17"/>
                <w:lang w:val="es-ES"/>
              </w:rPr>
              <w:t>fem</w:t>
            </w:r>
            <w:proofErr w:type="spellEnd"/>
            <w:r w:rsidRPr="00C12360">
              <w:rPr>
                <w:sz w:val="17"/>
                <w:lang w:val="es-ES"/>
              </w:rPr>
              <w:t>.</w:t>
            </w:r>
          </w:p>
        </w:tc>
      </w:tr>
      <w:tr w:rsidR="00610360" w14:paraId="5BF0F0F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2382295"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5E93820C" w14:textId="77777777" w:rsidR="00610360" w:rsidRDefault="00000000">
            <w:pPr>
              <w:spacing w:after="0"/>
            </w:pPr>
            <w:r>
              <w:rPr>
                <w:sz w:val="17"/>
              </w:rPr>
              <w:t>Ku ela aprende Claralinga?</w:t>
            </w:r>
          </w:p>
        </w:tc>
      </w:tr>
      <w:tr w:rsidR="00610360" w:rsidRPr="00C12360" w14:paraId="61D8A20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559B93B"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1E23E36D" w14:textId="77777777" w:rsidR="00610360" w:rsidRPr="00C12360" w:rsidRDefault="00000000">
            <w:pPr>
              <w:spacing w:after="0"/>
              <w:rPr>
                <w:lang w:val="es-ES"/>
              </w:rPr>
            </w:pPr>
            <w:r w:rsidRPr="00C12360">
              <w:rPr>
                <w:sz w:val="17"/>
                <w:lang w:val="es-ES"/>
              </w:rPr>
              <w:t xml:space="preserve">Si. Nos aprende </w:t>
            </w:r>
            <w:proofErr w:type="spellStart"/>
            <w:r w:rsidRPr="00C12360">
              <w:rPr>
                <w:sz w:val="17"/>
                <w:lang w:val="es-ES"/>
              </w:rPr>
              <w:t>kon</w:t>
            </w:r>
            <w:proofErr w:type="spellEnd"/>
            <w:r w:rsidRPr="00C12360">
              <w:rPr>
                <w:sz w:val="17"/>
                <w:lang w:val="es-ES"/>
              </w:rPr>
              <w:t xml:space="preserve"> la familia.</w:t>
            </w:r>
          </w:p>
        </w:tc>
      </w:tr>
    </w:tbl>
    <w:p w14:paraId="68A5B854" w14:textId="77777777" w:rsidR="00C12360" w:rsidRDefault="00C12360">
      <w:pPr>
        <w:pStyle w:val="Heading2"/>
        <w:spacing w:after="120"/>
        <w:rPr>
          <w:rFonts w:ascii="Aptos" w:hAnsi="Aptos"/>
        </w:rPr>
      </w:pPr>
    </w:p>
    <w:p w14:paraId="4ECC4FFD" w14:textId="7F0B1EB3" w:rsidR="00610360" w:rsidRDefault="00000000">
      <w:pPr>
        <w:pStyle w:val="Heading2"/>
        <w:spacing w:after="120"/>
      </w:pPr>
      <w:r>
        <w:rPr>
          <w:rFonts w:ascii="Aptos" w:hAnsi="Aptos"/>
        </w:rPr>
        <w:t>Workbook exercises</w:t>
      </w:r>
    </w:p>
    <w:p w14:paraId="0F258344" w14:textId="77777777" w:rsidR="00610360" w:rsidRDefault="00000000">
      <w:pPr>
        <w:keepLines/>
        <w:spacing w:after="120"/>
      </w:pPr>
      <w:r>
        <w:rPr>
          <w:b/>
          <w:color w:val="0B2E4A"/>
        </w:rPr>
        <w:t>4.1 Translate: my house</w:t>
      </w:r>
    </w:p>
    <w:p w14:paraId="2D297FD3" w14:textId="77777777" w:rsidR="00610360" w:rsidRDefault="00000000">
      <w:pPr>
        <w:keepLines/>
        <w:spacing w:after="120"/>
      </w:pPr>
      <w:r>
        <w:t>________________________________________________________________________________</w:t>
      </w:r>
    </w:p>
    <w:p w14:paraId="2C199D5E" w14:textId="77777777" w:rsidR="00610360" w:rsidRDefault="00000000">
      <w:pPr>
        <w:keepLines/>
        <w:spacing w:after="120"/>
      </w:pPr>
      <w:r>
        <w:t>________________________________________________________________________________</w:t>
      </w:r>
    </w:p>
    <w:p w14:paraId="6DB6DF36" w14:textId="77777777" w:rsidR="00610360" w:rsidRDefault="00000000">
      <w:pPr>
        <w:keepLines/>
        <w:spacing w:after="120"/>
      </w:pPr>
      <w:r>
        <w:rPr>
          <w:b/>
          <w:color w:val="0B2E4A"/>
        </w:rPr>
        <w:t>4.2 Translate: our family</w:t>
      </w:r>
    </w:p>
    <w:p w14:paraId="1B9E0013" w14:textId="77777777" w:rsidR="00610360" w:rsidRDefault="00000000">
      <w:pPr>
        <w:keepLines/>
        <w:spacing w:after="120"/>
      </w:pPr>
      <w:r>
        <w:t>________________________________________________________________________________</w:t>
      </w:r>
    </w:p>
    <w:p w14:paraId="17758A48" w14:textId="77777777" w:rsidR="00610360" w:rsidRDefault="00000000">
      <w:pPr>
        <w:keepLines/>
        <w:spacing w:after="120"/>
      </w:pPr>
      <w:r>
        <w:t>________________________________________________________________________________</w:t>
      </w:r>
    </w:p>
    <w:p w14:paraId="1346BA89" w14:textId="77777777" w:rsidR="00610360" w:rsidRDefault="00000000">
      <w:pPr>
        <w:keepLines/>
        <w:spacing w:after="120"/>
      </w:pPr>
      <w:r>
        <w:rPr>
          <w:b/>
          <w:color w:val="0B2E4A"/>
        </w:rPr>
        <w:t>4.3 Say: He is my friend.</w:t>
      </w:r>
    </w:p>
    <w:p w14:paraId="1B6ECD19" w14:textId="77777777" w:rsidR="00610360" w:rsidRDefault="00000000">
      <w:pPr>
        <w:keepLines/>
        <w:spacing w:after="120"/>
      </w:pPr>
      <w:r>
        <w:t>________________________________________________________________________________</w:t>
      </w:r>
    </w:p>
    <w:p w14:paraId="04BEFBD2" w14:textId="77777777" w:rsidR="00610360" w:rsidRDefault="00000000">
      <w:pPr>
        <w:keepLines/>
        <w:spacing w:after="120"/>
      </w:pPr>
      <w:r>
        <w:t>________________________________________________________________________________</w:t>
      </w:r>
    </w:p>
    <w:p w14:paraId="2DCF628F" w14:textId="77777777" w:rsidR="00610360" w:rsidRDefault="00000000">
      <w:pPr>
        <w:keepLines/>
        <w:spacing w:after="120"/>
      </w:pPr>
      <w:r>
        <w:rPr>
          <w:b/>
          <w:color w:val="0B2E4A"/>
        </w:rPr>
        <w:t>4.4 Say: They are people.</w:t>
      </w:r>
    </w:p>
    <w:p w14:paraId="0804D56E" w14:textId="77777777" w:rsidR="00610360" w:rsidRDefault="00000000">
      <w:pPr>
        <w:keepLines/>
        <w:spacing w:after="120"/>
      </w:pPr>
      <w:r>
        <w:t>________________________________________________________________________________</w:t>
      </w:r>
    </w:p>
    <w:p w14:paraId="3C7C8965" w14:textId="77777777" w:rsidR="00610360" w:rsidRDefault="00000000">
      <w:pPr>
        <w:keepLines/>
        <w:spacing w:after="120"/>
      </w:pPr>
      <w:r>
        <w:t>________________________________________________________________________________</w:t>
      </w:r>
    </w:p>
    <w:p w14:paraId="10AFB685" w14:textId="77777777" w:rsidR="00610360" w:rsidRDefault="00000000">
      <w:pPr>
        <w:keepLines/>
        <w:spacing w:after="120"/>
      </w:pPr>
      <w:r>
        <w:rPr>
          <w:b/>
          <w:color w:val="0B2E4A"/>
        </w:rPr>
        <w:t>4.5 Explain why -a is not feminine in Claralinga.</w:t>
      </w:r>
    </w:p>
    <w:p w14:paraId="3FF9C317" w14:textId="77777777" w:rsidR="00610360" w:rsidRDefault="00000000">
      <w:pPr>
        <w:keepLines/>
        <w:spacing w:after="120"/>
      </w:pPr>
      <w:r>
        <w:t>________________________________________________________________________________</w:t>
      </w:r>
    </w:p>
    <w:p w14:paraId="6BBE1ABA" w14:textId="77777777" w:rsidR="00610360" w:rsidRDefault="00000000">
      <w:pPr>
        <w:keepLines/>
        <w:spacing w:after="120"/>
      </w:pPr>
      <w:r>
        <w:t>________________________________________________________________________________</w:t>
      </w:r>
    </w:p>
    <w:p w14:paraId="77143572"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47426195"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5D535B8F" w14:textId="77777777" w:rsidR="00610360" w:rsidRDefault="00000000">
            <w:pPr>
              <w:spacing w:after="40"/>
            </w:pPr>
            <w:r>
              <w:rPr>
                <w:b/>
                <w:color w:val="0B2E4A"/>
              </w:rPr>
              <w:t>Checkpoint</w:t>
            </w:r>
          </w:p>
          <w:p w14:paraId="61EC749C" w14:textId="77777777" w:rsidR="00610360" w:rsidRDefault="00000000">
            <w:pPr>
              <w:spacing w:after="0"/>
            </w:pPr>
            <w:r>
              <w:rPr>
                <w:sz w:val="18"/>
              </w:rPr>
              <w:t>Before moving on, read the conversation aloud without stopping. If you stumble, slow down. Clean pronunciation beats fast guessing.</w:t>
            </w:r>
          </w:p>
        </w:tc>
      </w:tr>
    </w:tbl>
    <w:p w14:paraId="58A673F5" w14:textId="77777777" w:rsidR="00610360" w:rsidRDefault="00000000">
      <w:pPr>
        <w:spacing w:after="120"/>
      </w:pPr>
      <w:r/>
    </w:p>
    <w:p w14:paraId="04BB6E40" w14:textId="77777777" w:rsidR="00610360" w:rsidRDefault="00000000">
      <w:pPr>
        <w:pStyle w:val="Heading1"/>
        <w:spacing w:after="120"/>
      </w:pPr>
      <w:r>
        <w:rPr>
          <w:rFonts w:ascii="Aptos" w:hAnsi="Aptos"/>
        </w:rPr>
        <w:t>Lesson 5: Places, Directions, and Travel Basics</w:t>
      </w:r>
    </w:p>
    <w:tbl>
      <w:tblPr>
        <w:tblW w:w="0" w:type="auto"/>
        <w:jc w:val="center"/>
        <w:tblLook w:val="04A0" w:firstRow="1" w:lastRow="0" w:firstColumn="1" w:lastColumn="0" w:noHBand="0" w:noVBand="1"/>
      </w:tblPr>
      <w:tblGrid>
        <w:gridCol w:w="10368"/>
      </w:tblGrid>
      <w:tr w:rsidR="00610360" w14:paraId="2BA05F73"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25814479" w14:textId="77777777" w:rsidR="00610360" w:rsidRDefault="00000000">
            <w:pPr>
              <w:spacing w:after="40"/>
            </w:pPr>
            <w:r>
              <w:rPr>
                <w:b/>
                <w:color w:val="0B2E4A"/>
              </w:rPr>
              <w:t>Lesson goal</w:t>
            </w:r>
          </w:p>
          <w:p w14:paraId="6B2CAAC6" w14:textId="77777777" w:rsidR="00610360" w:rsidRDefault="00000000">
            <w:pPr>
              <w:spacing w:after="0"/>
            </w:pPr>
            <w:r>
              <w:rPr>
                <w:sz w:val="18"/>
              </w:rPr>
              <w:t>Ask where things are and talk about travel places.</w:t>
            </w:r>
          </w:p>
        </w:tc>
      </w:tr>
    </w:tbl>
    <w:p w14:paraId="427A7972"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126CF818"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F91ECDE"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C38F46A"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0055269"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737600F" w14:textId="77777777" w:rsidR="00610360" w:rsidRDefault="00000000">
            <w:pPr>
              <w:spacing w:after="0"/>
            </w:pPr>
            <w:r>
              <w:rPr>
                <w:b/>
                <w:color w:val="FFFFFF"/>
                <w:sz w:val="17"/>
              </w:rPr>
              <w:t>Say it in a sentence</w:t>
            </w:r>
          </w:p>
        </w:tc>
      </w:tr>
      <w:tr w:rsidR="00610360" w:rsidRPr="00C12360" w14:paraId="157F51E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9765F9F" w14:textId="77777777" w:rsidR="00610360" w:rsidRDefault="00000000">
            <w:pPr>
              <w:spacing w:after="0"/>
            </w:pPr>
            <w:r>
              <w:rPr>
                <w:sz w:val="17"/>
              </w:rPr>
              <w:t>ube</w:t>
            </w:r>
          </w:p>
        </w:tc>
        <w:tc>
          <w:tcPr>
            <w:tcW w:w="2592" w:type="dxa"/>
            <w:tcBorders>
              <w:top w:val="single" w:sz="4" w:space="0" w:color="D8E6EC"/>
              <w:left w:val="single" w:sz="4" w:space="0" w:color="D8E6EC"/>
              <w:bottom w:val="single" w:sz="4" w:space="0" w:color="D8E6EC"/>
              <w:right w:val="single" w:sz="4" w:space="0" w:color="D8E6EC"/>
            </w:tcBorders>
            <w:vAlign w:val="center"/>
          </w:tcPr>
          <w:p w14:paraId="4D3F4BB9" w14:textId="77777777" w:rsidR="00610360" w:rsidRDefault="00000000">
            <w:pPr>
              <w:spacing w:after="0"/>
            </w:pPr>
            <w:r>
              <w:rPr>
                <w:sz w:val="17"/>
              </w:rPr>
              <w:t>where</w:t>
            </w:r>
          </w:p>
        </w:tc>
        <w:tc>
          <w:tcPr>
            <w:tcW w:w="2592" w:type="dxa"/>
            <w:tcBorders>
              <w:top w:val="single" w:sz="4" w:space="0" w:color="D8E6EC"/>
              <w:left w:val="single" w:sz="4" w:space="0" w:color="D8E6EC"/>
              <w:bottom w:val="single" w:sz="4" w:space="0" w:color="D8E6EC"/>
              <w:right w:val="single" w:sz="4" w:space="0" w:color="D8E6EC"/>
            </w:tcBorders>
            <w:vAlign w:val="center"/>
          </w:tcPr>
          <w:p w14:paraId="1048E6E1"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7CE0414"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ube</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14:paraId="1DC0E5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075CE34" w14:textId="77777777" w:rsidR="00610360" w:rsidRDefault="00000000">
            <w:pPr>
              <w:spacing w:after="0"/>
            </w:pPr>
            <w:r>
              <w:rPr>
                <w:sz w:val="17"/>
              </w:rPr>
              <w:t>ici</w:t>
            </w:r>
          </w:p>
        </w:tc>
        <w:tc>
          <w:tcPr>
            <w:tcW w:w="2592" w:type="dxa"/>
            <w:tcBorders>
              <w:top w:val="single" w:sz="4" w:space="0" w:color="D8E6EC"/>
              <w:left w:val="single" w:sz="4" w:space="0" w:color="D8E6EC"/>
              <w:bottom w:val="single" w:sz="4" w:space="0" w:color="D8E6EC"/>
              <w:right w:val="single" w:sz="4" w:space="0" w:color="D8E6EC"/>
            </w:tcBorders>
            <w:vAlign w:val="center"/>
          </w:tcPr>
          <w:p w14:paraId="52747F13" w14:textId="77777777" w:rsidR="00610360" w:rsidRDefault="00000000">
            <w:pPr>
              <w:spacing w:after="0"/>
            </w:pPr>
            <w:r>
              <w:rPr>
                <w:sz w:val="17"/>
              </w:rPr>
              <w:t>here</w:t>
            </w:r>
          </w:p>
        </w:tc>
        <w:tc>
          <w:tcPr>
            <w:tcW w:w="2592" w:type="dxa"/>
            <w:tcBorders>
              <w:top w:val="single" w:sz="4" w:space="0" w:color="D8E6EC"/>
              <w:left w:val="single" w:sz="4" w:space="0" w:color="D8E6EC"/>
              <w:bottom w:val="single" w:sz="4" w:space="0" w:color="D8E6EC"/>
              <w:right w:val="single" w:sz="4" w:space="0" w:color="D8E6EC"/>
            </w:tcBorders>
            <w:vAlign w:val="center"/>
          </w:tcPr>
          <w:p w14:paraId="5A3BE21A"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465DF65B" w14:textId="77777777" w:rsidR="00610360" w:rsidRDefault="00000000">
            <w:pPr>
              <w:spacing w:after="0"/>
            </w:pPr>
            <w:r>
              <w:rPr>
                <w:sz w:val="17"/>
              </w:rPr>
              <w:t>Mi ici.</w:t>
            </w:r>
          </w:p>
        </w:tc>
      </w:tr>
      <w:tr w:rsidR="00610360" w:rsidRPr="00C12360" w14:paraId="65E8CC4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1E89C5" w14:textId="77777777" w:rsidR="00610360" w:rsidRDefault="00000000">
            <w:pPr>
              <w:spacing w:after="0"/>
            </w:pPr>
            <w:r>
              <w:rPr>
                <w:sz w:val="17"/>
              </w:rPr>
              <w:t>loka</w:t>
            </w:r>
          </w:p>
        </w:tc>
        <w:tc>
          <w:tcPr>
            <w:tcW w:w="2592" w:type="dxa"/>
            <w:tcBorders>
              <w:top w:val="single" w:sz="4" w:space="0" w:color="D8E6EC"/>
              <w:left w:val="single" w:sz="4" w:space="0" w:color="D8E6EC"/>
              <w:bottom w:val="single" w:sz="4" w:space="0" w:color="D8E6EC"/>
              <w:right w:val="single" w:sz="4" w:space="0" w:color="D8E6EC"/>
            </w:tcBorders>
            <w:vAlign w:val="center"/>
          </w:tcPr>
          <w:p w14:paraId="0A9810B4" w14:textId="77777777" w:rsidR="00610360" w:rsidRDefault="00000000">
            <w:pPr>
              <w:spacing w:after="0"/>
            </w:pPr>
            <w:r>
              <w:rPr>
                <w:sz w:val="17"/>
              </w:rPr>
              <w:t>place</w:t>
            </w:r>
          </w:p>
        </w:tc>
        <w:tc>
          <w:tcPr>
            <w:tcW w:w="2592" w:type="dxa"/>
            <w:tcBorders>
              <w:top w:val="single" w:sz="4" w:space="0" w:color="D8E6EC"/>
              <w:left w:val="single" w:sz="4" w:space="0" w:color="D8E6EC"/>
              <w:bottom w:val="single" w:sz="4" w:space="0" w:color="D8E6EC"/>
              <w:right w:val="single" w:sz="4" w:space="0" w:color="D8E6EC"/>
            </w:tcBorders>
            <w:vAlign w:val="center"/>
          </w:tcPr>
          <w:p w14:paraId="06C57D78"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16B2149" w14:textId="77777777" w:rsidR="00610360" w:rsidRPr="00C12360" w:rsidRDefault="00000000">
            <w:pPr>
              <w:spacing w:after="0"/>
              <w:rPr>
                <w:lang w:val="es-ES"/>
              </w:rPr>
            </w:pPr>
            <w:r w:rsidRPr="00C12360">
              <w:rPr>
                <w:sz w:val="17"/>
                <w:lang w:val="es-ES"/>
              </w:rPr>
              <w:t xml:space="preserve">Nos va visita la </w:t>
            </w:r>
            <w:proofErr w:type="spellStart"/>
            <w:r w:rsidRPr="00C12360">
              <w:rPr>
                <w:sz w:val="17"/>
                <w:lang w:val="es-ES"/>
              </w:rPr>
              <w:t>loka</w:t>
            </w:r>
            <w:proofErr w:type="spellEnd"/>
            <w:r w:rsidRPr="00C12360">
              <w:rPr>
                <w:sz w:val="17"/>
                <w:lang w:val="es-ES"/>
              </w:rPr>
              <w:t>.</w:t>
            </w:r>
          </w:p>
        </w:tc>
      </w:tr>
      <w:tr w:rsidR="00610360" w:rsidRPr="00C12360" w14:paraId="2F29550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EF29D8F" w14:textId="77777777" w:rsidR="00610360" w:rsidRDefault="00000000">
            <w:pPr>
              <w:spacing w:after="0"/>
            </w:pPr>
            <w:proofErr w:type="spellStart"/>
            <w:r>
              <w:rPr>
                <w:sz w:val="17"/>
              </w:rPr>
              <w:t>rua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2C934CE5" w14:textId="77777777" w:rsidR="00610360" w:rsidRDefault="00000000">
            <w:pPr>
              <w:spacing w:after="0"/>
            </w:pPr>
            <w:r>
              <w:rPr>
                <w:sz w:val="17"/>
              </w:rPr>
              <w:t>street</w:t>
            </w:r>
          </w:p>
        </w:tc>
        <w:tc>
          <w:tcPr>
            <w:tcW w:w="2592" w:type="dxa"/>
            <w:tcBorders>
              <w:top w:val="single" w:sz="4" w:space="0" w:color="D8E6EC"/>
              <w:left w:val="single" w:sz="4" w:space="0" w:color="D8E6EC"/>
              <w:bottom w:val="single" w:sz="4" w:space="0" w:color="D8E6EC"/>
              <w:right w:val="single" w:sz="4" w:space="0" w:color="D8E6EC"/>
            </w:tcBorders>
            <w:vAlign w:val="center"/>
          </w:tcPr>
          <w:p w14:paraId="29F9ADC8"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A8C9B29" w14:textId="77777777" w:rsidR="00610360" w:rsidRPr="00C12360" w:rsidRDefault="00000000">
            <w:pPr>
              <w:spacing w:after="0"/>
              <w:rPr>
                <w:lang w:val="es-ES"/>
              </w:rPr>
            </w:pPr>
            <w:r w:rsidRPr="00C12360">
              <w:rPr>
                <w:sz w:val="17"/>
                <w:lang w:val="es-ES"/>
              </w:rPr>
              <w:t xml:space="preserve">Nos va visita la </w:t>
            </w:r>
            <w:proofErr w:type="spellStart"/>
            <w:r w:rsidRPr="00C12360">
              <w:rPr>
                <w:sz w:val="17"/>
                <w:lang w:val="es-ES"/>
              </w:rPr>
              <w:t>rua</w:t>
            </w:r>
            <w:proofErr w:type="spellEnd"/>
            <w:r w:rsidRPr="00C12360">
              <w:rPr>
                <w:sz w:val="17"/>
                <w:lang w:val="es-ES"/>
              </w:rPr>
              <w:t>.</w:t>
            </w:r>
          </w:p>
        </w:tc>
      </w:tr>
      <w:tr w:rsidR="00610360" w:rsidRPr="00C12360" w14:paraId="5C3655F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AECA6C" w14:textId="77777777" w:rsidR="00610360" w:rsidRDefault="00000000">
            <w:pPr>
              <w:spacing w:after="0"/>
            </w:pPr>
            <w:r>
              <w:rPr>
                <w:sz w:val="17"/>
              </w:rPr>
              <w:t>via</w:t>
            </w:r>
          </w:p>
        </w:tc>
        <w:tc>
          <w:tcPr>
            <w:tcW w:w="2592" w:type="dxa"/>
            <w:tcBorders>
              <w:top w:val="single" w:sz="4" w:space="0" w:color="D8E6EC"/>
              <w:left w:val="single" w:sz="4" w:space="0" w:color="D8E6EC"/>
              <w:bottom w:val="single" w:sz="4" w:space="0" w:color="D8E6EC"/>
              <w:right w:val="single" w:sz="4" w:space="0" w:color="D8E6EC"/>
            </w:tcBorders>
            <w:vAlign w:val="center"/>
          </w:tcPr>
          <w:p w14:paraId="4F9880E0" w14:textId="77777777" w:rsidR="00610360" w:rsidRDefault="00000000">
            <w:pPr>
              <w:spacing w:after="0"/>
            </w:pPr>
            <w:r>
              <w:rPr>
                <w:sz w:val="17"/>
              </w:rPr>
              <w:t>road / way</w:t>
            </w:r>
          </w:p>
        </w:tc>
        <w:tc>
          <w:tcPr>
            <w:tcW w:w="2592" w:type="dxa"/>
            <w:tcBorders>
              <w:top w:val="single" w:sz="4" w:space="0" w:color="D8E6EC"/>
              <w:left w:val="single" w:sz="4" w:space="0" w:color="D8E6EC"/>
              <w:bottom w:val="single" w:sz="4" w:space="0" w:color="D8E6EC"/>
              <w:right w:val="single" w:sz="4" w:space="0" w:color="D8E6EC"/>
            </w:tcBorders>
            <w:vAlign w:val="center"/>
          </w:tcPr>
          <w:p w14:paraId="289503F1"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7C503F9" w14:textId="77777777" w:rsidR="00610360" w:rsidRPr="00C12360" w:rsidRDefault="00000000">
            <w:pPr>
              <w:spacing w:after="0"/>
              <w:rPr>
                <w:lang w:val="es-ES"/>
              </w:rPr>
            </w:pPr>
            <w:r w:rsidRPr="00C12360">
              <w:rPr>
                <w:sz w:val="17"/>
                <w:lang w:val="es-ES"/>
              </w:rPr>
              <w:t xml:space="preserve">Nos va visita la </w:t>
            </w:r>
            <w:proofErr w:type="spellStart"/>
            <w:r w:rsidRPr="00C12360">
              <w:rPr>
                <w:sz w:val="17"/>
                <w:lang w:val="es-ES"/>
              </w:rPr>
              <w:t>via</w:t>
            </w:r>
            <w:proofErr w:type="spellEnd"/>
            <w:r w:rsidRPr="00C12360">
              <w:rPr>
                <w:sz w:val="17"/>
                <w:lang w:val="es-ES"/>
              </w:rPr>
              <w:t>.</w:t>
            </w:r>
          </w:p>
        </w:tc>
      </w:tr>
      <w:tr w:rsidR="00610360" w:rsidRPr="00C12360" w14:paraId="561331E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8D2EAA" w14:textId="77777777" w:rsidR="00610360" w:rsidRDefault="00000000">
            <w:pPr>
              <w:spacing w:after="0"/>
            </w:pPr>
            <w:proofErr w:type="spellStart"/>
            <w:r>
              <w:rPr>
                <w:sz w:val="17"/>
              </w:rPr>
              <w:t>urbe</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6243F73D" w14:textId="77777777" w:rsidR="00610360" w:rsidRDefault="00000000">
            <w:pPr>
              <w:spacing w:after="0"/>
            </w:pPr>
            <w:r>
              <w:rPr>
                <w:sz w:val="17"/>
              </w:rPr>
              <w:t>city</w:t>
            </w:r>
          </w:p>
        </w:tc>
        <w:tc>
          <w:tcPr>
            <w:tcW w:w="2592" w:type="dxa"/>
            <w:tcBorders>
              <w:top w:val="single" w:sz="4" w:space="0" w:color="D8E6EC"/>
              <w:left w:val="single" w:sz="4" w:space="0" w:color="D8E6EC"/>
              <w:bottom w:val="single" w:sz="4" w:space="0" w:color="D8E6EC"/>
              <w:right w:val="single" w:sz="4" w:space="0" w:color="D8E6EC"/>
            </w:tcBorders>
            <w:vAlign w:val="center"/>
          </w:tcPr>
          <w:p w14:paraId="6470C3F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519B3CA" w14:textId="77777777" w:rsidR="00610360" w:rsidRPr="00C12360" w:rsidRDefault="00000000">
            <w:pPr>
              <w:spacing w:after="0"/>
              <w:rPr>
                <w:lang w:val="es-ES"/>
              </w:rPr>
            </w:pPr>
            <w:r w:rsidRPr="00C12360">
              <w:rPr>
                <w:sz w:val="17"/>
                <w:lang w:val="es-ES"/>
              </w:rPr>
              <w:t>Nos va visita la urbe.</w:t>
            </w:r>
          </w:p>
        </w:tc>
      </w:tr>
      <w:tr w:rsidR="00610360" w:rsidRPr="00C12360" w14:paraId="2F36F9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96E9634" w14:textId="77777777" w:rsidR="00610360" w:rsidRDefault="00000000">
            <w:pPr>
              <w:spacing w:after="0"/>
            </w:pPr>
            <w:proofErr w:type="spellStart"/>
            <w:r>
              <w:rPr>
                <w:sz w:val="17"/>
              </w:rPr>
              <w:t>kentro</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62852B92" w14:textId="77777777" w:rsidR="00610360" w:rsidRDefault="00000000">
            <w:pPr>
              <w:spacing w:after="0"/>
            </w:pPr>
            <w:r>
              <w:rPr>
                <w:sz w:val="17"/>
              </w:rPr>
              <w:t>center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9E56259"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FFAAFCB" w14:textId="77777777" w:rsidR="00610360" w:rsidRPr="00C12360" w:rsidRDefault="00000000">
            <w:pPr>
              <w:spacing w:after="0"/>
              <w:rPr>
                <w:lang w:val="es-ES"/>
              </w:rPr>
            </w:pPr>
            <w:r w:rsidRPr="00C12360">
              <w:rPr>
                <w:sz w:val="17"/>
                <w:lang w:val="es-ES"/>
              </w:rPr>
              <w:t xml:space="preserve">Nos va visita </w:t>
            </w:r>
            <w:proofErr w:type="gramStart"/>
            <w:r w:rsidRPr="00C12360">
              <w:rPr>
                <w:sz w:val="17"/>
                <w:lang w:val="es-ES"/>
              </w:rPr>
              <w:t>la kentro</w:t>
            </w:r>
            <w:proofErr w:type="gramEnd"/>
            <w:r w:rsidRPr="00C12360">
              <w:rPr>
                <w:sz w:val="17"/>
                <w:lang w:val="es-ES"/>
              </w:rPr>
              <w:t>.</w:t>
            </w:r>
          </w:p>
        </w:tc>
      </w:tr>
      <w:tr w:rsidR="00610360" w:rsidRPr="00C12360" w14:paraId="2BE8502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B022BE8" w14:textId="77777777" w:rsidR="00610360" w:rsidRDefault="00000000">
            <w:pPr>
              <w:spacing w:after="0"/>
            </w:pPr>
            <w:r>
              <w:rPr>
                <w:sz w:val="17"/>
              </w:rPr>
              <w:t>hotel</w:t>
            </w:r>
          </w:p>
        </w:tc>
        <w:tc>
          <w:tcPr>
            <w:tcW w:w="2592" w:type="dxa"/>
            <w:tcBorders>
              <w:top w:val="single" w:sz="4" w:space="0" w:color="D8E6EC"/>
              <w:left w:val="single" w:sz="4" w:space="0" w:color="D8E6EC"/>
              <w:bottom w:val="single" w:sz="4" w:space="0" w:color="D8E6EC"/>
              <w:right w:val="single" w:sz="4" w:space="0" w:color="D8E6EC"/>
            </w:tcBorders>
            <w:vAlign w:val="center"/>
          </w:tcPr>
          <w:p w14:paraId="4D5B4716" w14:textId="77777777" w:rsidR="00610360" w:rsidRDefault="00000000">
            <w:pPr>
              <w:spacing w:after="0"/>
            </w:pPr>
            <w:r>
              <w:rPr>
                <w:sz w:val="17"/>
              </w:rPr>
              <w:t>hotel</w:t>
            </w:r>
          </w:p>
        </w:tc>
        <w:tc>
          <w:tcPr>
            <w:tcW w:w="2592" w:type="dxa"/>
            <w:tcBorders>
              <w:top w:val="single" w:sz="4" w:space="0" w:color="D8E6EC"/>
              <w:left w:val="single" w:sz="4" w:space="0" w:color="D8E6EC"/>
              <w:bottom w:val="single" w:sz="4" w:space="0" w:color="D8E6EC"/>
              <w:right w:val="single" w:sz="4" w:space="0" w:color="D8E6EC"/>
            </w:tcBorders>
            <w:vAlign w:val="center"/>
          </w:tcPr>
          <w:p w14:paraId="41C2EEBC"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E4D70AB" w14:textId="77777777" w:rsidR="00610360" w:rsidRPr="00C12360" w:rsidRDefault="00000000">
            <w:pPr>
              <w:spacing w:after="0"/>
              <w:rPr>
                <w:lang w:val="es-ES"/>
              </w:rPr>
            </w:pPr>
            <w:r w:rsidRPr="00C12360">
              <w:rPr>
                <w:sz w:val="17"/>
                <w:lang w:val="es-ES"/>
              </w:rPr>
              <w:t xml:space="preserve">Nos va visita </w:t>
            </w:r>
            <w:proofErr w:type="gramStart"/>
            <w:r w:rsidRPr="00C12360">
              <w:rPr>
                <w:sz w:val="17"/>
                <w:lang w:val="es-ES"/>
              </w:rPr>
              <w:t>la hotel</w:t>
            </w:r>
            <w:proofErr w:type="gramEnd"/>
            <w:r w:rsidRPr="00C12360">
              <w:rPr>
                <w:sz w:val="17"/>
                <w:lang w:val="es-ES"/>
              </w:rPr>
              <w:t>.</w:t>
            </w:r>
          </w:p>
        </w:tc>
      </w:tr>
      <w:tr w:rsidR="00610360" w14:paraId="3FA9AE6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589229" w14:textId="77777777" w:rsidR="00610360" w:rsidRDefault="00000000">
            <w:pPr>
              <w:spacing w:after="0"/>
            </w:pPr>
            <w:r>
              <w:rPr>
                <w:sz w:val="17"/>
              </w:rPr>
              <w:t>kasa</w:t>
            </w:r>
          </w:p>
        </w:tc>
        <w:tc>
          <w:tcPr>
            <w:tcW w:w="2592" w:type="dxa"/>
            <w:tcBorders>
              <w:top w:val="single" w:sz="4" w:space="0" w:color="D8E6EC"/>
              <w:left w:val="single" w:sz="4" w:space="0" w:color="D8E6EC"/>
              <w:bottom w:val="single" w:sz="4" w:space="0" w:color="D8E6EC"/>
              <w:right w:val="single" w:sz="4" w:space="0" w:color="D8E6EC"/>
            </w:tcBorders>
            <w:vAlign w:val="center"/>
          </w:tcPr>
          <w:p w14:paraId="02EBF123" w14:textId="77777777" w:rsidR="00610360" w:rsidRDefault="00000000">
            <w:pPr>
              <w:spacing w:after="0"/>
            </w:pPr>
            <w:r>
              <w:rPr>
                <w:sz w:val="17"/>
              </w:rPr>
              <w:t>house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308E6EB5"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339E8ED" w14:textId="77777777" w:rsidR="00610360" w:rsidRDefault="00000000">
            <w:pPr>
              <w:spacing w:after="0"/>
            </w:pPr>
            <w:r>
              <w:rPr>
                <w:sz w:val="17"/>
              </w:rPr>
              <w:t>La kasa es important.</w:t>
            </w:r>
          </w:p>
        </w:tc>
      </w:tr>
      <w:tr w:rsidR="00610360" w14:paraId="6E17306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B948B3E" w14:textId="77777777" w:rsidR="00610360" w:rsidRDefault="00000000">
            <w:pPr>
              <w:spacing w:after="0"/>
            </w:pPr>
            <w:r>
              <w:rPr>
                <w:sz w:val="17"/>
              </w:rPr>
              <w:t>dom</w:t>
            </w:r>
          </w:p>
        </w:tc>
        <w:tc>
          <w:tcPr>
            <w:tcW w:w="2592" w:type="dxa"/>
            <w:tcBorders>
              <w:top w:val="single" w:sz="4" w:space="0" w:color="D8E6EC"/>
              <w:left w:val="single" w:sz="4" w:space="0" w:color="D8E6EC"/>
              <w:bottom w:val="single" w:sz="4" w:space="0" w:color="D8E6EC"/>
              <w:right w:val="single" w:sz="4" w:space="0" w:color="D8E6EC"/>
            </w:tcBorders>
            <w:vAlign w:val="center"/>
          </w:tcPr>
          <w:p w14:paraId="3CAEC3F5" w14:textId="77777777" w:rsidR="00610360" w:rsidRDefault="00000000">
            <w:pPr>
              <w:spacing w:after="0"/>
            </w:pPr>
            <w:r>
              <w:rPr>
                <w:sz w:val="17"/>
              </w:rPr>
              <w:t>home</w:t>
            </w:r>
          </w:p>
        </w:tc>
        <w:tc>
          <w:tcPr>
            <w:tcW w:w="2592" w:type="dxa"/>
            <w:tcBorders>
              <w:top w:val="single" w:sz="4" w:space="0" w:color="D8E6EC"/>
              <w:left w:val="single" w:sz="4" w:space="0" w:color="D8E6EC"/>
              <w:bottom w:val="single" w:sz="4" w:space="0" w:color="D8E6EC"/>
              <w:right w:val="single" w:sz="4" w:space="0" w:color="D8E6EC"/>
            </w:tcBorders>
            <w:vAlign w:val="center"/>
          </w:tcPr>
          <w:p w14:paraId="17A0605A"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E9D2812" w14:textId="77777777" w:rsidR="00610360" w:rsidRDefault="00000000">
            <w:pPr>
              <w:spacing w:after="0"/>
            </w:pPr>
            <w:r>
              <w:rPr>
                <w:sz w:val="17"/>
              </w:rPr>
              <w:t>La dom es important.</w:t>
            </w:r>
          </w:p>
        </w:tc>
      </w:tr>
      <w:tr w:rsidR="00610360" w14:paraId="05F1F56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A8AE9F" w14:textId="77777777" w:rsidR="00610360" w:rsidRDefault="00000000">
            <w:pPr>
              <w:spacing w:after="0"/>
            </w:pPr>
            <w:r>
              <w:rPr>
                <w:sz w:val="17"/>
              </w:rPr>
              <w:t>porta</w:t>
            </w:r>
          </w:p>
        </w:tc>
        <w:tc>
          <w:tcPr>
            <w:tcW w:w="2592" w:type="dxa"/>
            <w:tcBorders>
              <w:top w:val="single" w:sz="4" w:space="0" w:color="D8E6EC"/>
              <w:left w:val="single" w:sz="4" w:space="0" w:color="D8E6EC"/>
              <w:bottom w:val="single" w:sz="4" w:space="0" w:color="D8E6EC"/>
              <w:right w:val="single" w:sz="4" w:space="0" w:color="D8E6EC"/>
            </w:tcBorders>
            <w:vAlign w:val="center"/>
          </w:tcPr>
          <w:p w14:paraId="043FBD17" w14:textId="77777777" w:rsidR="00610360" w:rsidRDefault="00000000">
            <w:pPr>
              <w:spacing w:after="0"/>
            </w:pPr>
            <w:r>
              <w:rPr>
                <w:sz w:val="17"/>
              </w:rPr>
              <w:t>carry / door</w:t>
            </w:r>
          </w:p>
        </w:tc>
        <w:tc>
          <w:tcPr>
            <w:tcW w:w="2592" w:type="dxa"/>
            <w:tcBorders>
              <w:top w:val="single" w:sz="4" w:space="0" w:color="D8E6EC"/>
              <w:left w:val="single" w:sz="4" w:space="0" w:color="D8E6EC"/>
              <w:bottom w:val="single" w:sz="4" w:space="0" w:color="D8E6EC"/>
              <w:right w:val="single" w:sz="4" w:space="0" w:color="D8E6EC"/>
            </w:tcBorders>
            <w:vAlign w:val="center"/>
          </w:tcPr>
          <w:p w14:paraId="1C45DF18" w14:textId="77777777" w:rsidR="00610360" w:rsidRDefault="00000000">
            <w:pPr>
              <w:spacing w:after="0"/>
            </w:pPr>
            <w:r>
              <w:rPr>
                <w:sz w:val="17"/>
              </w:rPr>
              <w:t>verb/noun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F8C56FD" w14:textId="77777777" w:rsidR="00610360" w:rsidRDefault="00000000">
            <w:pPr>
              <w:spacing w:after="0"/>
            </w:pPr>
            <w:r>
              <w:rPr>
                <w:sz w:val="17"/>
              </w:rPr>
              <w:t>Mi porta.</w:t>
            </w:r>
          </w:p>
        </w:tc>
      </w:tr>
      <w:tr w:rsidR="00610360" w:rsidRPr="00C12360" w14:paraId="5E47743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E5FA9C3" w14:textId="77777777" w:rsidR="00610360" w:rsidRDefault="00000000">
            <w:pPr>
              <w:spacing w:after="0"/>
            </w:pPr>
            <w:r>
              <w:rPr>
                <w:sz w:val="17"/>
              </w:rPr>
              <w:t>en</w:t>
            </w:r>
          </w:p>
        </w:tc>
        <w:tc>
          <w:tcPr>
            <w:tcW w:w="2592" w:type="dxa"/>
            <w:tcBorders>
              <w:top w:val="single" w:sz="4" w:space="0" w:color="D8E6EC"/>
              <w:left w:val="single" w:sz="4" w:space="0" w:color="D8E6EC"/>
              <w:bottom w:val="single" w:sz="4" w:space="0" w:color="D8E6EC"/>
              <w:right w:val="single" w:sz="4" w:space="0" w:color="D8E6EC"/>
            </w:tcBorders>
            <w:vAlign w:val="center"/>
          </w:tcPr>
          <w:p w14:paraId="27006CAB" w14:textId="77777777" w:rsidR="00610360" w:rsidRDefault="00000000">
            <w:pPr>
              <w:spacing w:after="0"/>
            </w:pPr>
            <w:r>
              <w:rPr>
                <w:sz w:val="17"/>
              </w:rPr>
              <w:t>en</w:t>
            </w:r>
          </w:p>
        </w:tc>
        <w:tc>
          <w:tcPr>
            <w:tcW w:w="2592" w:type="dxa"/>
            <w:tcBorders>
              <w:top w:val="single" w:sz="4" w:space="0" w:color="D8E6EC"/>
              <w:left w:val="single" w:sz="4" w:space="0" w:color="D8E6EC"/>
              <w:bottom w:val="single" w:sz="4" w:space="0" w:color="D8E6EC"/>
              <w:right w:val="single" w:sz="4" w:space="0" w:color="D8E6EC"/>
            </w:tcBorders>
            <w:vAlign w:val="center"/>
          </w:tcPr>
          <w:p w14:paraId="565592E5" w14:textId="77777777" w:rsidR="00610360" w:rsidRDefault="00000000">
            <w:pPr>
              <w:spacing w:after="0"/>
            </w:pPr>
            <w:r>
              <w:rPr>
                <w:sz w:val="17"/>
              </w:rPr>
              <w:t>preposition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2BF12C91" w14:textId="77777777" w:rsidR="00610360" w:rsidRPr="00C12360" w:rsidRDefault="00000000">
            <w:pPr>
              <w:spacing w:after="0"/>
              <w:rPr>
                <w:lang w:val="es-ES"/>
              </w:rPr>
            </w:pPr>
            <w:r w:rsidRPr="00C12360">
              <w:rPr>
                <w:sz w:val="17"/>
                <w:lang w:val="es-ES"/>
              </w:rPr>
              <w:t xml:space="preserve">Mi usa en </w:t>
            </w:r>
            <w:proofErr w:type="spellStart"/>
            <w:r w:rsidRPr="00C12360">
              <w:rPr>
                <w:sz w:val="17"/>
                <w:lang w:val="es-ES"/>
              </w:rPr>
              <w:t>en</w:t>
            </w:r>
            <w:proofErr w:type="spellEnd"/>
            <w:r w:rsidRPr="00C12360">
              <w:rPr>
                <w:sz w:val="17"/>
                <w:lang w:val="es-ES"/>
              </w:rPr>
              <w:t xml:space="preserve"> </w:t>
            </w:r>
            <w:proofErr w:type="gramStart"/>
            <w:r w:rsidRPr="00C12360">
              <w:rPr>
                <w:sz w:val="17"/>
                <w:lang w:val="es-ES"/>
              </w:rPr>
              <w:t>un frase</w:t>
            </w:r>
            <w:proofErr w:type="gramEnd"/>
            <w:r w:rsidRPr="00C12360">
              <w:rPr>
                <w:sz w:val="17"/>
                <w:lang w:val="es-ES"/>
              </w:rPr>
              <w:t>.</w:t>
            </w:r>
          </w:p>
        </w:tc>
      </w:tr>
      <w:tr w:rsidR="00610360" w:rsidRPr="00C12360" w14:paraId="78BD4E7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415A82" w14:textId="77777777" w:rsidR="00610360" w:rsidRDefault="00000000">
            <w:pPr>
              <w:spacing w:after="0"/>
            </w:pPr>
            <w:r>
              <w:rPr>
                <w:sz w:val="17"/>
              </w:rPr>
              <w:t>a</w:t>
            </w:r>
          </w:p>
        </w:tc>
        <w:tc>
          <w:tcPr>
            <w:tcW w:w="2592" w:type="dxa"/>
            <w:tcBorders>
              <w:top w:val="single" w:sz="4" w:space="0" w:color="D8E6EC"/>
              <w:left w:val="single" w:sz="4" w:space="0" w:color="D8E6EC"/>
              <w:bottom w:val="single" w:sz="4" w:space="0" w:color="D8E6EC"/>
              <w:right w:val="single" w:sz="4" w:space="0" w:color="D8E6EC"/>
            </w:tcBorders>
            <w:vAlign w:val="center"/>
          </w:tcPr>
          <w:p w14:paraId="443A1DD8" w14:textId="77777777" w:rsidR="00610360" w:rsidRDefault="00000000">
            <w:pPr>
              <w:spacing w:after="0"/>
            </w:pPr>
            <w:r>
              <w:rPr>
                <w:sz w:val="17"/>
              </w:rPr>
              <w:t>to / at</w:t>
            </w:r>
          </w:p>
        </w:tc>
        <w:tc>
          <w:tcPr>
            <w:tcW w:w="2592" w:type="dxa"/>
            <w:tcBorders>
              <w:top w:val="single" w:sz="4" w:space="0" w:color="D8E6EC"/>
              <w:left w:val="single" w:sz="4" w:space="0" w:color="D8E6EC"/>
              <w:bottom w:val="single" w:sz="4" w:space="0" w:color="D8E6EC"/>
              <w:right w:val="single" w:sz="4" w:space="0" w:color="D8E6EC"/>
            </w:tcBorders>
            <w:vAlign w:val="center"/>
          </w:tcPr>
          <w:p w14:paraId="0497C19D" w14:textId="77777777" w:rsidR="00610360" w:rsidRDefault="00000000">
            <w:pPr>
              <w:spacing w:after="0"/>
            </w:pPr>
            <w:r>
              <w:rPr>
                <w:sz w:val="17"/>
              </w:rPr>
              <w:t>preposition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CEB44DA" w14:textId="77777777" w:rsidR="00610360" w:rsidRPr="00C12360" w:rsidRDefault="00000000">
            <w:pPr>
              <w:spacing w:after="0"/>
              <w:rPr>
                <w:lang w:val="es-ES"/>
              </w:rPr>
            </w:pPr>
            <w:r w:rsidRPr="00C12360">
              <w:rPr>
                <w:sz w:val="17"/>
                <w:lang w:val="es-ES"/>
              </w:rPr>
              <w:t xml:space="preserve">Mi usa a en </w:t>
            </w:r>
            <w:proofErr w:type="gramStart"/>
            <w:r w:rsidRPr="00C12360">
              <w:rPr>
                <w:sz w:val="17"/>
                <w:lang w:val="es-ES"/>
              </w:rPr>
              <w:t>un frase</w:t>
            </w:r>
            <w:proofErr w:type="gramEnd"/>
            <w:r w:rsidRPr="00C12360">
              <w:rPr>
                <w:sz w:val="17"/>
                <w:lang w:val="es-ES"/>
              </w:rPr>
              <w:t>.</w:t>
            </w:r>
          </w:p>
        </w:tc>
      </w:tr>
      <w:tr w:rsidR="00610360" w:rsidRPr="00C12360" w14:paraId="09C91D9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177FAF5" w14:textId="77777777" w:rsidR="00610360" w:rsidRDefault="00000000">
            <w:pPr>
              <w:spacing w:after="0"/>
            </w:pPr>
            <w:r>
              <w:rPr>
                <w:sz w:val="17"/>
              </w:rPr>
              <w:t>ad</w:t>
            </w:r>
          </w:p>
        </w:tc>
        <w:tc>
          <w:tcPr>
            <w:tcW w:w="2592" w:type="dxa"/>
            <w:tcBorders>
              <w:top w:val="single" w:sz="4" w:space="0" w:color="D8E6EC"/>
              <w:left w:val="single" w:sz="4" w:space="0" w:color="D8E6EC"/>
              <w:bottom w:val="single" w:sz="4" w:space="0" w:color="D8E6EC"/>
              <w:right w:val="single" w:sz="4" w:space="0" w:color="D8E6EC"/>
            </w:tcBorders>
            <w:vAlign w:val="center"/>
          </w:tcPr>
          <w:p w14:paraId="42E346AC" w14:textId="77777777" w:rsidR="00610360" w:rsidRDefault="00000000">
            <w:pPr>
              <w:spacing w:after="0"/>
            </w:pPr>
            <w:r>
              <w:rPr>
                <w:sz w:val="17"/>
              </w:rPr>
              <w:t>to / toward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41AFAC5" w14:textId="77777777" w:rsidR="00610360" w:rsidRDefault="00000000">
            <w:pPr>
              <w:spacing w:after="0"/>
            </w:pPr>
            <w:r>
              <w:rPr>
                <w:sz w:val="17"/>
              </w:rPr>
              <w:t>preposition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3A131994" w14:textId="77777777" w:rsidR="00610360" w:rsidRPr="00C12360" w:rsidRDefault="00000000">
            <w:pPr>
              <w:spacing w:after="0"/>
              <w:rPr>
                <w:lang w:val="es-ES"/>
              </w:rPr>
            </w:pPr>
            <w:r w:rsidRPr="00C12360">
              <w:rPr>
                <w:sz w:val="17"/>
                <w:lang w:val="es-ES"/>
              </w:rPr>
              <w:t xml:space="preserve">Mi usa ad en </w:t>
            </w:r>
            <w:proofErr w:type="gramStart"/>
            <w:r w:rsidRPr="00C12360">
              <w:rPr>
                <w:sz w:val="17"/>
                <w:lang w:val="es-ES"/>
              </w:rPr>
              <w:t>un frase</w:t>
            </w:r>
            <w:proofErr w:type="gramEnd"/>
            <w:r w:rsidRPr="00C12360">
              <w:rPr>
                <w:sz w:val="17"/>
                <w:lang w:val="es-ES"/>
              </w:rPr>
              <w:t>.</w:t>
            </w:r>
          </w:p>
        </w:tc>
      </w:tr>
      <w:tr w:rsidR="00610360" w:rsidRPr="00C12360" w14:paraId="171B8A2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380964E" w14:textId="77777777" w:rsidR="00610360" w:rsidRDefault="00000000">
            <w:pPr>
              <w:spacing w:after="0"/>
            </w:pPr>
            <w:r>
              <w:rPr>
                <w:sz w:val="17"/>
              </w:rPr>
              <w:t>al</w:t>
            </w:r>
          </w:p>
        </w:tc>
        <w:tc>
          <w:tcPr>
            <w:tcW w:w="2592" w:type="dxa"/>
            <w:tcBorders>
              <w:top w:val="single" w:sz="4" w:space="0" w:color="D8E6EC"/>
              <w:left w:val="single" w:sz="4" w:space="0" w:color="D8E6EC"/>
              <w:bottom w:val="single" w:sz="4" w:space="0" w:color="D8E6EC"/>
              <w:right w:val="single" w:sz="4" w:space="0" w:color="D8E6EC"/>
            </w:tcBorders>
            <w:vAlign w:val="center"/>
          </w:tcPr>
          <w:p w14:paraId="7712D226" w14:textId="77777777" w:rsidR="00610360" w:rsidRDefault="00000000">
            <w:pPr>
              <w:spacing w:after="0"/>
            </w:pPr>
            <w:r>
              <w:rPr>
                <w:sz w:val="17"/>
              </w:rPr>
              <w:t>to the / at the</w:t>
            </w:r>
          </w:p>
        </w:tc>
        <w:tc>
          <w:tcPr>
            <w:tcW w:w="2592" w:type="dxa"/>
            <w:tcBorders>
              <w:top w:val="single" w:sz="4" w:space="0" w:color="D8E6EC"/>
              <w:left w:val="single" w:sz="4" w:space="0" w:color="D8E6EC"/>
              <w:bottom w:val="single" w:sz="4" w:space="0" w:color="D8E6EC"/>
              <w:right w:val="single" w:sz="4" w:space="0" w:color="D8E6EC"/>
            </w:tcBorders>
            <w:vAlign w:val="center"/>
          </w:tcPr>
          <w:p w14:paraId="2814F544" w14:textId="77777777" w:rsidR="00610360" w:rsidRDefault="00000000">
            <w:pPr>
              <w:spacing w:after="0"/>
            </w:pPr>
            <w:r>
              <w:rPr>
                <w:sz w:val="17"/>
              </w:rPr>
              <w:t>contraction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711F61D" w14:textId="77777777" w:rsidR="00610360" w:rsidRPr="00C12360" w:rsidRDefault="00000000">
            <w:pPr>
              <w:spacing w:after="0"/>
              <w:rPr>
                <w:lang w:val="es-ES"/>
              </w:rPr>
            </w:pPr>
            <w:r w:rsidRPr="00C12360">
              <w:rPr>
                <w:sz w:val="17"/>
                <w:lang w:val="es-ES"/>
              </w:rPr>
              <w:t xml:space="preserve">Mi usa al en </w:t>
            </w:r>
            <w:proofErr w:type="gramStart"/>
            <w:r w:rsidRPr="00C12360">
              <w:rPr>
                <w:sz w:val="17"/>
                <w:lang w:val="es-ES"/>
              </w:rPr>
              <w:t>un frase</w:t>
            </w:r>
            <w:proofErr w:type="gramEnd"/>
            <w:r w:rsidRPr="00C12360">
              <w:rPr>
                <w:sz w:val="17"/>
                <w:lang w:val="es-ES"/>
              </w:rPr>
              <w:t>.</w:t>
            </w:r>
          </w:p>
        </w:tc>
      </w:tr>
      <w:tr w:rsidR="00610360" w:rsidRPr="00C12360" w14:paraId="07FF6CA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68FEF49" w14:textId="77777777" w:rsidR="00610360" w:rsidRDefault="00000000">
            <w:pPr>
              <w:spacing w:after="0"/>
            </w:pPr>
            <w:r>
              <w:rPr>
                <w:sz w:val="17"/>
              </w:rPr>
              <w:t>inter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ADB7353" w14:textId="77777777" w:rsidR="00610360" w:rsidRDefault="00000000">
            <w:pPr>
              <w:spacing w:after="0"/>
            </w:pPr>
            <w:r>
              <w:rPr>
                <w:sz w:val="17"/>
              </w:rPr>
              <w:t>between / among</w:t>
            </w:r>
          </w:p>
        </w:tc>
        <w:tc>
          <w:tcPr>
            <w:tcW w:w="2592" w:type="dxa"/>
            <w:tcBorders>
              <w:top w:val="single" w:sz="4" w:space="0" w:color="D8E6EC"/>
              <w:left w:val="single" w:sz="4" w:space="0" w:color="D8E6EC"/>
              <w:bottom w:val="single" w:sz="4" w:space="0" w:color="D8E6EC"/>
              <w:right w:val="single" w:sz="4" w:space="0" w:color="D8E6EC"/>
            </w:tcBorders>
            <w:vAlign w:val="center"/>
          </w:tcPr>
          <w:p w14:paraId="3FE40CA5" w14:textId="77777777" w:rsidR="00610360" w:rsidRDefault="00000000">
            <w:pPr>
              <w:spacing w:after="0"/>
            </w:pPr>
            <w:r>
              <w:rPr>
                <w:sz w:val="17"/>
              </w:rPr>
              <w:t>preposition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2AC5F973" w14:textId="77777777" w:rsidR="00610360" w:rsidRPr="00C12360" w:rsidRDefault="00000000">
            <w:pPr>
              <w:spacing w:after="0"/>
              <w:rPr>
                <w:lang w:val="es-ES"/>
              </w:rPr>
            </w:pPr>
            <w:r w:rsidRPr="00C12360">
              <w:rPr>
                <w:sz w:val="17"/>
                <w:lang w:val="es-ES"/>
              </w:rPr>
              <w:t xml:space="preserve">Mi usa inter en </w:t>
            </w:r>
            <w:proofErr w:type="gramStart"/>
            <w:r w:rsidRPr="00C12360">
              <w:rPr>
                <w:sz w:val="17"/>
                <w:lang w:val="es-ES"/>
              </w:rPr>
              <w:t>un frase</w:t>
            </w:r>
            <w:proofErr w:type="gramEnd"/>
            <w:r w:rsidRPr="00C12360">
              <w:rPr>
                <w:sz w:val="17"/>
                <w:lang w:val="es-ES"/>
              </w:rPr>
              <w:t>.</w:t>
            </w:r>
          </w:p>
        </w:tc>
      </w:tr>
      <w:tr w:rsidR="00610360" w14:paraId="12A0107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F7D4CC" w14:textId="77777777" w:rsidR="00610360" w:rsidRDefault="00000000">
            <w:pPr>
              <w:spacing w:after="0"/>
            </w:pPr>
            <w:proofErr w:type="spellStart"/>
            <w:r>
              <w:rPr>
                <w:sz w:val="17"/>
              </w:rPr>
              <w:t>nord</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7AAB94A9" w14:textId="77777777" w:rsidR="00610360" w:rsidRDefault="00000000">
            <w:pPr>
              <w:spacing w:after="0"/>
            </w:pPr>
            <w:r>
              <w:rPr>
                <w:sz w:val="17"/>
              </w:rPr>
              <w:t>north</w:t>
            </w:r>
          </w:p>
        </w:tc>
        <w:tc>
          <w:tcPr>
            <w:tcW w:w="2592" w:type="dxa"/>
            <w:tcBorders>
              <w:top w:val="single" w:sz="4" w:space="0" w:color="D8E6EC"/>
              <w:left w:val="single" w:sz="4" w:space="0" w:color="D8E6EC"/>
              <w:bottom w:val="single" w:sz="4" w:space="0" w:color="D8E6EC"/>
              <w:right w:val="single" w:sz="4" w:space="0" w:color="D8E6EC"/>
            </w:tcBorders>
            <w:vAlign w:val="center"/>
          </w:tcPr>
          <w:p w14:paraId="23730FA8"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02C680A" w14:textId="77777777" w:rsidR="00610360" w:rsidRDefault="00000000">
            <w:pPr>
              <w:spacing w:after="0"/>
            </w:pPr>
            <w:r>
              <w:rPr>
                <w:sz w:val="17"/>
              </w:rPr>
              <w:t>Nos va visita la nord.</w:t>
            </w:r>
          </w:p>
        </w:tc>
      </w:tr>
      <w:tr w:rsidR="00610360" w14:paraId="7AC07A4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1A46DFD" w14:textId="77777777" w:rsidR="00610360" w:rsidRDefault="00000000">
            <w:pPr>
              <w:spacing w:after="0"/>
            </w:pPr>
            <w:r>
              <w:rPr>
                <w:sz w:val="17"/>
              </w:rPr>
              <w:t>sud</w:t>
            </w:r>
          </w:p>
        </w:tc>
        <w:tc>
          <w:tcPr>
            <w:tcW w:w="2592" w:type="dxa"/>
            <w:tcBorders>
              <w:top w:val="single" w:sz="4" w:space="0" w:color="D8E6EC"/>
              <w:left w:val="single" w:sz="4" w:space="0" w:color="D8E6EC"/>
              <w:bottom w:val="single" w:sz="4" w:space="0" w:color="D8E6EC"/>
              <w:right w:val="single" w:sz="4" w:space="0" w:color="D8E6EC"/>
            </w:tcBorders>
            <w:vAlign w:val="center"/>
          </w:tcPr>
          <w:p w14:paraId="3C1C44B3" w14:textId="77777777" w:rsidR="00610360" w:rsidRDefault="00000000">
            <w:pPr>
              <w:spacing w:after="0"/>
            </w:pPr>
            <w:r>
              <w:rPr>
                <w:sz w:val="17"/>
              </w:rPr>
              <w:t>south</w:t>
            </w:r>
          </w:p>
        </w:tc>
        <w:tc>
          <w:tcPr>
            <w:tcW w:w="2592" w:type="dxa"/>
            <w:tcBorders>
              <w:top w:val="single" w:sz="4" w:space="0" w:color="D8E6EC"/>
              <w:left w:val="single" w:sz="4" w:space="0" w:color="D8E6EC"/>
              <w:bottom w:val="single" w:sz="4" w:space="0" w:color="D8E6EC"/>
              <w:right w:val="single" w:sz="4" w:space="0" w:color="D8E6EC"/>
            </w:tcBorders>
            <w:vAlign w:val="center"/>
          </w:tcPr>
          <w:p w14:paraId="23844CF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258858B9" w14:textId="77777777" w:rsidR="00610360" w:rsidRDefault="00000000">
            <w:pPr>
              <w:spacing w:after="0"/>
            </w:pPr>
            <w:r>
              <w:rPr>
                <w:sz w:val="17"/>
              </w:rPr>
              <w:t>Nos va visita la sud.</w:t>
            </w:r>
          </w:p>
        </w:tc>
      </w:tr>
      <w:tr w:rsidR="00610360" w:rsidRPr="00C12360" w14:paraId="22FF948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51F3A00" w14:textId="77777777" w:rsidR="00610360" w:rsidRDefault="00000000">
            <w:pPr>
              <w:spacing w:after="0"/>
            </w:pPr>
            <w:r>
              <w:rPr>
                <w:sz w:val="17"/>
              </w:rPr>
              <w:t>est</w:t>
            </w:r>
          </w:p>
        </w:tc>
        <w:tc>
          <w:tcPr>
            <w:tcW w:w="2592" w:type="dxa"/>
            <w:tcBorders>
              <w:top w:val="single" w:sz="4" w:space="0" w:color="D8E6EC"/>
              <w:left w:val="single" w:sz="4" w:space="0" w:color="D8E6EC"/>
              <w:bottom w:val="single" w:sz="4" w:space="0" w:color="D8E6EC"/>
              <w:right w:val="single" w:sz="4" w:space="0" w:color="D8E6EC"/>
            </w:tcBorders>
            <w:vAlign w:val="center"/>
          </w:tcPr>
          <w:p w14:paraId="5A00EDF0" w14:textId="77777777" w:rsidR="00610360" w:rsidRDefault="00000000">
            <w:pPr>
              <w:spacing w:after="0"/>
            </w:pPr>
            <w:r>
              <w:rPr>
                <w:sz w:val="17"/>
              </w:rPr>
              <w:t>east</w:t>
            </w:r>
          </w:p>
        </w:tc>
        <w:tc>
          <w:tcPr>
            <w:tcW w:w="2592" w:type="dxa"/>
            <w:tcBorders>
              <w:top w:val="single" w:sz="4" w:space="0" w:color="D8E6EC"/>
              <w:left w:val="single" w:sz="4" w:space="0" w:color="D8E6EC"/>
              <w:bottom w:val="single" w:sz="4" w:space="0" w:color="D8E6EC"/>
              <w:right w:val="single" w:sz="4" w:space="0" w:color="D8E6EC"/>
            </w:tcBorders>
            <w:vAlign w:val="center"/>
          </w:tcPr>
          <w:p w14:paraId="70B4E527"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6C8089E" w14:textId="77777777" w:rsidR="00610360" w:rsidRPr="00C12360" w:rsidRDefault="00000000">
            <w:pPr>
              <w:spacing w:after="0"/>
              <w:rPr>
                <w:lang w:val="es-ES"/>
              </w:rPr>
            </w:pPr>
            <w:r w:rsidRPr="00C12360">
              <w:rPr>
                <w:sz w:val="17"/>
                <w:lang w:val="es-ES"/>
              </w:rPr>
              <w:t xml:space="preserve">Nos va visita la </w:t>
            </w:r>
            <w:proofErr w:type="spellStart"/>
            <w:r w:rsidRPr="00C12360">
              <w:rPr>
                <w:sz w:val="17"/>
                <w:lang w:val="es-ES"/>
              </w:rPr>
              <w:t>est</w:t>
            </w:r>
            <w:proofErr w:type="spellEnd"/>
            <w:r w:rsidRPr="00C12360">
              <w:rPr>
                <w:sz w:val="17"/>
                <w:lang w:val="es-ES"/>
              </w:rPr>
              <w:t>.</w:t>
            </w:r>
          </w:p>
        </w:tc>
      </w:tr>
      <w:tr w:rsidR="00610360" w:rsidRPr="00C12360" w14:paraId="48EAE3E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1F2C86E" w14:textId="77777777" w:rsidR="00610360" w:rsidRDefault="00000000">
            <w:pPr>
              <w:spacing w:after="0"/>
            </w:pPr>
            <w:r>
              <w:rPr>
                <w:sz w:val="17"/>
              </w:rPr>
              <w:t>west</w:t>
            </w:r>
          </w:p>
        </w:tc>
        <w:tc>
          <w:tcPr>
            <w:tcW w:w="2592" w:type="dxa"/>
            <w:tcBorders>
              <w:top w:val="single" w:sz="4" w:space="0" w:color="D8E6EC"/>
              <w:left w:val="single" w:sz="4" w:space="0" w:color="D8E6EC"/>
              <w:bottom w:val="single" w:sz="4" w:space="0" w:color="D8E6EC"/>
              <w:right w:val="single" w:sz="4" w:space="0" w:color="D8E6EC"/>
            </w:tcBorders>
            <w:vAlign w:val="center"/>
          </w:tcPr>
          <w:p w14:paraId="19FFEA52"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9CD14C6"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BA2A043"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west</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14:paraId="73A9AA9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35421F" w14:textId="77777777" w:rsidR="00610360" w:rsidRDefault="00000000">
            <w:pPr>
              <w:spacing w:after="0"/>
            </w:pPr>
            <w:proofErr w:type="spellStart"/>
            <w:r>
              <w:rPr>
                <w:sz w:val="17"/>
              </w:rPr>
              <w:t>karte</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7436841D" w14:textId="77777777" w:rsidR="00610360" w:rsidRDefault="00000000">
            <w:pPr>
              <w:spacing w:after="0"/>
            </w:pPr>
            <w:r>
              <w:rPr>
                <w:sz w:val="17"/>
              </w:rPr>
              <w:t>card / map</w:t>
            </w:r>
          </w:p>
        </w:tc>
        <w:tc>
          <w:tcPr>
            <w:tcW w:w="2592" w:type="dxa"/>
            <w:tcBorders>
              <w:top w:val="single" w:sz="4" w:space="0" w:color="D8E6EC"/>
              <w:left w:val="single" w:sz="4" w:space="0" w:color="D8E6EC"/>
              <w:bottom w:val="single" w:sz="4" w:space="0" w:color="D8E6EC"/>
              <w:right w:val="single" w:sz="4" w:space="0" w:color="D8E6EC"/>
            </w:tcBorders>
            <w:vAlign w:val="center"/>
          </w:tcPr>
          <w:p w14:paraId="6A773941"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ADC6207" w14:textId="77777777" w:rsidR="00610360" w:rsidRDefault="00000000">
            <w:pPr>
              <w:spacing w:after="0"/>
            </w:pPr>
            <w:r>
              <w:rPr>
                <w:sz w:val="17"/>
              </w:rPr>
              <w:t>La karte es important.</w:t>
            </w:r>
          </w:p>
        </w:tc>
      </w:tr>
      <w:tr w:rsidR="00610360" w:rsidRPr="00C12360" w14:paraId="599F01F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F01589D" w14:textId="77777777" w:rsidR="00610360" w:rsidRDefault="00000000">
            <w:pPr>
              <w:spacing w:after="0"/>
            </w:pPr>
            <w:r>
              <w:rPr>
                <w:sz w:val="17"/>
              </w:rPr>
              <w:t>mapa</w:t>
            </w:r>
          </w:p>
        </w:tc>
        <w:tc>
          <w:tcPr>
            <w:tcW w:w="2592" w:type="dxa"/>
            <w:tcBorders>
              <w:top w:val="single" w:sz="4" w:space="0" w:color="D8E6EC"/>
              <w:left w:val="single" w:sz="4" w:space="0" w:color="D8E6EC"/>
              <w:bottom w:val="single" w:sz="4" w:space="0" w:color="D8E6EC"/>
              <w:right w:val="single" w:sz="4" w:space="0" w:color="D8E6EC"/>
            </w:tcBorders>
            <w:vAlign w:val="center"/>
          </w:tcPr>
          <w:p w14:paraId="01B15415" w14:textId="77777777" w:rsidR="00610360" w:rsidRDefault="00000000">
            <w:pPr>
              <w:spacing w:after="0"/>
            </w:pPr>
            <w:r>
              <w:rPr>
                <w:sz w:val="17"/>
              </w:rPr>
              <w:t>map</w:t>
            </w:r>
          </w:p>
        </w:tc>
        <w:tc>
          <w:tcPr>
            <w:tcW w:w="2592" w:type="dxa"/>
            <w:tcBorders>
              <w:top w:val="single" w:sz="4" w:space="0" w:color="D8E6EC"/>
              <w:left w:val="single" w:sz="4" w:space="0" w:color="D8E6EC"/>
              <w:bottom w:val="single" w:sz="4" w:space="0" w:color="D8E6EC"/>
              <w:right w:val="single" w:sz="4" w:space="0" w:color="D8E6EC"/>
            </w:tcBorders>
            <w:vAlign w:val="center"/>
          </w:tcPr>
          <w:p w14:paraId="0AF36354"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6363BC0" w14:textId="77777777" w:rsidR="00610360" w:rsidRPr="00C12360" w:rsidRDefault="00000000">
            <w:pPr>
              <w:spacing w:after="0"/>
              <w:rPr>
                <w:lang w:val="es-ES"/>
              </w:rPr>
            </w:pPr>
            <w:r w:rsidRPr="00C12360">
              <w:rPr>
                <w:sz w:val="17"/>
                <w:lang w:val="es-ES"/>
              </w:rPr>
              <w:t xml:space="preserve">Nos va visita </w:t>
            </w:r>
            <w:proofErr w:type="gramStart"/>
            <w:r w:rsidRPr="00C12360">
              <w:rPr>
                <w:sz w:val="17"/>
                <w:lang w:val="es-ES"/>
              </w:rPr>
              <w:t>la mapa</w:t>
            </w:r>
            <w:proofErr w:type="gramEnd"/>
            <w:r w:rsidRPr="00C12360">
              <w:rPr>
                <w:sz w:val="17"/>
                <w:lang w:val="es-ES"/>
              </w:rPr>
              <w:t>.</w:t>
            </w:r>
          </w:p>
        </w:tc>
      </w:tr>
    </w:tbl>
    <w:p w14:paraId="441C423E"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64CFE9FC"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B261D9E"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04AE8C0" w14:textId="77777777" w:rsidR="00610360" w:rsidRDefault="00000000">
            <w:pPr>
              <w:spacing w:after="0"/>
            </w:pPr>
            <w:r>
              <w:rPr>
                <w:b/>
                <w:color w:val="FFFFFF"/>
                <w:sz w:val="17"/>
              </w:rPr>
              <w:t>English</w:t>
            </w:r>
          </w:p>
        </w:tc>
      </w:tr>
      <w:tr w:rsidR="00610360" w14:paraId="1A29C00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7505964" w14:textId="77777777" w:rsidR="00610360" w:rsidRDefault="00000000">
            <w:pPr>
              <w:spacing w:after="0"/>
            </w:pPr>
            <w:r>
              <w:rPr>
                <w:sz w:val="17"/>
              </w:rPr>
              <w:t>Ube es la hotel?</w:t>
            </w:r>
          </w:p>
        </w:tc>
        <w:tc>
          <w:tcPr>
            <w:tcW w:w="5184" w:type="dxa"/>
            <w:tcBorders>
              <w:top w:val="single" w:sz="4" w:space="0" w:color="D8E6EC"/>
              <w:left w:val="single" w:sz="4" w:space="0" w:color="D8E6EC"/>
              <w:bottom w:val="single" w:sz="4" w:space="0" w:color="D8E6EC"/>
              <w:right w:val="single" w:sz="4" w:space="0" w:color="D8E6EC"/>
            </w:tcBorders>
            <w:vAlign w:val="center"/>
          </w:tcPr>
          <w:p w14:paraId="008219F0" w14:textId="77777777" w:rsidR="00610360" w:rsidRDefault="00000000">
            <w:pPr>
              <w:spacing w:after="0"/>
            </w:pPr>
            <w:r>
              <w:rPr>
                <w:sz w:val="17"/>
              </w:rPr>
              <w:t>Where is the hotel?</w:t>
            </w:r>
          </w:p>
        </w:tc>
      </w:tr>
      <w:tr w:rsidR="00610360" w14:paraId="7A0F970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EB90DC9" w14:textId="77777777" w:rsidR="00610360" w:rsidRDefault="00000000">
            <w:pPr>
              <w:spacing w:after="0"/>
            </w:pPr>
            <w:r>
              <w:rPr>
                <w:sz w:val="17"/>
              </w:rPr>
              <w:t>La via es ici.</w:t>
            </w:r>
          </w:p>
        </w:tc>
        <w:tc>
          <w:tcPr>
            <w:tcW w:w="5184" w:type="dxa"/>
            <w:tcBorders>
              <w:top w:val="single" w:sz="4" w:space="0" w:color="D8E6EC"/>
              <w:left w:val="single" w:sz="4" w:space="0" w:color="D8E6EC"/>
              <w:bottom w:val="single" w:sz="4" w:space="0" w:color="D8E6EC"/>
              <w:right w:val="single" w:sz="4" w:space="0" w:color="D8E6EC"/>
            </w:tcBorders>
            <w:vAlign w:val="center"/>
          </w:tcPr>
          <w:p w14:paraId="2C52A84F" w14:textId="77777777" w:rsidR="00610360" w:rsidRDefault="00000000">
            <w:pPr>
              <w:spacing w:after="0"/>
            </w:pPr>
            <w:r>
              <w:rPr>
                <w:sz w:val="17"/>
              </w:rPr>
              <w:t>The road is here.</w:t>
            </w:r>
          </w:p>
        </w:tc>
      </w:tr>
      <w:tr w:rsidR="00610360" w14:paraId="50287B8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322719D" w14:textId="77777777" w:rsidR="00610360" w:rsidRPr="00C12360" w:rsidRDefault="00000000">
            <w:pPr>
              <w:spacing w:after="0"/>
              <w:rPr>
                <w:lang w:val="es-ES"/>
              </w:rPr>
            </w:pPr>
            <w:r w:rsidRPr="00C12360">
              <w:rPr>
                <w:sz w:val="17"/>
                <w:lang w:val="es-ES"/>
              </w:rPr>
              <w:t>Nos va visita la urbe.</w:t>
            </w:r>
          </w:p>
        </w:tc>
        <w:tc>
          <w:tcPr>
            <w:tcW w:w="5184" w:type="dxa"/>
            <w:tcBorders>
              <w:top w:val="single" w:sz="4" w:space="0" w:color="D8E6EC"/>
              <w:left w:val="single" w:sz="4" w:space="0" w:color="D8E6EC"/>
              <w:bottom w:val="single" w:sz="4" w:space="0" w:color="D8E6EC"/>
              <w:right w:val="single" w:sz="4" w:space="0" w:color="D8E6EC"/>
            </w:tcBorders>
            <w:vAlign w:val="center"/>
          </w:tcPr>
          <w:p w14:paraId="1B6D6E2D" w14:textId="77777777" w:rsidR="00610360" w:rsidRDefault="00000000">
            <w:pPr>
              <w:spacing w:after="0"/>
            </w:pPr>
            <w:r>
              <w:rPr>
                <w:sz w:val="17"/>
              </w:rPr>
              <w:t>We will visit the city.</w:t>
            </w:r>
          </w:p>
        </w:tc>
      </w:tr>
      <w:tr w:rsidR="00610360" w14:paraId="5263800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C17D950" w14:textId="77777777" w:rsidR="00610360" w:rsidRPr="00C12360" w:rsidRDefault="00000000">
            <w:pPr>
              <w:spacing w:after="0"/>
              <w:rPr>
                <w:lang w:val="es-ES"/>
              </w:rPr>
            </w:pPr>
            <w:r w:rsidRPr="00C12360">
              <w:rPr>
                <w:sz w:val="17"/>
                <w:lang w:val="es-ES"/>
              </w:rPr>
              <w:t xml:space="preserve">Mi es en </w:t>
            </w:r>
            <w:proofErr w:type="gramStart"/>
            <w:r w:rsidRPr="00C12360">
              <w:rPr>
                <w:sz w:val="17"/>
                <w:lang w:val="es-ES"/>
              </w:rPr>
              <w:t>la kentro</w:t>
            </w:r>
            <w:proofErr w:type="gramEnd"/>
            <w:r w:rsidRPr="00C12360">
              <w:rPr>
                <w:sz w:val="17"/>
                <w:lang w:val="es-ES"/>
              </w:rPr>
              <w:t>.</w:t>
            </w:r>
          </w:p>
        </w:tc>
        <w:tc>
          <w:tcPr>
            <w:tcW w:w="5184" w:type="dxa"/>
            <w:tcBorders>
              <w:top w:val="single" w:sz="4" w:space="0" w:color="D8E6EC"/>
              <w:left w:val="single" w:sz="4" w:space="0" w:color="D8E6EC"/>
              <w:bottom w:val="single" w:sz="4" w:space="0" w:color="D8E6EC"/>
              <w:right w:val="single" w:sz="4" w:space="0" w:color="D8E6EC"/>
            </w:tcBorders>
            <w:vAlign w:val="center"/>
          </w:tcPr>
          <w:p w14:paraId="79F8A1C8" w14:textId="77777777" w:rsidR="00610360" w:rsidRDefault="00000000">
            <w:pPr>
              <w:spacing w:after="0"/>
            </w:pPr>
            <w:r>
              <w:rPr>
                <w:sz w:val="17"/>
              </w:rPr>
              <w:t>I am en the center.</w:t>
            </w:r>
          </w:p>
        </w:tc>
      </w:tr>
    </w:tbl>
    <w:p w14:paraId="4E343914" w14:textId="77777777" w:rsidR="00610360" w:rsidRDefault="00000000">
      <w:pPr>
        <w:pStyle w:val="Heading2"/>
        <w:spacing w:after="120"/>
      </w:pPr>
      <w:r>
        <w:rPr>
          <w:rFonts w:ascii="Aptos" w:hAnsi="Aptos"/>
        </w:rPr>
        <w:t>Speak it out loud</w:t>
      </w:r>
    </w:p>
    <w:p w14:paraId="447EA39C" w14:textId="77777777" w:rsidR="00610360" w:rsidRDefault="00000000">
      <w:pPr>
        <w:spacing w:after="120"/>
      </w:pPr>
      <w:r>
        <w:t>Read each pattern three times. First slowly. Second normally. Third with confidence. Then replace one word and read the new sentence.</w:t>
      </w:r>
    </w:p>
    <w:p w14:paraId="49576E5D"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3E04A2A5"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A31C5B2"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27A0453" w14:textId="77777777" w:rsidR="00610360" w:rsidRDefault="00000000">
            <w:pPr>
              <w:spacing w:after="0"/>
            </w:pPr>
            <w:r>
              <w:rPr>
                <w:b/>
                <w:color w:val="FFFFFF"/>
                <w:sz w:val="17"/>
              </w:rPr>
              <w:t>Line</w:t>
            </w:r>
          </w:p>
        </w:tc>
      </w:tr>
      <w:tr w:rsidR="00610360" w:rsidRPr="00C12360" w14:paraId="0D3F078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2E05A26"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03EF4537" w14:textId="77777777" w:rsidR="00610360" w:rsidRPr="00C12360" w:rsidRDefault="00000000">
            <w:pPr>
              <w:spacing w:after="0"/>
              <w:rPr>
                <w:lang w:val="es-ES"/>
              </w:rPr>
            </w:pPr>
            <w:proofErr w:type="spellStart"/>
            <w:r w:rsidRPr="00C12360">
              <w:rPr>
                <w:sz w:val="17"/>
                <w:lang w:val="es-ES"/>
              </w:rPr>
              <w:t>Pardona</w:t>
            </w:r>
            <w:proofErr w:type="spellEnd"/>
            <w:r w:rsidRPr="00C12360">
              <w:rPr>
                <w:sz w:val="17"/>
                <w:lang w:val="es-ES"/>
              </w:rPr>
              <w:t xml:space="preserve"> </w:t>
            </w:r>
            <w:proofErr w:type="spellStart"/>
            <w:r w:rsidRPr="00C12360">
              <w:rPr>
                <w:sz w:val="17"/>
                <w:lang w:val="es-ES"/>
              </w:rPr>
              <w:t>mi</w:t>
            </w:r>
            <w:proofErr w:type="spellEnd"/>
            <w:r w:rsidRPr="00C12360">
              <w:rPr>
                <w:sz w:val="17"/>
                <w:lang w:val="es-ES"/>
              </w:rPr>
              <w:t xml:space="preserve">. </w:t>
            </w:r>
            <w:proofErr w:type="spellStart"/>
            <w:r w:rsidRPr="00C12360">
              <w:rPr>
                <w:sz w:val="17"/>
                <w:lang w:val="es-ES"/>
              </w:rPr>
              <w:t>Ube</w:t>
            </w:r>
            <w:proofErr w:type="spellEnd"/>
            <w:r w:rsidRPr="00C12360">
              <w:rPr>
                <w:sz w:val="17"/>
                <w:lang w:val="es-ES"/>
              </w:rPr>
              <w:t xml:space="preserve"> es </w:t>
            </w:r>
            <w:proofErr w:type="gramStart"/>
            <w:r w:rsidRPr="00C12360">
              <w:rPr>
                <w:sz w:val="17"/>
                <w:lang w:val="es-ES"/>
              </w:rPr>
              <w:t>la hotel</w:t>
            </w:r>
            <w:proofErr w:type="gramEnd"/>
            <w:r w:rsidRPr="00C12360">
              <w:rPr>
                <w:sz w:val="17"/>
                <w:lang w:val="es-ES"/>
              </w:rPr>
              <w:t>?</w:t>
            </w:r>
          </w:p>
        </w:tc>
      </w:tr>
      <w:tr w:rsidR="00610360" w:rsidRPr="00C12360" w14:paraId="3507FDA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6118B62"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2A1CFC4E" w14:textId="77777777" w:rsidR="00610360" w:rsidRPr="00C12360" w:rsidRDefault="00000000">
            <w:pPr>
              <w:spacing w:after="0"/>
              <w:rPr>
                <w:lang w:val="es-ES"/>
              </w:rPr>
            </w:pPr>
            <w:proofErr w:type="gramStart"/>
            <w:r w:rsidRPr="00C12360">
              <w:rPr>
                <w:sz w:val="17"/>
                <w:lang w:val="es-ES"/>
              </w:rPr>
              <w:t>La hotel</w:t>
            </w:r>
            <w:proofErr w:type="gramEnd"/>
            <w:r w:rsidRPr="00C12360">
              <w:rPr>
                <w:sz w:val="17"/>
                <w:lang w:val="es-ES"/>
              </w:rPr>
              <w:t xml:space="preserve"> es en </w:t>
            </w:r>
            <w:proofErr w:type="gramStart"/>
            <w:r w:rsidRPr="00C12360">
              <w:rPr>
                <w:sz w:val="17"/>
                <w:lang w:val="es-ES"/>
              </w:rPr>
              <w:t>la kentro</w:t>
            </w:r>
            <w:proofErr w:type="gramEnd"/>
            <w:r w:rsidRPr="00C12360">
              <w:rPr>
                <w:sz w:val="17"/>
                <w:lang w:val="es-ES"/>
              </w:rPr>
              <w:t>.</w:t>
            </w:r>
          </w:p>
        </w:tc>
      </w:tr>
      <w:tr w:rsidR="00610360" w:rsidRPr="00C12360" w14:paraId="5D45602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E9B9850"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022EECF7" w14:textId="77777777" w:rsidR="00610360" w:rsidRPr="00C12360" w:rsidRDefault="00000000">
            <w:pPr>
              <w:spacing w:after="0"/>
              <w:rPr>
                <w:lang w:val="es-ES"/>
              </w:rPr>
            </w:pPr>
            <w:proofErr w:type="spellStart"/>
            <w:r w:rsidRPr="00C12360">
              <w:rPr>
                <w:sz w:val="17"/>
                <w:lang w:val="es-ES"/>
              </w:rPr>
              <w:t>Ku</w:t>
            </w:r>
            <w:proofErr w:type="spellEnd"/>
            <w:r w:rsidRPr="00C12360">
              <w:rPr>
                <w:sz w:val="17"/>
                <w:lang w:val="es-ES"/>
              </w:rPr>
              <w:t xml:space="preserve"> la </w:t>
            </w:r>
            <w:proofErr w:type="spellStart"/>
            <w:r w:rsidRPr="00C12360">
              <w:rPr>
                <w:sz w:val="17"/>
                <w:lang w:val="es-ES"/>
              </w:rPr>
              <w:t>via</w:t>
            </w:r>
            <w:proofErr w:type="spellEnd"/>
            <w:r w:rsidRPr="00C12360">
              <w:rPr>
                <w:sz w:val="17"/>
                <w:lang w:val="es-ES"/>
              </w:rPr>
              <w:t xml:space="preserve"> es </w:t>
            </w:r>
            <w:proofErr w:type="spellStart"/>
            <w:r w:rsidRPr="00C12360">
              <w:rPr>
                <w:sz w:val="17"/>
                <w:lang w:val="es-ES"/>
              </w:rPr>
              <w:t>ici</w:t>
            </w:r>
            <w:proofErr w:type="spellEnd"/>
            <w:r w:rsidRPr="00C12360">
              <w:rPr>
                <w:sz w:val="17"/>
                <w:lang w:val="es-ES"/>
              </w:rPr>
              <w:t>?</w:t>
            </w:r>
          </w:p>
        </w:tc>
      </w:tr>
      <w:tr w:rsidR="00610360" w:rsidRPr="00C12360" w14:paraId="18F3C86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9876AC7"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6B182942" w14:textId="77777777" w:rsidR="00610360" w:rsidRPr="00C12360" w:rsidRDefault="00000000">
            <w:pPr>
              <w:spacing w:after="0"/>
              <w:rPr>
                <w:lang w:val="es-ES"/>
              </w:rPr>
            </w:pPr>
            <w:r w:rsidRPr="00C12360">
              <w:rPr>
                <w:sz w:val="17"/>
                <w:lang w:val="es-ES"/>
              </w:rPr>
              <w:t xml:space="preserve">Si. La </w:t>
            </w:r>
            <w:proofErr w:type="spellStart"/>
            <w:r w:rsidRPr="00C12360">
              <w:rPr>
                <w:sz w:val="17"/>
                <w:lang w:val="es-ES"/>
              </w:rPr>
              <w:t>via</w:t>
            </w:r>
            <w:proofErr w:type="spellEnd"/>
            <w:r w:rsidRPr="00C12360">
              <w:rPr>
                <w:sz w:val="17"/>
                <w:lang w:val="es-ES"/>
              </w:rPr>
              <w:t xml:space="preserve"> va al kentro.</w:t>
            </w:r>
          </w:p>
        </w:tc>
      </w:tr>
    </w:tbl>
    <w:p w14:paraId="5B5CFCC0" w14:textId="77777777" w:rsidR="00610360" w:rsidRDefault="00000000">
      <w:pPr>
        <w:pStyle w:val="Heading2"/>
        <w:spacing w:after="120"/>
      </w:pPr>
      <w:r>
        <w:rPr>
          <w:rFonts w:ascii="Aptos" w:hAnsi="Aptos"/>
        </w:rPr>
        <w:t>Workbook exercises</w:t>
      </w:r>
    </w:p>
    <w:p w14:paraId="195934F5" w14:textId="77777777" w:rsidR="00610360" w:rsidRDefault="00000000">
      <w:pPr>
        <w:keepLines/>
        <w:spacing w:after="120"/>
      </w:pPr>
      <w:r>
        <w:rPr>
          <w:b/>
          <w:color w:val="0B2E4A"/>
        </w:rPr>
        <w:t>5.1 Ask: Where is the road?</w:t>
      </w:r>
    </w:p>
    <w:p w14:paraId="0E51615D" w14:textId="77777777" w:rsidR="00610360" w:rsidRDefault="00000000">
      <w:pPr>
        <w:keepLines/>
        <w:spacing w:after="120"/>
      </w:pPr>
      <w:r>
        <w:t>________________________________________________________________________________</w:t>
      </w:r>
    </w:p>
    <w:p w14:paraId="6310F5C3" w14:textId="77777777" w:rsidR="00610360" w:rsidRDefault="00000000">
      <w:pPr>
        <w:keepLines/>
        <w:spacing w:after="120"/>
      </w:pPr>
      <w:r>
        <w:t>________________________________________________________________________________</w:t>
      </w:r>
    </w:p>
    <w:p w14:paraId="1CB136E6" w14:textId="77777777" w:rsidR="00610360" w:rsidRDefault="00000000">
      <w:pPr>
        <w:keepLines/>
        <w:spacing w:after="120"/>
      </w:pPr>
      <w:r>
        <w:rPr>
          <w:b/>
          <w:color w:val="0B2E4A"/>
        </w:rPr>
        <w:t>5.2 Translate: The hotel is here.</w:t>
      </w:r>
    </w:p>
    <w:p w14:paraId="5593CF19" w14:textId="77777777" w:rsidR="00610360" w:rsidRDefault="00000000">
      <w:pPr>
        <w:keepLines/>
        <w:spacing w:after="120"/>
      </w:pPr>
      <w:r>
        <w:t>________________________________________________________________________________</w:t>
      </w:r>
    </w:p>
    <w:p w14:paraId="227CDF1B" w14:textId="77777777" w:rsidR="00610360" w:rsidRDefault="00000000">
      <w:pPr>
        <w:keepLines/>
        <w:spacing w:after="120"/>
      </w:pPr>
      <w:r>
        <w:t>________________________________________________________________________________</w:t>
      </w:r>
    </w:p>
    <w:p w14:paraId="2B87CD4D" w14:textId="77777777" w:rsidR="00610360" w:rsidRDefault="00000000">
      <w:pPr>
        <w:keepLines/>
        <w:spacing w:after="120"/>
      </w:pPr>
      <w:r>
        <w:rPr>
          <w:b/>
          <w:color w:val="0B2E4A"/>
        </w:rPr>
        <w:t>5.3 Translate: We are in the city.</w:t>
      </w:r>
    </w:p>
    <w:p w14:paraId="13DBC92F" w14:textId="77777777" w:rsidR="00610360" w:rsidRPr="00C12360" w:rsidRDefault="00000000">
      <w:pPr>
        <w:keepLines/>
        <w:spacing w:after="120"/>
        <w:rPr>
          <w:lang w:val="es-ES"/>
        </w:rPr>
      </w:pPr>
      <w:r w:rsidRPr="00C12360">
        <w:rPr>
          <w:lang w:val="es-ES"/>
        </w:rPr>
        <w:t>________________________________________________________________________________</w:t>
      </w:r>
    </w:p>
    <w:p w14:paraId="71C1CB1D" w14:textId="77777777" w:rsidR="00610360" w:rsidRPr="00C12360" w:rsidRDefault="00000000">
      <w:pPr>
        <w:keepLines/>
        <w:spacing w:after="120"/>
        <w:rPr>
          <w:lang w:val="es-ES"/>
        </w:rPr>
      </w:pPr>
      <w:r w:rsidRPr="00C12360">
        <w:rPr>
          <w:lang w:val="es-ES"/>
        </w:rPr>
        <w:t>________________________________________________________________________________</w:t>
      </w:r>
    </w:p>
    <w:p w14:paraId="329A1CD5" w14:textId="77777777" w:rsidR="00610360" w:rsidRPr="00C12360" w:rsidRDefault="00000000">
      <w:pPr>
        <w:keepLines/>
        <w:spacing w:after="120"/>
        <w:rPr>
          <w:lang w:val="es-ES"/>
        </w:rPr>
      </w:pPr>
      <w:r w:rsidRPr="00C12360">
        <w:rPr>
          <w:b/>
          <w:color w:val="0B2E4A"/>
          <w:lang w:val="es-ES"/>
        </w:rPr>
        <w:t xml:space="preserve">5.4 </w:t>
      </w:r>
      <w:proofErr w:type="spellStart"/>
      <w:r w:rsidRPr="00C12360">
        <w:rPr>
          <w:b/>
          <w:color w:val="0B2E4A"/>
          <w:lang w:val="es-ES"/>
        </w:rPr>
        <w:t>Build</w:t>
      </w:r>
      <w:proofErr w:type="spellEnd"/>
      <w:r w:rsidRPr="00C12360">
        <w:rPr>
          <w:b/>
          <w:color w:val="0B2E4A"/>
          <w:lang w:val="es-ES"/>
        </w:rPr>
        <w:t>: mi / buska / la / mapa</w:t>
      </w:r>
    </w:p>
    <w:p w14:paraId="5D50F69C" w14:textId="77777777" w:rsidR="00610360" w:rsidRPr="00C12360" w:rsidRDefault="00000000">
      <w:pPr>
        <w:keepLines/>
        <w:spacing w:after="120"/>
        <w:rPr>
          <w:lang w:val="es-ES"/>
        </w:rPr>
      </w:pPr>
      <w:r w:rsidRPr="00C12360">
        <w:rPr>
          <w:lang w:val="es-ES"/>
        </w:rPr>
        <w:t>________________________________________________________________________________</w:t>
      </w:r>
    </w:p>
    <w:p w14:paraId="0611B9B5" w14:textId="77777777" w:rsidR="00610360" w:rsidRDefault="00000000">
      <w:pPr>
        <w:keepLines/>
        <w:spacing w:after="120"/>
      </w:pPr>
      <w:r>
        <w:t>________________________________________________________________________________</w:t>
      </w:r>
    </w:p>
    <w:p w14:paraId="710E11F8" w14:textId="77777777" w:rsidR="00610360" w:rsidRDefault="00000000">
      <w:pPr>
        <w:keepLines/>
        <w:spacing w:after="120"/>
      </w:pPr>
      <w:r>
        <w:rPr>
          <w:b/>
          <w:color w:val="0B2E4A"/>
        </w:rPr>
        <w:t>5.5 Say you will visit the center.</w:t>
      </w:r>
    </w:p>
    <w:p w14:paraId="43D4404B" w14:textId="77777777" w:rsidR="00610360" w:rsidRDefault="00000000">
      <w:pPr>
        <w:keepLines/>
        <w:spacing w:after="120"/>
      </w:pPr>
      <w:r>
        <w:t>________________________________________________________________________________</w:t>
      </w:r>
    </w:p>
    <w:p w14:paraId="40B357FC" w14:textId="77777777" w:rsidR="00610360" w:rsidRDefault="00000000">
      <w:pPr>
        <w:keepLines/>
        <w:spacing w:after="120"/>
      </w:pPr>
      <w:r>
        <w:t>________________________________________________________________________________</w:t>
      </w:r>
    </w:p>
    <w:p w14:paraId="3B43371D"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68125A16"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1CA621D6" w14:textId="77777777" w:rsidR="00610360" w:rsidRDefault="00000000">
            <w:pPr>
              <w:spacing w:after="40"/>
            </w:pPr>
            <w:r>
              <w:rPr>
                <w:b/>
                <w:color w:val="0B2E4A"/>
              </w:rPr>
              <w:t>Checkpoint</w:t>
            </w:r>
          </w:p>
          <w:p w14:paraId="2C6CE177" w14:textId="77777777" w:rsidR="00610360" w:rsidRDefault="00000000">
            <w:pPr>
              <w:spacing w:after="0"/>
            </w:pPr>
            <w:r>
              <w:rPr>
                <w:sz w:val="18"/>
              </w:rPr>
              <w:t>Before moving on, read the conversation aloud without stopping. If you stumble, slow down. Clean pronunciation beats fast guessing.</w:t>
            </w:r>
          </w:p>
        </w:tc>
      </w:tr>
    </w:tbl>
    <w:p w14:paraId="2316DF40" w14:textId="77777777" w:rsidR="00610360" w:rsidRDefault="00000000">
      <w:pPr>
        <w:spacing w:after="120"/>
      </w:pPr>
      <w:r/>
    </w:p>
    <w:p w14:paraId="3F7F6B3F" w14:textId="77777777" w:rsidR="00610360" w:rsidRDefault="00000000">
      <w:pPr>
        <w:pStyle w:val="Heading1"/>
        <w:spacing w:after="120"/>
      </w:pPr>
      <w:r>
        <w:rPr>
          <w:rFonts w:ascii="Aptos" w:hAnsi="Aptos"/>
        </w:rPr>
        <w:t>Lesson 6: Want, Need, Have, Do, and Make</w:t>
      </w:r>
    </w:p>
    <w:tbl>
      <w:tblPr>
        <w:tblW w:w="0" w:type="auto"/>
        <w:jc w:val="center"/>
        <w:tblLook w:val="04A0" w:firstRow="1" w:lastRow="0" w:firstColumn="1" w:lastColumn="0" w:noHBand="0" w:noVBand="1"/>
      </w:tblPr>
      <w:tblGrid>
        <w:gridCol w:w="10368"/>
      </w:tblGrid>
      <w:tr w:rsidR="00610360" w14:paraId="6424801F"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1642374A" w14:textId="77777777" w:rsidR="00610360" w:rsidRDefault="00000000">
            <w:pPr>
              <w:spacing w:after="40"/>
            </w:pPr>
            <w:r>
              <w:rPr>
                <w:b/>
                <w:color w:val="0B2E4A"/>
              </w:rPr>
              <w:t>Lesson goal</w:t>
            </w:r>
          </w:p>
          <w:p w14:paraId="054FDED7" w14:textId="77777777" w:rsidR="00610360" w:rsidRDefault="00000000">
            <w:pPr>
              <w:spacing w:after="0"/>
            </w:pPr>
            <w:r>
              <w:rPr>
                <w:sz w:val="18"/>
              </w:rPr>
              <w:t>Use common daily verbs that carry a lot of conversation.</w:t>
            </w:r>
          </w:p>
        </w:tc>
      </w:tr>
    </w:tbl>
    <w:p w14:paraId="675410EE"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02346BD0"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F1A7B57"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5FA7C44"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57E175F"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15342BF" w14:textId="77777777" w:rsidR="00610360" w:rsidRDefault="00000000">
            <w:pPr>
              <w:spacing w:after="0"/>
            </w:pPr>
            <w:r>
              <w:rPr>
                <w:b/>
                <w:color w:val="FFFFFF"/>
                <w:sz w:val="17"/>
              </w:rPr>
              <w:t>Say it in a sentence</w:t>
            </w:r>
          </w:p>
        </w:tc>
      </w:tr>
      <w:tr w:rsidR="00610360" w14:paraId="36DA566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018B68C" w14:textId="77777777" w:rsidR="00610360" w:rsidRDefault="00000000">
            <w:pPr>
              <w:spacing w:after="0"/>
            </w:pPr>
            <w:r>
              <w:rPr>
                <w:sz w:val="17"/>
              </w:rPr>
              <w:t>voli</w:t>
            </w:r>
          </w:p>
        </w:tc>
        <w:tc>
          <w:tcPr>
            <w:tcW w:w="2592" w:type="dxa"/>
            <w:tcBorders>
              <w:top w:val="single" w:sz="4" w:space="0" w:color="D8E6EC"/>
              <w:left w:val="single" w:sz="4" w:space="0" w:color="D8E6EC"/>
              <w:bottom w:val="single" w:sz="4" w:space="0" w:color="D8E6EC"/>
              <w:right w:val="single" w:sz="4" w:space="0" w:color="D8E6EC"/>
            </w:tcBorders>
            <w:vAlign w:val="center"/>
          </w:tcPr>
          <w:p w14:paraId="3F1FE43D" w14:textId="77777777" w:rsidR="00610360" w:rsidRDefault="00000000">
            <w:pPr>
              <w:spacing w:after="0"/>
            </w:pPr>
            <w:r>
              <w:rPr>
                <w:sz w:val="17"/>
              </w:rPr>
              <w:t>want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4583DEA9"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F01E5D0" w14:textId="77777777" w:rsidR="00610360" w:rsidRDefault="00000000">
            <w:pPr>
              <w:spacing w:after="0"/>
            </w:pPr>
            <w:r>
              <w:rPr>
                <w:sz w:val="17"/>
              </w:rPr>
              <w:t>Mi voli.</w:t>
            </w:r>
          </w:p>
        </w:tc>
      </w:tr>
      <w:tr w:rsidR="00610360" w14:paraId="32B611E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1314804" w14:textId="77777777" w:rsidR="00610360" w:rsidRDefault="00000000">
            <w:pPr>
              <w:spacing w:after="0"/>
            </w:pPr>
            <w:r>
              <w:rPr>
                <w:sz w:val="17"/>
              </w:rPr>
              <w:t>desira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AA4ADCE" w14:textId="77777777" w:rsidR="00610360" w:rsidRDefault="00000000">
            <w:pPr>
              <w:spacing w:after="0"/>
            </w:pPr>
            <w:r>
              <w:rPr>
                <w:sz w:val="17"/>
              </w:rPr>
              <w:t>desire / wish</w:t>
            </w:r>
          </w:p>
        </w:tc>
        <w:tc>
          <w:tcPr>
            <w:tcW w:w="2592" w:type="dxa"/>
            <w:tcBorders>
              <w:top w:val="single" w:sz="4" w:space="0" w:color="D8E6EC"/>
              <w:left w:val="single" w:sz="4" w:space="0" w:color="D8E6EC"/>
              <w:bottom w:val="single" w:sz="4" w:space="0" w:color="D8E6EC"/>
              <w:right w:val="single" w:sz="4" w:space="0" w:color="D8E6EC"/>
            </w:tcBorders>
            <w:vAlign w:val="center"/>
          </w:tcPr>
          <w:p w14:paraId="6AAC5E1F"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1A3C47E" w14:textId="77777777" w:rsidR="00610360" w:rsidRDefault="00000000">
            <w:pPr>
              <w:spacing w:after="0"/>
            </w:pPr>
            <w:r>
              <w:rPr>
                <w:sz w:val="17"/>
              </w:rPr>
              <w:t>Mi desira.</w:t>
            </w:r>
          </w:p>
        </w:tc>
      </w:tr>
      <w:tr w:rsidR="00610360" w14:paraId="330C9FD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DDAB08E" w14:textId="77777777" w:rsidR="00610360" w:rsidRDefault="00000000">
            <w:pPr>
              <w:spacing w:after="0"/>
            </w:pPr>
            <w:r>
              <w:rPr>
                <w:sz w:val="17"/>
              </w:rPr>
              <w:t>nesesita</w:t>
            </w:r>
          </w:p>
        </w:tc>
        <w:tc>
          <w:tcPr>
            <w:tcW w:w="2592" w:type="dxa"/>
            <w:tcBorders>
              <w:top w:val="single" w:sz="4" w:space="0" w:color="D8E6EC"/>
              <w:left w:val="single" w:sz="4" w:space="0" w:color="D8E6EC"/>
              <w:bottom w:val="single" w:sz="4" w:space="0" w:color="D8E6EC"/>
              <w:right w:val="single" w:sz="4" w:space="0" w:color="D8E6EC"/>
            </w:tcBorders>
            <w:vAlign w:val="center"/>
          </w:tcPr>
          <w:p w14:paraId="19B3E9F1" w14:textId="77777777" w:rsidR="00610360" w:rsidRDefault="00000000">
            <w:pPr>
              <w:spacing w:after="0"/>
            </w:pPr>
            <w:r>
              <w:rPr>
                <w:sz w:val="17"/>
              </w:rPr>
              <w:t>need</w:t>
            </w:r>
          </w:p>
        </w:tc>
        <w:tc>
          <w:tcPr>
            <w:tcW w:w="2592" w:type="dxa"/>
            <w:tcBorders>
              <w:top w:val="single" w:sz="4" w:space="0" w:color="D8E6EC"/>
              <w:left w:val="single" w:sz="4" w:space="0" w:color="D8E6EC"/>
              <w:bottom w:val="single" w:sz="4" w:space="0" w:color="D8E6EC"/>
              <w:right w:val="single" w:sz="4" w:space="0" w:color="D8E6EC"/>
            </w:tcBorders>
            <w:vAlign w:val="center"/>
          </w:tcPr>
          <w:p w14:paraId="2622786D"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372B814" w14:textId="77777777" w:rsidR="00610360" w:rsidRDefault="00000000">
            <w:pPr>
              <w:spacing w:after="0"/>
            </w:pPr>
            <w:r>
              <w:rPr>
                <w:sz w:val="17"/>
              </w:rPr>
              <w:t>Mi nesesita.</w:t>
            </w:r>
          </w:p>
        </w:tc>
      </w:tr>
      <w:tr w:rsidR="00610360" w14:paraId="21A5A28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5E083B" w14:textId="77777777" w:rsidR="00610360" w:rsidRDefault="00000000">
            <w:pPr>
              <w:spacing w:after="0"/>
            </w:pPr>
            <w:r>
              <w:rPr>
                <w:sz w:val="17"/>
              </w:rPr>
              <w:t>habe</w:t>
            </w:r>
          </w:p>
        </w:tc>
        <w:tc>
          <w:tcPr>
            <w:tcW w:w="2592" w:type="dxa"/>
            <w:tcBorders>
              <w:top w:val="single" w:sz="4" w:space="0" w:color="D8E6EC"/>
              <w:left w:val="single" w:sz="4" w:space="0" w:color="D8E6EC"/>
              <w:bottom w:val="single" w:sz="4" w:space="0" w:color="D8E6EC"/>
              <w:right w:val="single" w:sz="4" w:space="0" w:color="D8E6EC"/>
            </w:tcBorders>
            <w:vAlign w:val="center"/>
          </w:tcPr>
          <w:p w14:paraId="606E6738" w14:textId="77777777" w:rsidR="00610360" w:rsidRDefault="00000000">
            <w:pPr>
              <w:spacing w:after="0"/>
            </w:pPr>
            <w:r>
              <w:rPr>
                <w:sz w:val="17"/>
              </w:rPr>
              <w:t>have</w:t>
            </w:r>
          </w:p>
        </w:tc>
        <w:tc>
          <w:tcPr>
            <w:tcW w:w="2592" w:type="dxa"/>
            <w:tcBorders>
              <w:top w:val="single" w:sz="4" w:space="0" w:color="D8E6EC"/>
              <w:left w:val="single" w:sz="4" w:space="0" w:color="D8E6EC"/>
              <w:bottom w:val="single" w:sz="4" w:space="0" w:color="D8E6EC"/>
              <w:right w:val="single" w:sz="4" w:space="0" w:color="D8E6EC"/>
            </w:tcBorders>
            <w:vAlign w:val="center"/>
          </w:tcPr>
          <w:p w14:paraId="067ABA7F"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2D5143E0" w14:textId="77777777" w:rsidR="00610360" w:rsidRDefault="00000000">
            <w:pPr>
              <w:spacing w:after="0"/>
            </w:pPr>
            <w:r>
              <w:rPr>
                <w:sz w:val="17"/>
              </w:rPr>
              <w:t>Mi habe.</w:t>
            </w:r>
          </w:p>
        </w:tc>
      </w:tr>
      <w:tr w:rsidR="00610360" w14:paraId="15DA988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A58A05B" w14:textId="77777777" w:rsidR="00610360" w:rsidRDefault="00000000">
            <w:pPr>
              <w:spacing w:after="0"/>
            </w:pPr>
            <w:r>
              <w:rPr>
                <w:sz w:val="17"/>
              </w:rPr>
              <w:t>far</w:t>
            </w:r>
          </w:p>
        </w:tc>
        <w:tc>
          <w:tcPr>
            <w:tcW w:w="2592" w:type="dxa"/>
            <w:tcBorders>
              <w:top w:val="single" w:sz="4" w:space="0" w:color="D8E6EC"/>
              <w:left w:val="single" w:sz="4" w:space="0" w:color="D8E6EC"/>
              <w:bottom w:val="single" w:sz="4" w:space="0" w:color="D8E6EC"/>
              <w:right w:val="single" w:sz="4" w:space="0" w:color="D8E6EC"/>
            </w:tcBorders>
            <w:vAlign w:val="center"/>
          </w:tcPr>
          <w:p w14:paraId="650CAD4E" w14:textId="77777777" w:rsidR="00610360" w:rsidRDefault="00000000">
            <w:pPr>
              <w:spacing w:after="0"/>
            </w:pPr>
            <w:r>
              <w:rPr>
                <w:sz w:val="17"/>
              </w:rPr>
              <w:t>do / make</w:t>
            </w:r>
          </w:p>
        </w:tc>
        <w:tc>
          <w:tcPr>
            <w:tcW w:w="2592" w:type="dxa"/>
            <w:tcBorders>
              <w:top w:val="single" w:sz="4" w:space="0" w:color="D8E6EC"/>
              <w:left w:val="single" w:sz="4" w:space="0" w:color="D8E6EC"/>
              <w:bottom w:val="single" w:sz="4" w:space="0" w:color="D8E6EC"/>
              <w:right w:val="single" w:sz="4" w:space="0" w:color="D8E6EC"/>
            </w:tcBorders>
            <w:vAlign w:val="center"/>
          </w:tcPr>
          <w:p w14:paraId="326178E8"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0682183" w14:textId="77777777" w:rsidR="00610360" w:rsidRDefault="00000000">
            <w:pPr>
              <w:spacing w:after="0"/>
            </w:pPr>
            <w:r>
              <w:rPr>
                <w:sz w:val="17"/>
              </w:rPr>
              <w:t>Mi far.</w:t>
            </w:r>
          </w:p>
        </w:tc>
      </w:tr>
      <w:tr w:rsidR="00610360" w14:paraId="4B1080B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E192E47" w14:textId="77777777" w:rsidR="00610360" w:rsidRDefault="00000000">
            <w:pPr>
              <w:spacing w:after="0"/>
            </w:pPr>
            <w:r>
              <w:rPr>
                <w:sz w:val="17"/>
              </w:rPr>
              <w:t>krea</w:t>
            </w:r>
          </w:p>
        </w:tc>
        <w:tc>
          <w:tcPr>
            <w:tcW w:w="2592" w:type="dxa"/>
            <w:tcBorders>
              <w:top w:val="single" w:sz="4" w:space="0" w:color="D8E6EC"/>
              <w:left w:val="single" w:sz="4" w:space="0" w:color="D8E6EC"/>
              <w:bottom w:val="single" w:sz="4" w:space="0" w:color="D8E6EC"/>
              <w:right w:val="single" w:sz="4" w:space="0" w:color="D8E6EC"/>
            </w:tcBorders>
            <w:vAlign w:val="center"/>
          </w:tcPr>
          <w:p w14:paraId="27115A72" w14:textId="77777777" w:rsidR="00610360" w:rsidRDefault="00000000">
            <w:pPr>
              <w:spacing w:after="0"/>
            </w:pPr>
            <w:r>
              <w:rPr>
                <w:sz w:val="17"/>
              </w:rPr>
              <w:t>create</w:t>
            </w:r>
          </w:p>
        </w:tc>
        <w:tc>
          <w:tcPr>
            <w:tcW w:w="2592" w:type="dxa"/>
            <w:tcBorders>
              <w:top w:val="single" w:sz="4" w:space="0" w:color="D8E6EC"/>
              <w:left w:val="single" w:sz="4" w:space="0" w:color="D8E6EC"/>
              <w:bottom w:val="single" w:sz="4" w:space="0" w:color="D8E6EC"/>
              <w:right w:val="single" w:sz="4" w:space="0" w:color="D8E6EC"/>
            </w:tcBorders>
            <w:vAlign w:val="center"/>
          </w:tcPr>
          <w:p w14:paraId="5FC79C9B"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7CFD44F" w14:textId="77777777" w:rsidR="00610360" w:rsidRDefault="00000000">
            <w:pPr>
              <w:spacing w:after="0"/>
            </w:pPr>
            <w:r>
              <w:rPr>
                <w:sz w:val="17"/>
              </w:rPr>
              <w:t>Mi krea.</w:t>
            </w:r>
          </w:p>
        </w:tc>
      </w:tr>
      <w:tr w:rsidR="00610360" w14:paraId="2BC7958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25BD4C" w14:textId="77777777" w:rsidR="00610360" w:rsidRDefault="00000000">
            <w:pPr>
              <w:spacing w:after="0"/>
            </w:pPr>
            <w:r>
              <w:rPr>
                <w:sz w:val="17"/>
              </w:rPr>
              <w:t>compra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9DBF2E2" w14:textId="77777777" w:rsidR="00610360" w:rsidRDefault="00000000">
            <w:pPr>
              <w:spacing w:after="0"/>
            </w:pPr>
            <w:r>
              <w:rPr>
                <w:sz w:val="17"/>
              </w:rPr>
              <w:t>buy</w:t>
            </w:r>
          </w:p>
        </w:tc>
        <w:tc>
          <w:tcPr>
            <w:tcW w:w="2592" w:type="dxa"/>
            <w:tcBorders>
              <w:top w:val="single" w:sz="4" w:space="0" w:color="D8E6EC"/>
              <w:left w:val="single" w:sz="4" w:space="0" w:color="D8E6EC"/>
              <w:bottom w:val="single" w:sz="4" w:space="0" w:color="D8E6EC"/>
              <w:right w:val="single" w:sz="4" w:space="0" w:color="D8E6EC"/>
            </w:tcBorders>
            <w:vAlign w:val="center"/>
          </w:tcPr>
          <w:p w14:paraId="3601C5FB"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D150E03" w14:textId="77777777" w:rsidR="00610360" w:rsidRDefault="00000000">
            <w:pPr>
              <w:spacing w:after="0"/>
            </w:pPr>
            <w:r>
              <w:rPr>
                <w:sz w:val="17"/>
              </w:rPr>
              <w:t>Mi compra.</w:t>
            </w:r>
          </w:p>
        </w:tc>
      </w:tr>
      <w:tr w:rsidR="00610360" w14:paraId="70416BE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2BF5EFD" w14:textId="77777777" w:rsidR="00610360" w:rsidRDefault="00000000">
            <w:pPr>
              <w:spacing w:after="0"/>
            </w:pPr>
            <w:r>
              <w:rPr>
                <w:sz w:val="17"/>
              </w:rPr>
              <w:t>pay</w:t>
            </w:r>
          </w:p>
        </w:tc>
        <w:tc>
          <w:tcPr>
            <w:tcW w:w="2592" w:type="dxa"/>
            <w:tcBorders>
              <w:top w:val="single" w:sz="4" w:space="0" w:color="D8E6EC"/>
              <w:left w:val="single" w:sz="4" w:space="0" w:color="D8E6EC"/>
              <w:bottom w:val="single" w:sz="4" w:space="0" w:color="D8E6EC"/>
              <w:right w:val="single" w:sz="4" w:space="0" w:color="D8E6EC"/>
            </w:tcBorders>
            <w:vAlign w:val="center"/>
          </w:tcPr>
          <w:p w14:paraId="22ABE3AF" w14:textId="77777777" w:rsidR="00610360" w:rsidRDefault="00000000">
            <w:pPr>
              <w:spacing w:after="0"/>
            </w:pPr>
            <w:r>
              <w:rPr>
                <w:sz w:val="17"/>
              </w:rPr>
              <w:t>pay</w:t>
            </w:r>
          </w:p>
        </w:tc>
        <w:tc>
          <w:tcPr>
            <w:tcW w:w="2592" w:type="dxa"/>
            <w:tcBorders>
              <w:top w:val="single" w:sz="4" w:space="0" w:color="D8E6EC"/>
              <w:left w:val="single" w:sz="4" w:space="0" w:color="D8E6EC"/>
              <w:bottom w:val="single" w:sz="4" w:space="0" w:color="D8E6EC"/>
              <w:right w:val="single" w:sz="4" w:space="0" w:color="D8E6EC"/>
            </w:tcBorders>
            <w:vAlign w:val="center"/>
          </w:tcPr>
          <w:p w14:paraId="374A66E6"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3C5A537B" w14:textId="77777777" w:rsidR="00610360" w:rsidRDefault="00000000">
            <w:pPr>
              <w:spacing w:after="0"/>
            </w:pPr>
            <w:r>
              <w:rPr>
                <w:sz w:val="17"/>
              </w:rPr>
              <w:t>Mi pay.</w:t>
            </w:r>
          </w:p>
        </w:tc>
      </w:tr>
      <w:tr w:rsidR="00610360" w14:paraId="1E5C70B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8D63F90" w14:textId="77777777" w:rsidR="00610360" w:rsidRDefault="00000000">
            <w:pPr>
              <w:spacing w:after="0"/>
            </w:pPr>
            <w:r>
              <w:rPr>
                <w:sz w:val="17"/>
              </w:rPr>
              <w:t>kosta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6E51307B" w14:textId="77777777" w:rsidR="00610360" w:rsidRDefault="00000000">
            <w:pPr>
              <w:spacing w:after="0"/>
            </w:pPr>
            <w:r>
              <w:rPr>
                <w:sz w:val="17"/>
              </w:rPr>
              <w:t>cost</w:t>
            </w:r>
          </w:p>
        </w:tc>
        <w:tc>
          <w:tcPr>
            <w:tcW w:w="2592" w:type="dxa"/>
            <w:tcBorders>
              <w:top w:val="single" w:sz="4" w:space="0" w:color="D8E6EC"/>
              <w:left w:val="single" w:sz="4" w:space="0" w:color="D8E6EC"/>
              <w:bottom w:val="single" w:sz="4" w:space="0" w:color="D8E6EC"/>
              <w:right w:val="single" w:sz="4" w:space="0" w:color="D8E6EC"/>
            </w:tcBorders>
            <w:vAlign w:val="center"/>
          </w:tcPr>
          <w:p w14:paraId="3BBDCF3A" w14:textId="77777777" w:rsidR="00610360" w:rsidRDefault="00000000">
            <w:pPr>
              <w:spacing w:after="0"/>
            </w:pPr>
            <w:r>
              <w:rPr>
                <w:sz w:val="17"/>
              </w:rPr>
              <w:t>verb/noun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BC3B750" w14:textId="77777777" w:rsidR="00610360" w:rsidRDefault="00000000">
            <w:pPr>
              <w:spacing w:after="0"/>
            </w:pPr>
            <w:r>
              <w:rPr>
                <w:sz w:val="17"/>
              </w:rPr>
              <w:t>Mi kosta.</w:t>
            </w:r>
          </w:p>
        </w:tc>
      </w:tr>
      <w:tr w:rsidR="00610360" w14:paraId="606D65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B5C4796" w14:textId="77777777" w:rsidR="00610360" w:rsidRDefault="00000000">
            <w:pPr>
              <w:spacing w:after="0"/>
            </w:pPr>
            <w:r>
              <w:rPr>
                <w:sz w:val="17"/>
              </w:rPr>
              <w:t>bebe</w:t>
            </w:r>
          </w:p>
        </w:tc>
        <w:tc>
          <w:tcPr>
            <w:tcW w:w="2592" w:type="dxa"/>
            <w:tcBorders>
              <w:top w:val="single" w:sz="4" w:space="0" w:color="D8E6EC"/>
              <w:left w:val="single" w:sz="4" w:space="0" w:color="D8E6EC"/>
              <w:bottom w:val="single" w:sz="4" w:space="0" w:color="D8E6EC"/>
              <w:right w:val="single" w:sz="4" w:space="0" w:color="D8E6EC"/>
            </w:tcBorders>
            <w:vAlign w:val="center"/>
          </w:tcPr>
          <w:p w14:paraId="7E33270C" w14:textId="77777777" w:rsidR="00610360" w:rsidRDefault="00000000">
            <w:pPr>
              <w:spacing w:after="0"/>
            </w:pPr>
            <w:r>
              <w:rPr>
                <w:sz w:val="17"/>
              </w:rPr>
              <w:t>drink</w:t>
            </w:r>
          </w:p>
        </w:tc>
        <w:tc>
          <w:tcPr>
            <w:tcW w:w="2592" w:type="dxa"/>
            <w:tcBorders>
              <w:top w:val="single" w:sz="4" w:space="0" w:color="D8E6EC"/>
              <w:left w:val="single" w:sz="4" w:space="0" w:color="D8E6EC"/>
              <w:bottom w:val="single" w:sz="4" w:space="0" w:color="D8E6EC"/>
              <w:right w:val="single" w:sz="4" w:space="0" w:color="D8E6EC"/>
            </w:tcBorders>
            <w:vAlign w:val="center"/>
          </w:tcPr>
          <w:p w14:paraId="0B6DE43C"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1D9826E" w14:textId="77777777" w:rsidR="00610360" w:rsidRDefault="00000000">
            <w:pPr>
              <w:spacing w:after="0"/>
            </w:pPr>
            <w:r>
              <w:rPr>
                <w:sz w:val="17"/>
              </w:rPr>
              <w:t>Mi bebe.</w:t>
            </w:r>
          </w:p>
        </w:tc>
      </w:tr>
      <w:tr w:rsidR="00610360" w:rsidRPr="00C12360" w14:paraId="66A3663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C926FD" w14:textId="77777777" w:rsidR="00610360" w:rsidRDefault="00000000">
            <w:pPr>
              <w:spacing w:after="0"/>
            </w:pPr>
            <w:r>
              <w:rPr>
                <w:sz w:val="17"/>
              </w:rPr>
              <w:t>canta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42E99E43"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7694ED4"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E01D05D" w14:textId="77777777" w:rsidR="00610360" w:rsidRPr="00C12360" w:rsidRDefault="00000000">
            <w:pPr>
              <w:spacing w:after="0"/>
              <w:rPr>
                <w:lang w:val="es-ES"/>
              </w:rPr>
            </w:pPr>
            <w:r w:rsidRPr="00C12360">
              <w:rPr>
                <w:sz w:val="17"/>
                <w:lang w:val="es-ES"/>
              </w:rPr>
              <w:t xml:space="preserve">Mi usa canta en </w:t>
            </w:r>
            <w:proofErr w:type="gramStart"/>
            <w:r w:rsidRPr="00C12360">
              <w:rPr>
                <w:sz w:val="17"/>
                <w:lang w:val="es-ES"/>
              </w:rPr>
              <w:t>un frase</w:t>
            </w:r>
            <w:proofErr w:type="gramEnd"/>
            <w:r w:rsidRPr="00C12360">
              <w:rPr>
                <w:sz w:val="17"/>
                <w:lang w:val="es-ES"/>
              </w:rPr>
              <w:t>.</w:t>
            </w:r>
          </w:p>
        </w:tc>
      </w:tr>
      <w:tr w:rsidR="00610360" w14:paraId="6643567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5950B12" w14:textId="77777777" w:rsidR="00610360" w:rsidRDefault="00000000">
            <w:pPr>
              <w:spacing w:after="0"/>
            </w:pPr>
            <w:proofErr w:type="spellStart"/>
            <w:r>
              <w:rPr>
                <w:sz w:val="17"/>
              </w:rPr>
              <w:t>labora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61D68921" w14:textId="77777777" w:rsidR="00610360" w:rsidRDefault="00000000">
            <w:pPr>
              <w:spacing w:after="0"/>
            </w:pPr>
            <w:r>
              <w:rPr>
                <w:sz w:val="17"/>
              </w:rPr>
              <w:t>work</w:t>
            </w:r>
          </w:p>
        </w:tc>
        <w:tc>
          <w:tcPr>
            <w:tcW w:w="2592" w:type="dxa"/>
            <w:tcBorders>
              <w:top w:val="single" w:sz="4" w:space="0" w:color="D8E6EC"/>
              <w:left w:val="single" w:sz="4" w:space="0" w:color="D8E6EC"/>
              <w:bottom w:val="single" w:sz="4" w:space="0" w:color="D8E6EC"/>
              <w:right w:val="single" w:sz="4" w:space="0" w:color="D8E6EC"/>
            </w:tcBorders>
            <w:vAlign w:val="center"/>
          </w:tcPr>
          <w:p w14:paraId="7E579DC9"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24D3051" w14:textId="77777777" w:rsidR="00610360" w:rsidRDefault="00000000">
            <w:pPr>
              <w:spacing w:after="0"/>
            </w:pPr>
            <w:r>
              <w:rPr>
                <w:sz w:val="17"/>
              </w:rPr>
              <w:t>Mi labora.</w:t>
            </w:r>
          </w:p>
        </w:tc>
      </w:tr>
      <w:tr w:rsidR="00610360" w14:paraId="1152C7A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059C2B1" w14:textId="77777777" w:rsidR="00610360" w:rsidRDefault="00000000">
            <w:pPr>
              <w:spacing w:after="0"/>
            </w:pPr>
            <w:r>
              <w:rPr>
                <w:sz w:val="17"/>
              </w:rPr>
              <w:t>cura</w:t>
            </w:r>
          </w:p>
        </w:tc>
        <w:tc>
          <w:tcPr>
            <w:tcW w:w="2592" w:type="dxa"/>
            <w:tcBorders>
              <w:top w:val="single" w:sz="4" w:space="0" w:color="D8E6EC"/>
              <w:left w:val="single" w:sz="4" w:space="0" w:color="D8E6EC"/>
              <w:bottom w:val="single" w:sz="4" w:space="0" w:color="D8E6EC"/>
              <w:right w:val="single" w:sz="4" w:space="0" w:color="D8E6EC"/>
            </w:tcBorders>
            <w:vAlign w:val="center"/>
          </w:tcPr>
          <w:p w14:paraId="4E8EE381" w14:textId="77777777" w:rsidR="00610360" w:rsidRDefault="00000000">
            <w:pPr>
              <w:spacing w:after="0"/>
            </w:pPr>
            <w:r>
              <w:rPr>
                <w:sz w:val="17"/>
              </w:rPr>
              <w:t>care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5ABAB895"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48481B79" w14:textId="77777777" w:rsidR="00610360" w:rsidRDefault="00000000">
            <w:pPr>
              <w:spacing w:after="0"/>
            </w:pPr>
            <w:r>
              <w:rPr>
                <w:sz w:val="17"/>
              </w:rPr>
              <w:t>Mi senti la cura.</w:t>
            </w:r>
          </w:p>
        </w:tc>
      </w:tr>
      <w:tr w:rsidR="00610360" w14:paraId="75D089C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C20B37" w14:textId="77777777" w:rsidR="00610360" w:rsidRDefault="00000000">
            <w:pPr>
              <w:spacing w:after="0"/>
            </w:pPr>
            <w:r>
              <w:rPr>
                <w:sz w:val="17"/>
              </w:rPr>
              <w:t>prepara</w:t>
            </w:r>
          </w:p>
        </w:tc>
        <w:tc>
          <w:tcPr>
            <w:tcW w:w="2592" w:type="dxa"/>
            <w:tcBorders>
              <w:top w:val="single" w:sz="4" w:space="0" w:color="D8E6EC"/>
              <w:left w:val="single" w:sz="4" w:space="0" w:color="D8E6EC"/>
              <w:bottom w:val="single" w:sz="4" w:space="0" w:color="D8E6EC"/>
              <w:right w:val="single" w:sz="4" w:space="0" w:color="D8E6EC"/>
            </w:tcBorders>
            <w:vAlign w:val="center"/>
          </w:tcPr>
          <w:p w14:paraId="423503A3" w14:textId="77777777" w:rsidR="00610360" w:rsidRDefault="00000000">
            <w:pPr>
              <w:spacing w:after="0"/>
            </w:pPr>
            <w:r>
              <w:rPr>
                <w:sz w:val="17"/>
              </w:rPr>
              <w:t>prepare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06D96912"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DA09DBF" w14:textId="77777777" w:rsidR="00610360" w:rsidRDefault="00000000">
            <w:pPr>
              <w:spacing w:after="0"/>
            </w:pPr>
            <w:r>
              <w:rPr>
                <w:sz w:val="17"/>
              </w:rPr>
              <w:t>Mi prepara.</w:t>
            </w:r>
          </w:p>
        </w:tc>
      </w:tr>
      <w:tr w:rsidR="00610360" w14:paraId="6017D27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430FAE" w14:textId="77777777" w:rsidR="00610360" w:rsidRDefault="00000000">
            <w:pPr>
              <w:spacing w:after="0"/>
            </w:pPr>
            <w:r>
              <w:rPr>
                <w:sz w:val="17"/>
              </w:rPr>
              <w:t>mete</w:t>
            </w:r>
          </w:p>
        </w:tc>
        <w:tc>
          <w:tcPr>
            <w:tcW w:w="2592" w:type="dxa"/>
            <w:tcBorders>
              <w:top w:val="single" w:sz="4" w:space="0" w:color="D8E6EC"/>
              <w:left w:val="single" w:sz="4" w:space="0" w:color="D8E6EC"/>
              <w:bottom w:val="single" w:sz="4" w:space="0" w:color="D8E6EC"/>
              <w:right w:val="single" w:sz="4" w:space="0" w:color="D8E6EC"/>
            </w:tcBorders>
            <w:vAlign w:val="center"/>
          </w:tcPr>
          <w:p w14:paraId="13BD6573" w14:textId="77777777" w:rsidR="00610360" w:rsidRDefault="00000000">
            <w:pPr>
              <w:spacing w:after="0"/>
            </w:pPr>
            <w:r>
              <w:rPr>
                <w:sz w:val="17"/>
              </w:rPr>
              <w:t>put</w:t>
            </w:r>
          </w:p>
        </w:tc>
        <w:tc>
          <w:tcPr>
            <w:tcW w:w="2592" w:type="dxa"/>
            <w:tcBorders>
              <w:top w:val="single" w:sz="4" w:space="0" w:color="D8E6EC"/>
              <w:left w:val="single" w:sz="4" w:space="0" w:color="D8E6EC"/>
              <w:bottom w:val="single" w:sz="4" w:space="0" w:color="D8E6EC"/>
              <w:right w:val="single" w:sz="4" w:space="0" w:color="D8E6EC"/>
            </w:tcBorders>
            <w:vAlign w:val="center"/>
          </w:tcPr>
          <w:p w14:paraId="63E99B15"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3EF5836" w14:textId="77777777" w:rsidR="00610360" w:rsidRDefault="00000000">
            <w:pPr>
              <w:spacing w:after="0"/>
            </w:pPr>
            <w:r>
              <w:rPr>
                <w:sz w:val="17"/>
              </w:rPr>
              <w:t>Mi mete.</w:t>
            </w:r>
          </w:p>
        </w:tc>
      </w:tr>
      <w:tr w:rsidR="00610360" w14:paraId="72D4C60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F186E2" w14:textId="77777777" w:rsidR="00610360" w:rsidRDefault="00000000">
            <w:pPr>
              <w:spacing w:after="0"/>
            </w:pPr>
            <w:r>
              <w:rPr>
                <w:sz w:val="17"/>
              </w:rPr>
              <w:t>abri</w:t>
            </w:r>
          </w:p>
        </w:tc>
        <w:tc>
          <w:tcPr>
            <w:tcW w:w="2592" w:type="dxa"/>
            <w:tcBorders>
              <w:top w:val="single" w:sz="4" w:space="0" w:color="D8E6EC"/>
              <w:left w:val="single" w:sz="4" w:space="0" w:color="D8E6EC"/>
              <w:bottom w:val="single" w:sz="4" w:space="0" w:color="D8E6EC"/>
              <w:right w:val="single" w:sz="4" w:space="0" w:color="D8E6EC"/>
            </w:tcBorders>
            <w:vAlign w:val="center"/>
          </w:tcPr>
          <w:p w14:paraId="28D03E4E" w14:textId="77777777" w:rsidR="00610360" w:rsidRDefault="00000000">
            <w:pPr>
              <w:spacing w:after="0"/>
            </w:pPr>
            <w:r>
              <w:rPr>
                <w:sz w:val="17"/>
              </w:rPr>
              <w:t>open</w:t>
            </w:r>
          </w:p>
        </w:tc>
        <w:tc>
          <w:tcPr>
            <w:tcW w:w="2592" w:type="dxa"/>
            <w:tcBorders>
              <w:top w:val="single" w:sz="4" w:space="0" w:color="D8E6EC"/>
              <w:left w:val="single" w:sz="4" w:space="0" w:color="D8E6EC"/>
              <w:bottom w:val="single" w:sz="4" w:space="0" w:color="D8E6EC"/>
              <w:right w:val="single" w:sz="4" w:space="0" w:color="D8E6EC"/>
            </w:tcBorders>
            <w:vAlign w:val="center"/>
          </w:tcPr>
          <w:p w14:paraId="57F304A3"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2105B3F0" w14:textId="77777777" w:rsidR="00610360" w:rsidRDefault="00000000">
            <w:pPr>
              <w:spacing w:after="0"/>
            </w:pPr>
            <w:r>
              <w:rPr>
                <w:sz w:val="17"/>
              </w:rPr>
              <w:t>Mi abri.</w:t>
            </w:r>
          </w:p>
        </w:tc>
      </w:tr>
      <w:tr w:rsidR="00610360" w14:paraId="3D88FE5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7BE7540" w14:textId="77777777" w:rsidR="00610360" w:rsidRDefault="00000000">
            <w:pPr>
              <w:spacing w:after="0"/>
            </w:pPr>
            <w:r>
              <w:rPr>
                <w:sz w:val="17"/>
              </w:rPr>
              <w:t>ferma</w:t>
            </w:r>
          </w:p>
        </w:tc>
        <w:tc>
          <w:tcPr>
            <w:tcW w:w="2592" w:type="dxa"/>
            <w:tcBorders>
              <w:top w:val="single" w:sz="4" w:space="0" w:color="D8E6EC"/>
              <w:left w:val="single" w:sz="4" w:space="0" w:color="D8E6EC"/>
              <w:bottom w:val="single" w:sz="4" w:space="0" w:color="D8E6EC"/>
              <w:right w:val="single" w:sz="4" w:space="0" w:color="D8E6EC"/>
            </w:tcBorders>
            <w:vAlign w:val="center"/>
          </w:tcPr>
          <w:p w14:paraId="10A50FC4" w14:textId="77777777" w:rsidR="00610360" w:rsidRDefault="00000000">
            <w:pPr>
              <w:spacing w:after="0"/>
            </w:pPr>
            <w:r>
              <w:rPr>
                <w:sz w:val="17"/>
              </w:rPr>
              <w:t>close / shut</w:t>
            </w:r>
          </w:p>
        </w:tc>
        <w:tc>
          <w:tcPr>
            <w:tcW w:w="2592" w:type="dxa"/>
            <w:tcBorders>
              <w:top w:val="single" w:sz="4" w:space="0" w:color="D8E6EC"/>
              <w:left w:val="single" w:sz="4" w:space="0" w:color="D8E6EC"/>
              <w:bottom w:val="single" w:sz="4" w:space="0" w:color="D8E6EC"/>
              <w:right w:val="single" w:sz="4" w:space="0" w:color="D8E6EC"/>
            </w:tcBorders>
            <w:vAlign w:val="center"/>
          </w:tcPr>
          <w:p w14:paraId="275A7AD1"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52668A2" w14:textId="77777777" w:rsidR="00610360" w:rsidRDefault="00000000">
            <w:pPr>
              <w:spacing w:after="0"/>
            </w:pPr>
            <w:r>
              <w:rPr>
                <w:sz w:val="17"/>
              </w:rPr>
              <w:t>Mi ferma.</w:t>
            </w:r>
          </w:p>
        </w:tc>
      </w:tr>
      <w:tr w:rsidR="00610360" w14:paraId="34BCE4D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B925A99" w14:textId="77777777" w:rsidR="00610360" w:rsidRDefault="00000000">
            <w:pPr>
              <w:spacing w:after="0"/>
            </w:pPr>
            <w:r>
              <w:rPr>
                <w:sz w:val="17"/>
              </w:rPr>
              <w:t>da</w:t>
            </w:r>
          </w:p>
        </w:tc>
        <w:tc>
          <w:tcPr>
            <w:tcW w:w="2592" w:type="dxa"/>
            <w:tcBorders>
              <w:top w:val="single" w:sz="4" w:space="0" w:color="D8E6EC"/>
              <w:left w:val="single" w:sz="4" w:space="0" w:color="D8E6EC"/>
              <w:bottom w:val="single" w:sz="4" w:space="0" w:color="D8E6EC"/>
              <w:right w:val="single" w:sz="4" w:space="0" w:color="D8E6EC"/>
            </w:tcBorders>
            <w:vAlign w:val="center"/>
          </w:tcPr>
          <w:p w14:paraId="48AA773F" w14:textId="77777777" w:rsidR="00610360" w:rsidRDefault="00000000">
            <w:pPr>
              <w:spacing w:after="0"/>
            </w:pPr>
            <w:r>
              <w:rPr>
                <w:sz w:val="17"/>
              </w:rPr>
              <w:t>give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EAD99A8"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4EC9FD7" w14:textId="77777777" w:rsidR="00610360" w:rsidRDefault="00000000">
            <w:pPr>
              <w:spacing w:after="0"/>
            </w:pPr>
            <w:r>
              <w:rPr>
                <w:sz w:val="17"/>
              </w:rPr>
              <w:t>Mi da.</w:t>
            </w:r>
          </w:p>
        </w:tc>
      </w:tr>
      <w:tr w:rsidR="00610360" w14:paraId="065B109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DA37E3E" w14:textId="77777777" w:rsidR="00610360" w:rsidRDefault="00000000">
            <w:pPr>
              <w:spacing w:after="0"/>
            </w:pPr>
            <w:r>
              <w:rPr>
                <w:sz w:val="17"/>
              </w:rPr>
              <w:t>reseve</w:t>
            </w:r>
          </w:p>
        </w:tc>
        <w:tc>
          <w:tcPr>
            <w:tcW w:w="2592" w:type="dxa"/>
            <w:tcBorders>
              <w:top w:val="single" w:sz="4" w:space="0" w:color="D8E6EC"/>
              <w:left w:val="single" w:sz="4" w:space="0" w:color="D8E6EC"/>
              <w:bottom w:val="single" w:sz="4" w:space="0" w:color="D8E6EC"/>
              <w:right w:val="single" w:sz="4" w:space="0" w:color="D8E6EC"/>
            </w:tcBorders>
            <w:vAlign w:val="center"/>
          </w:tcPr>
          <w:p w14:paraId="142EF993" w14:textId="77777777" w:rsidR="00610360" w:rsidRDefault="00000000">
            <w:pPr>
              <w:spacing w:after="0"/>
            </w:pPr>
            <w:r>
              <w:rPr>
                <w:sz w:val="17"/>
              </w:rPr>
              <w:t>receive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69294934"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FEA30B2" w14:textId="77777777" w:rsidR="00610360" w:rsidRDefault="00000000">
            <w:pPr>
              <w:spacing w:after="0"/>
            </w:pPr>
            <w:r>
              <w:rPr>
                <w:sz w:val="17"/>
              </w:rPr>
              <w:t>Mi reseve.</w:t>
            </w:r>
          </w:p>
        </w:tc>
      </w:tr>
      <w:tr w:rsidR="00610360" w14:paraId="2777850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E97D79A" w14:textId="77777777" w:rsidR="00610360" w:rsidRDefault="00000000">
            <w:pPr>
              <w:spacing w:after="0"/>
            </w:pPr>
            <w:r>
              <w:rPr>
                <w:sz w:val="17"/>
              </w:rPr>
              <w:t>usa</w:t>
            </w:r>
          </w:p>
        </w:tc>
        <w:tc>
          <w:tcPr>
            <w:tcW w:w="2592" w:type="dxa"/>
            <w:tcBorders>
              <w:top w:val="single" w:sz="4" w:space="0" w:color="D8E6EC"/>
              <w:left w:val="single" w:sz="4" w:space="0" w:color="D8E6EC"/>
              <w:bottom w:val="single" w:sz="4" w:space="0" w:color="D8E6EC"/>
              <w:right w:val="single" w:sz="4" w:space="0" w:color="D8E6EC"/>
            </w:tcBorders>
            <w:vAlign w:val="center"/>
          </w:tcPr>
          <w:p w14:paraId="523726FB" w14:textId="77777777" w:rsidR="00610360" w:rsidRDefault="00000000">
            <w:pPr>
              <w:spacing w:after="0"/>
            </w:pPr>
            <w:r>
              <w:rPr>
                <w:sz w:val="17"/>
              </w:rPr>
              <w:t>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28DF44BA"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85C495F" w14:textId="77777777" w:rsidR="00610360" w:rsidRDefault="00000000">
            <w:pPr>
              <w:spacing w:after="0"/>
            </w:pPr>
            <w:r>
              <w:rPr>
                <w:sz w:val="17"/>
              </w:rPr>
              <w:t>Mi usa.</w:t>
            </w:r>
          </w:p>
        </w:tc>
      </w:tr>
    </w:tbl>
    <w:p w14:paraId="2F3703E8"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4980A55D"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C9DB51E"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93A37EE" w14:textId="77777777" w:rsidR="00610360" w:rsidRDefault="00000000">
            <w:pPr>
              <w:spacing w:after="0"/>
            </w:pPr>
            <w:r>
              <w:rPr>
                <w:b/>
                <w:color w:val="FFFFFF"/>
                <w:sz w:val="17"/>
              </w:rPr>
              <w:t>English</w:t>
            </w:r>
          </w:p>
        </w:tc>
      </w:tr>
      <w:tr w:rsidR="00610360" w14:paraId="2B50710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754BD05" w14:textId="77777777" w:rsidR="00610360" w:rsidRDefault="00000000">
            <w:pPr>
              <w:spacing w:after="0"/>
            </w:pPr>
            <w:r>
              <w:rPr>
                <w:sz w:val="17"/>
              </w:rPr>
              <w:t>Mi voli akua.</w:t>
            </w:r>
          </w:p>
        </w:tc>
        <w:tc>
          <w:tcPr>
            <w:tcW w:w="5184" w:type="dxa"/>
            <w:tcBorders>
              <w:top w:val="single" w:sz="4" w:space="0" w:color="D8E6EC"/>
              <w:left w:val="single" w:sz="4" w:space="0" w:color="D8E6EC"/>
              <w:bottom w:val="single" w:sz="4" w:space="0" w:color="D8E6EC"/>
              <w:right w:val="single" w:sz="4" w:space="0" w:color="D8E6EC"/>
            </w:tcBorders>
            <w:vAlign w:val="center"/>
          </w:tcPr>
          <w:p w14:paraId="38E459A9" w14:textId="77777777" w:rsidR="00610360" w:rsidRDefault="00000000">
            <w:pPr>
              <w:spacing w:after="0"/>
            </w:pPr>
            <w:r>
              <w:rPr>
                <w:sz w:val="17"/>
              </w:rPr>
              <w:t>I want water.</w:t>
            </w:r>
          </w:p>
        </w:tc>
      </w:tr>
      <w:tr w:rsidR="00610360" w14:paraId="4562982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80BE737" w14:textId="77777777" w:rsidR="00610360" w:rsidRDefault="00000000">
            <w:pPr>
              <w:spacing w:after="0"/>
            </w:pPr>
            <w:r>
              <w:rPr>
                <w:sz w:val="17"/>
              </w:rPr>
              <w:t>Nos nesesita ajuda.</w:t>
            </w:r>
          </w:p>
        </w:tc>
        <w:tc>
          <w:tcPr>
            <w:tcW w:w="5184" w:type="dxa"/>
            <w:tcBorders>
              <w:top w:val="single" w:sz="4" w:space="0" w:color="D8E6EC"/>
              <w:left w:val="single" w:sz="4" w:space="0" w:color="D8E6EC"/>
              <w:bottom w:val="single" w:sz="4" w:space="0" w:color="D8E6EC"/>
              <w:right w:val="single" w:sz="4" w:space="0" w:color="D8E6EC"/>
            </w:tcBorders>
            <w:vAlign w:val="center"/>
          </w:tcPr>
          <w:p w14:paraId="0BB1F722" w14:textId="77777777" w:rsidR="00610360" w:rsidRDefault="00000000">
            <w:pPr>
              <w:spacing w:after="0"/>
            </w:pPr>
            <w:r>
              <w:rPr>
                <w:sz w:val="17"/>
              </w:rPr>
              <w:t>We need help.</w:t>
            </w:r>
          </w:p>
        </w:tc>
      </w:tr>
      <w:tr w:rsidR="00610360" w14:paraId="3507DC9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27346CF" w14:textId="77777777" w:rsidR="00610360" w:rsidRDefault="00000000">
            <w:pPr>
              <w:spacing w:after="0"/>
            </w:pPr>
            <w:r>
              <w:rPr>
                <w:sz w:val="17"/>
              </w:rPr>
              <w:t>Tu far la labor.</w:t>
            </w:r>
          </w:p>
        </w:tc>
        <w:tc>
          <w:tcPr>
            <w:tcW w:w="5184" w:type="dxa"/>
            <w:tcBorders>
              <w:top w:val="single" w:sz="4" w:space="0" w:color="D8E6EC"/>
              <w:left w:val="single" w:sz="4" w:space="0" w:color="D8E6EC"/>
              <w:bottom w:val="single" w:sz="4" w:space="0" w:color="D8E6EC"/>
              <w:right w:val="single" w:sz="4" w:space="0" w:color="D8E6EC"/>
            </w:tcBorders>
            <w:vAlign w:val="center"/>
          </w:tcPr>
          <w:p w14:paraId="4B707A12" w14:textId="77777777" w:rsidR="00610360" w:rsidRDefault="00000000">
            <w:pPr>
              <w:spacing w:after="0"/>
            </w:pPr>
            <w:r>
              <w:rPr>
                <w:sz w:val="17"/>
              </w:rPr>
              <w:t>You do the work.</w:t>
            </w:r>
          </w:p>
        </w:tc>
      </w:tr>
      <w:tr w:rsidR="00610360" w14:paraId="0BDBD6A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9A60405" w14:textId="77777777" w:rsidR="00610360" w:rsidRDefault="00000000">
            <w:pPr>
              <w:spacing w:after="0"/>
            </w:pPr>
            <w:r>
              <w:rPr>
                <w:sz w:val="17"/>
              </w:rPr>
              <w:t>Ela krea un lista.</w:t>
            </w:r>
          </w:p>
        </w:tc>
        <w:tc>
          <w:tcPr>
            <w:tcW w:w="5184" w:type="dxa"/>
            <w:tcBorders>
              <w:top w:val="single" w:sz="4" w:space="0" w:color="D8E6EC"/>
              <w:left w:val="single" w:sz="4" w:space="0" w:color="D8E6EC"/>
              <w:bottom w:val="single" w:sz="4" w:space="0" w:color="D8E6EC"/>
              <w:right w:val="single" w:sz="4" w:space="0" w:color="D8E6EC"/>
            </w:tcBorders>
            <w:vAlign w:val="center"/>
          </w:tcPr>
          <w:p w14:paraId="40F4D6A9" w14:textId="77777777" w:rsidR="00610360" w:rsidRDefault="00000000">
            <w:pPr>
              <w:spacing w:after="0"/>
            </w:pPr>
            <w:r>
              <w:rPr>
                <w:sz w:val="17"/>
              </w:rPr>
              <w:t>She creates a list.</w:t>
            </w:r>
          </w:p>
        </w:tc>
      </w:tr>
    </w:tbl>
    <w:p w14:paraId="0BC5B209" w14:textId="77777777" w:rsidR="00610360" w:rsidRDefault="00000000">
      <w:pPr>
        <w:pStyle w:val="Heading2"/>
        <w:spacing w:after="120"/>
      </w:pPr>
      <w:r>
        <w:rPr>
          <w:rFonts w:ascii="Aptos" w:hAnsi="Aptos"/>
        </w:rPr>
        <w:t>Speak it out loud</w:t>
      </w:r>
    </w:p>
    <w:p w14:paraId="3A4BCB0D" w14:textId="77777777" w:rsidR="00610360" w:rsidRDefault="00000000">
      <w:pPr>
        <w:spacing w:after="120"/>
      </w:pPr>
      <w:r>
        <w:t>Read each pattern three times. First slowly. Second normally. Third with confidence. Then replace one word and read the new sentence.</w:t>
      </w:r>
    </w:p>
    <w:p w14:paraId="08B98C04"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524F56A1"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13D2435"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1A2EC48" w14:textId="77777777" w:rsidR="00610360" w:rsidRDefault="00000000">
            <w:pPr>
              <w:spacing w:after="0"/>
            </w:pPr>
            <w:r>
              <w:rPr>
                <w:b/>
                <w:color w:val="FFFFFF"/>
                <w:sz w:val="17"/>
              </w:rPr>
              <w:t>Line</w:t>
            </w:r>
          </w:p>
        </w:tc>
      </w:tr>
      <w:tr w:rsidR="00610360" w14:paraId="6BA32A3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8BB3B79"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51E57AC1" w14:textId="77777777" w:rsidR="00610360" w:rsidRDefault="00000000">
            <w:pPr>
              <w:spacing w:after="0"/>
            </w:pPr>
            <w:r>
              <w:rPr>
                <w:sz w:val="17"/>
              </w:rPr>
              <w:t>Ke tu voli?</w:t>
            </w:r>
          </w:p>
        </w:tc>
      </w:tr>
      <w:tr w:rsidR="00610360" w:rsidRPr="00C12360" w14:paraId="2DF184A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D981DC1"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7FBA6CEC" w14:textId="77777777" w:rsidR="00610360" w:rsidRPr="00C12360" w:rsidRDefault="00000000">
            <w:pPr>
              <w:spacing w:after="0"/>
              <w:rPr>
                <w:lang w:val="fr-FR"/>
              </w:rPr>
            </w:pPr>
            <w:r w:rsidRPr="00C12360">
              <w:rPr>
                <w:sz w:val="17"/>
                <w:lang w:val="fr-FR"/>
              </w:rPr>
              <w:t xml:space="preserve">Mi </w:t>
            </w:r>
            <w:proofErr w:type="spellStart"/>
            <w:r w:rsidRPr="00C12360">
              <w:rPr>
                <w:sz w:val="17"/>
                <w:lang w:val="fr-FR"/>
              </w:rPr>
              <w:t>voli</w:t>
            </w:r>
            <w:proofErr w:type="spellEnd"/>
            <w:r w:rsidRPr="00C12360">
              <w:rPr>
                <w:sz w:val="17"/>
                <w:lang w:val="fr-FR"/>
              </w:rPr>
              <w:t xml:space="preserve"> </w:t>
            </w:r>
            <w:proofErr w:type="spellStart"/>
            <w:r w:rsidRPr="00C12360">
              <w:rPr>
                <w:sz w:val="17"/>
                <w:lang w:val="fr-FR"/>
              </w:rPr>
              <w:t>kafe</w:t>
            </w:r>
            <w:proofErr w:type="spellEnd"/>
            <w:r w:rsidRPr="00C12360">
              <w:rPr>
                <w:sz w:val="17"/>
                <w:lang w:val="fr-FR"/>
              </w:rPr>
              <w:t xml:space="preserve"> et pan.</w:t>
            </w:r>
          </w:p>
        </w:tc>
      </w:tr>
      <w:tr w:rsidR="00610360" w14:paraId="62962D9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57B02AA"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7B22013B" w14:textId="77777777" w:rsidR="00610360" w:rsidRDefault="00000000">
            <w:pPr>
              <w:spacing w:after="0"/>
            </w:pPr>
            <w:r>
              <w:rPr>
                <w:sz w:val="17"/>
              </w:rPr>
              <w:t>Ku tu nesesita ajuda?</w:t>
            </w:r>
          </w:p>
        </w:tc>
      </w:tr>
      <w:tr w:rsidR="00610360" w:rsidRPr="00C12360" w14:paraId="5AD5919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65FEF1F"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19653601" w14:textId="77777777" w:rsidR="00610360" w:rsidRPr="00C12360" w:rsidRDefault="00000000">
            <w:pPr>
              <w:spacing w:after="0"/>
              <w:rPr>
                <w:lang w:val="es-ES"/>
              </w:rPr>
            </w:pPr>
            <w:r w:rsidRPr="00C12360">
              <w:rPr>
                <w:sz w:val="17"/>
                <w:lang w:val="es-ES"/>
              </w:rPr>
              <w:t xml:space="preserve">No. Mi </w:t>
            </w:r>
            <w:proofErr w:type="spellStart"/>
            <w:r w:rsidRPr="00C12360">
              <w:rPr>
                <w:sz w:val="17"/>
                <w:lang w:val="es-ES"/>
              </w:rPr>
              <w:t>habe</w:t>
            </w:r>
            <w:proofErr w:type="spellEnd"/>
            <w:r w:rsidRPr="00C12360">
              <w:rPr>
                <w:sz w:val="17"/>
                <w:lang w:val="es-ES"/>
              </w:rPr>
              <w:t xml:space="preserve"> la lista.</w:t>
            </w:r>
          </w:p>
        </w:tc>
      </w:tr>
    </w:tbl>
    <w:p w14:paraId="086E7462" w14:textId="77777777" w:rsidR="00C12360" w:rsidRDefault="00C12360">
      <w:pPr>
        <w:pStyle w:val="Heading2"/>
        <w:spacing w:after="120"/>
        <w:rPr>
          <w:rFonts w:ascii="Aptos" w:hAnsi="Aptos"/>
        </w:rPr>
      </w:pPr>
    </w:p>
    <w:p w14:paraId="4E40184A" w14:textId="389D5FBC" w:rsidR="00610360" w:rsidRDefault="00000000">
      <w:pPr>
        <w:pStyle w:val="Heading2"/>
        <w:spacing w:after="120"/>
      </w:pPr>
      <w:r>
        <w:rPr>
          <w:rFonts w:ascii="Aptos" w:hAnsi="Aptos"/>
        </w:rPr>
        <w:t>Workbook exercises</w:t>
      </w:r>
    </w:p>
    <w:p w14:paraId="0BF0AA13" w14:textId="77777777" w:rsidR="00610360" w:rsidRDefault="00000000">
      <w:pPr>
        <w:keepLines/>
        <w:spacing w:after="120"/>
      </w:pPr>
      <w:r>
        <w:rPr>
          <w:b/>
          <w:color w:val="0B2E4A"/>
        </w:rPr>
        <w:t>6.1 Translate: I need help.</w:t>
      </w:r>
    </w:p>
    <w:p w14:paraId="2AB9508D" w14:textId="77777777" w:rsidR="00610360" w:rsidRDefault="00000000">
      <w:pPr>
        <w:keepLines/>
        <w:spacing w:after="120"/>
      </w:pPr>
      <w:r>
        <w:t>________________________________________________________________________________</w:t>
      </w:r>
    </w:p>
    <w:p w14:paraId="22540D29" w14:textId="77777777" w:rsidR="00610360" w:rsidRDefault="00000000">
      <w:pPr>
        <w:keepLines/>
        <w:spacing w:after="120"/>
      </w:pPr>
      <w:r>
        <w:t>________________________________________________________________________________</w:t>
      </w:r>
    </w:p>
    <w:p w14:paraId="0D89B2DE" w14:textId="77777777" w:rsidR="00610360" w:rsidRDefault="00000000">
      <w:pPr>
        <w:keepLines/>
        <w:spacing w:after="120"/>
      </w:pPr>
      <w:r>
        <w:rPr>
          <w:b/>
          <w:color w:val="0B2E4A"/>
        </w:rPr>
        <w:t>6.2 Translate: She has water.</w:t>
      </w:r>
    </w:p>
    <w:p w14:paraId="769FA15F" w14:textId="77777777" w:rsidR="00610360" w:rsidRDefault="00000000">
      <w:pPr>
        <w:keepLines/>
        <w:spacing w:after="120"/>
      </w:pPr>
      <w:r>
        <w:t>________________________________________________________________________________</w:t>
      </w:r>
    </w:p>
    <w:p w14:paraId="64FEB897" w14:textId="77777777" w:rsidR="00610360" w:rsidRDefault="00000000">
      <w:pPr>
        <w:keepLines/>
        <w:spacing w:after="120"/>
      </w:pPr>
      <w:r>
        <w:t>________________________________________________________________________________</w:t>
      </w:r>
    </w:p>
    <w:p w14:paraId="1AFC5518" w14:textId="77777777" w:rsidR="00610360" w:rsidRDefault="00000000">
      <w:pPr>
        <w:keepLines/>
        <w:spacing w:after="120"/>
      </w:pPr>
      <w:r>
        <w:rPr>
          <w:b/>
          <w:color w:val="0B2E4A"/>
        </w:rPr>
        <w:t>6.3 Say: We make a guide.</w:t>
      </w:r>
    </w:p>
    <w:p w14:paraId="5D594432" w14:textId="77777777" w:rsidR="00610360" w:rsidRDefault="00000000">
      <w:pPr>
        <w:keepLines/>
        <w:spacing w:after="120"/>
      </w:pPr>
      <w:r>
        <w:t>________________________________________________________________________________</w:t>
      </w:r>
    </w:p>
    <w:p w14:paraId="449A2122" w14:textId="77777777" w:rsidR="00610360" w:rsidRDefault="00000000">
      <w:pPr>
        <w:keepLines/>
        <w:spacing w:after="120"/>
      </w:pPr>
      <w:r>
        <w:t>________________________________________________________________________________</w:t>
      </w:r>
    </w:p>
    <w:p w14:paraId="67F5EF90" w14:textId="77777777" w:rsidR="00610360" w:rsidRDefault="00000000">
      <w:pPr>
        <w:keepLines/>
        <w:spacing w:after="120"/>
      </w:pPr>
      <w:r>
        <w:rPr>
          <w:b/>
          <w:color w:val="0B2E4A"/>
        </w:rPr>
        <w:t>6.4 Ask: What do you want?</w:t>
      </w:r>
    </w:p>
    <w:p w14:paraId="60F45BD3" w14:textId="77777777" w:rsidR="00610360" w:rsidRDefault="00000000">
      <w:pPr>
        <w:keepLines/>
        <w:spacing w:after="120"/>
      </w:pPr>
      <w:r>
        <w:t>________________________________________________________________________________</w:t>
      </w:r>
    </w:p>
    <w:p w14:paraId="197398CD" w14:textId="77777777" w:rsidR="00610360" w:rsidRDefault="00000000">
      <w:pPr>
        <w:keepLines/>
        <w:spacing w:after="120"/>
      </w:pPr>
      <w:r>
        <w:t>________________________________________________________________________________</w:t>
      </w:r>
    </w:p>
    <w:p w14:paraId="02B9C093" w14:textId="77777777" w:rsidR="00610360" w:rsidRDefault="00000000">
      <w:pPr>
        <w:keepLines/>
        <w:spacing w:after="120"/>
      </w:pPr>
      <w:r>
        <w:rPr>
          <w:b/>
          <w:color w:val="0B2E4A"/>
        </w:rPr>
        <w:t>6.5 Use far and krea en separate sentences.</w:t>
      </w:r>
    </w:p>
    <w:p w14:paraId="2B1D818C" w14:textId="77777777" w:rsidR="00610360" w:rsidRDefault="00000000">
      <w:pPr>
        <w:keepLines/>
        <w:spacing w:after="120"/>
      </w:pPr>
      <w:r>
        <w:t>________________________________________________________________________________</w:t>
      </w:r>
    </w:p>
    <w:p w14:paraId="25FFAFE8" w14:textId="77777777" w:rsidR="00610360" w:rsidRDefault="00000000">
      <w:pPr>
        <w:keepLines/>
        <w:spacing w:after="120"/>
      </w:pPr>
      <w:r>
        <w:t>________________________________________________________________________________</w:t>
      </w:r>
    </w:p>
    <w:p w14:paraId="5D0C0BCE"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33E3643B"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322DC457" w14:textId="77777777" w:rsidR="00610360" w:rsidRDefault="00000000">
            <w:pPr>
              <w:spacing w:after="40"/>
            </w:pPr>
            <w:r>
              <w:rPr>
                <w:b/>
                <w:color w:val="0B2E4A"/>
              </w:rPr>
              <w:t>Checkpoint</w:t>
            </w:r>
          </w:p>
          <w:p w14:paraId="20D203AA" w14:textId="77777777" w:rsidR="00610360" w:rsidRDefault="00000000">
            <w:pPr>
              <w:spacing w:after="0"/>
            </w:pPr>
            <w:r>
              <w:rPr>
                <w:sz w:val="18"/>
              </w:rPr>
              <w:t>Before moving on, read the conversation aloud without stopping. If you stumble, slow down. Clean pronunciation beats fast guessing.</w:t>
            </w:r>
          </w:p>
        </w:tc>
      </w:tr>
    </w:tbl>
    <w:p w14:paraId="3588EC3F" w14:textId="77777777" w:rsidR="00610360" w:rsidRDefault="00000000">
      <w:pPr>
        <w:spacing w:after="120"/>
      </w:pPr>
      <w:r/>
    </w:p>
    <w:p w14:paraId="60DC0B4B" w14:textId="77777777" w:rsidR="00610360" w:rsidRDefault="00000000">
      <w:pPr>
        <w:pStyle w:val="Heading1"/>
        <w:spacing w:after="120"/>
      </w:pPr>
      <w:r>
        <w:rPr>
          <w:rFonts w:ascii="Aptos" w:hAnsi="Aptos"/>
        </w:rPr>
        <w:t>Lesson 7: Past with pa</w:t>
      </w:r>
    </w:p>
    <w:tbl>
      <w:tblPr>
        <w:tblW w:w="0" w:type="auto"/>
        <w:jc w:val="center"/>
        <w:tblLook w:val="04A0" w:firstRow="1" w:lastRow="0" w:firstColumn="1" w:lastColumn="0" w:noHBand="0" w:noVBand="1"/>
      </w:tblPr>
      <w:tblGrid>
        <w:gridCol w:w="10368"/>
      </w:tblGrid>
      <w:tr w:rsidR="00610360" w14:paraId="2C37C9C1"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74AA375A" w14:textId="77777777" w:rsidR="00610360" w:rsidRDefault="00000000">
            <w:pPr>
              <w:spacing w:after="40"/>
            </w:pPr>
            <w:r>
              <w:rPr>
                <w:b/>
                <w:color w:val="0B2E4A"/>
              </w:rPr>
              <w:t>Lesson goal</w:t>
            </w:r>
          </w:p>
          <w:p w14:paraId="411A623E" w14:textId="77777777" w:rsidR="00610360" w:rsidRDefault="00000000">
            <w:pPr>
              <w:spacing w:after="0"/>
            </w:pPr>
            <w:r>
              <w:rPr>
                <w:sz w:val="18"/>
              </w:rPr>
              <w:t>Talk about things that already happened en the past.</w:t>
            </w:r>
          </w:p>
        </w:tc>
      </w:tr>
    </w:tbl>
    <w:p w14:paraId="7343B3CC"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61DF9702"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7558C47"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7F33A4F"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910E395"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7F7A0C6" w14:textId="77777777" w:rsidR="00610360" w:rsidRDefault="00000000">
            <w:pPr>
              <w:spacing w:after="0"/>
            </w:pPr>
            <w:r>
              <w:rPr>
                <w:b/>
                <w:color w:val="FFFFFF"/>
                <w:sz w:val="17"/>
              </w:rPr>
              <w:t>Say it in a sentence</w:t>
            </w:r>
          </w:p>
        </w:tc>
      </w:tr>
      <w:tr w:rsidR="00610360" w:rsidRPr="00C12360" w14:paraId="315C7BB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9B101B7" w14:textId="77777777" w:rsidR="00610360" w:rsidRDefault="00000000">
            <w:pPr>
              <w:spacing w:after="0"/>
            </w:pPr>
            <w:r>
              <w:rPr>
                <w:sz w:val="17"/>
              </w:rPr>
              <w:t>pa</w:t>
            </w:r>
          </w:p>
        </w:tc>
        <w:tc>
          <w:tcPr>
            <w:tcW w:w="2592" w:type="dxa"/>
            <w:tcBorders>
              <w:top w:val="single" w:sz="4" w:space="0" w:color="D8E6EC"/>
              <w:left w:val="single" w:sz="4" w:space="0" w:color="D8E6EC"/>
              <w:bottom w:val="single" w:sz="4" w:space="0" w:color="D8E6EC"/>
              <w:right w:val="single" w:sz="4" w:space="0" w:color="D8E6EC"/>
            </w:tcBorders>
            <w:vAlign w:val="center"/>
          </w:tcPr>
          <w:p w14:paraId="769BA916" w14:textId="77777777" w:rsidR="00610360" w:rsidRDefault="00000000">
            <w:pPr>
              <w:spacing w:after="0"/>
            </w:pPr>
            <w:r>
              <w:rPr>
                <w:sz w:val="17"/>
              </w:rPr>
              <w:t>past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CB2A881" w14:textId="77777777" w:rsidR="00610360" w:rsidRDefault="00000000">
            <w:pPr>
              <w:spacing w:after="0"/>
            </w:pPr>
            <w:r>
              <w:rPr>
                <w:sz w:val="17"/>
              </w:rPr>
              <w:t>tense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CF72BE9"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pa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14:paraId="6983385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401D419" w14:textId="77777777" w:rsidR="00610360" w:rsidRDefault="00000000">
            <w:pPr>
              <w:spacing w:after="0"/>
            </w:pPr>
            <w:r>
              <w:rPr>
                <w:sz w:val="17"/>
              </w:rPr>
              <w:t>yester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5328FA9" w14:textId="77777777" w:rsidR="00610360" w:rsidRDefault="00000000">
            <w:pPr>
              <w:spacing w:after="0"/>
            </w:pPr>
            <w:r>
              <w:rPr>
                <w:sz w:val="17"/>
              </w:rPr>
              <w:t>yesterday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4FBE124C"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49D0C786" w14:textId="77777777" w:rsidR="00610360" w:rsidRDefault="00000000">
            <w:pPr>
              <w:spacing w:after="0"/>
            </w:pPr>
            <w:r>
              <w:rPr>
                <w:sz w:val="17"/>
              </w:rPr>
              <w:t>Mi yester.</w:t>
            </w:r>
          </w:p>
        </w:tc>
      </w:tr>
      <w:tr w:rsidR="00610360" w14:paraId="4117B2A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A14770E" w14:textId="77777777" w:rsidR="00610360" w:rsidRDefault="00000000">
            <w:pPr>
              <w:spacing w:after="0"/>
            </w:pPr>
            <w:r>
              <w:rPr>
                <w:sz w:val="17"/>
              </w:rPr>
              <w:t>visita</w:t>
            </w:r>
          </w:p>
        </w:tc>
        <w:tc>
          <w:tcPr>
            <w:tcW w:w="2592" w:type="dxa"/>
            <w:tcBorders>
              <w:top w:val="single" w:sz="4" w:space="0" w:color="D8E6EC"/>
              <w:left w:val="single" w:sz="4" w:space="0" w:color="D8E6EC"/>
              <w:bottom w:val="single" w:sz="4" w:space="0" w:color="D8E6EC"/>
              <w:right w:val="single" w:sz="4" w:space="0" w:color="D8E6EC"/>
            </w:tcBorders>
            <w:vAlign w:val="center"/>
          </w:tcPr>
          <w:p w14:paraId="2E28490D" w14:textId="77777777" w:rsidR="00610360" w:rsidRDefault="00000000">
            <w:pPr>
              <w:spacing w:after="0"/>
            </w:pPr>
            <w:r>
              <w:rPr>
                <w:sz w:val="17"/>
              </w:rPr>
              <w:t>visit</w:t>
            </w:r>
          </w:p>
        </w:tc>
        <w:tc>
          <w:tcPr>
            <w:tcW w:w="2592" w:type="dxa"/>
            <w:tcBorders>
              <w:top w:val="single" w:sz="4" w:space="0" w:color="D8E6EC"/>
              <w:left w:val="single" w:sz="4" w:space="0" w:color="D8E6EC"/>
              <w:bottom w:val="single" w:sz="4" w:space="0" w:color="D8E6EC"/>
              <w:right w:val="single" w:sz="4" w:space="0" w:color="D8E6EC"/>
            </w:tcBorders>
            <w:vAlign w:val="center"/>
          </w:tcPr>
          <w:p w14:paraId="5A873FF4" w14:textId="77777777" w:rsidR="00610360" w:rsidRDefault="00000000">
            <w:pPr>
              <w:spacing w:after="0"/>
            </w:pPr>
            <w:r>
              <w:rPr>
                <w:sz w:val="17"/>
              </w:rPr>
              <w:t>verb/noun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1AD5161" w14:textId="77777777" w:rsidR="00610360" w:rsidRDefault="00000000">
            <w:pPr>
              <w:spacing w:after="0"/>
            </w:pPr>
            <w:r>
              <w:rPr>
                <w:sz w:val="17"/>
              </w:rPr>
              <w:t>Mi visita.</w:t>
            </w:r>
          </w:p>
        </w:tc>
      </w:tr>
      <w:tr w:rsidR="00610360" w14:paraId="79D1914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52CB3C3" w14:textId="77777777" w:rsidR="00610360" w:rsidRDefault="00000000">
            <w:pPr>
              <w:spacing w:after="0"/>
            </w:pPr>
            <w:r>
              <w:rPr>
                <w:sz w:val="17"/>
              </w:rPr>
              <w:t>vide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5EF9218B" w14:textId="77777777" w:rsidR="00610360" w:rsidRDefault="00000000">
            <w:pPr>
              <w:spacing w:after="0"/>
            </w:pPr>
            <w:r>
              <w:rPr>
                <w:sz w:val="17"/>
              </w:rPr>
              <w:t>see</w:t>
            </w:r>
          </w:p>
        </w:tc>
        <w:tc>
          <w:tcPr>
            <w:tcW w:w="2592" w:type="dxa"/>
            <w:tcBorders>
              <w:top w:val="single" w:sz="4" w:space="0" w:color="D8E6EC"/>
              <w:left w:val="single" w:sz="4" w:space="0" w:color="D8E6EC"/>
              <w:bottom w:val="single" w:sz="4" w:space="0" w:color="D8E6EC"/>
              <w:right w:val="single" w:sz="4" w:space="0" w:color="D8E6EC"/>
            </w:tcBorders>
            <w:vAlign w:val="center"/>
          </w:tcPr>
          <w:p w14:paraId="1688CC4E"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9129B03" w14:textId="77777777" w:rsidR="00610360" w:rsidRDefault="00000000">
            <w:pPr>
              <w:spacing w:after="0"/>
            </w:pPr>
            <w:r>
              <w:rPr>
                <w:sz w:val="17"/>
              </w:rPr>
              <w:t>Mi vide.</w:t>
            </w:r>
          </w:p>
        </w:tc>
      </w:tr>
      <w:tr w:rsidR="00610360" w14:paraId="423D658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7BF9D7E" w14:textId="77777777" w:rsidR="00610360" w:rsidRDefault="00000000">
            <w:pPr>
              <w:spacing w:after="0"/>
            </w:pPr>
            <w:r>
              <w:rPr>
                <w:sz w:val="17"/>
              </w:rPr>
              <w:t>lege</w:t>
            </w:r>
          </w:p>
        </w:tc>
        <w:tc>
          <w:tcPr>
            <w:tcW w:w="2592" w:type="dxa"/>
            <w:tcBorders>
              <w:top w:val="single" w:sz="4" w:space="0" w:color="D8E6EC"/>
              <w:left w:val="single" w:sz="4" w:space="0" w:color="D8E6EC"/>
              <w:bottom w:val="single" w:sz="4" w:space="0" w:color="D8E6EC"/>
              <w:right w:val="single" w:sz="4" w:space="0" w:color="D8E6EC"/>
            </w:tcBorders>
            <w:vAlign w:val="center"/>
          </w:tcPr>
          <w:p w14:paraId="0D09F445" w14:textId="77777777" w:rsidR="00610360" w:rsidRDefault="00000000">
            <w:pPr>
              <w:spacing w:after="0"/>
            </w:pPr>
            <w:r>
              <w:rPr>
                <w:sz w:val="17"/>
              </w:rPr>
              <w:t>read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51ECBA88"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1BCC77B" w14:textId="77777777" w:rsidR="00610360" w:rsidRDefault="00000000">
            <w:pPr>
              <w:spacing w:after="0"/>
            </w:pPr>
            <w:r>
              <w:rPr>
                <w:sz w:val="17"/>
              </w:rPr>
              <w:t>Mi lege.</w:t>
            </w:r>
          </w:p>
        </w:tc>
      </w:tr>
      <w:tr w:rsidR="00610360" w14:paraId="0307B42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86C5CC2" w14:textId="77777777" w:rsidR="00610360" w:rsidRDefault="00000000">
            <w:pPr>
              <w:spacing w:after="0"/>
            </w:pPr>
            <w:r>
              <w:rPr>
                <w:sz w:val="17"/>
              </w:rPr>
              <w:t>skribe</w:t>
            </w:r>
          </w:p>
        </w:tc>
        <w:tc>
          <w:tcPr>
            <w:tcW w:w="2592" w:type="dxa"/>
            <w:tcBorders>
              <w:top w:val="single" w:sz="4" w:space="0" w:color="D8E6EC"/>
              <w:left w:val="single" w:sz="4" w:space="0" w:color="D8E6EC"/>
              <w:bottom w:val="single" w:sz="4" w:space="0" w:color="D8E6EC"/>
              <w:right w:val="single" w:sz="4" w:space="0" w:color="D8E6EC"/>
            </w:tcBorders>
            <w:vAlign w:val="center"/>
          </w:tcPr>
          <w:p w14:paraId="002F6D3A" w14:textId="77777777" w:rsidR="00610360" w:rsidRDefault="00000000">
            <w:pPr>
              <w:spacing w:after="0"/>
            </w:pPr>
            <w:r>
              <w:rPr>
                <w:sz w:val="17"/>
              </w:rPr>
              <w:t>write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367DE904"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76118F9" w14:textId="77777777" w:rsidR="00610360" w:rsidRDefault="00000000">
            <w:pPr>
              <w:spacing w:after="0"/>
            </w:pPr>
            <w:r>
              <w:rPr>
                <w:sz w:val="17"/>
              </w:rPr>
              <w:t>Mi skribe.</w:t>
            </w:r>
          </w:p>
        </w:tc>
      </w:tr>
      <w:tr w:rsidR="00610360" w14:paraId="19E05A7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9969EF2" w14:textId="77777777" w:rsidR="00610360" w:rsidRDefault="00000000">
            <w:pPr>
              <w:spacing w:after="0"/>
            </w:pPr>
            <w:r>
              <w:rPr>
                <w:sz w:val="17"/>
              </w:rPr>
              <w:t>compra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25C89E7" w14:textId="77777777" w:rsidR="00610360" w:rsidRDefault="00000000">
            <w:pPr>
              <w:spacing w:after="0"/>
            </w:pPr>
            <w:r>
              <w:rPr>
                <w:sz w:val="17"/>
              </w:rPr>
              <w:t>buy</w:t>
            </w:r>
          </w:p>
        </w:tc>
        <w:tc>
          <w:tcPr>
            <w:tcW w:w="2592" w:type="dxa"/>
            <w:tcBorders>
              <w:top w:val="single" w:sz="4" w:space="0" w:color="D8E6EC"/>
              <w:left w:val="single" w:sz="4" w:space="0" w:color="D8E6EC"/>
              <w:bottom w:val="single" w:sz="4" w:space="0" w:color="D8E6EC"/>
              <w:right w:val="single" w:sz="4" w:space="0" w:color="D8E6EC"/>
            </w:tcBorders>
            <w:vAlign w:val="center"/>
          </w:tcPr>
          <w:p w14:paraId="3323212F"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5BCDFBE" w14:textId="77777777" w:rsidR="00610360" w:rsidRDefault="00000000">
            <w:pPr>
              <w:spacing w:after="0"/>
            </w:pPr>
            <w:r>
              <w:rPr>
                <w:sz w:val="17"/>
              </w:rPr>
              <w:t>Mi compra.</w:t>
            </w:r>
          </w:p>
        </w:tc>
      </w:tr>
      <w:tr w:rsidR="00610360" w14:paraId="4AB08FC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EFA2911" w14:textId="77777777" w:rsidR="00610360" w:rsidRDefault="00000000">
            <w:pPr>
              <w:spacing w:after="0"/>
            </w:pPr>
            <w:r>
              <w:rPr>
                <w:sz w:val="17"/>
              </w:rPr>
              <w:t>labora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E065BB9" w14:textId="77777777" w:rsidR="00610360" w:rsidRDefault="00000000">
            <w:pPr>
              <w:spacing w:after="0"/>
            </w:pPr>
            <w:r>
              <w:rPr>
                <w:sz w:val="17"/>
              </w:rPr>
              <w:t>work</w:t>
            </w:r>
          </w:p>
        </w:tc>
        <w:tc>
          <w:tcPr>
            <w:tcW w:w="2592" w:type="dxa"/>
            <w:tcBorders>
              <w:top w:val="single" w:sz="4" w:space="0" w:color="D8E6EC"/>
              <w:left w:val="single" w:sz="4" w:space="0" w:color="D8E6EC"/>
              <w:bottom w:val="single" w:sz="4" w:space="0" w:color="D8E6EC"/>
              <w:right w:val="single" w:sz="4" w:space="0" w:color="D8E6EC"/>
            </w:tcBorders>
            <w:vAlign w:val="center"/>
          </w:tcPr>
          <w:p w14:paraId="04F9AD4A"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979A4B4" w14:textId="77777777" w:rsidR="00610360" w:rsidRDefault="00000000">
            <w:pPr>
              <w:spacing w:after="0"/>
            </w:pPr>
            <w:r>
              <w:rPr>
                <w:sz w:val="17"/>
              </w:rPr>
              <w:t>Mi labora.</w:t>
            </w:r>
          </w:p>
        </w:tc>
      </w:tr>
      <w:tr w:rsidR="00610360" w14:paraId="103FF2B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2882E23" w14:textId="77777777" w:rsidR="00610360" w:rsidRDefault="00000000">
            <w:pPr>
              <w:spacing w:after="0"/>
            </w:pPr>
            <w:r>
              <w:rPr>
                <w:sz w:val="17"/>
              </w:rPr>
              <w:t>prepara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D5EF00B" w14:textId="77777777" w:rsidR="00610360" w:rsidRDefault="00000000">
            <w:pPr>
              <w:spacing w:after="0"/>
            </w:pPr>
            <w:r>
              <w:rPr>
                <w:sz w:val="17"/>
              </w:rPr>
              <w:t>prepare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6E2BD599"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22AE3550" w14:textId="77777777" w:rsidR="00610360" w:rsidRDefault="00000000">
            <w:pPr>
              <w:spacing w:after="0"/>
            </w:pPr>
            <w:r>
              <w:rPr>
                <w:sz w:val="17"/>
              </w:rPr>
              <w:t>Mi prepara.</w:t>
            </w:r>
          </w:p>
        </w:tc>
      </w:tr>
      <w:tr w:rsidR="00610360" w14:paraId="1C47477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500ABD" w14:textId="77777777" w:rsidR="00610360" w:rsidRDefault="00000000">
            <w:pPr>
              <w:spacing w:after="0"/>
            </w:pPr>
            <w:r>
              <w:rPr>
                <w:sz w:val="17"/>
              </w:rPr>
              <w:t>arriva</w:t>
            </w:r>
          </w:p>
        </w:tc>
        <w:tc>
          <w:tcPr>
            <w:tcW w:w="2592" w:type="dxa"/>
            <w:tcBorders>
              <w:top w:val="single" w:sz="4" w:space="0" w:color="D8E6EC"/>
              <w:left w:val="single" w:sz="4" w:space="0" w:color="D8E6EC"/>
              <w:bottom w:val="single" w:sz="4" w:space="0" w:color="D8E6EC"/>
              <w:right w:val="single" w:sz="4" w:space="0" w:color="D8E6EC"/>
            </w:tcBorders>
            <w:vAlign w:val="center"/>
          </w:tcPr>
          <w:p w14:paraId="19B8B27B" w14:textId="77777777" w:rsidR="00610360" w:rsidRDefault="00000000">
            <w:pPr>
              <w:spacing w:after="0"/>
            </w:pPr>
            <w:r>
              <w:rPr>
                <w:sz w:val="17"/>
              </w:rPr>
              <w:t>arrive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5DA3C68A"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F048AA1" w14:textId="77777777" w:rsidR="00610360" w:rsidRDefault="00000000">
            <w:pPr>
              <w:spacing w:after="0"/>
            </w:pPr>
            <w:r>
              <w:rPr>
                <w:sz w:val="17"/>
              </w:rPr>
              <w:t>Mi arriva.</w:t>
            </w:r>
          </w:p>
        </w:tc>
      </w:tr>
      <w:tr w:rsidR="00610360" w:rsidRPr="00C12360" w14:paraId="225DF3E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58E49C5" w14:textId="77777777" w:rsidR="00610360" w:rsidRDefault="00000000">
            <w:pPr>
              <w:spacing w:after="0"/>
            </w:pPr>
            <w:r>
              <w:rPr>
                <w:sz w:val="17"/>
              </w:rPr>
              <w:t>passa</w:t>
            </w:r>
          </w:p>
        </w:tc>
        <w:tc>
          <w:tcPr>
            <w:tcW w:w="2592" w:type="dxa"/>
            <w:tcBorders>
              <w:top w:val="single" w:sz="4" w:space="0" w:color="D8E6EC"/>
              <w:left w:val="single" w:sz="4" w:space="0" w:color="D8E6EC"/>
              <w:bottom w:val="single" w:sz="4" w:space="0" w:color="D8E6EC"/>
              <w:right w:val="single" w:sz="4" w:space="0" w:color="D8E6EC"/>
            </w:tcBorders>
            <w:vAlign w:val="center"/>
          </w:tcPr>
          <w:p w14:paraId="6EB0EFB8"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4E94814"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47EDFD6"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passa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14:paraId="3C29CF7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962B29F" w14:textId="77777777" w:rsidR="00610360" w:rsidRDefault="00000000">
            <w:pPr>
              <w:spacing w:after="0"/>
            </w:pPr>
            <w:proofErr w:type="spellStart"/>
            <w:r>
              <w:rPr>
                <w:sz w:val="17"/>
              </w:rPr>
              <w:t>komensa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2A6B3F1A" w14:textId="77777777" w:rsidR="00610360" w:rsidRDefault="00000000">
            <w:pPr>
              <w:spacing w:after="0"/>
            </w:pPr>
            <w:r>
              <w:rPr>
                <w:sz w:val="17"/>
              </w:rPr>
              <w:t>begin</w:t>
            </w:r>
          </w:p>
        </w:tc>
        <w:tc>
          <w:tcPr>
            <w:tcW w:w="2592" w:type="dxa"/>
            <w:tcBorders>
              <w:top w:val="single" w:sz="4" w:space="0" w:color="D8E6EC"/>
              <w:left w:val="single" w:sz="4" w:space="0" w:color="D8E6EC"/>
              <w:bottom w:val="single" w:sz="4" w:space="0" w:color="D8E6EC"/>
              <w:right w:val="single" w:sz="4" w:space="0" w:color="D8E6EC"/>
            </w:tcBorders>
            <w:vAlign w:val="center"/>
          </w:tcPr>
          <w:p w14:paraId="6F608AE7"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5BDC48A" w14:textId="77777777" w:rsidR="00610360" w:rsidRDefault="00000000">
            <w:pPr>
              <w:spacing w:after="0"/>
            </w:pPr>
            <w:r>
              <w:rPr>
                <w:sz w:val="17"/>
              </w:rPr>
              <w:t>Mi komensa.</w:t>
            </w:r>
          </w:p>
        </w:tc>
      </w:tr>
      <w:tr w:rsidR="00610360" w:rsidRPr="00C12360" w14:paraId="3A23CA3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086F81" w14:textId="77777777" w:rsidR="00610360" w:rsidRDefault="00000000">
            <w:pPr>
              <w:spacing w:after="0"/>
            </w:pPr>
            <w:r>
              <w:rPr>
                <w:sz w:val="17"/>
              </w:rPr>
              <w:t>fin</w:t>
            </w:r>
          </w:p>
        </w:tc>
        <w:tc>
          <w:tcPr>
            <w:tcW w:w="2592" w:type="dxa"/>
            <w:tcBorders>
              <w:top w:val="single" w:sz="4" w:space="0" w:color="D8E6EC"/>
              <w:left w:val="single" w:sz="4" w:space="0" w:color="D8E6EC"/>
              <w:bottom w:val="single" w:sz="4" w:space="0" w:color="D8E6EC"/>
              <w:right w:val="single" w:sz="4" w:space="0" w:color="D8E6EC"/>
            </w:tcBorders>
            <w:vAlign w:val="center"/>
          </w:tcPr>
          <w:p w14:paraId="7DAA83F2"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194E430"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802AFED" w14:textId="77777777" w:rsidR="00610360" w:rsidRPr="00C12360" w:rsidRDefault="00000000">
            <w:pPr>
              <w:spacing w:after="0"/>
              <w:rPr>
                <w:lang w:val="es-ES"/>
              </w:rPr>
            </w:pPr>
            <w:r w:rsidRPr="00C12360">
              <w:rPr>
                <w:sz w:val="17"/>
                <w:lang w:val="es-ES"/>
              </w:rPr>
              <w:t xml:space="preserve">Mi usa fin en </w:t>
            </w:r>
            <w:proofErr w:type="gramStart"/>
            <w:r w:rsidRPr="00C12360">
              <w:rPr>
                <w:sz w:val="17"/>
                <w:lang w:val="es-ES"/>
              </w:rPr>
              <w:t>un frase</w:t>
            </w:r>
            <w:proofErr w:type="gramEnd"/>
            <w:r w:rsidRPr="00C12360">
              <w:rPr>
                <w:sz w:val="17"/>
                <w:lang w:val="es-ES"/>
              </w:rPr>
              <w:t>.</w:t>
            </w:r>
          </w:p>
        </w:tc>
      </w:tr>
      <w:tr w:rsidR="00610360" w14:paraId="122D249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10DBB9" w14:textId="77777777" w:rsidR="00610360" w:rsidRDefault="00000000">
            <w:pPr>
              <w:spacing w:after="0"/>
            </w:pPr>
            <w:r>
              <w:rPr>
                <w:sz w:val="17"/>
              </w:rPr>
              <w:t>dise</w:t>
            </w:r>
          </w:p>
        </w:tc>
        <w:tc>
          <w:tcPr>
            <w:tcW w:w="2592" w:type="dxa"/>
            <w:tcBorders>
              <w:top w:val="single" w:sz="4" w:space="0" w:color="D8E6EC"/>
              <w:left w:val="single" w:sz="4" w:space="0" w:color="D8E6EC"/>
              <w:bottom w:val="single" w:sz="4" w:space="0" w:color="D8E6EC"/>
              <w:right w:val="single" w:sz="4" w:space="0" w:color="D8E6EC"/>
            </w:tcBorders>
            <w:vAlign w:val="center"/>
          </w:tcPr>
          <w:p w14:paraId="43CA0FD7" w14:textId="77777777" w:rsidR="00610360" w:rsidRDefault="00000000">
            <w:pPr>
              <w:spacing w:after="0"/>
            </w:pPr>
            <w:r>
              <w:rPr>
                <w:sz w:val="17"/>
              </w:rPr>
              <w:t>say</w:t>
            </w:r>
          </w:p>
        </w:tc>
        <w:tc>
          <w:tcPr>
            <w:tcW w:w="2592" w:type="dxa"/>
            <w:tcBorders>
              <w:top w:val="single" w:sz="4" w:space="0" w:color="D8E6EC"/>
              <w:left w:val="single" w:sz="4" w:space="0" w:color="D8E6EC"/>
              <w:bottom w:val="single" w:sz="4" w:space="0" w:color="D8E6EC"/>
              <w:right w:val="single" w:sz="4" w:space="0" w:color="D8E6EC"/>
            </w:tcBorders>
            <w:vAlign w:val="center"/>
          </w:tcPr>
          <w:p w14:paraId="39CE7775"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40C9A0DD" w14:textId="77777777" w:rsidR="00610360" w:rsidRDefault="00000000">
            <w:pPr>
              <w:spacing w:after="0"/>
            </w:pPr>
            <w:r>
              <w:rPr>
                <w:sz w:val="17"/>
              </w:rPr>
              <w:t>Mi dise.</w:t>
            </w:r>
          </w:p>
        </w:tc>
      </w:tr>
      <w:tr w:rsidR="00610360" w14:paraId="46E22D2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8E07FD4" w14:textId="77777777" w:rsidR="00610360" w:rsidRDefault="00000000">
            <w:pPr>
              <w:spacing w:after="0"/>
            </w:pPr>
            <w:r>
              <w:rPr>
                <w:sz w:val="17"/>
              </w:rPr>
              <w:t>responde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94C7DA" w14:textId="77777777" w:rsidR="00610360" w:rsidRDefault="00000000">
            <w:pPr>
              <w:spacing w:after="0"/>
            </w:pPr>
            <w:r>
              <w:rPr>
                <w:sz w:val="17"/>
              </w:rPr>
              <w:t>answer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1C3B5E2"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C258813" w14:textId="77777777" w:rsidR="00610360" w:rsidRDefault="00000000">
            <w:pPr>
              <w:spacing w:after="0"/>
            </w:pPr>
            <w:r>
              <w:rPr>
                <w:sz w:val="17"/>
              </w:rPr>
              <w:t>Mi responde.</w:t>
            </w:r>
          </w:p>
        </w:tc>
      </w:tr>
      <w:tr w:rsidR="00610360" w14:paraId="0C5B614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EBDCF4" w14:textId="77777777" w:rsidR="00610360" w:rsidRDefault="00000000">
            <w:pPr>
              <w:spacing w:after="0"/>
            </w:pPr>
            <w:r>
              <w:rPr>
                <w:sz w:val="17"/>
              </w:rPr>
              <w:t>aud</w:t>
            </w:r>
          </w:p>
        </w:tc>
        <w:tc>
          <w:tcPr>
            <w:tcW w:w="2592" w:type="dxa"/>
            <w:tcBorders>
              <w:top w:val="single" w:sz="4" w:space="0" w:color="D8E6EC"/>
              <w:left w:val="single" w:sz="4" w:space="0" w:color="D8E6EC"/>
              <w:bottom w:val="single" w:sz="4" w:space="0" w:color="D8E6EC"/>
              <w:right w:val="single" w:sz="4" w:space="0" w:color="D8E6EC"/>
            </w:tcBorders>
            <w:vAlign w:val="center"/>
          </w:tcPr>
          <w:p w14:paraId="0C887308" w14:textId="77777777" w:rsidR="00610360" w:rsidRDefault="00000000">
            <w:pPr>
              <w:spacing w:after="0"/>
            </w:pPr>
            <w:r>
              <w:rPr>
                <w:sz w:val="17"/>
              </w:rPr>
              <w:t>hear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69B1AD14"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049DACA" w14:textId="77777777" w:rsidR="00610360" w:rsidRDefault="00000000">
            <w:pPr>
              <w:spacing w:after="0"/>
            </w:pPr>
            <w:r>
              <w:rPr>
                <w:sz w:val="17"/>
              </w:rPr>
              <w:t>Mi aud.</w:t>
            </w:r>
          </w:p>
        </w:tc>
      </w:tr>
      <w:tr w:rsidR="00610360" w14:paraId="10C5F0C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8AEEDB4" w14:textId="77777777" w:rsidR="00610360" w:rsidRDefault="00000000">
            <w:pPr>
              <w:spacing w:after="0"/>
            </w:pPr>
            <w:r>
              <w:rPr>
                <w:sz w:val="17"/>
              </w:rPr>
              <w:t>dormi</w:t>
            </w:r>
          </w:p>
        </w:tc>
        <w:tc>
          <w:tcPr>
            <w:tcW w:w="2592" w:type="dxa"/>
            <w:tcBorders>
              <w:top w:val="single" w:sz="4" w:space="0" w:color="D8E6EC"/>
              <w:left w:val="single" w:sz="4" w:space="0" w:color="D8E6EC"/>
              <w:bottom w:val="single" w:sz="4" w:space="0" w:color="D8E6EC"/>
              <w:right w:val="single" w:sz="4" w:space="0" w:color="D8E6EC"/>
            </w:tcBorders>
            <w:vAlign w:val="center"/>
          </w:tcPr>
          <w:p w14:paraId="59E1EC3A" w14:textId="77777777" w:rsidR="00610360" w:rsidRDefault="00000000">
            <w:pPr>
              <w:spacing w:after="0"/>
            </w:pPr>
            <w:r>
              <w:rPr>
                <w:sz w:val="17"/>
              </w:rPr>
              <w:t>sleep</w:t>
            </w:r>
          </w:p>
        </w:tc>
        <w:tc>
          <w:tcPr>
            <w:tcW w:w="2592" w:type="dxa"/>
            <w:tcBorders>
              <w:top w:val="single" w:sz="4" w:space="0" w:color="D8E6EC"/>
              <w:left w:val="single" w:sz="4" w:space="0" w:color="D8E6EC"/>
              <w:bottom w:val="single" w:sz="4" w:space="0" w:color="D8E6EC"/>
              <w:right w:val="single" w:sz="4" w:space="0" w:color="D8E6EC"/>
            </w:tcBorders>
            <w:vAlign w:val="center"/>
          </w:tcPr>
          <w:p w14:paraId="4B30651B"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AA39633" w14:textId="77777777" w:rsidR="00610360" w:rsidRDefault="00000000">
            <w:pPr>
              <w:spacing w:after="0"/>
            </w:pPr>
            <w:r>
              <w:rPr>
                <w:sz w:val="17"/>
              </w:rPr>
              <w:t>Mi dormi.</w:t>
            </w:r>
          </w:p>
        </w:tc>
      </w:tr>
      <w:tr w:rsidR="00610360" w:rsidRPr="00C12360" w14:paraId="59F51D8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4B1E7DE" w14:textId="77777777" w:rsidR="00610360" w:rsidRDefault="00000000">
            <w:pPr>
              <w:spacing w:after="0"/>
            </w:pPr>
            <w:r>
              <w:rPr>
                <w:sz w:val="17"/>
              </w:rPr>
              <w:t>canta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0818FBA1"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17A0A02"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1DEC340" w14:textId="77777777" w:rsidR="00610360" w:rsidRPr="00C12360" w:rsidRDefault="00000000">
            <w:pPr>
              <w:spacing w:after="0"/>
              <w:rPr>
                <w:lang w:val="es-ES"/>
              </w:rPr>
            </w:pPr>
            <w:r w:rsidRPr="00C12360">
              <w:rPr>
                <w:sz w:val="17"/>
                <w:lang w:val="es-ES"/>
              </w:rPr>
              <w:t xml:space="preserve">Mi usa canta en </w:t>
            </w:r>
            <w:proofErr w:type="gramStart"/>
            <w:r w:rsidRPr="00C12360">
              <w:rPr>
                <w:sz w:val="17"/>
                <w:lang w:val="es-ES"/>
              </w:rPr>
              <w:t>un frase</w:t>
            </w:r>
            <w:proofErr w:type="gramEnd"/>
            <w:r w:rsidRPr="00C12360">
              <w:rPr>
                <w:sz w:val="17"/>
                <w:lang w:val="es-ES"/>
              </w:rPr>
              <w:t>.</w:t>
            </w:r>
          </w:p>
        </w:tc>
      </w:tr>
      <w:tr w:rsidR="00610360" w14:paraId="6EA251B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7AB57D" w14:textId="77777777" w:rsidR="00610360" w:rsidRDefault="00000000">
            <w:pPr>
              <w:spacing w:after="0"/>
            </w:pPr>
            <w:proofErr w:type="spellStart"/>
            <w:r>
              <w:rPr>
                <w:sz w:val="17"/>
              </w:rPr>
              <w:t>bebe</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D91470B" w14:textId="77777777" w:rsidR="00610360" w:rsidRDefault="00000000">
            <w:pPr>
              <w:spacing w:after="0"/>
            </w:pPr>
            <w:r>
              <w:rPr>
                <w:sz w:val="17"/>
              </w:rPr>
              <w:t>drink</w:t>
            </w:r>
          </w:p>
        </w:tc>
        <w:tc>
          <w:tcPr>
            <w:tcW w:w="2592" w:type="dxa"/>
            <w:tcBorders>
              <w:top w:val="single" w:sz="4" w:space="0" w:color="D8E6EC"/>
              <w:left w:val="single" w:sz="4" w:space="0" w:color="D8E6EC"/>
              <w:bottom w:val="single" w:sz="4" w:space="0" w:color="D8E6EC"/>
              <w:right w:val="single" w:sz="4" w:space="0" w:color="D8E6EC"/>
            </w:tcBorders>
            <w:vAlign w:val="center"/>
          </w:tcPr>
          <w:p w14:paraId="695F212C"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1888D53" w14:textId="77777777" w:rsidR="00610360" w:rsidRDefault="00000000">
            <w:pPr>
              <w:spacing w:after="0"/>
            </w:pPr>
            <w:r>
              <w:rPr>
                <w:sz w:val="17"/>
              </w:rPr>
              <w:t>Mi bebe.</w:t>
            </w:r>
          </w:p>
        </w:tc>
      </w:tr>
      <w:tr w:rsidR="00610360" w14:paraId="0DB608F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24B10A" w14:textId="77777777" w:rsidR="00610360" w:rsidRDefault="00000000">
            <w:pPr>
              <w:spacing w:after="0"/>
            </w:pPr>
            <w:r>
              <w:rPr>
                <w:sz w:val="17"/>
              </w:rPr>
              <w:t>movi</w:t>
            </w:r>
          </w:p>
        </w:tc>
        <w:tc>
          <w:tcPr>
            <w:tcW w:w="2592" w:type="dxa"/>
            <w:tcBorders>
              <w:top w:val="single" w:sz="4" w:space="0" w:color="D8E6EC"/>
              <w:left w:val="single" w:sz="4" w:space="0" w:color="D8E6EC"/>
              <w:bottom w:val="single" w:sz="4" w:space="0" w:color="D8E6EC"/>
              <w:right w:val="single" w:sz="4" w:space="0" w:color="D8E6EC"/>
            </w:tcBorders>
            <w:vAlign w:val="center"/>
          </w:tcPr>
          <w:p w14:paraId="6EA8CBC9" w14:textId="77777777" w:rsidR="00610360" w:rsidRDefault="00000000">
            <w:pPr>
              <w:spacing w:after="0"/>
            </w:pPr>
            <w:r>
              <w:rPr>
                <w:sz w:val="17"/>
              </w:rPr>
              <w:t>move</w:t>
            </w:r>
          </w:p>
        </w:tc>
        <w:tc>
          <w:tcPr>
            <w:tcW w:w="2592" w:type="dxa"/>
            <w:tcBorders>
              <w:top w:val="single" w:sz="4" w:space="0" w:color="D8E6EC"/>
              <w:left w:val="single" w:sz="4" w:space="0" w:color="D8E6EC"/>
              <w:bottom w:val="single" w:sz="4" w:space="0" w:color="D8E6EC"/>
              <w:right w:val="single" w:sz="4" w:space="0" w:color="D8E6EC"/>
            </w:tcBorders>
            <w:vAlign w:val="center"/>
          </w:tcPr>
          <w:p w14:paraId="5C9EC139"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167946D" w14:textId="77777777" w:rsidR="00610360" w:rsidRDefault="00000000">
            <w:pPr>
              <w:spacing w:after="0"/>
            </w:pPr>
            <w:r>
              <w:rPr>
                <w:sz w:val="17"/>
              </w:rPr>
              <w:t>Mi movi.</w:t>
            </w:r>
          </w:p>
        </w:tc>
      </w:tr>
    </w:tbl>
    <w:p w14:paraId="1B81DC3F"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1B23900A"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FEB166E"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8C866FB" w14:textId="77777777" w:rsidR="00610360" w:rsidRDefault="00000000">
            <w:pPr>
              <w:spacing w:after="0"/>
            </w:pPr>
            <w:r>
              <w:rPr>
                <w:b/>
                <w:color w:val="FFFFFF"/>
                <w:sz w:val="17"/>
              </w:rPr>
              <w:t>English</w:t>
            </w:r>
          </w:p>
        </w:tc>
      </w:tr>
      <w:tr w:rsidR="00610360" w14:paraId="6E8F928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E5995D7" w14:textId="77777777" w:rsidR="00610360" w:rsidRPr="00C12360" w:rsidRDefault="00000000">
            <w:pPr>
              <w:spacing w:after="0"/>
              <w:rPr>
                <w:lang w:val="es-ES"/>
              </w:rPr>
            </w:pPr>
            <w:r w:rsidRPr="00C12360">
              <w:rPr>
                <w:sz w:val="17"/>
                <w:lang w:val="es-ES"/>
              </w:rPr>
              <w:t xml:space="preserve">Mi </w:t>
            </w:r>
            <w:proofErr w:type="spellStart"/>
            <w:r w:rsidRPr="00C12360">
              <w:rPr>
                <w:sz w:val="17"/>
                <w:lang w:val="es-ES"/>
              </w:rPr>
              <w:t>pa</w:t>
            </w:r>
            <w:proofErr w:type="spellEnd"/>
            <w:r w:rsidRPr="00C12360">
              <w:rPr>
                <w:sz w:val="17"/>
                <w:lang w:val="es-ES"/>
              </w:rPr>
              <w:t xml:space="preserve"> visita la urbe.</w:t>
            </w:r>
          </w:p>
        </w:tc>
        <w:tc>
          <w:tcPr>
            <w:tcW w:w="5184" w:type="dxa"/>
            <w:tcBorders>
              <w:top w:val="single" w:sz="4" w:space="0" w:color="D8E6EC"/>
              <w:left w:val="single" w:sz="4" w:space="0" w:color="D8E6EC"/>
              <w:bottom w:val="single" w:sz="4" w:space="0" w:color="D8E6EC"/>
              <w:right w:val="single" w:sz="4" w:space="0" w:color="D8E6EC"/>
            </w:tcBorders>
            <w:vAlign w:val="center"/>
          </w:tcPr>
          <w:p w14:paraId="0DD63A84" w14:textId="77777777" w:rsidR="00610360" w:rsidRDefault="00000000">
            <w:pPr>
              <w:spacing w:after="0"/>
            </w:pPr>
            <w:r>
              <w:rPr>
                <w:sz w:val="17"/>
              </w:rPr>
              <w:t>I visited the city.</w:t>
            </w:r>
          </w:p>
        </w:tc>
      </w:tr>
      <w:tr w:rsidR="00610360" w14:paraId="3F6DFC4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4F4FDD7" w14:textId="77777777" w:rsidR="00610360" w:rsidRPr="00C12360" w:rsidRDefault="00000000">
            <w:pPr>
              <w:spacing w:after="0"/>
              <w:rPr>
                <w:lang w:val="es-ES"/>
              </w:rPr>
            </w:pPr>
            <w:r w:rsidRPr="00C12360">
              <w:rPr>
                <w:sz w:val="17"/>
                <w:lang w:val="es-ES"/>
              </w:rPr>
              <w:t xml:space="preserve">Nos </w:t>
            </w:r>
            <w:proofErr w:type="spellStart"/>
            <w:r w:rsidRPr="00C12360">
              <w:rPr>
                <w:sz w:val="17"/>
                <w:lang w:val="es-ES"/>
              </w:rPr>
              <w:t>pa</w:t>
            </w:r>
            <w:proofErr w:type="spellEnd"/>
            <w:r w:rsidRPr="00C12360">
              <w:rPr>
                <w:sz w:val="17"/>
                <w:lang w:val="es-ES"/>
              </w:rPr>
              <w:t xml:space="preserve"> lege un libro.</w:t>
            </w:r>
          </w:p>
        </w:tc>
        <w:tc>
          <w:tcPr>
            <w:tcW w:w="5184" w:type="dxa"/>
            <w:tcBorders>
              <w:top w:val="single" w:sz="4" w:space="0" w:color="D8E6EC"/>
              <w:left w:val="single" w:sz="4" w:space="0" w:color="D8E6EC"/>
              <w:bottom w:val="single" w:sz="4" w:space="0" w:color="D8E6EC"/>
              <w:right w:val="single" w:sz="4" w:space="0" w:color="D8E6EC"/>
            </w:tcBorders>
            <w:vAlign w:val="center"/>
          </w:tcPr>
          <w:p w14:paraId="15BAEEF5" w14:textId="77777777" w:rsidR="00610360" w:rsidRDefault="00000000">
            <w:pPr>
              <w:spacing w:after="0"/>
            </w:pPr>
            <w:r>
              <w:rPr>
                <w:sz w:val="17"/>
              </w:rPr>
              <w:t>We read a book.</w:t>
            </w:r>
          </w:p>
        </w:tc>
      </w:tr>
      <w:tr w:rsidR="00610360" w14:paraId="7BABF13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974105F" w14:textId="77777777" w:rsidR="00610360" w:rsidRDefault="00000000">
            <w:pPr>
              <w:spacing w:after="0"/>
            </w:pPr>
            <w:r>
              <w:rPr>
                <w:sz w:val="17"/>
              </w:rPr>
              <w:t>Ela pa arriva yester.</w:t>
            </w:r>
          </w:p>
        </w:tc>
        <w:tc>
          <w:tcPr>
            <w:tcW w:w="5184" w:type="dxa"/>
            <w:tcBorders>
              <w:top w:val="single" w:sz="4" w:space="0" w:color="D8E6EC"/>
              <w:left w:val="single" w:sz="4" w:space="0" w:color="D8E6EC"/>
              <w:bottom w:val="single" w:sz="4" w:space="0" w:color="D8E6EC"/>
              <w:right w:val="single" w:sz="4" w:space="0" w:color="D8E6EC"/>
            </w:tcBorders>
            <w:vAlign w:val="center"/>
          </w:tcPr>
          <w:p w14:paraId="74A511E2" w14:textId="77777777" w:rsidR="00610360" w:rsidRDefault="00000000">
            <w:pPr>
              <w:spacing w:after="0"/>
            </w:pPr>
            <w:r>
              <w:rPr>
                <w:sz w:val="17"/>
              </w:rPr>
              <w:t>She arrived yesterday.</w:t>
            </w:r>
          </w:p>
        </w:tc>
      </w:tr>
      <w:tr w:rsidR="00610360" w14:paraId="1534A75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E522E17" w14:textId="77777777" w:rsidR="00610360" w:rsidRDefault="00000000">
            <w:pPr>
              <w:spacing w:after="0"/>
            </w:pPr>
            <w:r>
              <w:rPr>
                <w:sz w:val="17"/>
              </w:rPr>
              <w:t>Tu ne pa responde.</w:t>
            </w:r>
          </w:p>
        </w:tc>
        <w:tc>
          <w:tcPr>
            <w:tcW w:w="5184" w:type="dxa"/>
            <w:tcBorders>
              <w:top w:val="single" w:sz="4" w:space="0" w:color="D8E6EC"/>
              <w:left w:val="single" w:sz="4" w:space="0" w:color="D8E6EC"/>
              <w:bottom w:val="single" w:sz="4" w:space="0" w:color="D8E6EC"/>
              <w:right w:val="single" w:sz="4" w:space="0" w:color="D8E6EC"/>
            </w:tcBorders>
            <w:vAlign w:val="center"/>
          </w:tcPr>
          <w:p w14:paraId="01BEF11D" w14:textId="77777777" w:rsidR="00610360" w:rsidRDefault="00000000">
            <w:pPr>
              <w:spacing w:after="0"/>
            </w:pPr>
            <w:r>
              <w:rPr>
                <w:sz w:val="17"/>
              </w:rPr>
              <w:t>You did not answer.</w:t>
            </w:r>
          </w:p>
        </w:tc>
      </w:tr>
    </w:tbl>
    <w:p w14:paraId="2003E111" w14:textId="77777777" w:rsidR="00610360" w:rsidRDefault="00000000">
      <w:pPr>
        <w:pStyle w:val="Heading2"/>
        <w:spacing w:after="120"/>
      </w:pPr>
      <w:r>
        <w:rPr>
          <w:rFonts w:ascii="Aptos" w:hAnsi="Aptos"/>
        </w:rPr>
        <w:t>Speak it out loud</w:t>
      </w:r>
    </w:p>
    <w:p w14:paraId="4FDDFF59" w14:textId="77777777" w:rsidR="00610360" w:rsidRDefault="00000000">
      <w:pPr>
        <w:spacing w:after="120"/>
      </w:pPr>
      <w:r>
        <w:t>Read each pattern three times. First slowly. Second normally. Third with confidence. Then replace one word and read the new sentence.</w:t>
      </w:r>
    </w:p>
    <w:p w14:paraId="1299DFB0"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24350D53"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4271B0F"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B45EA29" w14:textId="77777777" w:rsidR="00610360" w:rsidRDefault="00000000">
            <w:pPr>
              <w:spacing w:after="0"/>
            </w:pPr>
            <w:r>
              <w:rPr>
                <w:b/>
                <w:color w:val="FFFFFF"/>
                <w:sz w:val="17"/>
              </w:rPr>
              <w:t>Line</w:t>
            </w:r>
          </w:p>
        </w:tc>
      </w:tr>
      <w:tr w:rsidR="00610360" w14:paraId="08D1C15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24CE83E"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7B766A1C" w14:textId="77777777" w:rsidR="00610360" w:rsidRDefault="00000000">
            <w:pPr>
              <w:spacing w:after="0"/>
            </w:pPr>
            <w:r>
              <w:rPr>
                <w:sz w:val="17"/>
              </w:rPr>
              <w:t>Ke tu pa far yester?</w:t>
            </w:r>
          </w:p>
        </w:tc>
      </w:tr>
      <w:tr w:rsidR="00610360" w:rsidRPr="00C12360" w14:paraId="3CE2F4B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1F2E22C"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0DDB9B56" w14:textId="77777777" w:rsidR="00610360" w:rsidRPr="00C12360" w:rsidRDefault="00000000">
            <w:pPr>
              <w:spacing w:after="0"/>
              <w:rPr>
                <w:lang w:val="es-ES"/>
              </w:rPr>
            </w:pPr>
            <w:r w:rsidRPr="00C12360">
              <w:rPr>
                <w:sz w:val="17"/>
                <w:lang w:val="es-ES"/>
              </w:rPr>
              <w:t xml:space="preserve">Mi </w:t>
            </w:r>
            <w:proofErr w:type="spellStart"/>
            <w:r w:rsidRPr="00C12360">
              <w:rPr>
                <w:sz w:val="17"/>
                <w:lang w:val="es-ES"/>
              </w:rPr>
              <w:t>pa</w:t>
            </w:r>
            <w:proofErr w:type="spellEnd"/>
            <w:r w:rsidRPr="00C12360">
              <w:rPr>
                <w:sz w:val="17"/>
                <w:lang w:val="es-ES"/>
              </w:rPr>
              <w:t xml:space="preserve"> visita la urbe.</w:t>
            </w:r>
          </w:p>
        </w:tc>
      </w:tr>
      <w:tr w:rsidR="00610360" w:rsidRPr="00C12360" w14:paraId="545A20B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9D27BA6"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4ADE7C7A" w14:textId="77777777" w:rsidR="00610360" w:rsidRPr="00C12360" w:rsidRDefault="00000000">
            <w:pPr>
              <w:spacing w:after="0"/>
              <w:rPr>
                <w:lang w:val="fr-FR"/>
              </w:rPr>
            </w:pPr>
            <w:r w:rsidRPr="00C12360">
              <w:rPr>
                <w:sz w:val="17"/>
                <w:lang w:val="fr-FR"/>
              </w:rPr>
              <w:t xml:space="preserve">Ku tu </w:t>
            </w:r>
            <w:proofErr w:type="spellStart"/>
            <w:r w:rsidRPr="00C12360">
              <w:rPr>
                <w:sz w:val="17"/>
                <w:lang w:val="fr-FR"/>
              </w:rPr>
              <w:t>pa</w:t>
            </w:r>
            <w:proofErr w:type="spellEnd"/>
            <w:r w:rsidRPr="00C12360">
              <w:rPr>
                <w:sz w:val="17"/>
                <w:lang w:val="fr-FR"/>
              </w:rPr>
              <w:t xml:space="preserve"> vide la </w:t>
            </w:r>
            <w:proofErr w:type="spellStart"/>
            <w:proofErr w:type="gramStart"/>
            <w:r w:rsidRPr="00C12360">
              <w:rPr>
                <w:sz w:val="17"/>
                <w:lang w:val="fr-FR"/>
              </w:rPr>
              <w:t>kentro</w:t>
            </w:r>
            <w:proofErr w:type="spellEnd"/>
            <w:r w:rsidRPr="00C12360">
              <w:rPr>
                <w:sz w:val="17"/>
                <w:lang w:val="fr-FR"/>
              </w:rPr>
              <w:t>?</w:t>
            </w:r>
            <w:proofErr w:type="gramEnd"/>
          </w:p>
        </w:tc>
      </w:tr>
      <w:tr w:rsidR="00610360" w14:paraId="196F161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0A723B8"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471205A3" w14:textId="77777777" w:rsidR="00610360" w:rsidRDefault="00000000">
            <w:pPr>
              <w:spacing w:after="0"/>
            </w:pPr>
            <w:r>
              <w:rPr>
                <w:sz w:val="17"/>
              </w:rPr>
              <w:t>Si. Mi pa vide la kentro et un kafe.</w:t>
            </w:r>
          </w:p>
        </w:tc>
      </w:tr>
    </w:tbl>
    <w:p w14:paraId="3DC97CA4" w14:textId="77777777" w:rsidR="00C12360" w:rsidRDefault="00C12360">
      <w:pPr>
        <w:pStyle w:val="Heading2"/>
        <w:spacing w:after="120"/>
        <w:rPr>
          <w:rFonts w:ascii="Aptos" w:hAnsi="Aptos"/>
        </w:rPr>
      </w:pPr>
    </w:p>
    <w:p w14:paraId="55AFE61F" w14:textId="10739937" w:rsidR="00610360" w:rsidRDefault="00000000">
      <w:pPr>
        <w:pStyle w:val="Heading2"/>
        <w:spacing w:after="120"/>
      </w:pPr>
      <w:r>
        <w:rPr>
          <w:rFonts w:ascii="Aptos" w:hAnsi="Aptos"/>
        </w:rPr>
        <w:t>Workbook exercises</w:t>
      </w:r>
    </w:p>
    <w:p w14:paraId="581C04B5" w14:textId="77777777" w:rsidR="00610360" w:rsidRDefault="00000000">
      <w:pPr>
        <w:keepLines/>
        <w:spacing w:after="120"/>
      </w:pPr>
      <w:r>
        <w:rPr>
          <w:b/>
          <w:color w:val="0B2E4A"/>
        </w:rPr>
        <w:t>7.1 Add past marker: Mi ___ vide la libro.</w:t>
      </w:r>
    </w:p>
    <w:p w14:paraId="45ED7E9A" w14:textId="77777777" w:rsidR="00610360" w:rsidRDefault="00000000">
      <w:pPr>
        <w:keepLines/>
        <w:spacing w:after="120"/>
      </w:pPr>
      <w:r>
        <w:t>________________________________________________________________________________</w:t>
      </w:r>
    </w:p>
    <w:p w14:paraId="431EB489" w14:textId="77777777" w:rsidR="00610360" w:rsidRDefault="00000000">
      <w:pPr>
        <w:keepLines/>
        <w:spacing w:after="120"/>
      </w:pPr>
      <w:r>
        <w:t>________________________________________________________________________________</w:t>
      </w:r>
    </w:p>
    <w:p w14:paraId="0C00B667" w14:textId="77777777" w:rsidR="00610360" w:rsidRDefault="00000000">
      <w:pPr>
        <w:keepLines/>
        <w:spacing w:after="120"/>
      </w:pPr>
      <w:r>
        <w:rPr>
          <w:b/>
          <w:color w:val="0B2E4A"/>
        </w:rPr>
        <w:t>7.2 Translate: We visited the city.</w:t>
      </w:r>
    </w:p>
    <w:p w14:paraId="12623D9A" w14:textId="77777777" w:rsidR="00610360" w:rsidRDefault="00000000">
      <w:pPr>
        <w:keepLines/>
        <w:spacing w:after="120"/>
      </w:pPr>
      <w:r>
        <w:t>________________________________________________________________________________</w:t>
      </w:r>
    </w:p>
    <w:p w14:paraId="5DE1E88D" w14:textId="77777777" w:rsidR="00610360" w:rsidRDefault="00000000">
      <w:pPr>
        <w:keepLines/>
        <w:spacing w:after="120"/>
      </w:pPr>
      <w:r>
        <w:t>________________________________________________________________________________</w:t>
      </w:r>
    </w:p>
    <w:p w14:paraId="3EA35E7C" w14:textId="77777777" w:rsidR="00610360" w:rsidRDefault="00000000">
      <w:pPr>
        <w:keepLines/>
        <w:spacing w:after="120"/>
      </w:pPr>
      <w:r>
        <w:rPr>
          <w:b/>
          <w:color w:val="0B2E4A"/>
        </w:rPr>
        <w:t>7.3 Translate: They did not arrive.</w:t>
      </w:r>
    </w:p>
    <w:p w14:paraId="1C6C9F27" w14:textId="77777777" w:rsidR="00610360" w:rsidRDefault="00000000">
      <w:pPr>
        <w:keepLines/>
        <w:spacing w:after="120"/>
      </w:pPr>
      <w:r>
        <w:t>________________________________________________________________________________</w:t>
      </w:r>
    </w:p>
    <w:p w14:paraId="0E22686C" w14:textId="77777777" w:rsidR="00610360" w:rsidRDefault="00000000">
      <w:pPr>
        <w:keepLines/>
        <w:spacing w:after="120"/>
      </w:pPr>
      <w:r>
        <w:t>________________________________________________________________________________</w:t>
      </w:r>
    </w:p>
    <w:p w14:paraId="590CB520" w14:textId="77777777" w:rsidR="00610360" w:rsidRDefault="00000000">
      <w:pPr>
        <w:keepLines/>
        <w:spacing w:after="120"/>
      </w:pPr>
      <w:r>
        <w:rPr>
          <w:b/>
          <w:color w:val="0B2E4A"/>
        </w:rPr>
        <w:t>7.4 Ask: Did you read the book?</w:t>
      </w:r>
    </w:p>
    <w:p w14:paraId="578D67D0" w14:textId="77777777" w:rsidR="00610360" w:rsidRDefault="00000000">
      <w:pPr>
        <w:keepLines/>
        <w:spacing w:after="120"/>
      </w:pPr>
      <w:r>
        <w:t>________________________________________________________________________________</w:t>
      </w:r>
    </w:p>
    <w:p w14:paraId="66D47293" w14:textId="77777777" w:rsidR="00610360" w:rsidRDefault="00000000">
      <w:pPr>
        <w:keepLines/>
        <w:spacing w:after="120"/>
      </w:pPr>
      <w:r>
        <w:t>________________________________________________________________________________</w:t>
      </w:r>
    </w:p>
    <w:p w14:paraId="7F3C4D56" w14:textId="77777777" w:rsidR="00610360" w:rsidRDefault="00000000">
      <w:pPr>
        <w:keepLines/>
        <w:spacing w:after="120"/>
      </w:pPr>
      <w:r>
        <w:rPr>
          <w:b/>
          <w:color w:val="0B2E4A"/>
        </w:rPr>
        <w:t>7.5 Write three things you did yesterday.</w:t>
      </w:r>
    </w:p>
    <w:p w14:paraId="476FD793" w14:textId="77777777" w:rsidR="00610360" w:rsidRDefault="00000000">
      <w:pPr>
        <w:keepLines/>
        <w:spacing w:after="120"/>
      </w:pPr>
      <w:r>
        <w:t>________________________________________________________________________________</w:t>
      </w:r>
    </w:p>
    <w:p w14:paraId="28ADFBA5" w14:textId="77777777" w:rsidR="00610360" w:rsidRDefault="00000000">
      <w:pPr>
        <w:keepLines/>
        <w:spacing w:after="120"/>
      </w:pPr>
      <w:r>
        <w:t>________________________________________________________________________________</w:t>
      </w:r>
    </w:p>
    <w:p w14:paraId="359BA93B"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1895745E"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2FB8106E" w14:textId="77777777" w:rsidR="00610360" w:rsidRDefault="00000000">
            <w:pPr>
              <w:spacing w:after="40"/>
            </w:pPr>
            <w:r>
              <w:rPr>
                <w:b/>
                <w:color w:val="0B2E4A"/>
              </w:rPr>
              <w:t>Checkpoint</w:t>
            </w:r>
          </w:p>
          <w:p w14:paraId="435B1730" w14:textId="77777777" w:rsidR="00610360" w:rsidRDefault="00000000">
            <w:pPr>
              <w:spacing w:after="0"/>
            </w:pPr>
            <w:r>
              <w:rPr>
                <w:sz w:val="18"/>
              </w:rPr>
              <w:t>Before moving on, read the conversation aloud without stopping. If you stumble, slow down. Clean pronunciation beats fast guessing.</w:t>
            </w:r>
          </w:p>
        </w:tc>
      </w:tr>
    </w:tbl>
    <w:p w14:paraId="389DEB27" w14:textId="77777777" w:rsidR="00610360" w:rsidRDefault="00000000">
      <w:pPr>
        <w:spacing w:after="120"/>
      </w:pPr>
      <w:r/>
    </w:p>
    <w:p w14:paraId="1D530911" w14:textId="77777777" w:rsidR="00610360" w:rsidRDefault="00000000">
      <w:pPr>
        <w:pStyle w:val="Heading1"/>
        <w:spacing w:after="120"/>
      </w:pPr>
      <w:r>
        <w:rPr>
          <w:rFonts w:ascii="Aptos" w:hAnsi="Aptos"/>
        </w:rPr>
        <w:t>Lesson 8: Future with va</w:t>
      </w:r>
    </w:p>
    <w:tbl>
      <w:tblPr>
        <w:tblW w:w="0" w:type="auto"/>
        <w:jc w:val="center"/>
        <w:tblLook w:val="04A0" w:firstRow="1" w:lastRow="0" w:firstColumn="1" w:lastColumn="0" w:noHBand="0" w:noVBand="1"/>
      </w:tblPr>
      <w:tblGrid>
        <w:gridCol w:w="10368"/>
      </w:tblGrid>
      <w:tr w:rsidR="00610360" w14:paraId="0D22EB26"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158F991C" w14:textId="77777777" w:rsidR="00610360" w:rsidRDefault="00000000">
            <w:pPr>
              <w:spacing w:after="40"/>
            </w:pPr>
            <w:r>
              <w:rPr>
                <w:b/>
                <w:color w:val="0B2E4A"/>
              </w:rPr>
              <w:t>Lesson goal</w:t>
            </w:r>
          </w:p>
          <w:p w14:paraId="40F18909" w14:textId="77777777" w:rsidR="00610360" w:rsidRDefault="00000000">
            <w:pPr>
              <w:spacing w:after="0"/>
            </w:pPr>
            <w:r>
              <w:rPr>
                <w:sz w:val="18"/>
              </w:rPr>
              <w:t>Talk about plans and future actions.</w:t>
            </w:r>
          </w:p>
        </w:tc>
      </w:tr>
    </w:tbl>
    <w:p w14:paraId="0FA3D238"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675FE800"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AC477C7"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E33C111"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28296B9"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6DD0044" w14:textId="77777777" w:rsidR="00610360" w:rsidRDefault="00000000">
            <w:pPr>
              <w:spacing w:after="0"/>
            </w:pPr>
            <w:r>
              <w:rPr>
                <w:b/>
                <w:color w:val="FFFFFF"/>
                <w:sz w:val="17"/>
              </w:rPr>
              <w:t>Say it in a sentence</w:t>
            </w:r>
          </w:p>
        </w:tc>
      </w:tr>
      <w:tr w:rsidR="00610360" w:rsidRPr="00C12360" w14:paraId="2E574FD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5423C9" w14:textId="77777777" w:rsidR="00610360" w:rsidRDefault="00000000">
            <w:pPr>
              <w:spacing w:after="0"/>
            </w:pPr>
            <w:r>
              <w:rPr>
                <w:sz w:val="17"/>
              </w:rPr>
              <w:t>va</w:t>
            </w:r>
          </w:p>
        </w:tc>
        <w:tc>
          <w:tcPr>
            <w:tcW w:w="2592" w:type="dxa"/>
            <w:tcBorders>
              <w:top w:val="single" w:sz="4" w:space="0" w:color="D8E6EC"/>
              <w:left w:val="single" w:sz="4" w:space="0" w:color="D8E6EC"/>
              <w:bottom w:val="single" w:sz="4" w:space="0" w:color="D8E6EC"/>
              <w:right w:val="single" w:sz="4" w:space="0" w:color="D8E6EC"/>
            </w:tcBorders>
            <w:vAlign w:val="center"/>
          </w:tcPr>
          <w:p w14:paraId="67EDC36A" w14:textId="77777777" w:rsidR="00610360" w:rsidRDefault="00000000">
            <w:pPr>
              <w:spacing w:after="0"/>
            </w:pPr>
            <w:r>
              <w:rPr>
                <w:sz w:val="17"/>
              </w:rPr>
              <w:t>future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76E9AD7" w14:textId="77777777" w:rsidR="00610360" w:rsidRDefault="00000000">
            <w:pPr>
              <w:spacing w:after="0"/>
            </w:pPr>
            <w:r>
              <w:rPr>
                <w:sz w:val="17"/>
              </w:rPr>
              <w:t>tense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9370212" w14:textId="77777777" w:rsidR="00610360" w:rsidRPr="00C12360" w:rsidRDefault="00000000">
            <w:pPr>
              <w:spacing w:after="0"/>
              <w:rPr>
                <w:lang w:val="es-ES"/>
              </w:rPr>
            </w:pPr>
            <w:r w:rsidRPr="00C12360">
              <w:rPr>
                <w:sz w:val="17"/>
                <w:lang w:val="es-ES"/>
              </w:rPr>
              <w:t xml:space="preserve">Mi usa va en </w:t>
            </w:r>
            <w:proofErr w:type="gramStart"/>
            <w:r w:rsidRPr="00C12360">
              <w:rPr>
                <w:sz w:val="17"/>
                <w:lang w:val="es-ES"/>
              </w:rPr>
              <w:t>un frase</w:t>
            </w:r>
            <w:proofErr w:type="gramEnd"/>
            <w:r w:rsidRPr="00C12360">
              <w:rPr>
                <w:sz w:val="17"/>
                <w:lang w:val="es-ES"/>
              </w:rPr>
              <w:t>.</w:t>
            </w:r>
          </w:p>
        </w:tc>
      </w:tr>
      <w:tr w:rsidR="00610360" w14:paraId="751A47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9DF89D" w14:textId="77777777" w:rsidR="00610360" w:rsidRDefault="00000000">
            <w:pPr>
              <w:spacing w:after="0"/>
            </w:pPr>
            <w:proofErr w:type="spellStart"/>
            <w:r>
              <w:rPr>
                <w:sz w:val="17"/>
              </w:rPr>
              <w:t>morga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55578A42" w14:textId="77777777" w:rsidR="00610360" w:rsidRDefault="00000000">
            <w:pPr>
              <w:spacing w:after="0"/>
            </w:pPr>
            <w:r>
              <w:rPr>
                <w:sz w:val="17"/>
              </w:rPr>
              <w:t>tomorrow</w:t>
            </w:r>
          </w:p>
        </w:tc>
        <w:tc>
          <w:tcPr>
            <w:tcW w:w="2592" w:type="dxa"/>
            <w:tcBorders>
              <w:top w:val="single" w:sz="4" w:space="0" w:color="D8E6EC"/>
              <w:left w:val="single" w:sz="4" w:space="0" w:color="D8E6EC"/>
              <w:bottom w:val="single" w:sz="4" w:space="0" w:color="D8E6EC"/>
              <w:right w:val="single" w:sz="4" w:space="0" w:color="D8E6EC"/>
            </w:tcBorders>
            <w:vAlign w:val="center"/>
          </w:tcPr>
          <w:p w14:paraId="1A5FDD0C"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AAFCB61" w14:textId="77777777" w:rsidR="00610360" w:rsidRDefault="00000000">
            <w:pPr>
              <w:spacing w:after="0"/>
            </w:pPr>
            <w:r>
              <w:rPr>
                <w:sz w:val="17"/>
              </w:rPr>
              <w:t>Mi morga.</w:t>
            </w:r>
          </w:p>
        </w:tc>
      </w:tr>
      <w:tr w:rsidR="00610360" w:rsidRPr="00C12360" w14:paraId="25675AA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234B2F" w14:textId="77777777" w:rsidR="00610360" w:rsidRDefault="00000000">
            <w:pPr>
              <w:spacing w:after="0"/>
            </w:pPr>
            <w:r>
              <w:rPr>
                <w:sz w:val="17"/>
              </w:rPr>
              <w:t>futur</w:t>
            </w:r>
          </w:p>
        </w:tc>
        <w:tc>
          <w:tcPr>
            <w:tcW w:w="2592" w:type="dxa"/>
            <w:tcBorders>
              <w:top w:val="single" w:sz="4" w:space="0" w:color="D8E6EC"/>
              <w:left w:val="single" w:sz="4" w:space="0" w:color="D8E6EC"/>
              <w:bottom w:val="single" w:sz="4" w:space="0" w:color="D8E6EC"/>
              <w:right w:val="single" w:sz="4" w:space="0" w:color="D8E6EC"/>
            </w:tcBorders>
            <w:vAlign w:val="center"/>
          </w:tcPr>
          <w:p w14:paraId="4107FEC0"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6AC4D9D3"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CE557D5"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futur</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1939D1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90E5F97" w14:textId="77777777" w:rsidR="00610360" w:rsidRDefault="00000000">
            <w:pPr>
              <w:spacing w:after="0"/>
            </w:pPr>
            <w:r>
              <w:rPr>
                <w:sz w:val="17"/>
              </w:rPr>
              <w:t>plana</w:t>
            </w:r>
          </w:p>
        </w:tc>
        <w:tc>
          <w:tcPr>
            <w:tcW w:w="2592" w:type="dxa"/>
            <w:tcBorders>
              <w:top w:val="single" w:sz="4" w:space="0" w:color="D8E6EC"/>
              <w:left w:val="single" w:sz="4" w:space="0" w:color="D8E6EC"/>
              <w:bottom w:val="single" w:sz="4" w:space="0" w:color="D8E6EC"/>
              <w:right w:val="single" w:sz="4" w:space="0" w:color="D8E6EC"/>
            </w:tcBorders>
            <w:vAlign w:val="center"/>
          </w:tcPr>
          <w:p w14:paraId="0775D4F0"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E76ADB0"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9F2231D" w14:textId="77777777" w:rsidR="00610360" w:rsidRPr="00C12360" w:rsidRDefault="00000000">
            <w:pPr>
              <w:spacing w:after="0"/>
              <w:rPr>
                <w:lang w:val="es-ES"/>
              </w:rPr>
            </w:pPr>
            <w:r w:rsidRPr="00C12360">
              <w:rPr>
                <w:sz w:val="17"/>
                <w:lang w:val="es-ES"/>
              </w:rPr>
              <w:t xml:space="preserve">Mi usa plana en </w:t>
            </w:r>
            <w:proofErr w:type="gramStart"/>
            <w:r w:rsidRPr="00C12360">
              <w:rPr>
                <w:sz w:val="17"/>
                <w:lang w:val="es-ES"/>
              </w:rPr>
              <w:t>un frase</w:t>
            </w:r>
            <w:proofErr w:type="gramEnd"/>
            <w:r w:rsidRPr="00C12360">
              <w:rPr>
                <w:sz w:val="17"/>
                <w:lang w:val="es-ES"/>
              </w:rPr>
              <w:t>.</w:t>
            </w:r>
          </w:p>
        </w:tc>
      </w:tr>
      <w:tr w:rsidR="00610360" w14:paraId="28C72F5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A316249" w14:textId="77777777" w:rsidR="00610360" w:rsidRDefault="00000000">
            <w:pPr>
              <w:spacing w:after="0"/>
            </w:pPr>
            <w:r>
              <w:rPr>
                <w:sz w:val="17"/>
              </w:rPr>
              <w:t>visita</w:t>
            </w:r>
          </w:p>
        </w:tc>
        <w:tc>
          <w:tcPr>
            <w:tcW w:w="2592" w:type="dxa"/>
            <w:tcBorders>
              <w:top w:val="single" w:sz="4" w:space="0" w:color="D8E6EC"/>
              <w:left w:val="single" w:sz="4" w:space="0" w:color="D8E6EC"/>
              <w:bottom w:val="single" w:sz="4" w:space="0" w:color="D8E6EC"/>
              <w:right w:val="single" w:sz="4" w:space="0" w:color="D8E6EC"/>
            </w:tcBorders>
            <w:vAlign w:val="center"/>
          </w:tcPr>
          <w:p w14:paraId="33945DB1" w14:textId="77777777" w:rsidR="00610360" w:rsidRDefault="00000000">
            <w:pPr>
              <w:spacing w:after="0"/>
            </w:pPr>
            <w:r>
              <w:rPr>
                <w:sz w:val="17"/>
              </w:rPr>
              <w:t>visit</w:t>
            </w:r>
          </w:p>
        </w:tc>
        <w:tc>
          <w:tcPr>
            <w:tcW w:w="2592" w:type="dxa"/>
            <w:tcBorders>
              <w:top w:val="single" w:sz="4" w:space="0" w:color="D8E6EC"/>
              <w:left w:val="single" w:sz="4" w:space="0" w:color="D8E6EC"/>
              <w:bottom w:val="single" w:sz="4" w:space="0" w:color="D8E6EC"/>
              <w:right w:val="single" w:sz="4" w:space="0" w:color="D8E6EC"/>
            </w:tcBorders>
            <w:vAlign w:val="center"/>
          </w:tcPr>
          <w:p w14:paraId="5DDB1A9A" w14:textId="77777777" w:rsidR="00610360" w:rsidRDefault="00000000">
            <w:pPr>
              <w:spacing w:after="0"/>
            </w:pPr>
            <w:r>
              <w:rPr>
                <w:sz w:val="17"/>
              </w:rPr>
              <w:t>verb/noun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99874D7" w14:textId="77777777" w:rsidR="00610360" w:rsidRDefault="00000000">
            <w:pPr>
              <w:spacing w:after="0"/>
            </w:pPr>
            <w:r>
              <w:rPr>
                <w:sz w:val="17"/>
              </w:rPr>
              <w:t>Mi visita.</w:t>
            </w:r>
          </w:p>
        </w:tc>
      </w:tr>
      <w:tr w:rsidR="00610360" w14:paraId="1104E81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7061F7" w14:textId="77777777" w:rsidR="00610360" w:rsidRDefault="00000000">
            <w:pPr>
              <w:spacing w:after="0"/>
            </w:pPr>
            <w:r>
              <w:rPr>
                <w:sz w:val="17"/>
              </w:rPr>
              <w:t>aprende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7E6B2B80" w14:textId="77777777" w:rsidR="00610360" w:rsidRDefault="00000000">
            <w:pPr>
              <w:spacing w:after="0"/>
            </w:pPr>
            <w:r>
              <w:rPr>
                <w:sz w:val="17"/>
              </w:rPr>
              <w:t>learn</w:t>
            </w:r>
          </w:p>
        </w:tc>
        <w:tc>
          <w:tcPr>
            <w:tcW w:w="2592" w:type="dxa"/>
            <w:tcBorders>
              <w:top w:val="single" w:sz="4" w:space="0" w:color="D8E6EC"/>
              <w:left w:val="single" w:sz="4" w:space="0" w:color="D8E6EC"/>
              <w:bottom w:val="single" w:sz="4" w:space="0" w:color="D8E6EC"/>
              <w:right w:val="single" w:sz="4" w:space="0" w:color="D8E6EC"/>
            </w:tcBorders>
            <w:vAlign w:val="center"/>
          </w:tcPr>
          <w:p w14:paraId="7070C78E"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31A48EBE" w14:textId="77777777" w:rsidR="00610360" w:rsidRDefault="00000000">
            <w:pPr>
              <w:spacing w:after="0"/>
            </w:pPr>
            <w:r>
              <w:rPr>
                <w:sz w:val="17"/>
              </w:rPr>
              <w:t>Mi aprende.</w:t>
            </w:r>
          </w:p>
        </w:tc>
      </w:tr>
      <w:tr w:rsidR="00610360" w14:paraId="4921388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497941" w14:textId="77777777" w:rsidR="00610360" w:rsidRDefault="00000000">
            <w:pPr>
              <w:spacing w:after="0"/>
            </w:pPr>
            <w:r>
              <w:rPr>
                <w:sz w:val="17"/>
              </w:rPr>
              <w:t>lege</w:t>
            </w:r>
          </w:p>
        </w:tc>
        <w:tc>
          <w:tcPr>
            <w:tcW w:w="2592" w:type="dxa"/>
            <w:tcBorders>
              <w:top w:val="single" w:sz="4" w:space="0" w:color="D8E6EC"/>
              <w:left w:val="single" w:sz="4" w:space="0" w:color="D8E6EC"/>
              <w:bottom w:val="single" w:sz="4" w:space="0" w:color="D8E6EC"/>
              <w:right w:val="single" w:sz="4" w:space="0" w:color="D8E6EC"/>
            </w:tcBorders>
            <w:vAlign w:val="center"/>
          </w:tcPr>
          <w:p w14:paraId="11BD687D" w14:textId="77777777" w:rsidR="00610360" w:rsidRDefault="00000000">
            <w:pPr>
              <w:spacing w:after="0"/>
            </w:pPr>
            <w:r>
              <w:rPr>
                <w:sz w:val="17"/>
              </w:rPr>
              <w:t>read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2A5E4DE4"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EDEEC6E" w14:textId="77777777" w:rsidR="00610360" w:rsidRDefault="00000000">
            <w:pPr>
              <w:spacing w:after="0"/>
            </w:pPr>
            <w:r>
              <w:rPr>
                <w:sz w:val="17"/>
              </w:rPr>
              <w:t>Mi lege.</w:t>
            </w:r>
          </w:p>
        </w:tc>
      </w:tr>
      <w:tr w:rsidR="00610360" w14:paraId="36E71A6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A82D449" w14:textId="77777777" w:rsidR="00610360" w:rsidRDefault="00000000">
            <w:pPr>
              <w:spacing w:after="0"/>
            </w:pPr>
            <w:r>
              <w:rPr>
                <w:sz w:val="17"/>
              </w:rPr>
              <w:t>skribe</w:t>
            </w:r>
          </w:p>
        </w:tc>
        <w:tc>
          <w:tcPr>
            <w:tcW w:w="2592" w:type="dxa"/>
            <w:tcBorders>
              <w:top w:val="single" w:sz="4" w:space="0" w:color="D8E6EC"/>
              <w:left w:val="single" w:sz="4" w:space="0" w:color="D8E6EC"/>
              <w:bottom w:val="single" w:sz="4" w:space="0" w:color="D8E6EC"/>
              <w:right w:val="single" w:sz="4" w:space="0" w:color="D8E6EC"/>
            </w:tcBorders>
            <w:vAlign w:val="center"/>
          </w:tcPr>
          <w:p w14:paraId="2816B94E" w14:textId="77777777" w:rsidR="00610360" w:rsidRDefault="00000000">
            <w:pPr>
              <w:spacing w:after="0"/>
            </w:pPr>
            <w:r>
              <w:rPr>
                <w:sz w:val="17"/>
              </w:rPr>
              <w:t>write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0ACFB570"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D7043D5" w14:textId="77777777" w:rsidR="00610360" w:rsidRDefault="00000000">
            <w:pPr>
              <w:spacing w:after="0"/>
            </w:pPr>
            <w:r>
              <w:rPr>
                <w:sz w:val="17"/>
              </w:rPr>
              <w:t>Mi skribe.</w:t>
            </w:r>
          </w:p>
        </w:tc>
      </w:tr>
      <w:tr w:rsidR="00610360" w14:paraId="0683EF1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AED651E" w14:textId="77777777" w:rsidR="00610360" w:rsidRDefault="00000000">
            <w:pPr>
              <w:spacing w:after="0"/>
            </w:pPr>
            <w:r>
              <w:rPr>
                <w:sz w:val="17"/>
              </w:rPr>
              <w:t>compra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04D1F77" w14:textId="77777777" w:rsidR="00610360" w:rsidRDefault="00000000">
            <w:pPr>
              <w:spacing w:after="0"/>
            </w:pPr>
            <w:r>
              <w:rPr>
                <w:sz w:val="17"/>
              </w:rPr>
              <w:t>buy</w:t>
            </w:r>
          </w:p>
        </w:tc>
        <w:tc>
          <w:tcPr>
            <w:tcW w:w="2592" w:type="dxa"/>
            <w:tcBorders>
              <w:top w:val="single" w:sz="4" w:space="0" w:color="D8E6EC"/>
              <w:left w:val="single" w:sz="4" w:space="0" w:color="D8E6EC"/>
              <w:bottom w:val="single" w:sz="4" w:space="0" w:color="D8E6EC"/>
              <w:right w:val="single" w:sz="4" w:space="0" w:color="D8E6EC"/>
            </w:tcBorders>
            <w:vAlign w:val="center"/>
          </w:tcPr>
          <w:p w14:paraId="09BD03D5"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3348AF90" w14:textId="77777777" w:rsidR="00610360" w:rsidRDefault="00000000">
            <w:pPr>
              <w:spacing w:after="0"/>
            </w:pPr>
            <w:r>
              <w:rPr>
                <w:sz w:val="17"/>
              </w:rPr>
              <w:t>Mi compra.</w:t>
            </w:r>
          </w:p>
        </w:tc>
      </w:tr>
      <w:tr w:rsidR="00610360" w:rsidRPr="00C12360" w14:paraId="5DA6ADA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784603" w14:textId="77777777" w:rsidR="00610360" w:rsidRDefault="00000000">
            <w:pPr>
              <w:spacing w:after="0"/>
            </w:pPr>
            <w:r>
              <w:rPr>
                <w:sz w:val="17"/>
              </w:rPr>
              <w:t>viaja</w:t>
            </w:r>
          </w:p>
        </w:tc>
        <w:tc>
          <w:tcPr>
            <w:tcW w:w="2592" w:type="dxa"/>
            <w:tcBorders>
              <w:top w:val="single" w:sz="4" w:space="0" w:color="D8E6EC"/>
              <w:left w:val="single" w:sz="4" w:space="0" w:color="D8E6EC"/>
              <w:bottom w:val="single" w:sz="4" w:space="0" w:color="D8E6EC"/>
              <w:right w:val="single" w:sz="4" w:space="0" w:color="D8E6EC"/>
            </w:tcBorders>
            <w:vAlign w:val="center"/>
          </w:tcPr>
          <w:p w14:paraId="37228FD9"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3F5387F"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185309C" w14:textId="77777777" w:rsidR="00610360" w:rsidRPr="00C12360" w:rsidRDefault="00000000">
            <w:pPr>
              <w:spacing w:after="0"/>
              <w:rPr>
                <w:lang w:val="es-ES"/>
              </w:rPr>
            </w:pPr>
            <w:r w:rsidRPr="00C12360">
              <w:rPr>
                <w:sz w:val="17"/>
                <w:lang w:val="es-ES"/>
              </w:rPr>
              <w:t xml:space="preserve">Mi usa viaja en </w:t>
            </w:r>
            <w:proofErr w:type="gramStart"/>
            <w:r w:rsidRPr="00C12360">
              <w:rPr>
                <w:sz w:val="17"/>
                <w:lang w:val="es-ES"/>
              </w:rPr>
              <w:t>un frase</w:t>
            </w:r>
            <w:proofErr w:type="gramEnd"/>
            <w:r w:rsidRPr="00C12360">
              <w:rPr>
                <w:sz w:val="17"/>
                <w:lang w:val="es-ES"/>
              </w:rPr>
              <w:t>.</w:t>
            </w:r>
          </w:p>
        </w:tc>
      </w:tr>
      <w:tr w:rsidR="00610360" w14:paraId="7EB0FE5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60EFD4" w14:textId="77777777" w:rsidR="00610360" w:rsidRDefault="00000000">
            <w:pPr>
              <w:spacing w:after="0"/>
            </w:pPr>
            <w:proofErr w:type="spellStart"/>
            <w:r>
              <w:rPr>
                <w:sz w:val="17"/>
              </w:rPr>
              <w:t>komensa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47DD8423" w14:textId="77777777" w:rsidR="00610360" w:rsidRDefault="00000000">
            <w:pPr>
              <w:spacing w:after="0"/>
            </w:pPr>
            <w:r>
              <w:rPr>
                <w:sz w:val="17"/>
              </w:rPr>
              <w:t>begin</w:t>
            </w:r>
          </w:p>
        </w:tc>
        <w:tc>
          <w:tcPr>
            <w:tcW w:w="2592" w:type="dxa"/>
            <w:tcBorders>
              <w:top w:val="single" w:sz="4" w:space="0" w:color="D8E6EC"/>
              <w:left w:val="single" w:sz="4" w:space="0" w:color="D8E6EC"/>
              <w:bottom w:val="single" w:sz="4" w:space="0" w:color="D8E6EC"/>
              <w:right w:val="single" w:sz="4" w:space="0" w:color="D8E6EC"/>
            </w:tcBorders>
            <w:vAlign w:val="center"/>
          </w:tcPr>
          <w:p w14:paraId="182310AD"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4438E26" w14:textId="77777777" w:rsidR="00610360" w:rsidRDefault="00000000">
            <w:pPr>
              <w:spacing w:after="0"/>
            </w:pPr>
            <w:r>
              <w:rPr>
                <w:sz w:val="17"/>
              </w:rPr>
              <w:t>Mi komensa.</w:t>
            </w:r>
          </w:p>
        </w:tc>
      </w:tr>
      <w:tr w:rsidR="00610360" w:rsidRPr="00C12360" w14:paraId="4E5A7E0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71AA586" w14:textId="77777777" w:rsidR="00610360" w:rsidRDefault="00000000">
            <w:pPr>
              <w:spacing w:after="0"/>
            </w:pPr>
            <w:r>
              <w:rPr>
                <w:sz w:val="17"/>
              </w:rPr>
              <w:t>fin</w:t>
            </w:r>
          </w:p>
        </w:tc>
        <w:tc>
          <w:tcPr>
            <w:tcW w:w="2592" w:type="dxa"/>
            <w:tcBorders>
              <w:top w:val="single" w:sz="4" w:space="0" w:color="D8E6EC"/>
              <w:left w:val="single" w:sz="4" w:space="0" w:color="D8E6EC"/>
              <w:bottom w:val="single" w:sz="4" w:space="0" w:color="D8E6EC"/>
              <w:right w:val="single" w:sz="4" w:space="0" w:color="D8E6EC"/>
            </w:tcBorders>
            <w:vAlign w:val="center"/>
          </w:tcPr>
          <w:p w14:paraId="044CF600"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7861C31"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EF45480" w14:textId="77777777" w:rsidR="00610360" w:rsidRPr="00C12360" w:rsidRDefault="00000000">
            <w:pPr>
              <w:spacing w:after="0"/>
              <w:rPr>
                <w:lang w:val="es-ES"/>
              </w:rPr>
            </w:pPr>
            <w:r w:rsidRPr="00C12360">
              <w:rPr>
                <w:sz w:val="17"/>
                <w:lang w:val="es-ES"/>
              </w:rPr>
              <w:t xml:space="preserve">Mi usa fin en </w:t>
            </w:r>
            <w:proofErr w:type="gramStart"/>
            <w:r w:rsidRPr="00C12360">
              <w:rPr>
                <w:sz w:val="17"/>
                <w:lang w:val="es-ES"/>
              </w:rPr>
              <w:t>un frase</w:t>
            </w:r>
            <w:proofErr w:type="gramEnd"/>
            <w:r w:rsidRPr="00C12360">
              <w:rPr>
                <w:sz w:val="17"/>
                <w:lang w:val="es-ES"/>
              </w:rPr>
              <w:t>.</w:t>
            </w:r>
          </w:p>
        </w:tc>
      </w:tr>
      <w:tr w:rsidR="00610360" w14:paraId="5DCDA6A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A1AFFC" w14:textId="77777777" w:rsidR="00610360" w:rsidRDefault="00000000">
            <w:pPr>
              <w:spacing w:after="0"/>
            </w:pPr>
            <w:proofErr w:type="spellStart"/>
            <w:r>
              <w:rPr>
                <w:sz w:val="17"/>
              </w:rPr>
              <w:t>prepara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55E8F711" w14:textId="77777777" w:rsidR="00610360" w:rsidRDefault="00000000">
            <w:pPr>
              <w:spacing w:after="0"/>
            </w:pPr>
            <w:r>
              <w:rPr>
                <w:sz w:val="17"/>
              </w:rPr>
              <w:t>prepare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655B1A92"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3173EB5" w14:textId="77777777" w:rsidR="00610360" w:rsidRDefault="00000000">
            <w:pPr>
              <w:spacing w:after="0"/>
            </w:pPr>
            <w:r>
              <w:rPr>
                <w:sz w:val="17"/>
              </w:rPr>
              <w:t>Mi prepara.</w:t>
            </w:r>
          </w:p>
        </w:tc>
      </w:tr>
      <w:tr w:rsidR="00610360" w:rsidRPr="00C12360" w14:paraId="47BCDEF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7E5883" w14:textId="77777777" w:rsidR="00610360" w:rsidRDefault="00000000">
            <w:pPr>
              <w:spacing w:after="0"/>
            </w:pPr>
            <w:r>
              <w:rPr>
                <w:sz w:val="17"/>
              </w:rPr>
              <w:t>encontra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4B167441"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776B336"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FC5F109"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encontra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14:paraId="17CA0C6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3C30E90" w14:textId="77777777" w:rsidR="00610360" w:rsidRDefault="00000000">
            <w:pPr>
              <w:spacing w:after="0"/>
            </w:pPr>
            <w:proofErr w:type="spellStart"/>
            <w:r>
              <w:rPr>
                <w:sz w:val="17"/>
              </w:rPr>
              <w:t>parla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5D1279CF" w14:textId="77777777" w:rsidR="00610360" w:rsidRDefault="00000000">
            <w:pPr>
              <w:spacing w:after="0"/>
            </w:pPr>
            <w:r>
              <w:rPr>
                <w:sz w:val="17"/>
              </w:rPr>
              <w:t>speak</w:t>
            </w:r>
          </w:p>
        </w:tc>
        <w:tc>
          <w:tcPr>
            <w:tcW w:w="2592" w:type="dxa"/>
            <w:tcBorders>
              <w:top w:val="single" w:sz="4" w:space="0" w:color="D8E6EC"/>
              <w:left w:val="single" w:sz="4" w:space="0" w:color="D8E6EC"/>
              <w:bottom w:val="single" w:sz="4" w:space="0" w:color="D8E6EC"/>
              <w:right w:val="single" w:sz="4" w:space="0" w:color="D8E6EC"/>
            </w:tcBorders>
            <w:vAlign w:val="center"/>
          </w:tcPr>
          <w:p w14:paraId="28D7EFB0"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F130594" w14:textId="77777777" w:rsidR="00610360" w:rsidRDefault="00000000">
            <w:pPr>
              <w:spacing w:after="0"/>
            </w:pPr>
            <w:r>
              <w:rPr>
                <w:sz w:val="17"/>
              </w:rPr>
              <w:t>Mi parla.</w:t>
            </w:r>
          </w:p>
        </w:tc>
      </w:tr>
      <w:tr w:rsidR="00610360" w14:paraId="2BED979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D49CAC4" w14:textId="77777777" w:rsidR="00610360" w:rsidRDefault="00000000">
            <w:pPr>
              <w:spacing w:after="0"/>
            </w:pPr>
            <w:r>
              <w:rPr>
                <w:sz w:val="17"/>
              </w:rPr>
              <w:t>usa</w:t>
            </w:r>
          </w:p>
        </w:tc>
        <w:tc>
          <w:tcPr>
            <w:tcW w:w="2592" w:type="dxa"/>
            <w:tcBorders>
              <w:top w:val="single" w:sz="4" w:space="0" w:color="D8E6EC"/>
              <w:left w:val="single" w:sz="4" w:space="0" w:color="D8E6EC"/>
              <w:bottom w:val="single" w:sz="4" w:space="0" w:color="D8E6EC"/>
              <w:right w:val="single" w:sz="4" w:space="0" w:color="D8E6EC"/>
            </w:tcBorders>
            <w:vAlign w:val="center"/>
          </w:tcPr>
          <w:p w14:paraId="52F49FC3" w14:textId="77777777" w:rsidR="00610360" w:rsidRDefault="00000000">
            <w:pPr>
              <w:spacing w:after="0"/>
            </w:pPr>
            <w:r>
              <w:rPr>
                <w:sz w:val="17"/>
              </w:rPr>
              <w:t>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0DA1DE86"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5E276A0" w14:textId="77777777" w:rsidR="00610360" w:rsidRDefault="00000000">
            <w:pPr>
              <w:spacing w:after="0"/>
            </w:pPr>
            <w:r>
              <w:rPr>
                <w:sz w:val="17"/>
              </w:rPr>
              <w:t>Mi usa.</w:t>
            </w:r>
          </w:p>
        </w:tc>
      </w:tr>
      <w:tr w:rsidR="00610360" w14:paraId="37611B9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4DD4FED" w14:textId="77777777" w:rsidR="00610360" w:rsidRDefault="00000000">
            <w:pPr>
              <w:spacing w:after="0"/>
            </w:pPr>
            <w:r>
              <w:rPr>
                <w:sz w:val="17"/>
              </w:rPr>
              <w:t>ajuda</w:t>
            </w:r>
          </w:p>
        </w:tc>
        <w:tc>
          <w:tcPr>
            <w:tcW w:w="2592" w:type="dxa"/>
            <w:tcBorders>
              <w:top w:val="single" w:sz="4" w:space="0" w:color="D8E6EC"/>
              <w:left w:val="single" w:sz="4" w:space="0" w:color="D8E6EC"/>
              <w:bottom w:val="single" w:sz="4" w:space="0" w:color="D8E6EC"/>
              <w:right w:val="single" w:sz="4" w:space="0" w:color="D8E6EC"/>
            </w:tcBorders>
            <w:vAlign w:val="center"/>
          </w:tcPr>
          <w:p w14:paraId="4950094B" w14:textId="77777777" w:rsidR="00610360" w:rsidRDefault="00000000">
            <w:pPr>
              <w:spacing w:after="0"/>
            </w:pPr>
            <w:r>
              <w:rPr>
                <w:sz w:val="17"/>
              </w:rPr>
              <w:t>help</w:t>
            </w:r>
          </w:p>
        </w:tc>
        <w:tc>
          <w:tcPr>
            <w:tcW w:w="2592" w:type="dxa"/>
            <w:tcBorders>
              <w:top w:val="single" w:sz="4" w:space="0" w:color="D8E6EC"/>
              <w:left w:val="single" w:sz="4" w:space="0" w:color="D8E6EC"/>
              <w:bottom w:val="single" w:sz="4" w:space="0" w:color="D8E6EC"/>
              <w:right w:val="single" w:sz="4" w:space="0" w:color="D8E6EC"/>
            </w:tcBorders>
            <w:vAlign w:val="center"/>
          </w:tcPr>
          <w:p w14:paraId="1E81660E" w14:textId="77777777" w:rsidR="00610360" w:rsidRDefault="00000000">
            <w:pPr>
              <w:spacing w:after="0"/>
            </w:pPr>
            <w:r>
              <w:rPr>
                <w:sz w:val="17"/>
              </w:rPr>
              <w:t>verb/noun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534D876" w14:textId="77777777" w:rsidR="00610360" w:rsidRDefault="00000000">
            <w:pPr>
              <w:spacing w:after="0"/>
            </w:pPr>
            <w:r>
              <w:rPr>
                <w:sz w:val="17"/>
              </w:rPr>
              <w:t>Mi ajuda.</w:t>
            </w:r>
          </w:p>
        </w:tc>
      </w:tr>
      <w:tr w:rsidR="00610360" w14:paraId="561C5BF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36CE300" w14:textId="77777777" w:rsidR="00610360" w:rsidRDefault="00000000">
            <w:pPr>
              <w:spacing w:after="0"/>
            </w:pPr>
            <w:r>
              <w:rPr>
                <w:sz w:val="17"/>
              </w:rPr>
              <w:t>konekte</w:t>
            </w:r>
          </w:p>
        </w:tc>
        <w:tc>
          <w:tcPr>
            <w:tcW w:w="2592" w:type="dxa"/>
            <w:tcBorders>
              <w:top w:val="single" w:sz="4" w:space="0" w:color="D8E6EC"/>
              <w:left w:val="single" w:sz="4" w:space="0" w:color="D8E6EC"/>
              <w:bottom w:val="single" w:sz="4" w:space="0" w:color="D8E6EC"/>
              <w:right w:val="single" w:sz="4" w:space="0" w:color="D8E6EC"/>
            </w:tcBorders>
            <w:vAlign w:val="center"/>
          </w:tcPr>
          <w:p w14:paraId="234D3ABD" w14:textId="77777777" w:rsidR="00610360" w:rsidRDefault="00000000">
            <w:pPr>
              <w:spacing w:after="0"/>
            </w:pPr>
            <w:r>
              <w:rPr>
                <w:sz w:val="17"/>
              </w:rPr>
              <w:t>connect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64D31FED"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27CBAF1" w14:textId="77777777" w:rsidR="00610360" w:rsidRDefault="00000000">
            <w:pPr>
              <w:spacing w:after="0"/>
            </w:pPr>
            <w:r>
              <w:rPr>
                <w:sz w:val="17"/>
              </w:rPr>
              <w:t>Mi konekte.</w:t>
            </w:r>
          </w:p>
        </w:tc>
      </w:tr>
      <w:tr w:rsidR="00610360" w14:paraId="6E97F51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901A160" w14:textId="77777777" w:rsidR="00610360" w:rsidRDefault="00000000">
            <w:pPr>
              <w:spacing w:after="0"/>
            </w:pPr>
            <w:r>
              <w:rPr>
                <w:sz w:val="17"/>
              </w:rPr>
              <w:t>protekte</w:t>
            </w:r>
          </w:p>
        </w:tc>
        <w:tc>
          <w:tcPr>
            <w:tcW w:w="2592" w:type="dxa"/>
            <w:tcBorders>
              <w:top w:val="single" w:sz="4" w:space="0" w:color="D8E6EC"/>
              <w:left w:val="single" w:sz="4" w:space="0" w:color="D8E6EC"/>
              <w:bottom w:val="single" w:sz="4" w:space="0" w:color="D8E6EC"/>
              <w:right w:val="single" w:sz="4" w:space="0" w:color="D8E6EC"/>
            </w:tcBorders>
            <w:vAlign w:val="center"/>
          </w:tcPr>
          <w:p w14:paraId="6E9896A5" w14:textId="77777777" w:rsidR="00610360" w:rsidRDefault="00000000">
            <w:pPr>
              <w:spacing w:after="0"/>
            </w:pPr>
            <w:r>
              <w:rPr>
                <w:sz w:val="17"/>
              </w:rPr>
              <w:t>protect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6ED82FAD"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76A9E3E0" w14:textId="77777777" w:rsidR="00610360" w:rsidRDefault="00000000">
            <w:pPr>
              <w:spacing w:after="0"/>
            </w:pPr>
            <w:r>
              <w:rPr>
                <w:sz w:val="17"/>
              </w:rPr>
              <w:t>Mi protekte.</w:t>
            </w:r>
          </w:p>
        </w:tc>
      </w:tr>
      <w:tr w:rsidR="00610360" w14:paraId="5111C9E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6A28923" w14:textId="77777777" w:rsidR="00610360" w:rsidRDefault="00000000">
            <w:pPr>
              <w:spacing w:after="0"/>
            </w:pPr>
            <w:r>
              <w:rPr>
                <w:sz w:val="17"/>
              </w:rPr>
              <w:t>servi</w:t>
            </w:r>
          </w:p>
        </w:tc>
        <w:tc>
          <w:tcPr>
            <w:tcW w:w="2592" w:type="dxa"/>
            <w:tcBorders>
              <w:top w:val="single" w:sz="4" w:space="0" w:color="D8E6EC"/>
              <w:left w:val="single" w:sz="4" w:space="0" w:color="D8E6EC"/>
              <w:bottom w:val="single" w:sz="4" w:space="0" w:color="D8E6EC"/>
              <w:right w:val="single" w:sz="4" w:space="0" w:color="D8E6EC"/>
            </w:tcBorders>
            <w:vAlign w:val="center"/>
          </w:tcPr>
          <w:p w14:paraId="3473E173" w14:textId="77777777" w:rsidR="00610360" w:rsidRDefault="00000000">
            <w:pPr>
              <w:spacing w:after="0"/>
            </w:pPr>
            <w:r>
              <w:rPr>
                <w:sz w:val="17"/>
              </w:rPr>
              <w:t>serve</w:t>
            </w:r>
          </w:p>
        </w:tc>
        <w:tc>
          <w:tcPr>
            <w:tcW w:w="2592" w:type="dxa"/>
            <w:tcBorders>
              <w:top w:val="single" w:sz="4" w:space="0" w:color="D8E6EC"/>
              <w:left w:val="single" w:sz="4" w:space="0" w:color="D8E6EC"/>
              <w:bottom w:val="single" w:sz="4" w:space="0" w:color="D8E6EC"/>
              <w:right w:val="single" w:sz="4" w:space="0" w:color="D8E6EC"/>
            </w:tcBorders>
            <w:vAlign w:val="center"/>
          </w:tcPr>
          <w:p w14:paraId="5C9CDB88"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89ED9AF" w14:textId="77777777" w:rsidR="00610360" w:rsidRDefault="00000000">
            <w:pPr>
              <w:spacing w:after="0"/>
            </w:pPr>
            <w:r>
              <w:rPr>
                <w:sz w:val="17"/>
              </w:rPr>
              <w:t>Mi servi.</w:t>
            </w:r>
          </w:p>
        </w:tc>
      </w:tr>
    </w:tbl>
    <w:p w14:paraId="327C10D1"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2CFF4C0F"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C9DF099"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2241325" w14:textId="77777777" w:rsidR="00610360" w:rsidRDefault="00000000">
            <w:pPr>
              <w:spacing w:after="0"/>
            </w:pPr>
            <w:r>
              <w:rPr>
                <w:b/>
                <w:color w:val="FFFFFF"/>
                <w:sz w:val="17"/>
              </w:rPr>
              <w:t>English</w:t>
            </w:r>
          </w:p>
        </w:tc>
      </w:tr>
      <w:tr w:rsidR="00610360" w14:paraId="6035086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9159837" w14:textId="77777777" w:rsidR="00610360" w:rsidRDefault="00000000">
            <w:pPr>
              <w:spacing w:after="0"/>
            </w:pPr>
            <w:r>
              <w:rPr>
                <w:sz w:val="17"/>
              </w:rPr>
              <w:t>Mi va aprende.</w:t>
            </w:r>
          </w:p>
        </w:tc>
        <w:tc>
          <w:tcPr>
            <w:tcW w:w="5184" w:type="dxa"/>
            <w:tcBorders>
              <w:top w:val="single" w:sz="4" w:space="0" w:color="D8E6EC"/>
              <w:left w:val="single" w:sz="4" w:space="0" w:color="D8E6EC"/>
              <w:bottom w:val="single" w:sz="4" w:space="0" w:color="D8E6EC"/>
              <w:right w:val="single" w:sz="4" w:space="0" w:color="D8E6EC"/>
            </w:tcBorders>
            <w:vAlign w:val="center"/>
          </w:tcPr>
          <w:p w14:paraId="2C7D5BBC" w14:textId="77777777" w:rsidR="00610360" w:rsidRDefault="00000000">
            <w:pPr>
              <w:spacing w:after="0"/>
            </w:pPr>
            <w:r>
              <w:rPr>
                <w:sz w:val="17"/>
              </w:rPr>
              <w:t>I will learn.</w:t>
            </w:r>
          </w:p>
        </w:tc>
      </w:tr>
      <w:tr w:rsidR="00610360" w14:paraId="0EE5BAE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D90075F" w14:textId="77777777" w:rsidR="00610360" w:rsidRPr="00C12360" w:rsidRDefault="00000000">
            <w:pPr>
              <w:spacing w:after="0"/>
              <w:rPr>
                <w:lang w:val="es-ES"/>
              </w:rPr>
            </w:pPr>
            <w:r w:rsidRPr="00C12360">
              <w:rPr>
                <w:sz w:val="17"/>
                <w:lang w:val="es-ES"/>
              </w:rPr>
              <w:t>Nos va visita la urbe morga.</w:t>
            </w:r>
          </w:p>
        </w:tc>
        <w:tc>
          <w:tcPr>
            <w:tcW w:w="5184" w:type="dxa"/>
            <w:tcBorders>
              <w:top w:val="single" w:sz="4" w:space="0" w:color="D8E6EC"/>
              <w:left w:val="single" w:sz="4" w:space="0" w:color="D8E6EC"/>
              <w:bottom w:val="single" w:sz="4" w:space="0" w:color="D8E6EC"/>
              <w:right w:val="single" w:sz="4" w:space="0" w:color="D8E6EC"/>
            </w:tcBorders>
            <w:vAlign w:val="center"/>
          </w:tcPr>
          <w:p w14:paraId="4977AAF1" w14:textId="77777777" w:rsidR="00610360" w:rsidRDefault="00000000">
            <w:pPr>
              <w:spacing w:after="0"/>
            </w:pPr>
            <w:r>
              <w:rPr>
                <w:sz w:val="17"/>
              </w:rPr>
              <w:t>We will visit the city tomorrow.</w:t>
            </w:r>
          </w:p>
        </w:tc>
      </w:tr>
      <w:tr w:rsidR="00610360" w14:paraId="58E23E9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E3F806A" w14:textId="77777777" w:rsidR="00610360" w:rsidRDefault="00000000">
            <w:pPr>
              <w:spacing w:after="0"/>
            </w:pPr>
            <w:r>
              <w:rPr>
                <w:sz w:val="17"/>
              </w:rPr>
              <w:t>Ku tu va parla?</w:t>
            </w:r>
          </w:p>
        </w:tc>
        <w:tc>
          <w:tcPr>
            <w:tcW w:w="5184" w:type="dxa"/>
            <w:tcBorders>
              <w:top w:val="single" w:sz="4" w:space="0" w:color="D8E6EC"/>
              <w:left w:val="single" w:sz="4" w:space="0" w:color="D8E6EC"/>
              <w:bottom w:val="single" w:sz="4" w:space="0" w:color="D8E6EC"/>
              <w:right w:val="single" w:sz="4" w:space="0" w:color="D8E6EC"/>
            </w:tcBorders>
            <w:vAlign w:val="center"/>
          </w:tcPr>
          <w:p w14:paraId="052E3635" w14:textId="77777777" w:rsidR="00610360" w:rsidRDefault="00000000">
            <w:pPr>
              <w:spacing w:after="0"/>
            </w:pPr>
            <w:r>
              <w:rPr>
                <w:sz w:val="17"/>
              </w:rPr>
              <w:t>Will you speak?</w:t>
            </w:r>
          </w:p>
        </w:tc>
      </w:tr>
      <w:tr w:rsidR="00610360" w14:paraId="6576664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A88B8B7" w14:textId="77777777" w:rsidR="00610360" w:rsidRDefault="00000000">
            <w:pPr>
              <w:spacing w:after="0"/>
            </w:pPr>
            <w:r>
              <w:rPr>
                <w:sz w:val="17"/>
              </w:rPr>
              <w:t>Les ne va compra lo.</w:t>
            </w:r>
          </w:p>
        </w:tc>
        <w:tc>
          <w:tcPr>
            <w:tcW w:w="5184" w:type="dxa"/>
            <w:tcBorders>
              <w:top w:val="single" w:sz="4" w:space="0" w:color="D8E6EC"/>
              <w:left w:val="single" w:sz="4" w:space="0" w:color="D8E6EC"/>
              <w:bottom w:val="single" w:sz="4" w:space="0" w:color="D8E6EC"/>
              <w:right w:val="single" w:sz="4" w:space="0" w:color="D8E6EC"/>
            </w:tcBorders>
            <w:vAlign w:val="center"/>
          </w:tcPr>
          <w:p w14:paraId="6A2340B6" w14:textId="77777777" w:rsidR="00610360" w:rsidRDefault="00000000">
            <w:pPr>
              <w:spacing w:after="0"/>
            </w:pPr>
            <w:r>
              <w:rPr>
                <w:sz w:val="17"/>
              </w:rPr>
              <w:t>They will not buy it.</w:t>
            </w:r>
          </w:p>
        </w:tc>
      </w:tr>
    </w:tbl>
    <w:p w14:paraId="0A3D80D1" w14:textId="77777777" w:rsidR="00610360" w:rsidRDefault="00000000">
      <w:pPr>
        <w:pStyle w:val="Heading2"/>
        <w:spacing w:after="120"/>
      </w:pPr>
      <w:r>
        <w:rPr>
          <w:rFonts w:ascii="Aptos" w:hAnsi="Aptos"/>
        </w:rPr>
        <w:t>Speak it out loud</w:t>
      </w:r>
    </w:p>
    <w:p w14:paraId="7483840D" w14:textId="77777777" w:rsidR="00610360" w:rsidRDefault="00000000">
      <w:pPr>
        <w:spacing w:after="120"/>
      </w:pPr>
      <w:r>
        <w:t>Read each pattern three times. First slowly. Second normally. Third with confidence. Then replace one word and read the new sentence.</w:t>
      </w:r>
    </w:p>
    <w:p w14:paraId="746DD46A"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3B746404"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47AE3B7"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97EAB09" w14:textId="77777777" w:rsidR="00610360" w:rsidRDefault="00000000">
            <w:pPr>
              <w:spacing w:after="0"/>
            </w:pPr>
            <w:r>
              <w:rPr>
                <w:b/>
                <w:color w:val="FFFFFF"/>
                <w:sz w:val="17"/>
              </w:rPr>
              <w:t>Line</w:t>
            </w:r>
          </w:p>
        </w:tc>
      </w:tr>
      <w:tr w:rsidR="00610360" w:rsidRPr="00C12360" w14:paraId="70EB969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B2DCEEE"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27688CBB" w14:textId="77777777" w:rsidR="00610360" w:rsidRPr="00C12360" w:rsidRDefault="00000000">
            <w:pPr>
              <w:spacing w:after="0"/>
              <w:rPr>
                <w:lang w:val="es-ES"/>
              </w:rPr>
            </w:pPr>
            <w:proofErr w:type="gramStart"/>
            <w:r w:rsidRPr="00C12360">
              <w:rPr>
                <w:sz w:val="17"/>
                <w:lang w:val="es-ES"/>
              </w:rPr>
              <w:t xml:space="preserve">Ke nos va </w:t>
            </w:r>
            <w:proofErr w:type="spellStart"/>
            <w:r w:rsidRPr="00C12360">
              <w:rPr>
                <w:sz w:val="17"/>
                <w:lang w:val="es-ES"/>
              </w:rPr>
              <w:t>far</w:t>
            </w:r>
            <w:proofErr w:type="spellEnd"/>
            <w:r w:rsidRPr="00C12360">
              <w:rPr>
                <w:sz w:val="17"/>
                <w:lang w:val="es-ES"/>
              </w:rPr>
              <w:t xml:space="preserve"> morga?</w:t>
            </w:r>
            <w:proofErr w:type="gramEnd"/>
          </w:p>
        </w:tc>
      </w:tr>
      <w:tr w:rsidR="00610360" w:rsidRPr="00C12360" w14:paraId="5DD6F1A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8FDACC0"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56D8FFB7" w14:textId="77777777" w:rsidR="00610360" w:rsidRPr="00C12360" w:rsidRDefault="00000000">
            <w:pPr>
              <w:spacing w:after="0"/>
              <w:rPr>
                <w:lang w:val="es-ES"/>
              </w:rPr>
            </w:pPr>
            <w:r w:rsidRPr="00C12360">
              <w:rPr>
                <w:sz w:val="17"/>
                <w:lang w:val="es-ES"/>
              </w:rPr>
              <w:t>Nos va visita la urbe.</w:t>
            </w:r>
          </w:p>
        </w:tc>
      </w:tr>
      <w:tr w:rsidR="00610360" w:rsidRPr="00C12360" w14:paraId="2654A0B6"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A00D21C"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2C89321F" w14:textId="77777777" w:rsidR="00610360" w:rsidRPr="00C12360" w:rsidRDefault="00000000">
            <w:pPr>
              <w:spacing w:after="0"/>
              <w:rPr>
                <w:lang w:val="es-ES"/>
              </w:rPr>
            </w:pPr>
            <w:proofErr w:type="spellStart"/>
            <w:r w:rsidRPr="00C12360">
              <w:rPr>
                <w:sz w:val="17"/>
                <w:lang w:val="es-ES"/>
              </w:rPr>
              <w:t>Ku</w:t>
            </w:r>
            <w:proofErr w:type="spellEnd"/>
            <w:r w:rsidRPr="00C12360">
              <w:rPr>
                <w:sz w:val="17"/>
                <w:lang w:val="es-ES"/>
              </w:rPr>
              <w:t xml:space="preserve"> nos va compra alimenta?</w:t>
            </w:r>
          </w:p>
        </w:tc>
      </w:tr>
      <w:tr w:rsidR="00610360" w:rsidRPr="00C12360" w14:paraId="60FBC26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7A62A9B"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5CBD3088" w14:textId="77777777" w:rsidR="00610360" w:rsidRPr="00C12360" w:rsidRDefault="00000000">
            <w:pPr>
              <w:spacing w:after="0"/>
              <w:rPr>
                <w:lang w:val="es-ES"/>
              </w:rPr>
            </w:pPr>
            <w:r w:rsidRPr="00C12360">
              <w:rPr>
                <w:sz w:val="17"/>
                <w:lang w:val="es-ES"/>
              </w:rPr>
              <w:t xml:space="preserve">Si. Nos va compra pan, fruta, et </w:t>
            </w:r>
            <w:proofErr w:type="spellStart"/>
            <w:r w:rsidRPr="00C12360">
              <w:rPr>
                <w:sz w:val="17"/>
                <w:lang w:val="es-ES"/>
              </w:rPr>
              <w:t>akua</w:t>
            </w:r>
            <w:proofErr w:type="spellEnd"/>
            <w:r w:rsidRPr="00C12360">
              <w:rPr>
                <w:sz w:val="17"/>
                <w:lang w:val="es-ES"/>
              </w:rPr>
              <w:t>.</w:t>
            </w:r>
          </w:p>
        </w:tc>
      </w:tr>
    </w:tbl>
    <w:p w14:paraId="4D96500F" w14:textId="77777777" w:rsidR="00C12360" w:rsidRDefault="00C12360">
      <w:pPr>
        <w:pStyle w:val="Heading2"/>
        <w:spacing w:after="120"/>
        <w:rPr>
          <w:rFonts w:ascii="Aptos" w:hAnsi="Aptos"/>
        </w:rPr>
      </w:pPr>
    </w:p>
    <w:p w14:paraId="355D9999" w14:textId="75BF791D" w:rsidR="00610360" w:rsidRDefault="00000000">
      <w:pPr>
        <w:pStyle w:val="Heading2"/>
        <w:spacing w:after="120"/>
      </w:pPr>
      <w:r>
        <w:rPr>
          <w:rFonts w:ascii="Aptos" w:hAnsi="Aptos"/>
        </w:rPr>
        <w:t>Workbook exercises</w:t>
      </w:r>
    </w:p>
    <w:p w14:paraId="62DA548D" w14:textId="77777777" w:rsidR="00610360" w:rsidRDefault="00000000">
      <w:pPr>
        <w:keepLines/>
        <w:spacing w:after="120"/>
      </w:pPr>
      <w:r>
        <w:rPr>
          <w:b/>
          <w:color w:val="0B2E4A"/>
        </w:rPr>
        <w:t>8.1 Add future marker: Nos ___ aprende.</w:t>
      </w:r>
    </w:p>
    <w:p w14:paraId="6CEA9A7C" w14:textId="77777777" w:rsidR="00610360" w:rsidRDefault="00000000">
      <w:pPr>
        <w:keepLines/>
        <w:spacing w:after="120"/>
      </w:pPr>
      <w:r>
        <w:t>________________________________________________________________________________</w:t>
      </w:r>
    </w:p>
    <w:p w14:paraId="7F356B26" w14:textId="77777777" w:rsidR="00610360" w:rsidRDefault="00000000">
      <w:pPr>
        <w:keepLines/>
        <w:spacing w:after="120"/>
      </w:pPr>
      <w:r>
        <w:t>________________________________________________________________________________</w:t>
      </w:r>
    </w:p>
    <w:p w14:paraId="3F5C846B" w14:textId="77777777" w:rsidR="00610360" w:rsidRDefault="00000000">
      <w:pPr>
        <w:keepLines/>
        <w:spacing w:after="120"/>
      </w:pPr>
      <w:r>
        <w:rPr>
          <w:b/>
          <w:color w:val="0B2E4A"/>
        </w:rPr>
        <w:t>8.2 Translate: She will write a letter.</w:t>
      </w:r>
    </w:p>
    <w:p w14:paraId="5B50E133" w14:textId="77777777" w:rsidR="00610360" w:rsidRDefault="00000000">
      <w:pPr>
        <w:keepLines/>
        <w:spacing w:after="120"/>
      </w:pPr>
      <w:r>
        <w:t>________________________________________________________________________________</w:t>
      </w:r>
    </w:p>
    <w:p w14:paraId="48DC43AF" w14:textId="77777777" w:rsidR="00610360" w:rsidRDefault="00000000">
      <w:pPr>
        <w:keepLines/>
        <w:spacing w:after="120"/>
      </w:pPr>
      <w:r>
        <w:t>________________________________________________________________________________</w:t>
      </w:r>
    </w:p>
    <w:p w14:paraId="451D6877" w14:textId="77777777" w:rsidR="00610360" w:rsidRDefault="00000000">
      <w:pPr>
        <w:keepLines/>
        <w:spacing w:after="120"/>
      </w:pPr>
      <w:r>
        <w:rPr>
          <w:b/>
          <w:color w:val="0B2E4A"/>
        </w:rPr>
        <w:t>8.3 Translate: They will not visit the hotel.</w:t>
      </w:r>
    </w:p>
    <w:p w14:paraId="143D798C" w14:textId="77777777" w:rsidR="00610360" w:rsidRDefault="00000000">
      <w:pPr>
        <w:keepLines/>
        <w:spacing w:after="120"/>
      </w:pPr>
      <w:r>
        <w:t>________________________________________________________________________________</w:t>
      </w:r>
    </w:p>
    <w:p w14:paraId="156C9AF2" w14:textId="77777777" w:rsidR="00610360" w:rsidRDefault="00000000">
      <w:pPr>
        <w:keepLines/>
        <w:spacing w:after="120"/>
      </w:pPr>
      <w:r>
        <w:t>________________________________________________________________________________</w:t>
      </w:r>
    </w:p>
    <w:p w14:paraId="0280FA67" w14:textId="77777777" w:rsidR="00610360" w:rsidRDefault="00000000">
      <w:pPr>
        <w:keepLines/>
        <w:spacing w:after="120"/>
      </w:pPr>
      <w:r>
        <w:rPr>
          <w:b/>
          <w:color w:val="0B2E4A"/>
        </w:rPr>
        <w:t>8.4 Ask: Will you speak Claralinga?</w:t>
      </w:r>
    </w:p>
    <w:p w14:paraId="2912F5A5" w14:textId="77777777" w:rsidR="00610360" w:rsidRDefault="00000000">
      <w:pPr>
        <w:keepLines/>
        <w:spacing w:after="120"/>
      </w:pPr>
      <w:r>
        <w:t>________________________________________________________________________________</w:t>
      </w:r>
    </w:p>
    <w:p w14:paraId="57668592" w14:textId="77777777" w:rsidR="00610360" w:rsidRDefault="00000000">
      <w:pPr>
        <w:keepLines/>
        <w:spacing w:after="120"/>
      </w:pPr>
      <w:r>
        <w:t>________________________________________________________________________________</w:t>
      </w:r>
    </w:p>
    <w:p w14:paraId="131F1F96" w14:textId="77777777" w:rsidR="00610360" w:rsidRDefault="00000000">
      <w:pPr>
        <w:keepLines/>
        <w:spacing w:after="120"/>
      </w:pPr>
      <w:r>
        <w:rPr>
          <w:b/>
          <w:color w:val="0B2E4A"/>
        </w:rPr>
        <w:t>8.5 Write two future plans.</w:t>
      </w:r>
    </w:p>
    <w:p w14:paraId="2C0B8666" w14:textId="77777777" w:rsidR="00610360" w:rsidRDefault="00000000">
      <w:pPr>
        <w:keepLines/>
        <w:spacing w:after="120"/>
      </w:pPr>
      <w:r>
        <w:t>________________________________________________________________________________</w:t>
      </w:r>
    </w:p>
    <w:p w14:paraId="512FC6C7" w14:textId="77777777" w:rsidR="00610360" w:rsidRDefault="00000000">
      <w:pPr>
        <w:keepLines/>
        <w:spacing w:after="120"/>
      </w:pPr>
      <w:r>
        <w:t>________________________________________________________________________________</w:t>
      </w:r>
    </w:p>
    <w:p w14:paraId="30E9A453"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2DB869D8"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0E51CA70" w14:textId="77777777" w:rsidR="00610360" w:rsidRDefault="00000000">
            <w:pPr>
              <w:spacing w:after="40"/>
            </w:pPr>
            <w:r>
              <w:rPr>
                <w:b/>
                <w:color w:val="0B2E4A"/>
              </w:rPr>
              <w:t>Checkpoint</w:t>
            </w:r>
          </w:p>
          <w:p w14:paraId="72CFECB2" w14:textId="77777777" w:rsidR="00610360" w:rsidRDefault="00000000">
            <w:pPr>
              <w:spacing w:after="0"/>
            </w:pPr>
            <w:r>
              <w:rPr>
                <w:sz w:val="18"/>
              </w:rPr>
              <w:t>Before moving on, read the conversation aloud without stopping. If you stumble, slow down. Clean pronunciation beats fast guessing.</w:t>
            </w:r>
          </w:p>
        </w:tc>
      </w:tr>
    </w:tbl>
    <w:p w14:paraId="16C13CA4" w14:textId="77777777" w:rsidR="00610360" w:rsidRDefault="00000000">
      <w:pPr>
        <w:spacing w:after="120"/>
      </w:pPr>
      <w:r/>
    </w:p>
    <w:p w14:paraId="0E4029C3" w14:textId="77777777" w:rsidR="00610360" w:rsidRDefault="00000000">
      <w:pPr>
        <w:pStyle w:val="Heading1"/>
        <w:spacing w:after="120"/>
      </w:pPr>
      <w:r>
        <w:rPr>
          <w:rFonts w:ascii="Aptos" w:hAnsi="Aptos"/>
        </w:rPr>
        <w:t>Lesson 9: Now, Ongoing Action, and Already with nu and ja</w:t>
      </w:r>
    </w:p>
    <w:tbl>
      <w:tblPr>
        <w:tblW w:w="0" w:type="auto"/>
        <w:jc w:val="center"/>
        <w:tblLook w:val="04A0" w:firstRow="1" w:lastRow="0" w:firstColumn="1" w:lastColumn="0" w:noHBand="0" w:noVBand="1"/>
      </w:tblPr>
      <w:tblGrid>
        <w:gridCol w:w="10368"/>
      </w:tblGrid>
      <w:tr w:rsidR="00610360" w14:paraId="702D784F"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4E8ECA92" w14:textId="77777777" w:rsidR="00610360" w:rsidRDefault="00000000">
            <w:pPr>
              <w:spacing w:after="40"/>
            </w:pPr>
            <w:r>
              <w:rPr>
                <w:b/>
                <w:color w:val="0B2E4A"/>
              </w:rPr>
              <w:t>Lesson goal</w:t>
            </w:r>
          </w:p>
          <w:p w14:paraId="56FE2DBC" w14:textId="77777777" w:rsidR="00610360" w:rsidRDefault="00000000">
            <w:pPr>
              <w:spacing w:after="0"/>
            </w:pPr>
            <w:r>
              <w:rPr>
                <w:sz w:val="18"/>
              </w:rPr>
              <w:t>Use nu for current action and ja for already/perfect meaning.</w:t>
            </w:r>
          </w:p>
        </w:tc>
      </w:tr>
    </w:tbl>
    <w:p w14:paraId="1B6D67F0"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673AA54C"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F3911C4"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B6B7327"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42D8F09"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2D52D61" w14:textId="77777777" w:rsidR="00610360" w:rsidRDefault="00000000">
            <w:pPr>
              <w:spacing w:after="0"/>
            </w:pPr>
            <w:r>
              <w:rPr>
                <w:b/>
                <w:color w:val="FFFFFF"/>
                <w:sz w:val="17"/>
              </w:rPr>
              <w:t>Say it in a sentence</w:t>
            </w:r>
          </w:p>
        </w:tc>
      </w:tr>
      <w:tr w:rsidR="00610360" w:rsidRPr="00C12360" w14:paraId="010366F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FE44440" w14:textId="77777777" w:rsidR="00610360" w:rsidRDefault="00000000">
            <w:pPr>
              <w:spacing w:after="0"/>
            </w:pPr>
            <w:r>
              <w:rPr>
                <w:sz w:val="17"/>
              </w:rPr>
              <w:t>nu</w:t>
            </w:r>
          </w:p>
        </w:tc>
        <w:tc>
          <w:tcPr>
            <w:tcW w:w="2592" w:type="dxa"/>
            <w:tcBorders>
              <w:top w:val="single" w:sz="4" w:space="0" w:color="D8E6EC"/>
              <w:left w:val="single" w:sz="4" w:space="0" w:color="D8E6EC"/>
              <w:bottom w:val="single" w:sz="4" w:space="0" w:color="D8E6EC"/>
              <w:right w:val="single" w:sz="4" w:space="0" w:color="D8E6EC"/>
            </w:tcBorders>
            <w:vAlign w:val="center"/>
          </w:tcPr>
          <w:p w14:paraId="031B3DD2" w14:textId="77777777" w:rsidR="00610360" w:rsidRDefault="00000000">
            <w:pPr>
              <w:spacing w:after="0"/>
            </w:pPr>
            <w:r>
              <w:rPr>
                <w:sz w:val="17"/>
              </w:rPr>
              <w:t>now / current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71F4A5A" w14:textId="77777777" w:rsidR="00610360" w:rsidRDefault="00000000">
            <w:pPr>
              <w:spacing w:after="0"/>
            </w:pPr>
            <w:r>
              <w:rPr>
                <w:sz w:val="17"/>
              </w:rPr>
              <w:t>aspect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67426DB"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nu</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766C128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A91EF8A" w14:textId="77777777" w:rsidR="00610360" w:rsidRDefault="00000000">
            <w:pPr>
              <w:spacing w:after="0"/>
            </w:pPr>
            <w:r>
              <w:rPr>
                <w:sz w:val="17"/>
              </w:rPr>
              <w:t>ja</w:t>
            </w:r>
          </w:p>
        </w:tc>
        <w:tc>
          <w:tcPr>
            <w:tcW w:w="2592" w:type="dxa"/>
            <w:tcBorders>
              <w:top w:val="single" w:sz="4" w:space="0" w:color="D8E6EC"/>
              <w:left w:val="single" w:sz="4" w:space="0" w:color="D8E6EC"/>
              <w:bottom w:val="single" w:sz="4" w:space="0" w:color="D8E6EC"/>
              <w:right w:val="single" w:sz="4" w:space="0" w:color="D8E6EC"/>
            </w:tcBorders>
            <w:vAlign w:val="center"/>
          </w:tcPr>
          <w:p w14:paraId="4B9F6ADC" w14:textId="77777777" w:rsidR="00610360" w:rsidRDefault="00000000">
            <w:pPr>
              <w:spacing w:after="0"/>
            </w:pPr>
            <w:r>
              <w:rPr>
                <w:sz w:val="17"/>
              </w:rPr>
              <w:t>already / perfect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DD34453" w14:textId="77777777" w:rsidR="00610360" w:rsidRDefault="00000000">
            <w:pPr>
              <w:spacing w:after="0"/>
            </w:pPr>
            <w:r>
              <w:rPr>
                <w:sz w:val="17"/>
              </w:rPr>
              <w:t>aspect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6CF10C27" w14:textId="77777777" w:rsidR="00610360" w:rsidRPr="00C12360" w:rsidRDefault="00000000">
            <w:pPr>
              <w:spacing w:after="0"/>
              <w:rPr>
                <w:lang w:val="es-ES"/>
              </w:rPr>
            </w:pPr>
            <w:r w:rsidRPr="00C12360">
              <w:rPr>
                <w:sz w:val="17"/>
                <w:lang w:val="es-ES"/>
              </w:rPr>
              <w:t xml:space="preserve">Mi usa ja en </w:t>
            </w:r>
            <w:proofErr w:type="gramStart"/>
            <w:r w:rsidRPr="00C12360">
              <w:rPr>
                <w:sz w:val="17"/>
                <w:lang w:val="es-ES"/>
              </w:rPr>
              <w:t>un frase</w:t>
            </w:r>
            <w:proofErr w:type="gramEnd"/>
            <w:r w:rsidRPr="00C12360">
              <w:rPr>
                <w:sz w:val="17"/>
                <w:lang w:val="es-ES"/>
              </w:rPr>
              <w:t>.</w:t>
            </w:r>
          </w:p>
        </w:tc>
      </w:tr>
      <w:tr w:rsidR="00610360" w:rsidRPr="00C12360" w14:paraId="62F4FA8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0EACB7" w14:textId="77777777" w:rsidR="00610360" w:rsidRDefault="00000000">
            <w:pPr>
              <w:spacing w:after="0"/>
            </w:pPr>
            <w:r>
              <w:rPr>
                <w:sz w:val="17"/>
              </w:rPr>
              <w:t>ora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D04B7D4"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690D2790"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8B3C0B7" w14:textId="77777777" w:rsidR="00610360" w:rsidRPr="00C12360" w:rsidRDefault="00000000">
            <w:pPr>
              <w:spacing w:after="0"/>
              <w:rPr>
                <w:lang w:val="es-ES"/>
              </w:rPr>
            </w:pPr>
            <w:r w:rsidRPr="00C12360">
              <w:rPr>
                <w:sz w:val="17"/>
                <w:lang w:val="es-ES"/>
              </w:rPr>
              <w:t xml:space="preserve">Mi usa ora en </w:t>
            </w:r>
            <w:proofErr w:type="gramStart"/>
            <w:r w:rsidRPr="00C12360">
              <w:rPr>
                <w:sz w:val="17"/>
                <w:lang w:val="es-ES"/>
              </w:rPr>
              <w:t>un frase</w:t>
            </w:r>
            <w:proofErr w:type="gramEnd"/>
            <w:r w:rsidRPr="00C12360">
              <w:rPr>
                <w:sz w:val="17"/>
                <w:lang w:val="es-ES"/>
              </w:rPr>
              <w:t>.</w:t>
            </w:r>
          </w:p>
        </w:tc>
      </w:tr>
      <w:tr w:rsidR="00610360" w14:paraId="21DBFE9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B3CFDC3" w14:textId="77777777" w:rsidR="00610360" w:rsidRDefault="00000000">
            <w:pPr>
              <w:spacing w:after="0"/>
            </w:pPr>
            <w:proofErr w:type="spellStart"/>
            <w:r>
              <w:rPr>
                <w:sz w:val="17"/>
              </w:rPr>
              <w:t>momento</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DE01C6D" w14:textId="77777777" w:rsidR="00610360" w:rsidRDefault="00000000">
            <w:pPr>
              <w:spacing w:after="0"/>
            </w:pPr>
            <w:r>
              <w:rPr>
                <w:sz w:val="17"/>
              </w:rPr>
              <w:t>moment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39AF3B5E"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28560B7" w14:textId="77777777" w:rsidR="00610360" w:rsidRDefault="00000000">
            <w:pPr>
              <w:spacing w:after="0"/>
            </w:pPr>
            <w:r>
              <w:rPr>
                <w:sz w:val="17"/>
              </w:rPr>
              <w:t>Mi nota momento.</w:t>
            </w:r>
          </w:p>
        </w:tc>
      </w:tr>
      <w:tr w:rsidR="00610360" w14:paraId="5C55228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FC36E02" w14:textId="77777777" w:rsidR="00610360" w:rsidRDefault="00000000">
            <w:pPr>
              <w:spacing w:after="0"/>
            </w:pPr>
            <w:r>
              <w:rPr>
                <w:sz w:val="17"/>
              </w:rPr>
              <w:t>hodia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575FF334" w14:textId="77777777" w:rsidR="00610360" w:rsidRDefault="00000000">
            <w:pPr>
              <w:spacing w:after="0"/>
            </w:pPr>
            <w:r>
              <w:rPr>
                <w:sz w:val="17"/>
              </w:rPr>
              <w:t>today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1701FFBD"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42BCB413" w14:textId="77777777" w:rsidR="00610360" w:rsidRDefault="00000000">
            <w:pPr>
              <w:spacing w:after="0"/>
            </w:pPr>
            <w:r>
              <w:rPr>
                <w:sz w:val="17"/>
              </w:rPr>
              <w:t>Mi hodia.</w:t>
            </w:r>
          </w:p>
        </w:tc>
      </w:tr>
      <w:tr w:rsidR="00610360" w14:paraId="6EB3731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199464" w14:textId="77777777" w:rsidR="00610360" w:rsidRDefault="00000000">
            <w:pPr>
              <w:spacing w:after="0"/>
            </w:pPr>
            <w:r>
              <w:rPr>
                <w:sz w:val="17"/>
              </w:rPr>
              <w:t>lege</w:t>
            </w:r>
          </w:p>
        </w:tc>
        <w:tc>
          <w:tcPr>
            <w:tcW w:w="2592" w:type="dxa"/>
            <w:tcBorders>
              <w:top w:val="single" w:sz="4" w:space="0" w:color="D8E6EC"/>
              <w:left w:val="single" w:sz="4" w:space="0" w:color="D8E6EC"/>
              <w:bottom w:val="single" w:sz="4" w:space="0" w:color="D8E6EC"/>
              <w:right w:val="single" w:sz="4" w:space="0" w:color="D8E6EC"/>
            </w:tcBorders>
            <w:vAlign w:val="center"/>
          </w:tcPr>
          <w:p w14:paraId="755E9EE2" w14:textId="77777777" w:rsidR="00610360" w:rsidRDefault="00000000">
            <w:pPr>
              <w:spacing w:after="0"/>
            </w:pPr>
            <w:r>
              <w:rPr>
                <w:sz w:val="17"/>
              </w:rPr>
              <w:t>read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4A024D25"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55666D2" w14:textId="77777777" w:rsidR="00610360" w:rsidRDefault="00000000">
            <w:pPr>
              <w:spacing w:after="0"/>
            </w:pPr>
            <w:r>
              <w:rPr>
                <w:sz w:val="17"/>
              </w:rPr>
              <w:t>Mi lege.</w:t>
            </w:r>
          </w:p>
        </w:tc>
      </w:tr>
      <w:tr w:rsidR="00610360" w14:paraId="4A1508F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552E2F0" w14:textId="77777777" w:rsidR="00610360" w:rsidRDefault="00000000">
            <w:pPr>
              <w:spacing w:after="0"/>
            </w:pPr>
            <w:r>
              <w:rPr>
                <w:sz w:val="17"/>
              </w:rPr>
              <w:t>skribe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D90A33" w14:textId="77777777" w:rsidR="00610360" w:rsidRDefault="00000000">
            <w:pPr>
              <w:spacing w:after="0"/>
            </w:pPr>
            <w:r>
              <w:rPr>
                <w:sz w:val="17"/>
              </w:rPr>
              <w:t>write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2C69077E"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45132C1" w14:textId="77777777" w:rsidR="00610360" w:rsidRDefault="00000000">
            <w:pPr>
              <w:spacing w:after="0"/>
            </w:pPr>
            <w:r>
              <w:rPr>
                <w:sz w:val="17"/>
              </w:rPr>
              <w:t>Mi skribe.</w:t>
            </w:r>
          </w:p>
        </w:tc>
      </w:tr>
      <w:tr w:rsidR="00610360" w14:paraId="543894A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4064A1F" w14:textId="77777777" w:rsidR="00610360" w:rsidRDefault="00000000">
            <w:pPr>
              <w:spacing w:after="0"/>
            </w:pPr>
            <w:r>
              <w:rPr>
                <w:sz w:val="17"/>
              </w:rPr>
              <w:t>parla</w:t>
            </w:r>
          </w:p>
        </w:tc>
        <w:tc>
          <w:tcPr>
            <w:tcW w:w="2592" w:type="dxa"/>
            <w:tcBorders>
              <w:top w:val="single" w:sz="4" w:space="0" w:color="D8E6EC"/>
              <w:left w:val="single" w:sz="4" w:space="0" w:color="D8E6EC"/>
              <w:bottom w:val="single" w:sz="4" w:space="0" w:color="D8E6EC"/>
              <w:right w:val="single" w:sz="4" w:space="0" w:color="D8E6EC"/>
            </w:tcBorders>
            <w:vAlign w:val="center"/>
          </w:tcPr>
          <w:p w14:paraId="20563EF0" w14:textId="77777777" w:rsidR="00610360" w:rsidRDefault="00000000">
            <w:pPr>
              <w:spacing w:after="0"/>
            </w:pPr>
            <w:r>
              <w:rPr>
                <w:sz w:val="17"/>
              </w:rPr>
              <w:t>speak</w:t>
            </w:r>
          </w:p>
        </w:tc>
        <w:tc>
          <w:tcPr>
            <w:tcW w:w="2592" w:type="dxa"/>
            <w:tcBorders>
              <w:top w:val="single" w:sz="4" w:space="0" w:color="D8E6EC"/>
              <w:left w:val="single" w:sz="4" w:space="0" w:color="D8E6EC"/>
              <w:bottom w:val="single" w:sz="4" w:space="0" w:color="D8E6EC"/>
              <w:right w:val="single" w:sz="4" w:space="0" w:color="D8E6EC"/>
            </w:tcBorders>
            <w:vAlign w:val="center"/>
          </w:tcPr>
          <w:p w14:paraId="27B92F17"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6505E26" w14:textId="77777777" w:rsidR="00610360" w:rsidRDefault="00000000">
            <w:pPr>
              <w:spacing w:after="0"/>
            </w:pPr>
            <w:r>
              <w:rPr>
                <w:sz w:val="17"/>
              </w:rPr>
              <w:t>Mi parla.</w:t>
            </w:r>
          </w:p>
        </w:tc>
      </w:tr>
      <w:tr w:rsidR="00610360" w14:paraId="28DC71F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9AB6AAA" w14:textId="77777777" w:rsidR="00610360" w:rsidRDefault="00000000">
            <w:pPr>
              <w:spacing w:after="0"/>
            </w:pPr>
            <w:r>
              <w:rPr>
                <w:sz w:val="17"/>
              </w:rPr>
              <w:t>labora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027C4BD" w14:textId="77777777" w:rsidR="00610360" w:rsidRDefault="00000000">
            <w:pPr>
              <w:spacing w:after="0"/>
            </w:pPr>
            <w:r>
              <w:rPr>
                <w:sz w:val="17"/>
              </w:rPr>
              <w:t>work</w:t>
            </w:r>
          </w:p>
        </w:tc>
        <w:tc>
          <w:tcPr>
            <w:tcW w:w="2592" w:type="dxa"/>
            <w:tcBorders>
              <w:top w:val="single" w:sz="4" w:space="0" w:color="D8E6EC"/>
              <w:left w:val="single" w:sz="4" w:space="0" w:color="D8E6EC"/>
              <w:bottom w:val="single" w:sz="4" w:space="0" w:color="D8E6EC"/>
              <w:right w:val="single" w:sz="4" w:space="0" w:color="D8E6EC"/>
            </w:tcBorders>
            <w:vAlign w:val="center"/>
          </w:tcPr>
          <w:p w14:paraId="70B35D59"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2C11259B" w14:textId="77777777" w:rsidR="00610360" w:rsidRDefault="00000000">
            <w:pPr>
              <w:spacing w:after="0"/>
            </w:pPr>
            <w:r>
              <w:rPr>
                <w:sz w:val="17"/>
              </w:rPr>
              <w:t>Mi labora.</w:t>
            </w:r>
          </w:p>
        </w:tc>
      </w:tr>
      <w:tr w:rsidR="00610360" w14:paraId="62DC39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0CF596" w14:textId="77777777" w:rsidR="00610360" w:rsidRDefault="00000000">
            <w:pPr>
              <w:spacing w:after="0"/>
            </w:pPr>
            <w:r>
              <w:rPr>
                <w:sz w:val="17"/>
              </w:rPr>
              <w:t>arriva</w:t>
            </w:r>
          </w:p>
        </w:tc>
        <w:tc>
          <w:tcPr>
            <w:tcW w:w="2592" w:type="dxa"/>
            <w:tcBorders>
              <w:top w:val="single" w:sz="4" w:space="0" w:color="D8E6EC"/>
              <w:left w:val="single" w:sz="4" w:space="0" w:color="D8E6EC"/>
              <w:bottom w:val="single" w:sz="4" w:space="0" w:color="D8E6EC"/>
              <w:right w:val="single" w:sz="4" w:space="0" w:color="D8E6EC"/>
            </w:tcBorders>
            <w:vAlign w:val="center"/>
          </w:tcPr>
          <w:p w14:paraId="083641B4" w14:textId="77777777" w:rsidR="00610360" w:rsidRDefault="00000000">
            <w:pPr>
              <w:spacing w:after="0"/>
            </w:pPr>
            <w:r>
              <w:rPr>
                <w:sz w:val="17"/>
              </w:rPr>
              <w:t>arrive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4835170"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CD7EE42" w14:textId="77777777" w:rsidR="00610360" w:rsidRDefault="00000000">
            <w:pPr>
              <w:spacing w:after="0"/>
            </w:pPr>
            <w:r>
              <w:rPr>
                <w:sz w:val="17"/>
              </w:rPr>
              <w:t>Mi arriva.</w:t>
            </w:r>
          </w:p>
        </w:tc>
      </w:tr>
      <w:tr w:rsidR="00610360" w14:paraId="76AFF7D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88C16B" w14:textId="77777777" w:rsidR="00610360" w:rsidRDefault="00000000">
            <w:pPr>
              <w:spacing w:after="0"/>
            </w:pPr>
            <w:r>
              <w:rPr>
                <w:sz w:val="17"/>
              </w:rPr>
              <w:t>komensa</w:t>
            </w:r>
          </w:p>
        </w:tc>
        <w:tc>
          <w:tcPr>
            <w:tcW w:w="2592" w:type="dxa"/>
            <w:tcBorders>
              <w:top w:val="single" w:sz="4" w:space="0" w:color="D8E6EC"/>
              <w:left w:val="single" w:sz="4" w:space="0" w:color="D8E6EC"/>
              <w:bottom w:val="single" w:sz="4" w:space="0" w:color="D8E6EC"/>
              <w:right w:val="single" w:sz="4" w:space="0" w:color="D8E6EC"/>
            </w:tcBorders>
            <w:vAlign w:val="center"/>
          </w:tcPr>
          <w:p w14:paraId="5A70E735" w14:textId="77777777" w:rsidR="00610360" w:rsidRDefault="00000000">
            <w:pPr>
              <w:spacing w:after="0"/>
            </w:pPr>
            <w:r>
              <w:rPr>
                <w:sz w:val="17"/>
              </w:rPr>
              <w:t>begin</w:t>
            </w:r>
          </w:p>
        </w:tc>
        <w:tc>
          <w:tcPr>
            <w:tcW w:w="2592" w:type="dxa"/>
            <w:tcBorders>
              <w:top w:val="single" w:sz="4" w:space="0" w:color="D8E6EC"/>
              <w:left w:val="single" w:sz="4" w:space="0" w:color="D8E6EC"/>
              <w:bottom w:val="single" w:sz="4" w:space="0" w:color="D8E6EC"/>
              <w:right w:val="single" w:sz="4" w:space="0" w:color="D8E6EC"/>
            </w:tcBorders>
            <w:vAlign w:val="center"/>
          </w:tcPr>
          <w:p w14:paraId="3862C514"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402F6E87" w14:textId="77777777" w:rsidR="00610360" w:rsidRDefault="00000000">
            <w:pPr>
              <w:spacing w:after="0"/>
            </w:pPr>
            <w:r>
              <w:rPr>
                <w:sz w:val="17"/>
              </w:rPr>
              <w:t>Mi komensa.</w:t>
            </w:r>
          </w:p>
        </w:tc>
      </w:tr>
      <w:tr w:rsidR="00610360" w:rsidRPr="00C12360" w14:paraId="78799E1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7C4329F" w14:textId="77777777" w:rsidR="00610360" w:rsidRDefault="00000000">
            <w:pPr>
              <w:spacing w:after="0"/>
            </w:pPr>
            <w:r>
              <w:rPr>
                <w:sz w:val="17"/>
              </w:rPr>
              <w:t>fin</w:t>
            </w:r>
          </w:p>
        </w:tc>
        <w:tc>
          <w:tcPr>
            <w:tcW w:w="2592" w:type="dxa"/>
            <w:tcBorders>
              <w:top w:val="single" w:sz="4" w:space="0" w:color="D8E6EC"/>
              <w:left w:val="single" w:sz="4" w:space="0" w:color="D8E6EC"/>
              <w:bottom w:val="single" w:sz="4" w:space="0" w:color="D8E6EC"/>
              <w:right w:val="single" w:sz="4" w:space="0" w:color="D8E6EC"/>
            </w:tcBorders>
            <w:vAlign w:val="center"/>
          </w:tcPr>
          <w:p w14:paraId="1CD6E218"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AAC6E82"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4186F7B" w14:textId="77777777" w:rsidR="00610360" w:rsidRPr="00C12360" w:rsidRDefault="00000000">
            <w:pPr>
              <w:spacing w:after="0"/>
              <w:rPr>
                <w:lang w:val="es-ES"/>
              </w:rPr>
            </w:pPr>
            <w:r w:rsidRPr="00C12360">
              <w:rPr>
                <w:sz w:val="17"/>
                <w:lang w:val="es-ES"/>
              </w:rPr>
              <w:t xml:space="preserve">Mi usa fin en </w:t>
            </w:r>
            <w:proofErr w:type="gramStart"/>
            <w:r w:rsidRPr="00C12360">
              <w:rPr>
                <w:sz w:val="17"/>
                <w:lang w:val="es-ES"/>
              </w:rPr>
              <w:t>un frase</w:t>
            </w:r>
            <w:proofErr w:type="gramEnd"/>
            <w:r w:rsidRPr="00C12360">
              <w:rPr>
                <w:sz w:val="17"/>
                <w:lang w:val="es-ES"/>
              </w:rPr>
              <w:t>.</w:t>
            </w:r>
          </w:p>
        </w:tc>
      </w:tr>
      <w:tr w:rsidR="00610360" w14:paraId="7B16B04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B1F0F4" w14:textId="77777777" w:rsidR="00610360" w:rsidRDefault="00000000">
            <w:pPr>
              <w:spacing w:after="0"/>
            </w:pPr>
            <w:proofErr w:type="spellStart"/>
            <w:r>
              <w:rPr>
                <w:sz w:val="17"/>
              </w:rPr>
              <w:t>prepara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0175A75F" w14:textId="77777777" w:rsidR="00610360" w:rsidRDefault="00000000">
            <w:pPr>
              <w:spacing w:after="0"/>
            </w:pPr>
            <w:r>
              <w:rPr>
                <w:sz w:val="17"/>
              </w:rPr>
              <w:t>prepare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19A29C30"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E4EAB84" w14:textId="77777777" w:rsidR="00610360" w:rsidRDefault="00000000">
            <w:pPr>
              <w:spacing w:after="0"/>
            </w:pPr>
            <w:r>
              <w:rPr>
                <w:sz w:val="17"/>
              </w:rPr>
              <w:t>Mi prepara.</w:t>
            </w:r>
          </w:p>
        </w:tc>
      </w:tr>
      <w:tr w:rsidR="00610360" w14:paraId="018D0C2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07529F0" w14:textId="77777777" w:rsidR="00610360" w:rsidRDefault="00000000">
            <w:pPr>
              <w:spacing w:after="0"/>
            </w:pPr>
            <w:r>
              <w:rPr>
                <w:sz w:val="17"/>
              </w:rPr>
              <w:t>aprende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19D69669" w14:textId="77777777" w:rsidR="00610360" w:rsidRDefault="00000000">
            <w:pPr>
              <w:spacing w:after="0"/>
            </w:pPr>
            <w:r>
              <w:rPr>
                <w:sz w:val="17"/>
              </w:rPr>
              <w:t>learn</w:t>
            </w:r>
          </w:p>
        </w:tc>
        <w:tc>
          <w:tcPr>
            <w:tcW w:w="2592" w:type="dxa"/>
            <w:tcBorders>
              <w:top w:val="single" w:sz="4" w:space="0" w:color="D8E6EC"/>
              <w:left w:val="single" w:sz="4" w:space="0" w:color="D8E6EC"/>
              <w:bottom w:val="single" w:sz="4" w:space="0" w:color="D8E6EC"/>
              <w:right w:val="single" w:sz="4" w:space="0" w:color="D8E6EC"/>
            </w:tcBorders>
            <w:vAlign w:val="center"/>
          </w:tcPr>
          <w:p w14:paraId="5854F2CA"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4DF31582" w14:textId="77777777" w:rsidR="00610360" w:rsidRDefault="00000000">
            <w:pPr>
              <w:spacing w:after="0"/>
            </w:pPr>
            <w:r>
              <w:rPr>
                <w:sz w:val="17"/>
              </w:rPr>
              <w:t>Mi aprende.</w:t>
            </w:r>
          </w:p>
        </w:tc>
      </w:tr>
      <w:tr w:rsidR="00610360" w:rsidRPr="00C12360" w14:paraId="6F2DD65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B18B5B3" w14:textId="77777777" w:rsidR="00610360" w:rsidRDefault="00000000">
            <w:pPr>
              <w:spacing w:after="0"/>
            </w:pPr>
            <w:r>
              <w:rPr>
                <w:sz w:val="17"/>
              </w:rPr>
              <w:t>espera</w:t>
            </w:r>
          </w:p>
        </w:tc>
        <w:tc>
          <w:tcPr>
            <w:tcW w:w="2592" w:type="dxa"/>
            <w:tcBorders>
              <w:top w:val="single" w:sz="4" w:space="0" w:color="D8E6EC"/>
              <w:left w:val="single" w:sz="4" w:space="0" w:color="D8E6EC"/>
              <w:bottom w:val="single" w:sz="4" w:space="0" w:color="D8E6EC"/>
              <w:right w:val="single" w:sz="4" w:space="0" w:color="D8E6EC"/>
            </w:tcBorders>
            <w:vAlign w:val="center"/>
          </w:tcPr>
          <w:p w14:paraId="1DFF52F8"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671EC93F"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31B7395" w14:textId="77777777" w:rsidR="00610360" w:rsidRPr="00C12360" w:rsidRDefault="00000000">
            <w:pPr>
              <w:spacing w:after="0"/>
              <w:rPr>
                <w:lang w:val="es-ES"/>
              </w:rPr>
            </w:pPr>
            <w:r w:rsidRPr="00C12360">
              <w:rPr>
                <w:sz w:val="17"/>
                <w:lang w:val="es-ES"/>
              </w:rPr>
              <w:t xml:space="preserve">Mi usa espera en </w:t>
            </w:r>
            <w:proofErr w:type="gramStart"/>
            <w:r w:rsidRPr="00C12360">
              <w:rPr>
                <w:sz w:val="17"/>
                <w:lang w:val="es-ES"/>
              </w:rPr>
              <w:t>un frase</w:t>
            </w:r>
            <w:proofErr w:type="gramEnd"/>
            <w:r w:rsidRPr="00C12360">
              <w:rPr>
                <w:sz w:val="17"/>
                <w:lang w:val="es-ES"/>
              </w:rPr>
              <w:t>.</w:t>
            </w:r>
          </w:p>
        </w:tc>
      </w:tr>
      <w:tr w:rsidR="00610360" w14:paraId="5B494A1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C83F4A9" w14:textId="77777777" w:rsidR="00610360" w:rsidRDefault="00000000">
            <w:pPr>
              <w:spacing w:after="0"/>
            </w:pPr>
            <w:proofErr w:type="spellStart"/>
            <w:r>
              <w:rPr>
                <w:sz w:val="17"/>
              </w:rPr>
              <w:t>mira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7D4DCE62" w14:textId="77777777" w:rsidR="00610360" w:rsidRDefault="00000000">
            <w:pPr>
              <w:spacing w:after="0"/>
            </w:pPr>
            <w:r>
              <w:rPr>
                <w:sz w:val="17"/>
              </w:rPr>
              <w:t>look</w:t>
            </w:r>
          </w:p>
        </w:tc>
        <w:tc>
          <w:tcPr>
            <w:tcW w:w="2592" w:type="dxa"/>
            <w:tcBorders>
              <w:top w:val="single" w:sz="4" w:space="0" w:color="D8E6EC"/>
              <w:left w:val="single" w:sz="4" w:space="0" w:color="D8E6EC"/>
              <w:bottom w:val="single" w:sz="4" w:space="0" w:color="D8E6EC"/>
              <w:right w:val="single" w:sz="4" w:space="0" w:color="D8E6EC"/>
            </w:tcBorders>
            <w:vAlign w:val="center"/>
          </w:tcPr>
          <w:p w14:paraId="2CF38162"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4B76924" w14:textId="77777777" w:rsidR="00610360" w:rsidRDefault="00000000">
            <w:pPr>
              <w:spacing w:after="0"/>
            </w:pPr>
            <w:r>
              <w:rPr>
                <w:sz w:val="17"/>
              </w:rPr>
              <w:t>Mi mira.</w:t>
            </w:r>
          </w:p>
        </w:tc>
      </w:tr>
      <w:tr w:rsidR="00610360" w14:paraId="4897DED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5AB4CAA" w14:textId="77777777" w:rsidR="00610360" w:rsidRDefault="00000000">
            <w:pPr>
              <w:spacing w:after="0"/>
            </w:pPr>
            <w:r>
              <w:rPr>
                <w:sz w:val="17"/>
              </w:rPr>
              <w:t>aud</w:t>
            </w:r>
          </w:p>
        </w:tc>
        <w:tc>
          <w:tcPr>
            <w:tcW w:w="2592" w:type="dxa"/>
            <w:tcBorders>
              <w:top w:val="single" w:sz="4" w:space="0" w:color="D8E6EC"/>
              <w:left w:val="single" w:sz="4" w:space="0" w:color="D8E6EC"/>
              <w:bottom w:val="single" w:sz="4" w:space="0" w:color="D8E6EC"/>
              <w:right w:val="single" w:sz="4" w:space="0" w:color="D8E6EC"/>
            </w:tcBorders>
            <w:vAlign w:val="center"/>
          </w:tcPr>
          <w:p w14:paraId="37A8CB1C" w14:textId="77777777" w:rsidR="00610360" w:rsidRDefault="00000000">
            <w:pPr>
              <w:spacing w:after="0"/>
            </w:pPr>
            <w:r>
              <w:rPr>
                <w:sz w:val="17"/>
              </w:rPr>
              <w:t>hear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6184B13C"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3A903040" w14:textId="77777777" w:rsidR="00610360" w:rsidRDefault="00000000">
            <w:pPr>
              <w:spacing w:after="0"/>
            </w:pPr>
            <w:r>
              <w:rPr>
                <w:sz w:val="17"/>
              </w:rPr>
              <w:t>Mi aud.</w:t>
            </w:r>
          </w:p>
        </w:tc>
      </w:tr>
      <w:tr w:rsidR="00610360" w14:paraId="73F023D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4CC4E9" w14:textId="77777777" w:rsidR="00610360" w:rsidRDefault="00000000">
            <w:pPr>
              <w:spacing w:after="0"/>
            </w:pPr>
            <w:r>
              <w:rPr>
                <w:sz w:val="17"/>
              </w:rPr>
              <w:t>senti</w:t>
            </w:r>
          </w:p>
        </w:tc>
        <w:tc>
          <w:tcPr>
            <w:tcW w:w="2592" w:type="dxa"/>
            <w:tcBorders>
              <w:top w:val="single" w:sz="4" w:space="0" w:color="D8E6EC"/>
              <w:left w:val="single" w:sz="4" w:space="0" w:color="D8E6EC"/>
              <w:bottom w:val="single" w:sz="4" w:space="0" w:color="D8E6EC"/>
              <w:right w:val="single" w:sz="4" w:space="0" w:color="D8E6EC"/>
            </w:tcBorders>
            <w:vAlign w:val="center"/>
          </w:tcPr>
          <w:p w14:paraId="6D2ADA36" w14:textId="77777777" w:rsidR="00610360" w:rsidRDefault="00000000">
            <w:pPr>
              <w:spacing w:after="0"/>
            </w:pPr>
            <w:r>
              <w:rPr>
                <w:sz w:val="17"/>
              </w:rPr>
              <w:t>feel</w:t>
            </w:r>
          </w:p>
        </w:tc>
        <w:tc>
          <w:tcPr>
            <w:tcW w:w="2592" w:type="dxa"/>
            <w:tcBorders>
              <w:top w:val="single" w:sz="4" w:space="0" w:color="D8E6EC"/>
              <w:left w:val="single" w:sz="4" w:space="0" w:color="D8E6EC"/>
              <w:bottom w:val="single" w:sz="4" w:space="0" w:color="D8E6EC"/>
              <w:right w:val="single" w:sz="4" w:space="0" w:color="D8E6EC"/>
            </w:tcBorders>
            <w:vAlign w:val="center"/>
          </w:tcPr>
          <w:p w14:paraId="200232F8"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F6A168F" w14:textId="77777777" w:rsidR="00610360" w:rsidRDefault="00000000">
            <w:pPr>
              <w:spacing w:after="0"/>
            </w:pPr>
            <w:r>
              <w:rPr>
                <w:sz w:val="17"/>
              </w:rPr>
              <w:t>Mi senti.</w:t>
            </w:r>
          </w:p>
        </w:tc>
      </w:tr>
      <w:tr w:rsidR="00610360" w14:paraId="45B0D4A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9C02A3" w14:textId="77777777" w:rsidR="00610360" w:rsidRDefault="00000000">
            <w:pPr>
              <w:spacing w:after="0"/>
            </w:pPr>
            <w:r>
              <w:rPr>
                <w:sz w:val="17"/>
              </w:rPr>
              <w:t>vive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21E1A15" w14:textId="77777777" w:rsidR="00610360" w:rsidRDefault="00000000">
            <w:pPr>
              <w:spacing w:after="0"/>
            </w:pPr>
            <w:r>
              <w:rPr>
                <w:sz w:val="17"/>
              </w:rPr>
              <w:t>live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77DB5C8F"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357ADE59" w14:textId="77777777" w:rsidR="00610360" w:rsidRDefault="00000000">
            <w:pPr>
              <w:spacing w:after="0"/>
            </w:pPr>
            <w:r>
              <w:rPr>
                <w:sz w:val="17"/>
              </w:rPr>
              <w:t>Mi vive.</w:t>
            </w:r>
          </w:p>
        </w:tc>
      </w:tr>
      <w:tr w:rsidR="00610360" w:rsidRPr="00C12360" w14:paraId="5545519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DBAA3F" w14:textId="77777777" w:rsidR="00610360" w:rsidRDefault="00000000">
            <w:pPr>
              <w:spacing w:after="0"/>
            </w:pPr>
            <w:r>
              <w:rPr>
                <w:sz w:val="17"/>
              </w:rPr>
              <w:t>opera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51EEB9C"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E418668"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2CE093E" w14:textId="77777777" w:rsidR="00610360" w:rsidRPr="00C12360" w:rsidRDefault="00000000">
            <w:pPr>
              <w:spacing w:after="0"/>
              <w:rPr>
                <w:lang w:val="es-ES"/>
              </w:rPr>
            </w:pPr>
            <w:r w:rsidRPr="00C12360">
              <w:rPr>
                <w:sz w:val="17"/>
                <w:lang w:val="es-ES"/>
              </w:rPr>
              <w:t xml:space="preserve">Mi usa opera en </w:t>
            </w:r>
            <w:proofErr w:type="gramStart"/>
            <w:r w:rsidRPr="00C12360">
              <w:rPr>
                <w:sz w:val="17"/>
                <w:lang w:val="es-ES"/>
              </w:rPr>
              <w:t>un frase</w:t>
            </w:r>
            <w:proofErr w:type="gramEnd"/>
            <w:r w:rsidRPr="00C12360">
              <w:rPr>
                <w:sz w:val="17"/>
                <w:lang w:val="es-ES"/>
              </w:rPr>
              <w:t>.</w:t>
            </w:r>
          </w:p>
        </w:tc>
      </w:tr>
    </w:tbl>
    <w:p w14:paraId="5F58AF74"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08590EA8"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84FD08D"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900A223" w14:textId="77777777" w:rsidR="00610360" w:rsidRDefault="00000000">
            <w:pPr>
              <w:spacing w:after="0"/>
            </w:pPr>
            <w:r>
              <w:rPr>
                <w:b/>
                <w:color w:val="FFFFFF"/>
                <w:sz w:val="17"/>
              </w:rPr>
              <w:t>English</w:t>
            </w:r>
          </w:p>
        </w:tc>
      </w:tr>
      <w:tr w:rsidR="00610360" w14:paraId="653C646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B93F2C2" w14:textId="77777777" w:rsidR="00610360" w:rsidRDefault="00000000">
            <w:pPr>
              <w:spacing w:after="0"/>
            </w:pPr>
            <w:r>
              <w:rPr>
                <w:sz w:val="17"/>
              </w:rPr>
              <w:t>Mi nu lege.</w:t>
            </w:r>
          </w:p>
        </w:tc>
        <w:tc>
          <w:tcPr>
            <w:tcW w:w="5184" w:type="dxa"/>
            <w:tcBorders>
              <w:top w:val="single" w:sz="4" w:space="0" w:color="D8E6EC"/>
              <w:left w:val="single" w:sz="4" w:space="0" w:color="D8E6EC"/>
              <w:bottom w:val="single" w:sz="4" w:space="0" w:color="D8E6EC"/>
              <w:right w:val="single" w:sz="4" w:space="0" w:color="D8E6EC"/>
            </w:tcBorders>
            <w:vAlign w:val="center"/>
          </w:tcPr>
          <w:p w14:paraId="55D4F15D" w14:textId="77777777" w:rsidR="00610360" w:rsidRDefault="00000000">
            <w:pPr>
              <w:spacing w:after="0"/>
            </w:pPr>
            <w:r>
              <w:rPr>
                <w:sz w:val="17"/>
              </w:rPr>
              <w:t>I am reading now.</w:t>
            </w:r>
          </w:p>
        </w:tc>
      </w:tr>
      <w:tr w:rsidR="00610360" w14:paraId="38C1920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8E4F200" w14:textId="77777777" w:rsidR="00610360" w:rsidRDefault="00000000">
            <w:pPr>
              <w:spacing w:after="0"/>
            </w:pPr>
            <w:r>
              <w:rPr>
                <w:sz w:val="17"/>
              </w:rPr>
              <w:t>Ela ja arriva.</w:t>
            </w:r>
          </w:p>
        </w:tc>
        <w:tc>
          <w:tcPr>
            <w:tcW w:w="5184" w:type="dxa"/>
            <w:tcBorders>
              <w:top w:val="single" w:sz="4" w:space="0" w:color="D8E6EC"/>
              <w:left w:val="single" w:sz="4" w:space="0" w:color="D8E6EC"/>
              <w:bottom w:val="single" w:sz="4" w:space="0" w:color="D8E6EC"/>
              <w:right w:val="single" w:sz="4" w:space="0" w:color="D8E6EC"/>
            </w:tcBorders>
            <w:vAlign w:val="center"/>
          </w:tcPr>
          <w:p w14:paraId="6224CC61" w14:textId="77777777" w:rsidR="00610360" w:rsidRDefault="00000000">
            <w:pPr>
              <w:spacing w:after="0"/>
            </w:pPr>
            <w:r>
              <w:rPr>
                <w:sz w:val="17"/>
              </w:rPr>
              <w:t>She has already arrived.</w:t>
            </w:r>
          </w:p>
        </w:tc>
      </w:tr>
      <w:tr w:rsidR="00610360" w14:paraId="0D239A7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50C3337" w14:textId="77777777" w:rsidR="00610360" w:rsidRDefault="00000000">
            <w:pPr>
              <w:spacing w:after="0"/>
            </w:pPr>
            <w:r>
              <w:rPr>
                <w:sz w:val="17"/>
              </w:rPr>
              <w:t>Nos nu aprende Claralinga.</w:t>
            </w:r>
          </w:p>
        </w:tc>
        <w:tc>
          <w:tcPr>
            <w:tcW w:w="5184" w:type="dxa"/>
            <w:tcBorders>
              <w:top w:val="single" w:sz="4" w:space="0" w:color="D8E6EC"/>
              <w:left w:val="single" w:sz="4" w:space="0" w:color="D8E6EC"/>
              <w:bottom w:val="single" w:sz="4" w:space="0" w:color="D8E6EC"/>
              <w:right w:val="single" w:sz="4" w:space="0" w:color="D8E6EC"/>
            </w:tcBorders>
            <w:vAlign w:val="center"/>
          </w:tcPr>
          <w:p w14:paraId="7015BDEA" w14:textId="77777777" w:rsidR="00610360" w:rsidRDefault="00000000">
            <w:pPr>
              <w:spacing w:after="0"/>
            </w:pPr>
            <w:r>
              <w:rPr>
                <w:sz w:val="17"/>
              </w:rPr>
              <w:t>We are learning Claralinga.</w:t>
            </w:r>
          </w:p>
        </w:tc>
      </w:tr>
      <w:tr w:rsidR="00610360" w14:paraId="7BBDA29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9E8B233" w14:textId="77777777" w:rsidR="00610360" w:rsidRPr="00C12360" w:rsidRDefault="00000000">
            <w:pPr>
              <w:spacing w:after="0"/>
              <w:rPr>
                <w:lang w:val="fr-FR"/>
              </w:rPr>
            </w:pPr>
            <w:r w:rsidRPr="00C12360">
              <w:rPr>
                <w:sz w:val="17"/>
                <w:lang w:val="fr-FR"/>
              </w:rPr>
              <w:t xml:space="preserve">Les </w:t>
            </w:r>
            <w:proofErr w:type="spellStart"/>
            <w:r w:rsidRPr="00C12360">
              <w:rPr>
                <w:sz w:val="17"/>
                <w:lang w:val="fr-FR"/>
              </w:rPr>
              <w:t>ja</w:t>
            </w:r>
            <w:proofErr w:type="spellEnd"/>
            <w:r w:rsidRPr="00C12360">
              <w:rPr>
                <w:sz w:val="17"/>
                <w:lang w:val="fr-FR"/>
              </w:rPr>
              <w:t xml:space="preserve"> fin la </w:t>
            </w:r>
            <w:proofErr w:type="spellStart"/>
            <w:r w:rsidRPr="00C12360">
              <w:rPr>
                <w:sz w:val="17"/>
                <w:lang w:val="fr-FR"/>
              </w:rPr>
              <w:t>labor</w:t>
            </w:r>
            <w:proofErr w:type="spellEnd"/>
            <w:r w:rsidRPr="00C12360">
              <w:rPr>
                <w:sz w:val="17"/>
                <w:lang w:val="fr-FR"/>
              </w:rPr>
              <w:t>.</w:t>
            </w:r>
          </w:p>
        </w:tc>
        <w:tc>
          <w:tcPr>
            <w:tcW w:w="5184" w:type="dxa"/>
            <w:tcBorders>
              <w:top w:val="single" w:sz="4" w:space="0" w:color="D8E6EC"/>
              <w:left w:val="single" w:sz="4" w:space="0" w:color="D8E6EC"/>
              <w:bottom w:val="single" w:sz="4" w:space="0" w:color="D8E6EC"/>
              <w:right w:val="single" w:sz="4" w:space="0" w:color="D8E6EC"/>
            </w:tcBorders>
            <w:vAlign w:val="center"/>
          </w:tcPr>
          <w:p w14:paraId="5F091D80" w14:textId="77777777" w:rsidR="00610360" w:rsidRDefault="00000000">
            <w:pPr>
              <w:spacing w:after="0"/>
            </w:pPr>
            <w:r>
              <w:rPr>
                <w:sz w:val="17"/>
              </w:rPr>
              <w:t>They have already finished the work.</w:t>
            </w:r>
          </w:p>
        </w:tc>
      </w:tr>
    </w:tbl>
    <w:p w14:paraId="3512AA89" w14:textId="77777777" w:rsidR="00610360" w:rsidRDefault="00000000">
      <w:pPr>
        <w:pStyle w:val="Heading2"/>
        <w:spacing w:after="120"/>
      </w:pPr>
      <w:r>
        <w:rPr>
          <w:rFonts w:ascii="Aptos" w:hAnsi="Aptos"/>
        </w:rPr>
        <w:t>Speak it out loud</w:t>
      </w:r>
    </w:p>
    <w:p w14:paraId="28250809" w14:textId="77777777" w:rsidR="00610360" w:rsidRDefault="00000000">
      <w:pPr>
        <w:spacing w:after="120"/>
      </w:pPr>
      <w:r>
        <w:t>Read each pattern three times. First slowly. Second normally. Third with confidence. Then replace one word and read the new sentence.</w:t>
      </w:r>
    </w:p>
    <w:p w14:paraId="2FB218F0"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32448D45"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E737698"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E998308" w14:textId="77777777" w:rsidR="00610360" w:rsidRDefault="00000000">
            <w:pPr>
              <w:spacing w:after="0"/>
            </w:pPr>
            <w:r>
              <w:rPr>
                <w:b/>
                <w:color w:val="FFFFFF"/>
                <w:sz w:val="17"/>
              </w:rPr>
              <w:t>Line</w:t>
            </w:r>
          </w:p>
        </w:tc>
      </w:tr>
      <w:tr w:rsidR="00610360" w14:paraId="7E70A97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AEC4EDC"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269A09A4" w14:textId="77777777" w:rsidR="00610360" w:rsidRDefault="00000000">
            <w:pPr>
              <w:spacing w:after="0"/>
            </w:pPr>
            <w:r>
              <w:rPr>
                <w:sz w:val="17"/>
              </w:rPr>
              <w:t>Ku tu nu labora?</w:t>
            </w:r>
          </w:p>
        </w:tc>
      </w:tr>
      <w:tr w:rsidR="00610360" w:rsidRPr="00C12360" w14:paraId="637EE76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32373EF"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422368F9" w14:textId="77777777" w:rsidR="00610360" w:rsidRPr="00C12360" w:rsidRDefault="00000000">
            <w:pPr>
              <w:spacing w:after="0"/>
              <w:rPr>
                <w:lang w:val="es-ES"/>
              </w:rPr>
            </w:pPr>
            <w:r w:rsidRPr="00C12360">
              <w:rPr>
                <w:sz w:val="17"/>
                <w:lang w:val="es-ES"/>
              </w:rPr>
              <w:t xml:space="preserve">No. Mi </w:t>
            </w:r>
            <w:proofErr w:type="spellStart"/>
            <w:r w:rsidRPr="00C12360">
              <w:rPr>
                <w:sz w:val="17"/>
                <w:lang w:val="es-ES"/>
              </w:rPr>
              <w:t>nu</w:t>
            </w:r>
            <w:proofErr w:type="spellEnd"/>
            <w:r w:rsidRPr="00C12360">
              <w:rPr>
                <w:sz w:val="17"/>
                <w:lang w:val="es-ES"/>
              </w:rPr>
              <w:t xml:space="preserve"> aprende </w:t>
            </w:r>
            <w:proofErr w:type="spellStart"/>
            <w:r w:rsidRPr="00C12360">
              <w:rPr>
                <w:sz w:val="17"/>
                <w:lang w:val="es-ES"/>
              </w:rPr>
              <w:t>Claralinga</w:t>
            </w:r>
            <w:proofErr w:type="spellEnd"/>
            <w:r w:rsidRPr="00C12360">
              <w:rPr>
                <w:sz w:val="17"/>
                <w:lang w:val="es-ES"/>
              </w:rPr>
              <w:t>.</w:t>
            </w:r>
          </w:p>
        </w:tc>
      </w:tr>
      <w:tr w:rsidR="00610360" w14:paraId="5B5DE9A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6815209"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7A34EC65" w14:textId="77777777" w:rsidR="00610360" w:rsidRDefault="00000000">
            <w:pPr>
              <w:spacing w:after="0"/>
            </w:pPr>
            <w:r>
              <w:rPr>
                <w:sz w:val="17"/>
              </w:rPr>
              <w:t>Ku les ja arriva?</w:t>
            </w:r>
          </w:p>
        </w:tc>
      </w:tr>
      <w:tr w:rsidR="00610360" w14:paraId="3118052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CDAB651"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2D910FCD" w14:textId="77777777" w:rsidR="00610360" w:rsidRDefault="00000000">
            <w:pPr>
              <w:spacing w:after="0"/>
            </w:pPr>
            <w:r>
              <w:rPr>
                <w:sz w:val="17"/>
              </w:rPr>
              <w:t>Si. Les ja arriva en la hotel.</w:t>
            </w:r>
          </w:p>
        </w:tc>
      </w:tr>
    </w:tbl>
    <w:p w14:paraId="018ADFFF" w14:textId="77777777" w:rsidR="00610360" w:rsidRDefault="00000000">
      <w:pPr>
        <w:pStyle w:val="Heading2"/>
        <w:spacing w:after="120"/>
      </w:pPr>
      <w:r>
        <w:rPr>
          <w:rFonts w:ascii="Aptos" w:hAnsi="Aptos"/>
        </w:rPr>
        <w:t>Workbook exercises</w:t>
      </w:r>
    </w:p>
    <w:p w14:paraId="47BFF4E8" w14:textId="77777777" w:rsidR="00610360" w:rsidRDefault="00000000">
      <w:pPr>
        <w:keepLines/>
        <w:spacing w:after="120"/>
      </w:pPr>
      <w:r>
        <w:rPr>
          <w:b/>
          <w:color w:val="0B2E4A"/>
        </w:rPr>
        <w:t>9.1 Translate: I am speaking now.</w:t>
      </w:r>
    </w:p>
    <w:p w14:paraId="2A2335C3" w14:textId="77777777" w:rsidR="00610360" w:rsidRDefault="00000000">
      <w:pPr>
        <w:keepLines/>
        <w:spacing w:after="120"/>
      </w:pPr>
      <w:r>
        <w:t>________________________________________________________________________________</w:t>
      </w:r>
    </w:p>
    <w:p w14:paraId="23D231BD" w14:textId="77777777" w:rsidR="00610360" w:rsidRDefault="00000000">
      <w:pPr>
        <w:keepLines/>
        <w:spacing w:after="120"/>
      </w:pPr>
      <w:r>
        <w:t>________________________________________________________________________________</w:t>
      </w:r>
    </w:p>
    <w:p w14:paraId="51CAE677" w14:textId="77777777" w:rsidR="00610360" w:rsidRDefault="00000000">
      <w:pPr>
        <w:keepLines/>
        <w:spacing w:after="120"/>
      </w:pPr>
      <w:r>
        <w:rPr>
          <w:b/>
          <w:color w:val="0B2E4A"/>
        </w:rPr>
        <w:t>9.2 Translate: We have already arrived.</w:t>
      </w:r>
    </w:p>
    <w:p w14:paraId="6FF85605" w14:textId="77777777" w:rsidR="00610360" w:rsidRDefault="00000000">
      <w:pPr>
        <w:keepLines/>
        <w:spacing w:after="120"/>
      </w:pPr>
      <w:r>
        <w:t>________________________________________________________________________________</w:t>
      </w:r>
    </w:p>
    <w:p w14:paraId="2508E226" w14:textId="77777777" w:rsidR="00610360" w:rsidRDefault="00000000">
      <w:pPr>
        <w:keepLines/>
        <w:spacing w:after="120"/>
      </w:pPr>
      <w:r>
        <w:t>________________________________________________________________________________</w:t>
      </w:r>
    </w:p>
    <w:p w14:paraId="60D887AC" w14:textId="77777777" w:rsidR="00610360" w:rsidRDefault="00000000">
      <w:pPr>
        <w:keepLines/>
        <w:spacing w:after="120"/>
      </w:pPr>
      <w:r>
        <w:rPr>
          <w:b/>
          <w:color w:val="0B2E4A"/>
        </w:rPr>
        <w:t>9.3 Add marker: Ela ___ lege. (current)</w:t>
      </w:r>
    </w:p>
    <w:p w14:paraId="6DD9B057" w14:textId="77777777" w:rsidR="00610360" w:rsidRDefault="00000000">
      <w:pPr>
        <w:keepLines/>
        <w:spacing w:after="120"/>
      </w:pPr>
      <w:r>
        <w:t>________________________________________________________________________________</w:t>
      </w:r>
    </w:p>
    <w:p w14:paraId="534EF829" w14:textId="77777777" w:rsidR="00610360" w:rsidRDefault="00000000">
      <w:pPr>
        <w:keepLines/>
        <w:spacing w:after="120"/>
      </w:pPr>
      <w:r>
        <w:t>________________________________________________________________________________</w:t>
      </w:r>
    </w:p>
    <w:p w14:paraId="17930ECB" w14:textId="77777777" w:rsidR="00610360" w:rsidRDefault="00000000">
      <w:pPr>
        <w:keepLines/>
        <w:spacing w:after="120"/>
      </w:pPr>
      <w:r>
        <w:rPr>
          <w:b/>
          <w:color w:val="0B2E4A"/>
        </w:rPr>
        <w:t>9.4 Add marker: Les ___ fin. (already)</w:t>
      </w:r>
    </w:p>
    <w:p w14:paraId="7FAB49AC" w14:textId="77777777" w:rsidR="00610360" w:rsidRDefault="00000000">
      <w:pPr>
        <w:keepLines/>
        <w:spacing w:after="120"/>
      </w:pPr>
      <w:r>
        <w:t>________________________________________________________________________________</w:t>
      </w:r>
    </w:p>
    <w:p w14:paraId="69365A12" w14:textId="77777777" w:rsidR="00610360" w:rsidRDefault="00000000">
      <w:pPr>
        <w:keepLines/>
        <w:spacing w:after="120"/>
      </w:pPr>
      <w:r>
        <w:t>________________________________________________________________________________</w:t>
      </w:r>
    </w:p>
    <w:p w14:paraId="652A57DA" w14:textId="77777777" w:rsidR="00610360" w:rsidRDefault="00000000">
      <w:pPr>
        <w:keepLines/>
        <w:spacing w:after="120"/>
      </w:pPr>
      <w:r>
        <w:rPr>
          <w:b/>
          <w:color w:val="0B2E4A"/>
        </w:rPr>
        <w:t>9.5 Write one nu sentence and one ja sentence.</w:t>
      </w:r>
    </w:p>
    <w:p w14:paraId="247934F1" w14:textId="77777777" w:rsidR="00610360" w:rsidRDefault="00000000">
      <w:pPr>
        <w:keepLines/>
        <w:spacing w:after="120"/>
      </w:pPr>
      <w:r>
        <w:t>________________________________________________________________________________</w:t>
      </w:r>
    </w:p>
    <w:p w14:paraId="58F0C6DC" w14:textId="77777777" w:rsidR="00610360" w:rsidRDefault="00000000">
      <w:pPr>
        <w:keepLines/>
        <w:spacing w:after="120"/>
      </w:pPr>
      <w:r>
        <w:t>________________________________________________________________________________</w:t>
      </w:r>
    </w:p>
    <w:p w14:paraId="2809C070"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0B96243D"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19284C5A" w14:textId="77777777" w:rsidR="00610360" w:rsidRDefault="00000000">
            <w:pPr>
              <w:spacing w:after="40"/>
            </w:pPr>
            <w:r>
              <w:rPr>
                <w:b/>
                <w:color w:val="0B2E4A"/>
              </w:rPr>
              <w:t>Checkpoint</w:t>
            </w:r>
          </w:p>
          <w:p w14:paraId="3A05CCFF" w14:textId="77777777" w:rsidR="00610360" w:rsidRDefault="00000000">
            <w:pPr>
              <w:spacing w:after="0"/>
            </w:pPr>
            <w:r>
              <w:rPr>
                <w:sz w:val="18"/>
              </w:rPr>
              <w:t>Before moving on, read the conversation aloud without stopping. If you stumble, slow down. Clean pronunciation beats fast guessing.</w:t>
            </w:r>
          </w:p>
        </w:tc>
      </w:tr>
    </w:tbl>
    <w:p w14:paraId="19F8E438" w14:textId="77777777" w:rsidR="00610360" w:rsidRDefault="00000000">
      <w:pPr>
        <w:spacing w:after="120"/>
      </w:pPr>
      <w:r/>
    </w:p>
    <w:p w14:paraId="7C580AB0" w14:textId="77777777" w:rsidR="00610360" w:rsidRDefault="00000000">
      <w:pPr>
        <w:pStyle w:val="Heading1"/>
        <w:spacing w:after="120"/>
      </w:pPr>
      <w:r>
        <w:rPr>
          <w:rFonts w:ascii="Aptos" w:hAnsi="Aptos"/>
        </w:rPr>
        <w:t>Lesson 10: Questions and Negation</w:t>
      </w:r>
    </w:p>
    <w:tbl>
      <w:tblPr>
        <w:tblW w:w="0" w:type="auto"/>
        <w:jc w:val="center"/>
        <w:tblLook w:val="04A0" w:firstRow="1" w:lastRow="0" w:firstColumn="1" w:lastColumn="0" w:noHBand="0" w:noVBand="1"/>
      </w:tblPr>
      <w:tblGrid>
        <w:gridCol w:w="10368"/>
      </w:tblGrid>
      <w:tr w:rsidR="00610360" w14:paraId="790DB9FB"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589EF3AD" w14:textId="77777777" w:rsidR="00610360" w:rsidRDefault="00000000">
            <w:pPr>
              <w:spacing w:after="40"/>
            </w:pPr>
            <w:r>
              <w:rPr>
                <w:b/>
                <w:color w:val="0B2E4A"/>
              </w:rPr>
              <w:t>Lesson goal</w:t>
            </w:r>
          </w:p>
          <w:p w14:paraId="64F729DC" w14:textId="77777777" w:rsidR="00610360" w:rsidRDefault="00000000">
            <w:pPr>
              <w:spacing w:after="0"/>
            </w:pPr>
            <w:r>
              <w:rPr>
                <w:sz w:val="18"/>
              </w:rPr>
              <w:t>Ask clear questions and make clear negative sentences.</w:t>
            </w:r>
          </w:p>
        </w:tc>
      </w:tr>
    </w:tbl>
    <w:p w14:paraId="1EA4C2F4"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2D146F4D"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1D7CC5B"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EC77E00"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6398FA9"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948E8B6" w14:textId="77777777" w:rsidR="00610360" w:rsidRDefault="00000000">
            <w:pPr>
              <w:spacing w:after="0"/>
            </w:pPr>
            <w:r>
              <w:rPr>
                <w:b/>
                <w:color w:val="FFFFFF"/>
                <w:sz w:val="17"/>
              </w:rPr>
              <w:t>Say it in a sentence</w:t>
            </w:r>
          </w:p>
        </w:tc>
      </w:tr>
      <w:tr w:rsidR="00610360" w:rsidRPr="00C12360" w14:paraId="2A43BBA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3FEA701" w14:textId="77777777" w:rsidR="00610360" w:rsidRDefault="00000000">
            <w:pPr>
              <w:spacing w:after="0"/>
            </w:pPr>
            <w:r>
              <w:rPr>
                <w:sz w:val="17"/>
              </w:rPr>
              <w:t>ku</w:t>
            </w:r>
          </w:p>
        </w:tc>
        <w:tc>
          <w:tcPr>
            <w:tcW w:w="2592" w:type="dxa"/>
            <w:tcBorders>
              <w:top w:val="single" w:sz="4" w:space="0" w:color="D8E6EC"/>
              <w:left w:val="single" w:sz="4" w:space="0" w:color="D8E6EC"/>
              <w:bottom w:val="single" w:sz="4" w:space="0" w:color="D8E6EC"/>
              <w:right w:val="single" w:sz="4" w:space="0" w:color="D8E6EC"/>
            </w:tcBorders>
            <w:vAlign w:val="center"/>
          </w:tcPr>
          <w:p w14:paraId="5B599685" w14:textId="77777777" w:rsidR="00610360" w:rsidRDefault="00000000">
            <w:pPr>
              <w:spacing w:after="0"/>
            </w:pPr>
            <w:r>
              <w:rPr>
                <w:sz w:val="17"/>
              </w:rPr>
              <w:t>yes/no question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6F05F42" w14:textId="77777777" w:rsidR="00610360" w:rsidRDefault="00000000">
            <w:pPr>
              <w:spacing w:after="0"/>
            </w:pPr>
            <w:r>
              <w:rPr>
                <w:sz w:val="17"/>
              </w:rPr>
              <w:t>question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E8332E2"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ku</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16CF8FE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382CE50" w14:textId="77777777" w:rsidR="00610360" w:rsidRDefault="00000000">
            <w:pPr>
              <w:spacing w:after="0"/>
            </w:pPr>
            <w:proofErr w:type="spellStart"/>
            <w:r>
              <w:rPr>
                <w:sz w:val="17"/>
              </w:rPr>
              <w:t>ke</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4C3181F8" w14:textId="77777777" w:rsidR="00610360" w:rsidRDefault="00000000">
            <w:pPr>
              <w:spacing w:after="0"/>
            </w:pPr>
            <w:r>
              <w:rPr>
                <w:sz w:val="17"/>
              </w:rPr>
              <w:t>what / that</w:t>
            </w:r>
          </w:p>
        </w:tc>
        <w:tc>
          <w:tcPr>
            <w:tcW w:w="2592" w:type="dxa"/>
            <w:tcBorders>
              <w:top w:val="single" w:sz="4" w:space="0" w:color="D8E6EC"/>
              <w:left w:val="single" w:sz="4" w:space="0" w:color="D8E6EC"/>
              <w:bottom w:val="single" w:sz="4" w:space="0" w:color="D8E6EC"/>
              <w:right w:val="single" w:sz="4" w:space="0" w:color="D8E6EC"/>
            </w:tcBorders>
            <w:vAlign w:val="center"/>
          </w:tcPr>
          <w:p w14:paraId="2253D5B2"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539D5E6" w14:textId="77777777" w:rsidR="00610360" w:rsidRPr="00C12360" w:rsidRDefault="00000000">
            <w:pPr>
              <w:spacing w:after="0"/>
              <w:rPr>
                <w:lang w:val="es-ES"/>
              </w:rPr>
            </w:pPr>
            <w:r w:rsidRPr="00C12360">
              <w:rPr>
                <w:sz w:val="17"/>
                <w:lang w:val="es-ES"/>
              </w:rPr>
              <w:t xml:space="preserve">Mi usa ke en </w:t>
            </w:r>
            <w:proofErr w:type="gramStart"/>
            <w:r w:rsidRPr="00C12360">
              <w:rPr>
                <w:sz w:val="17"/>
                <w:lang w:val="es-ES"/>
              </w:rPr>
              <w:t>un frase</w:t>
            </w:r>
            <w:proofErr w:type="gramEnd"/>
            <w:r w:rsidRPr="00C12360">
              <w:rPr>
                <w:sz w:val="17"/>
                <w:lang w:val="es-ES"/>
              </w:rPr>
              <w:t>.</w:t>
            </w:r>
          </w:p>
        </w:tc>
      </w:tr>
      <w:tr w:rsidR="00610360" w:rsidRPr="00C12360" w14:paraId="508C1B0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3D159DB" w14:textId="77777777" w:rsidR="00610360" w:rsidRDefault="00000000">
            <w:pPr>
              <w:spacing w:after="0"/>
            </w:pPr>
            <w:r>
              <w:rPr>
                <w:sz w:val="17"/>
              </w:rPr>
              <w:t>ki</w:t>
            </w:r>
          </w:p>
        </w:tc>
        <w:tc>
          <w:tcPr>
            <w:tcW w:w="2592" w:type="dxa"/>
            <w:tcBorders>
              <w:top w:val="single" w:sz="4" w:space="0" w:color="D8E6EC"/>
              <w:left w:val="single" w:sz="4" w:space="0" w:color="D8E6EC"/>
              <w:bottom w:val="single" w:sz="4" w:space="0" w:color="D8E6EC"/>
              <w:right w:val="single" w:sz="4" w:space="0" w:color="D8E6EC"/>
            </w:tcBorders>
            <w:vAlign w:val="center"/>
          </w:tcPr>
          <w:p w14:paraId="0170E979" w14:textId="77777777" w:rsidR="00610360" w:rsidRDefault="00000000">
            <w:pPr>
              <w:spacing w:after="0"/>
            </w:pPr>
            <w:r>
              <w:rPr>
                <w:sz w:val="17"/>
              </w:rPr>
              <w:t>who</w:t>
            </w:r>
          </w:p>
        </w:tc>
        <w:tc>
          <w:tcPr>
            <w:tcW w:w="2592" w:type="dxa"/>
            <w:tcBorders>
              <w:top w:val="single" w:sz="4" w:space="0" w:color="D8E6EC"/>
              <w:left w:val="single" w:sz="4" w:space="0" w:color="D8E6EC"/>
              <w:bottom w:val="single" w:sz="4" w:space="0" w:color="D8E6EC"/>
              <w:right w:val="single" w:sz="4" w:space="0" w:color="D8E6EC"/>
            </w:tcBorders>
            <w:vAlign w:val="center"/>
          </w:tcPr>
          <w:p w14:paraId="63B9824C"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EC8986B"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ki</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51FB633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9F50946" w14:textId="77777777" w:rsidR="00610360" w:rsidRDefault="00000000">
            <w:pPr>
              <w:spacing w:after="0"/>
            </w:pPr>
            <w:r>
              <w:rPr>
                <w:sz w:val="17"/>
              </w:rPr>
              <w:t>ube</w:t>
            </w:r>
          </w:p>
        </w:tc>
        <w:tc>
          <w:tcPr>
            <w:tcW w:w="2592" w:type="dxa"/>
            <w:tcBorders>
              <w:top w:val="single" w:sz="4" w:space="0" w:color="D8E6EC"/>
              <w:left w:val="single" w:sz="4" w:space="0" w:color="D8E6EC"/>
              <w:bottom w:val="single" w:sz="4" w:space="0" w:color="D8E6EC"/>
              <w:right w:val="single" w:sz="4" w:space="0" w:color="D8E6EC"/>
            </w:tcBorders>
            <w:vAlign w:val="center"/>
          </w:tcPr>
          <w:p w14:paraId="38718B56" w14:textId="77777777" w:rsidR="00610360" w:rsidRDefault="00000000">
            <w:pPr>
              <w:spacing w:after="0"/>
            </w:pPr>
            <w:r>
              <w:rPr>
                <w:sz w:val="17"/>
              </w:rPr>
              <w:t>where</w:t>
            </w:r>
          </w:p>
        </w:tc>
        <w:tc>
          <w:tcPr>
            <w:tcW w:w="2592" w:type="dxa"/>
            <w:tcBorders>
              <w:top w:val="single" w:sz="4" w:space="0" w:color="D8E6EC"/>
              <w:left w:val="single" w:sz="4" w:space="0" w:color="D8E6EC"/>
              <w:bottom w:val="single" w:sz="4" w:space="0" w:color="D8E6EC"/>
              <w:right w:val="single" w:sz="4" w:space="0" w:color="D8E6EC"/>
            </w:tcBorders>
            <w:vAlign w:val="center"/>
          </w:tcPr>
          <w:p w14:paraId="76FB31F6"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DB8B4C3"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ube</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3EB8A86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4196482" w14:textId="77777777" w:rsidR="00610360" w:rsidRDefault="00000000">
            <w:pPr>
              <w:spacing w:after="0"/>
            </w:pPr>
            <w:proofErr w:type="spellStart"/>
            <w:r>
              <w:rPr>
                <w:sz w:val="17"/>
              </w:rPr>
              <w:t>kan</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4D31A5EB" w14:textId="77777777" w:rsidR="00610360" w:rsidRDefault="00000000">
            <w:pPr>
              <w:spacing w:after="0"/>
            </w:pPr>
            <w:r>
              <w:rPr>
                <w:sz w:val="17"/>
              </w:rPr>
              <w:t>when</w:t>
            </w:r>
          </w:p>
        </w:tc>
        <w:tc>
          <w:tcPr>
            <w:tcW w:w="2592" w:type="dxa"/>
            <w:tcBorders>
              <w:top w:val="single" w:sz="4" w:space="0" w:color="D8E6EC"/>
              <w:left w:val="single" w:sz="4" w:space="0" w:color="D8E6EC"/>
              <w:bottom w:val="single" w:sz="4" w:space="0" w:color="D8E6EC"/>
              <w:right w:val="single" w:sz="4" w:space="0" w:color="D8E6EC"/>
            </w:tcBorders>
            <w:vAlign w:val="center"/>
          </w:tcPr>
          <w:p w14:paraId="04B70849"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CC578CF" w14:textId="77777777" w:rsidR="00610360" w:rsidRPr="00C12360" w:rsidRDefault="00000000">
            <w:pPr>
              <w:spacing w:after="0"/>
              <w:rPr>
                <w:lang w:val="es-ES"/>
              </w:rPr>
            </w:pPr>
            <w:r w:rsidRPr="00C12360">
              <w:rPr>
                <w:sz w:val="17"/>
                <w:lang w:val="es-ES"/>
              </w:rPr>
              <w:t xml:space="preserve">Mi usa kan en </w:t>
            </w:r>
            <w:proofErr w:type="gramStart"/>
            <w:r w:rsidRPr="00C12360">
              <w:rPr>
                <w:sz w:val="17"/>
                <w:lang w:val="es-ES"/>
              </w:rPr>
              <w:t>un frase</w:t>
            </w:r>
            <w:proofErr w:type="gramEnd"/>
            <w:r w:rsidRPr="00C12360">
              <w:rPr>
                <w:sz w:val="17"/>
                <w:lang w:val="es-ES"/>
              </w:rPr>
              <w:t>.</w:t>
            </w:r>
          </w:p>
        </w:tc>
      </w:tr>
      <w:tr w:rsidR="00610360" w:rsidRPr="00C12360" w14:paraId="44D96B5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D21D73A" w14:textId="77777777" w:rsidR="00610360" w:rsidRDefault="00000000">
            <w:pPr>
              <w:spacing w:after="0"/>
            </w:pPr>
            <w:proofErr w:type="spellStart"/>
            <w:r>
              <w:rPr>
                <w:sz w:val="17"/>
              </w:rPr>
              <w:t>kur</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264ABB6A" w14:textId="77777777" w:rsidR="00610360" w:rsidRDefault="00000000">
            <w:pPr>
              <w:spacing w:after="0"/>
            </w:pPr>
            <w:r>
              <w:rPr>
                <w:sz w:val="17"/>
              </w:rPr>
              <w:t>why</w:t>
            </w:r>
          </w:p>
        </w:tc>
        <w:tc>
          <w:tcPr>
            <w:tcW w:w="2592" w:type="dxa"/>
            <w:tcBorders>
              <w:top w:val="single" w:sz="4" w:space="0" w:color="D8E6EC"/>
              <w:left w:val="single" w:sz="4" w:space="0" w:color="D8E6EC"/>
              <w:bottom w:val="single" w:sz="4" w:space="0" w:color="D8E6EC"/>
              <w:right w:val="single" w:sz="4" w:space="0" w:color="D8E6EC"/>
            </w:tcBorders>
            <w:vAlign w:val="center"/>
          </w:tcPr>
          <w:p w14:paraId="1C04A834"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9B58C6F" w14:textId="77777777" w:rsidR="00610360" w:rsidRPr="00C12360" w:rsidRDefault="00000000">
            <w:pPr>
              <w:spacing w:after="0"/>
              <w:rPr>
                <w:lang w:val="es-ES"/>
              </w:rPr>
            </w:pPr>
            <w:r w:rsidRPr="00C12360">
              <w:rPr>
                <w:sz w:val="17"/>
                <w:lang w:val="es-ES"/>
              </w:rPr>
              <w:t xml:space="preserve">Mi usa kur en </w:t>
            </w:r>
            <w:proofErr w:type="gramStart"/>
            <w:r w:rsidRPr="00C12360">
              <w:rPr>
                <w:sz w:val="17"/>
                <w:lang w:val="es-ES"/>
              </w:rPr>
              <w:t>un frase</w:t>
            </w:r>
            <w:proofErr w:type="gramEnd"/>
            <w:r w:rsidRPr="00C12360">
              <w:rPr>
                <w:sz w:val="17"/>
                <w:lang w:val="es-ES"/>
              </w:rPr>
              <w:t>.</w:t>
            </w:r>
          </w:p>
        </w:tc>
      </w:tr>
      <w:tr w:rsidR="00610360" w:rsidRPr="00C12360" w14:paraId="3AC12B4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3F7F3E5" w14:textId="77777777" w:rsidR="00610360" w:rsidRDefault="00000000">
            <w:pPr>
              <w:spacing w:after="0"/>
            </w:pPr>
            <w:proofErr w:type="spellStart"/>
            <w:r>
              <w:rPr>
                <w:sz w:val="17"/>
              </w:rPr>
              <w:t>kom</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3A548BBB" w14:textId="77777777" w:rsidR="00610360" w:rsidRDefault="00000000">
            <w:pPr>
              <w:spacing w:after="0"/>
            </w:pPr>
            <w:r>
              <w:rPr>
                <w:sz w:val="17"/>
              </w:rPr>
              <w:t>how / as</w:t>
            </w:r>
          </w:p>
        </w:tc>
        <w:tc>
          <w:tcPr>
            <w:tcW w:w="2592" w:type="dxa"/>
            <w:tcBorders>
              <w:top w:val="single" w:sz="4" w:space="0" w:color="D8E6EC"/>
              <w:left w:val="single" w:sz="4" w:space="0" w:color="D8E6EC"/>
              <w:bottom w:val="single" w:sz="4" w:space="0" w:color="D8E6EC"/>
              <w:right w:val="single" w:sz="4" w:space="0" w:color="D8E6EC"/>
            </w:tcBorders>
            <w:vAlign w:val="center"/>
          </w:tcPr>
          <w:p w14:paraId="58816238"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6A1DDA6"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kom</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2540D76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FA72EDF" w14:textId="77777777" w:rsidR="00610360" w:rsidRDefault="00000000">
            <w:pPr>
              <w:spacing w:after="0"/>
            </w:pPr>
            <w:r>
              <w:rPr>
                <w:sz w:val="17"/>
              </w:rPr>
              <w:t>qual</w:t>
            </w:r>
          </w:p>
        </w:tc>
        <w:tc>
          <w:tcPr>
            <w:tcW w:w="2592" w:type="dxa"/>
            <w:tcBorders>
              <w:top w:val="single" w:sz="4" w:space="0" w:color="D8E6EC"/>
              <w:left w:val="single" w:sz="4" w:space="0" w:color="D8E6EC"/>
              <w:bottom w:val="single" w:sz="4" w:space="0" w:color="D8E6EC"/>
              <w:right w:val="single" w:sz="4" w:space="0" w:color="D8E6EC"/>
            </w:tcBorders>
            <w:vAlign w:val="center"/>
          </w:tcPr>
          <w:p w14:paraId="6BBDEB30" w14:textId="77777777" w:rsidR="00610360" w:rsidRDefault="00000000">
            <w:pPr>
              <w:spacing w:after="0"/>
            </w:pPr>
            <w:r>
              <w:rPr>
                <w:sz w:val="17"/>
              </w:rPr>
              <w:t>which</w:t>
            </w:r>
          </w:p>
        </w:tc>
        <w:tc>
          <w:tcPr>
            <w:tcW w:w="2592" w:type="dxa"/>
            <w:tcBorders>
              <w:top w:val="single" w:sz="4" w:space="0" w:color="D8E6EC"/>
              <w:left w:val="single" w:sz="4" w:space="0" w:color="D8E6EC"/>
              <w:bottom w:val="single" w:sz="4" w:space="0" w:color="D8E6EC"/>
              <w:right w:val="single" w:sz="4" w:space="0" w:color="D8E6EC"/>
            </w:tcBorders>
            <w:vAlign w:val="center"/>
          </w:tcPr>
          <w:p w14:paraId="6FF489E5"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35B00F8"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qual</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779ADED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3954651" w14:textId="77777777" w:rsidR="00610360" w:rsidRDefault="00000000">
            <w:pPr>
              <w:spacing w:after="0"/>
            </w:pPr>
            <w:r>
              <w:rPr>
                <w:sz w:val="17"/>
              </w:rPr>
              <w:t>quant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50B76379" w14:textId="77777777" w:rsidR="00610360" w:rsidRDefault="00000000">
            <w:pPr>
              <w:spacing w:after="0"/>
            </w:pPr>
            <w:r>
              <w:rPr>
                <w:sz w:val="17"/>
              </w:rPr>
              <w:t>how much / how many</w:t>
            </w:r>
          </w:p>
        </w:tc>
        <w:tc>
          <w:tcPr>
            <w:tcW w:w="2592" w:type="dxa"/>
            <w:tcBorders>
              <w:top w:val="single" w:sz="4" w:space="0" w:color="D8E6EC"/>
              <w:left w:val="single" w:sz="4" w:space="0" w:color="D8E6EC"/>
              <w:bottom w:val="single" w:sz="4" w:space="0" w:color="D8E6EC"/>
              <w:right w:val="single" w:sz="4" w:space="0" w:color="D8E6EC"/>
            </w:tcBorders>
            <w:vAlign w:val="center"/>
          </w:tcPr>
          <w:p w14:paraId="266FEED4" w14:textId="77777777" w:rsidR="00610360" w:rsidRDefault="00000000">
            <w:pPr>
              <w:spacing w:after="0"/>
            </w:pPr>
            <w:r>
              <w:rPr>
                <w:sz w:val="17"/>
              </w:rPr>
              <w:t>question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F29F4A3"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quant</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18198F7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B63BED7" w14:textId="77777777" w:rsidR="00610360" w:rsidRDefault="00000000">
            <w:pPr>
              <w:spacing w:after="0"/>
            </w:pPr>
            <w:r>
              <w:rPr>
                <w:sz w:val="17"/>
              </w:rPr>
              <w:t>ne</w:t>
            </w:r>
          </w:p>
        </w:tc>
        <w:tc>
          <w:tcPr>
            <w:tcW w:w="2592" w:type="dxa"/>
            <w:tcBorders>
              <w:top w:val="single" w:sz="4" w:space="0" w:color="D8E6EC"/>
              <w:left w:val="single" w:sz="4" w:space="0" w:color="D8E6EC"/>
              <w:bottom w:val="single" w:sz="4" w:space="0" w:color="D8E6EC"/>
              <w:right w:val="single" w:sz="4" w:space="0" w:color="D8E6EC"/>
            </w:tcBorders>
            <w:vAlign w:val="center"/>
          </w:tcPr>
          <w:p w14:paraId="0C9D04C4" w14:textId="77777777" w:rsidR="00610360" w:rsidRDefault="00000000">
            <w:pPr>
              <w:spacing w:after="0"/>
            </w:pPr>
            <w:r>
              <w:rPr>
                <w:sz w:val="17"/>
              </w:rPr>
              <w:t>not</w:t>
            </w:r>
          </w:p>
        </w:tc>
        <w:tc>
          <w:tcPr>
            <w:tcW w:w="2592" w:type="dxa"/>
            <w:tcBorders>
              <w:top w:val="single" w:sz="4" w:space="0" w:color="D8E6EC"/>
              <w:left w:val="single" w:sz="4" w:space="0" w:color="D8E6EC"/>
              <w:bottom w:val="single" w:sz="4" w:space="0" w:color="D8E6EC"/>
              <w:right w:val="single" w:sz="4" w:space="0" w:color="D8E6EC"/>
            </w:tcBorders>
            <w:vAlign w:val="center"/>
          </w:tcPr>
          <w:p w14:paraId="7ECC91B1" w14:textId="77777777" w:rsidR="00610360" w:rsidRDefault="00000000">
            <w:pPr>
              <w:spacing w:after="0"/>
            </w:pPr>
            <w:r>
              <w:rPr>
                <w:sz w:val="17"/>
              </w:rPr>
              <w:t>negation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8FE1FE0"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ne</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75AD7A4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7A2BAAD" w14:textId="77777777" w:rsidR="00610360" w:rsidRDefault="00000000">
            <w:pPr>
              <w:spacing w:after="0"/>
            </w:pPr>
            <w:proofErr w:type="spellStart"/>
            <w:r>
              <w:rPr>
                <w:sz w:val="17"/>
              </w:rPr>
              <w:t>si</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28E059E3" w14:textId="77777777" w:rsidR="00610360" w:rsidRDefault="00000000">
            <w:pPr>
              <w:spacing w:after="0"/>
            </w:pPr>
            <w:r>
              <w:rPr>
                <w:sz w:val="17"/>
              </w:rPr>
              <w:t>yes / if</w:t>
            </w:r>
          </w:p>
        </w:tc>
        <w:tc>
          <w:tcPr>
            <w:tcW w:w="2592" w:type="dxa"/>
            <w:tcBorders>
              <w:top w:val="single" w:sz="4" w:space="0" w:color="D8E6EC"/>
              <w:left w:val="single" w:sz="4" w:space="0" w:color="D8E6EC"/>
              <w:bottom w:val="single" w:sz="4" w:space="0" w:color="D8E6EC"/>
              <w:right w:val="single" w:sz="4" w:space="0" w:color="D8E6EC"/>
            </w:tcBorders>
            <w:vAlign w:val="center"/>
          </w:tcPr>
          <w:p w14:paraId="41E5278A" w14:textId="77777777" w:rsidR="00610360" w:rsidRDefault="00000000">
            <w:pPr>
              <w:spacing w:after="0"/>
            </w:pPr>
            <w:r>
              <w:rPr>
                <w:sz w:val="17"/>
              </w:rPr>
              <w:t>particle</w:t>
            </w:r>
          </w:p>
        </w:tc>
        <w:tc>
          <w:tcPr>
            <w:tcW w:w="2592" w:type="dxa"/>
            <w:tcBorders>
              <w:top w:val="single" w:sz="4" w:space="0" w:color="D8E6EC"/>
              <w:left w:val="single" w:sz="4" w:space="0" w:color="D8E6EC"/>
              <w:bottom w:val="single" w:sz="4" w:space="0" w:color="D8E6EC"/>
              <w:right w:val="single" w:sz="4" w:space="0" w:color="D8E6EC"/>
            </w:tcBorders>
            <w:vAlign w:val="center"/>
          </w:tcPr>
          <w:p w14:paraId="0F2ABD51" w14:textId="77777777" w:rsidR="00610360" w:rsidRPr="00C12360" w:rsidRDefault="00000000">
            <w:pPr>
              <w:spacing w:after="0"/>
              <w:rPr>
                <w:lang w:val="es-ES"/>
              </w:rPr>
            </w:pPr>
            <w:r w:rsidRPr="00C12360">
              <w:rPr>
                <w:sz w:val="17"/>
                <w:lang w:val="es-ES"/>
              </w:rPr>
              <w:t xml:space="preserve">Mi usa si en </w:t>
            </w:r>
            <w:proofErr w:type="gramStart"/>
            <w:r w:rsidRPr="00C12360">
              <w:rPr>
                <w:sz w:val="17"/>
                <w:lang w:val="es-ES"/>
              </w:rPr>
              <w:t>un frase</w:t>
            </w:r>
            <w:proofErr w:type="gramEnd"/>
            <w:r w:rsidRPr="00C12360">
              <w:rPr>
                <w:sz w:val="17"/>
                <w:lang w:val="es-ES"/>
              </w:rPr>
              <w:t>.</w:t>
            </w:r>
          </w:p>
        </w:tc>
      </w:tr>
      <w:tr w:rsidR="00610360" w:rsidRPr="00C12360" w14:paraId="1C4777E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B38FC4B" w14:textId="77777777" w:rsidR="00610360" w:rsidRDefault="00000000">
            <w:pPr>
              <w:spacing w:after="0"/>
            </w:pPr>
            <w:r>
              <w:rPr>
                <w:sz w:val="17"/>
              </w:rPr>
              <w:t>no</w:t>
            </w:r>
          </w:p>
        </w:tc>
        <w:tc>
          <w:tcPr>
            <w:tcW w:w="2592" w:type="dxa"/>
            <w:tcBorders>
              <w:top w:val="single" w:sz="4" w:space="0" w:color="D8E6EC"/>
              <w:left w:val="single" w:sz="4" w:space="0" w:color="D8E6EC"/>
              <w:bottom w:val="single" w:sz="4" w:space="0" w:color="D8E6EC"/>
              <w:right w:val="single" w:sz="4" w:space="0" w:color="D8E6EC"/>
            </w:tcBorders>
            <w:vAlign w:val="center"/>
          </w:tcPr>
          <w:p w14:paraId="74337E84" w14:textId="77777777" w:rsidR="00610360" w:rsidRDefault="00000000">
            <w:pPr>
              <w:spacing w:after="0"/>
            </w:pPr>
            <w:r>
              <w:rPr>
                <w:sz w:val="17"/>
              </w:rPr>
              <w:t>no</w:t>
            </w:r>
          </w:p>
        </w:tc>
        <w:tc>
          <w:tcPr>
            <w:tcW w:w="2592" w:type="dxa"/>
            <w:tcBorders>
              <w:top w:val="single" w:sz="4" w:space="0" w:color="D8E6EC"/>
              <w:left w:val="single" w:sz="4" w:space="0" w:color="D8E6EC"/>
              <w:bottom w:val="single" w:sz="4" w:space="0" w:color="D8E6EC"/>
              <w:right w:val="single" w:sz="4" w:space="0" w:color="D8E6EC"/>
            </w:tcBorders>
            <w:vAlign w:val="center"/>
          </w:tcPr>
          <w:p w14:paraId="768993C6" w14:textId="77777777" w:rsidR="00610360" w:rsidRDefault="00000000">
            <w:pPr>
              <w:spacing w:after="0"/>
            </w:pPr>
            <w:r>
              <w:rPr>
                <w:sz w:val="17"/>
              </w:rPr>
              <w:t>particle</w:t>
            </w:r>
          </w:p>
        </w:tc>
        <w:tc>
          <w:tcPr>
            <w:tcW w:w="2592" w:type="dxa"/>
            <w:tcBorders>
              <w:top w:val="single" w:sz="4" w:space="0" w:color="D8E6EC"/>
              <w:left w:val="single" w:sz="4" w:space="0" w:color="D8E6EC"/>
              <w:bottom w:val="single" w:sz="4" w:space="0" w:color="D8E6EC"/>
              <w:right w:val="single" w:sz="4" w:space="0" w:color="D8E6EC"/>
            </w:tcBorders>
            <w:vAlign w:val="center"/>
          </w:tcPr>
          <w:p w14:paraId="16F6FCA8" w14:textId="77777777" w:rsidR="00610360" w:rsidRPr="00C12360" w:rsidRDefault="00000000">
            <w:pPr>
              <w:spacing w:after="0"/>
              <w:rPr>
                <w:lang w:val="es-ES"/>
              </w:rPr>
            </w:pPr>
            <w:r w:rsidRPr="00C12360">
              <w:rPr>
                <w:sz w:val="17"/>
                <w:lang w:val="es-ES"/>
              </w:rPr>
              <w:t xml:space="preserve">Mi usa no en </w:t>
            </w:r>
            <w:proofErr w:type="gramStart"/>
            <w:r w:rsidRPr="00C12360">
              <w:rPr>
                <w:sz w:val="17"/>
                <w:lang w:val="es-ES"/>
              </w:rPr>
              <w:t>un frase</w:t>
            </w:r>
            <w:proofErr w:type="gramEnd"/>
            <w:r w:rsidRPr="00C12360">
              <w:rPr>
                <w:sz w:val="17"/>
                <w:lang w:val="es-ES"/>
              </w:rPr>
              <w:t>.</w:t>
            </w:r>
          </w:p>
        </w:tc>
      </w:tr>
      <w:tr w:rsidR="00610360" w14:paraId="2C85050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CF753D" w14:textId="77777777" w:rsidR="00610360" w:rsidRDefault="00000000">
            <w:pPr>
              <w:spacing w:after="0"/>
            </w:pPr>
            <w:proofErr w:type="spellStart"/>
            <w:r>
              <w:rPr>
                <w:sz w:val="17"/>
              </w:rPr>
              <w:t>responde</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3DD19853" w14:textId="77777777" w:rsidR="00610360" w:rsidRDefault="00000000">
            <w:pPr>
              <w:spacing w:after="0"/>
            </w:pPr>
            <w:r>
              <w:rPr>
                <w:sz w:val="17"/>
              </w:rPr>
              <w:t>answer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CCD8909"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40EF2C9" w14:textId="77777777" w:rsidR="00610360" w:rsidRDefault="00000000">
            <w:pPr>
              <w:spacing w:after="0"/>
            </w:pPr>
            <w:r>
              <w:rPr>
                <w:sz w:val="17"/>
              </w:rPr>
              <w:t>Mi responde.</w:t>
            </w:r>
          </w:p>
        </w:tc>
      </w:tr>
      <w:tr w:rsidR="00610360" w:rsidRPr="00C12360" w14:paraId="2EAAB8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1EA8A0" w14:textId="77777777" w:rsidR="00610360" w:rsidRDefault="00000000">
            <w:pPr>
              <w:spacing w:after="0"/>
            </w:pPr>
            <w:r>
              <w:rPr>
                <w:sz w:val="17"/>
              </w:rPr>
              <w:t>demanda</w:t>
            </w:r>
          </w:p>
        </w:tc>
        <w:tc>
          <w:tcPr>
            <w:tcW w:w="2592" w:type="dxa"/>
            <w:tcBorders>
              <w:top w:val="single" w:sz="4" w:space="0" w:color="D8E6EC"/>
              <w:left w:val="single" w:sz="4" w:space="0" w:color="D8E6EC"/>
              <w:bottom w:val="single" w:sz="4" w:space="0" w:color="D8E6EC"/>
              <w:right w:val="single" w:sz="4" w:space="0" w:color="D8E6EC"/>
            </w:tcBorders>
            <w:vAlign w:val="center"/>
          </w:tcPr>
          <w:p w14:paraId="6137B5C0"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144665C"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817A892" w14:textId="77777777" w:rsidR="00610360" w:rsidRPr="00C12360" w:rsidRDefault="00000000">
            <w:pPr>
              <w:spacing w:after="0"/>
              <w:rPr>
                <w:lang w:val="es-ES"/>
              </w:rPr>
            </w:pPr>
            <w:r w:rsidRPr="00C12360">
              <w:rPr>
                <w:sz w:val="17"/>
                <w:lang w:val="es-ES"/>
              </w:rPr>
              <w:t xml:space="preserve">Mi usa demanda en </w:t>
            </w:r>
            <w:proofErr w:type="gramStart"/>
            <w:r w:rsidRPr="00C12360">
              <w:rPr>
                <w:sz w:val="17"/>
                <w:lang w:val="es-ES"/>
              </w:rPr>
              <w:t>un frase</w:t>
            </w:r>
            <w:proofErr w:type="gramEnd"/>
            <w:r w:rsidRPr="00C12360">
              <w:rPr>
                <w:sz w:val="17"/>
                <w:lang w:val="es-ES"/>
              </w:rPr>
              <w:t>.</w:t>
            </w:r>
          </w:p>
        </w:tc>
      </w:tr>
      <w:tr w:rsidR="00610360" w:rsidRPr="00C12360" w14:paraId="0C91B60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623629" w14:textId="77777777" w:rsidR="00610360" w:rsidRDefault="00000000">
            <w:pPr>
              <w:spacing w:after="0"/>
            </w:pPr>
            <w:proofErr w:type="spellStart"/>
            <w:r>
              <w:rPr>
                <w:sz w:val="17"/>
              </w:rPr>
              <w:t>significa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60C4B263"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4FC6497"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1ABF2E3" w14:textId="77777777" w:rsidR="00610360" w:rsidRPr="00C12360" w:rsidRDefault="00000000">
            <w:pPr>
              <w:spacing w:after="0"/>
              <w:rPr>
                <w:lang w:val="es-ES"/>
              </w:rPr>
            </w:pPr>
            <w:r w:rsidRPr="00C12360">
              <w:rPr>
                <w:sz w:val="17"/>
                <w:lang w:val="es-ES"/>
              </w:rPr>
              <w:t xml:space="preserve">Mi usa significa en </w:t>
            </w:r>
            <w:proofErr w:type="gramStart"/>
            <w:r w:rsidRPr="00C12360">
              <w:rPr>
                <w:sz w:val="17"/>
                <w:lang w:val="es-ES"/>
              </w:rPr>
              <w:t>un frase</w:t>
            </w:r>
            <w:proofErr w:type="gramEnd"/>
            <w:r w:rsidRPr="00C12360">
              <w:rPr>
                <w:sz w:val="17"/>
                <w:lang w:val="es-ES"/>
              </w:rPr>
              <w:t>.</w:t>
            </w:r>
          </w:p>
        </w:tc>
      </w:tr>
      <w:tr w:rsidR="00610360" w14:paraId="00F7E80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D00C990" w14:textId="77777777" w:rsidR="00610360" w:rsidRDefault="00000000">
            <w:pPr>
              <w:spacing w:after="0"/>
            </w:pPr>
            <w:proofErr w:type="spellStart"/>
            <w:r>
              <w:rPr>
                <w:sz w:val="17"/>
              </w:rPr>
              <w:t>parola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32417ACC" w14:textId="77777777" w:rsidR="00610360" w:rsidRDefault="00000000">
            <w:pPr>
              <w:spacing w:after="0"/>
            </w:pPr>
            <w:r>
              <w:rPr>
                <w:sz w:val="17"/>
              </w:rPr>
              <w:t>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510A3A7"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A62F258" w14:textId="77777777" w:rsidR="00610360" w:rsidRDefault="00000000">
            <w:pPr>
              <w:spacing w:after="0"/>
            </w:pPr>
            <w:r>
              <w:rPr>
                <w:sz w:val="17"/>
              </w:rPr>
              <w:t>Mi usa la parola.</w:t>
            </w:r>
          </w:p>
        </w:tc>
      </w:tr>
      <w:tr w:rsidR="00610360" w14:paraId="2104F09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18DD22D" w14:textId="77777777" w:rsidR="00610360" w:rsidRDefault="00000000">
            <w:pPr>
              <w:spacing w:after="0"/>
            </w:pPr>
            <w:r>
              <w:rPr>
                <w:sz w:val="17"/>
              </w:rPr>
              <w:t>lenta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78C4DC91" w14:textId="77777777" w:rsidR="00610360" w:rsidRDefault="00000000">
            <w:pPr>
              <w:spacing w:after="0"/>
            </w:pPr>
            <w:r>
              <w:rPr>
                <w:sz w:val="17"/>
              </w:rPr>
              <w:t>slow / slowly</w:t>
            </w:r>
          </w:p>
        </w:tc>
        <w:tc>
          <w:tcPr>
            <w:tcW w:w="2592" w:type="dxa"/>
            <w:tcBorders>
              <w:top w:val="single" w:sz="4" w:space="0" w:color="D8E6EC"/>
              <w:left w:val="single" w:sz="4" w:space="0" w:color="D8E6EC"/>
              <w:bottom w:val="single" w:sz="4" w:space="0" w:color="D8E6EC"/>
              <w:right w:val="single" w:sz="4" w:space="0" w:color="D8E6EC"/>
            </w:tcBorders>
            <w:vAlign w:val="center"/>
          </w:tcPr>
          <w:p w14:paraId="334E9246" w14:textId="77777777" w:rsidR="00610360" w:rsidRDefault="00000000">
            <w:pPr>
              <w:spacing w:after="0"/>
            </w:pPr>
            <w:r>
              <w:rPr>
                <w:sz w:val="17"/>
              </w:rPr>
              <w:t>adjective/adverb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684E5AF9" w14:textId="77777777" w:rsidR="00610360" w:rsidRDefault="00000000">
            <w:pPr>
              <w:spacing w:after="0"/>
            </w:pPr>
            <w:r>
              <w:rPr>
                <w:sz w:val="17"/>
              </w:rPr>
              <w:t>Mi lenta.</w:t>
            </w:r>
          </w:p>
        </w:tc>
      </w:tr>
      <w:tr w:rsidR="00610360" w14:paraId="2C8F6AE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8F1E3C" w14:textId="77777777" w:rsidR="00610360" w:rsidRDefault="00000000">
            <w:pPr>
              <w:spacing w:after="0"/>
            </w:pPr>
            <w:r>
              <w:rPr>
                <w:sz w:val="17"/>
              </w:rPr>
              <w:t>rapide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6E87B8EA" w14:textId="77777777" w:rsidR="00610360" w:rsidRDefault="00000000">
            <w:pPr>
              <w:spacing w:after="0"/>
            </w:pPr>
            <w:r>
              <w:rPr>
                <w:sz w:val="17"/>
              </w:rPr>
              <w:t>fast / quickly</w:t>
            </w:r>
          </w:p>
        </w:tc>
        <w:tc>
          <w:tcPr>
            <w:tcW w:w="2592" w:type="dxa"/>
            <w:tcBorders>
              <w:top w:val="single" w:sz="4" w:space="0" w:color="D8E6EC"/>
              <w:left w:val="single" w:sz="4" w:space="0" w:color="D8E6EC"/>
              <w:bottom w:val="single" w:sz="4" w:space="0" w:color="D8E6EC"/>
              <w:right w:val="single" w:sz="4" w:space="0" w:color="D8E6EC"/>
            </w:tcBorders>
            <w:vAlign w:val="center"/>
          </w:tcPr>
          <w:p w14:paraId="67CDD008" w14:textId="77777777" w:rsidR="00610360" w:rsidRDefault="00000000">
            <w:pPr>
              <w:spacing w:after="0"/>
            </w:pPr>
            <w:r>
              <w:rPr>
                <w:sz w:val="17"/>
              </w:rPr>
              <w:t>adjective/adverb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DB2B9D1" w14:textId="77777777" w:rsidR="00610360" w:rsidRDefault="00000000">
            <w:pPr>
              <w:spacing w:after="0"/>
            </w:pPr>
            <w:r>
              <w:rPr>
                <w:sz w:val="17"/>
              </w:rPr>
              <w:t>Mi rapide.</w:t>
            </w:r>
          </w:p>
        </w:tc>
      </w:tr>
      <w:tr w:rsidR="00610360" w14:paraId="204DC2D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5041F6B" w14:textId="77777777" w:rsidR="00610360" w:rsidRDefault="00000000">
            <w:pPr>
              <w:spacing w:after="0"/>
            </w:pPr>
            <w:r>
              <w:rPr>
                <w:sz w:val="17"/>
              </w:rPr>
              <w:t>repete</w:t>
            </w:r>
          </w:p>
        </w:tc>
        <w:tc>
          <w:tcPr>
            <w:tcW w:w="2592" w:type="dxa"/>
            <w:tcBorders>
              <w:top w:val="single" w:sz="4" w:space="0" w:color="D8E6EC"/>
              <w:left w:val="single" w:sz="4" w:space="0" w:color="D8E6EC"/>
              <w:bottom w:val="single" w:sz="4" w:space="0" w:color="D8E6EC"/>
              <w:right w:val="single" w:sz="4" w:space="0" w:color="D8E6EC"/>
            </w:tcBorders>
            <w:vAlign w:val="center"/>
          </w:tcPr>
          <w:p w14:paraId="5A361201" w14:textId="77777777" w:rsidR="00610360" w:rsidRDefault="00000000">
            <w:pPr>
              <w:spacing w:after="0"/>
            </w:pPr>
            <w:r>
              <w:rPr>
                <w:sz w:val="17"/>
              </w:rPr>
              <w:t>repeat</w:t>
            </w:r>
          </w:p>
        </w:tc>
        <w:tc>
          <w:tcPr>
            <w:tcW w:w="2592" w:type="dxa"/>
            <w:tcBorders>
              <w:top w:val="single" w:sz="4" w:space="0" w:color="D8E6EC"/>
              <w:left w:val="single" w:sz="4" w:space="0" w:color="D8E6EC"/>
              <w:bottom w:val="single" w:sz="4" w:space="0" w:color="D8E6EC"/>
              <w:right w:val="single" w:sz="4" w:space="0" w:color="D8E6EC"/>
            </w:tcBorders>
            <w:vAlign w:val="center"/>
          </w:tcPr>
          <w:p w14:paraId="675D8ACD"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0AA2BD88" w14:textId="77777777" w:rsidR="00610360" w:rsidRDefault="00000000">
            <w:pPr>
              <w:spacing w:after="0"/>
            </w:pPr>
            <w:r>
              <w:rPr>
                <w:sz w:val="17"/>
              </w:rPr>
              <w:t>Mi repete.</w:t>
            </w:r>
          </w:p>
        </w:tc>
      </w:tr>
      <w:tr w:rsidR="00610360" w14:paraId="78BFF70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38103C" w14:textId="77777777" w:rsidR="00610360" w:rsidRDefault="00000000">
            <w:pPr>
              <w:spacing w:after="0"/>
            </w:pPr>
            <w:r>
              <w:rPr>
                <w:sz w:val="17"/>
              </w:rPr>
              <w:t>komprende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1BD3CA1B" w14:textId="77777777" w:rsidR="00610360" w:rsidRDefault="00000000">
            <w:pPr>
              <w:spacing w:after="0"/>
            </w:pPr>
            <w:r>
              <w:rPr>
                <w:sz w:val="17"/>
              </w:rPr>
              <w:t>understand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26FD2E66" w14:textId="77777777" w:rsidR="00610360" w:rsidRDefault="00000000">
            <w:pPr>
              <w:spacing w:after="0"/>
            </w:pPr>
            <w:r>
              <w:rPr>
                <w:sz w:val="17"/>
              </w:rPr>
              <w:t>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9E9C88F" w14:textId="77777777" w:rsidR="00610360" w:rsidRDefault="00000000">
            <w:pPr>
              <w:spacing w:after="0"/>
            </w:pPr>
            <w:r>
              <w:rPr>
                <w:sz w:val="17"/>
              </w:rPr>
              <w:t>Mi komprende.</w:t>
            </w:r>
          </w:p>
        </w:tc>
      </w:tr>
    </w:tbl>
    <w:p w14:paraId="7775BD82"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2DFC3D3E"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AF413F1"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0ADFE2A" w14:textId="77777777" w:rsidR="00610360" w:rsidRDefault="00000000">
            <w:pPr>
              <w:spacing w:after="0"/>
            </w:pPr>
            <w:r>
              <w:rPr>
                <w:b/>
                <w:color w:val="FFFFFF"/>
                <w:sz w:val="17"/>
              </w:rPr>
              <w:t>English</w:t>
            </w:r>
          </w:p>
        </w:tc>
      </w:tr>
      <w:tr w:rsidR="00610360" w14:paraId="00AB5B2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0C63EE7" w14:textId="77777777" w:rsidR="00610360" w:rsidRDefault="00000000">
            <w:pPr>
              <w:spacing w:after="0"/>
            </w:pPr>
            <w:r>
              <w:rPr>
                <w:sz w:val="17"/>
              </w:rPr>
              <w:t>Ku tu komprende?</w:t>
            </w:r>
          </w:p>
        </w:tc>
        <w:tc>
          <w:tcPr>
            <w:tcW w:w="5184" w:type="dxa"/>
            <w:tcBorders>
              <w:top w:val="single" w:sz="4" w:space="0" w:color="D8E6EC"/>
              <w:left w:val="single" w:sz="4" w:space="0" w:color="D8E6EC"/>
              <w:bottom w:val="single" w:sz="4" w:space="0" w:color="D8E6EC"/>
              <w:right w:val="single" w:sz="4" w:space="0" w:color="D8E6EC"/>
            </w:tcBorders>
            <w:vAlign w:val="center"/>
          </w:tcPr>
          <w:p w14:paraId="1067FEEC" w14:textId="77777777" w:rsidR="00610360" w:rsidRDefault="00000000">
            <w:pPr>
              <w:spacing w:after="0"/>
            </w:pPr>
            <w:r>
              <w:rPr>
                <w:sz w:val="17"/>
              </w:rPr>
              <w:t>Do you understand?</w:t>
            </w:r>
          </w:p>
        </w:tc>
      </w:tr>
      <w:tr w:rsidR="00610360" w14:paraId="4DF6C5D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8D5DD6F" w14:textId="77777777" w:rsidR="00610360" w:rsidRDefault="00000000">
            <w:pPr>
              <w:spacing w:after="0"/>
            </w:pPr>
            <w:r>
              <w:rPr>
                <w:sz w:val="17"/>
              </w:rPr>
              <w:t>Ke tu voli?</w:t>
            </w:r>
          </w:p>
        </w:tc>
        <w:tc>
          <w:tcPr>
            <w:tcW w:w="5184" w:type="dxa"/>
            <w:tcBorders>
              <w:top w:val="single" w:sz="4" w:space="0" w:color="D8E6EC"/>
              <w:left w:val="single" w:sz="4" w:space="0" w:color="D8E6EC"/>
              <w:bottom w:val="single" w:sz="4" w:space="0" w:color="D8E6EC"/>
              <w:right w:val="single" w:sz="4" w:space="0" w:color="D8E6EC"/>
            </w:tcBorders>
            <w:vAlign w:val="center"/>
          </w:tcPr>
          <w:p w14:paraId="4F9CD07A" w14:textId="77777777" w:rsidR="00610360" w:rsidRDefault="00000000">
            <w:pPr>
              <w:spacing w:after="0"/>
            </w:pPr>
            <w:r>
              <w:rPr>
                <w:sz w:val="17"/>
              </w:rPr>
              <w:t>What do you want?</w:t>
            </w:r>
          </w:p>
        </w:tc>
      </w:tr>
      <w:tr w:rsidR="00610360" w14:paraId="3E6023B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F119E8F" w14:textId="77777777" w:rsidR="00610360" w:rsidRDefault="00000000">
            <w:pPr>
              <w:spacing w:after="0"/>
            </w:pPr>
            <w:r>
              <w:rPr>
                <w:sz w:val="17"/>
              </w:rPr>
              <w:t>Ube es la kasa?</w:t>
            </w:r>
          </w:p>
        </w:tc>
        <w:tc>
          <w:tcPr>
            <w:tcW w:w="5184" w:type="dxa"/>
            <w:tcBorders>
              <w:top w:val="single" w:sz="4" w:space="0" w:color="D8E6EC"/>
              <w:left w:val="single" w:sz="4" w:space="0" w:color="D8E6EC"/>
              <w:bottom w:val="single" w:sz="4" w:space="0" w:color="D8E6EC"/>
              <w:right w:val="single" w:sz="4" w:space="0" w:color="D8E6EC"/>
            </w:tcBorders>
            <w:vAlign w:val="center"/>
          </w:tcPr>
          <w:p w14:paraId="31FC7D50" w14:textId="77777777" w:rsidR="00610360" w:rsidRDefault="00000000">
            <w:pPr>
              <w:spacing w:after="0"/>
            </w:pPr>
            <w:r>
              <w:rPr>
                <w:sz w:val="17"/>
              </w:rPr>
              <w:t>Where is the house?</w:t>
            </w:r>
          </w:p>
        </w:tc>
      </w:tr>
      <w:tr w:rsidR="00610360" w14:paraId="674A26D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9478338" w14:textId="77777777" w:rsidR="00610360" w:rsidRDefault="00000000">
            <w:pPr>
              <w:spacing w:after="0"/>
            </w:pPr>
            <w:r>
              <w:rPr>
                <w:sz w:val="17"/>
              </w:rPr>
              <w:t>Mi ne komprende.</w:t>
            </w:r>
          </w:p>
        </w:tc>
        <w:tc>
          <w:tcPr>
            <w:tcW w:w="5184" w:type="dxa"/>
            <w:tcBorders>
              <w:top w:val="single" w:sz="4" w:space="0" w:color="D8E6EC"/>
              <w:left w:val="single" w:sz="4" w:space="0" w:color="D8E6EC"/>
              <w:bottom w:val="single" w:sz="4" w:space="0" w:color="D8E6EC"/>
              <w:right w:val="single" w:sz="4" w:space="0" w:color="D8E6EC"/>
            </w:tcBorders>
            <w:vAlign w:val="center"/>
          </w:tcPr>
          <w:p w14:paraId="1781BD5C" w14:textId="77777777" w:rsidR="00610360" w:rsidRDefault="00000000">
            <w:pPr>
              <w:spacing w:after="0"/>
            </w:pPr>
            <w:r>
              <w:rPr>
                <w:sz w:val="17"/>
              </w:rPr>
              <w:t>I do not understand.</w:t>
            </w:r>
          </w:p>
        </w:tc>
      </w:tr>
    </w:tbl>
    <w:p w14:paraId="22C2188C" w14:textId="77777777" w:rsidR="00610360" w:rsidRDefault="00000000">
      <w:pPr>
        <w:pStyle w:val="Heading2"/>
        <w:spacing w:after="120"/>
      </w:pPr>
      <w:r>
        <w:rPr>
          <w:rFonts w:ascii="Aptos" w:hAnsi="Aptos"/>
        </w:rPr>
        <w:t>Speak it out loud</w:t>
      </w:r>
    </w:p>
    <w:p w14:paraId="0B347D0B" w14:textId="77777777" w:rsidR="00610360" w:rsidRDefault="00000000">
      <w:pPr>
        <w:spacing w:after="120"/>
      </w:pPr>
      <w:r>
        <w:t>Read each pattern three times. First slowly. Second normally. Third with confidence. Then replace one word and read the new sentence.</w:t>
      </w:r>
    </w:p>
    <w:p w14:paraId="77ADBBBA"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39675DB7"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F07B944"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65B58B8" w14:textId="77777777" w:rsidR="00610360" w:rsidRDefault="00000000">
            <w:pPr>
              <w:spacing w:after="0"/>
            </w:pPr>
            <w:r>
              <w:rPr>
                <w:b/>
                <w:color w:val="FFFFFF"/>
                <w:sz w:val="17"/>
              </w:rPr>
              <w:t>Line</w:t>
            </w:r>
          </w:p>
        </w:tc>
      </w:tr>
      <w:tr w:rsidR="00610360" w14:paraId="395EC82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D830B46"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37545572" w14:textId="77777777" w:rsidR="00610360" w:rsidRDefault="00000000">
            <w:pPr>
              <w:spacing w:after="0"/>
            </w:pPr>
            <w:r>
              <w:rPr>
                <w:sz w:val="17"/>
              </w:rPr>
              <w:t>Plez repete lenta.</w:t>
            </w:r>
          </w:p>
        </w:tc>
      </w:tr>
      <w:tr w:rsidR="00610360" w:rsidRPr="00C12360" w14:paraId="551B3EF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431AD42"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00D060B9" w14:textId="77777777" w:rsidR="00610360" w:rsidRPr="00C12360" w:rsidRDefault="00000000">
            <w:pPr>
              <w:spacing w:after="0"/>
              <w:rPr>
                <w:lang w:val="fr-FR"/>
              </w:rPr>
            </w:pPr>
            <w:r w:rsidRPr="00C12360">
              <w:rPr>
                <w:sz w:val="17"/>
                <w:lang w:val="fr-FR"/>
              </w:rPr>
              <w:t xml:space="preserve">Si. Qual </w:t>
            </w:r>
            <w:proofErr w:type="spellStart"/>
            <w:r w:rsidRPr="00C12360">
              <w:rPr>
                <w:sz w:val="17"/>
                <w:lang w:val="fr-FR"/>
              </w:rPr>
              <w:t>parola</w:t>
            </w:r>
            <w:proofErr w:type="spellEnd"/>
            <w:r w:rsidRPr="00C12360">
              <w:rPr>
                <w:sz w:val="17"/>
                <w:lang w:val="fr-FR"/>
              </w:rPr>
              <w:t xml:space="preserve"> tu ne </w:t>
            </w:r>
            <w:proofErr w:type="spellStart"/>
            <w:proofErr w:type="gramStart"/>
            <w:r w:rsidRPr="00C12360">
              <w:rPr>
                <w:sz w:val="17"/>
                <w:lang w:val="fr-FR"/>
              </w:rPr>
              <w:t>komprende</w:t>
            </w:r>
            <w:proofErr w:type="spellEnd"/>
            <w:r w:rsidRPr="00C12360">
              <w:rPr>
                <w:sz w:val="17"/>
                <w:lang w:val="fr-FR"/>
              </w:rPr>
              <w:t>?</w:t>
            </w:r>
            <w:proofErr w:type="gramEnd"/>
          </w:p>
        </w:tc>
      </w:tr>
      <w:tr w:rsidR="00610360" w14:paraId="6205EA2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14B9EEB"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1D1C4EC0" w14:textId="77777777" w:rsidR="00610360" w:rsidRDefault="00000000">
            <w:pPr>
              <w:spacing w:after="0"/>
            </w:pPr>
            <w:r>
              <w:rPr>
                <w:sz w:val="17"/>
              </w:rPr>
              <w:t>Mi ne komprende “ube.”</w:t>
            </w:r>
          </w:p>
        </w:tc>
      </w:tr>
      <w:tr w:rsidR="00610360" w14:paraId="6F021086"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7F3A751"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79669228" w14:textId="77777777" w:rsidR="00610360" w:rsidRDefault="00000000">
            <w:pPr>
              <w:spacing w:after="0"/>
            </w:pPr>
            <w:r>
              <w:rPr>
                <w:sz w:val="17"/>
              </w:rPr>
              <w:t>Ube significa where.</w:t>
            </w:r>
          </w:p>
        </w:tc>
      </w:tr>
    </w:tbl>
    <w:p w14:paraId="43CBB19F" w14:textId="77777777" w:rsidR="00C12360" w:rsidRDefault="00C12360">
      <w:pPr>
        <w:pStyle w:val="Heading2"/>
        <w:spacing w:after="120"/>
        <w:rPr>
          <w:rFonts w:ascii="Aptos" w:hAnsi="Aptos"/>
        </w:rPr>
      </w:pPr>
    </w:p>
    <w:p w14:paraId="3D40D898" w14:textId="1A8A397A" w:rsidR="00610360" w:rsidRPr="00C12360" w:rsidRDefault="00000000">
      <w:pPr>
        <w:pStyle w:val="Heading2"/>
        <w:spacing w:after="120"/>
        <w:rPr>
          <w:lang w:val="fr-FR"/>
        </w:rPr>
      </w:pPr>
      <w:proofErr w:type="spellStart"/>
      <w:r w:rsidRPr="00C12360">
        <w:rPr>
          <w:rFonts w:ascii="Aptos" w:hAnsi="Aptos"/>
          <w:lang w:val="fr-FR"/>
        </w:rPr>
        <w:t>Workbook</w:t>
      </w:r>
      <w:proofErr w:type="spellEnd"/>
      <w:r w:rsidRPr="00C12360">
        <w:rPr>
          <w:rFonts w:ascii="Aptos" w:hAnsi="Aptos"/>
          <w:lang w:val="fr-FR"/>
        </w:rPr>
        <w:t xml:space="preserve"> </w:t>
      </w:r>
      <w:proofErr w:type="spellStart"/>
      <w:r w:rsidRPr="00C12360">
        <w:rPr>
          <w:rFonts w:ascii="Aptos" w:hAnsi="Aptos"/>
          <w:lang w:val="fr-FR"/>
        </w:rPr>
        <w:t>exercises</w:t>
      </w:r>
      <w:proofErr w:type="spellEnd"/>
    </w:p>
    <w:p w14:paraId="7BC2190E" w14:textId="77777777" w:rsidR="00610360" w:rsidRPr="00C12360" w:rsidRDefault="00000000">
      <w:pPr>
        <w:keepLines/>
        <w:spacing w:after="120"/>
        <w:rPr>
          <w:lang w:val="fr-FR"/>
        </w:rPr>
      </w:pPr>
      <w:r w:rsidRPr="00C12360">
        <w:rPr>
          <w:b/>
          <w:color w:val="0B2E4A"/>
          <w:lang w:val="fr-FR"/>
        </w:rPr>
        <w:t xml:space="preserve">10.1 </w:t>
      </w:r>
      <w:proofErr w:type="spellStart"/>
      <w:r w:rsidRPr="00C12360">
        <w:rPr>
          <w:b/>
          <w:color w:val="0B2E4A"/>
          <w:lang w:val="fr-FR"/>
        </w:rPr>
        <w:t>Make</w:t>
      </w:r>
      <w:proofErr w:type="spellEnd"/>
      <w:r w:rsidRPr="00C12360">
        <w:rPr>
          <w:b/>
          <w:color w:val="0B2E4A"/>
          <w:lang w:val="fr-FR"/>
        </w:rPr>
        <w:t xml:space="preserve"> </w:t>
      </w:r>
      <w:proofErr w:type="gramStart"/>
      <w:r w:rsidRPr="00C12360">
        <w:rPr>
          <w:b/>
          <w:color w:val="0B2E4A"/>
          <w:lang w:val="fr-FR"/>
        </w:rPr>
        <w:t>question:</w:t>
      </w:r>
      <w:proofErr w:type="gramEnd"/>
      <w:r w:rsidRPr="00C12360">
        <w:rPr>
          <w:b/>
          <w:color w:val="0B2E4A"/>
          <w:lang w:val="fr-FR"/>
        </w:rPr>
        <w:t xml:space="preserve"> Tu </w:t>
      </w:r>
      <w:proofErr w:type="spellStart"/>
      <w:r w:rsidRPr="00C12360">
        <w:rPr>
          <w:b/>
          <w:color w:val="0B2E4A"/>
          <w:lang w:val="fr-FR"/>
        </w:rPr>
        <w:t>komprende</w:t>
      </w:r>
      <w:proofErr w:type="spellEnd"/>
      <w:r w:rsidRPr="00C12360">
        <w:rPr>
          <w:b/>
          <w:color w:val="0B2E4A"/>
          <w:lang w:val="fr-FR"/>
        </w:rPr>
        <w:t xml:space="preserve"> </w:t>
      </w:r>
      <w:proofErr w:type="spellStart"/>
      <w:r w:rsidRPr="00C12360">
        <w:rPr>
          <w:b/>
          <w:color w:val="0B2E4A"/>
          <w:lang w:val="fr-FR"/>
        </w:rPr>
        <w:t>Claralinga</w:t>
      </w:r>
      <w:proofErr w:type="spellEnd"/>
      <w:r w:rsidRPr="00C12360">
        <w:rPr>
          <w:b/>
          <w:color w:val="0B2E4A"/>
          <w:lang w:val="fr-FR"/>
        </w:rPr>
        <w:t>.</w:t>
      </w:r>
    </w:p>
    <w:p w14:paraId="6048261F" w14:textId="77777777" w:rsidR="00610360" w:rsidRPr="00C12360" w:rsidRDefault="00000000">
      <w:pPr>
        <w:keepLines/>
        <w:spacing w:after="120"/>
        <w:rPr>
          <w:lang w:val="fr-FR"/>
        </w:rPr>
      </w:pPr>
      <w:r w:rsidRPr="00C12360">
        <w:rPr>
          <w:lang w:val="fr-FR"/>
        </w:rPr>
        <w:t>________________________________________________________________________________</w:t>
      </w:r>
    </w:p>
    <w:p w14:paraId="4AEB4CCD" w14:textId="77777777" w:rsidR="00610360" w:rsidRPr="00C12360" w:rsidRDefault="00000000">
      <w:pPr>
        <w:keepLines/>
        <w:spacing w:after="120"/>
        <w:rPr>
          <w:lang w:val="fr-FR"/>
        </w:rPr>
      </w:pPr>
      <w:r w:rsidRPr="00C12360">
        <w:rPr>
          <w:lang w:val="fr-FR"/>
        </w:rPr>
        <w:t>________________________________________________________________________________</w:t>
      </w:r>
    </w:p>
    <w:p w14:paraId="3FEE30A3" w14:textId="77777777" w:rsidR="00610360" w:rsidRDefault="00000000">
      <w:pPr>
        <w:keepLines/>
        <w:spacing w:after="120"/>
      </w:pPr>
      <w:r>
        <w:rPr>
          <w:b/>
          <w:color w:val="0B2E4A"/>
        </w:rPr>
        <w:t>10.2 Translate: Why do you learn?</w:t>
      </w:r>
    </w:p>
    <w:p w14:paraId="2FCCA0BA" w14:textId="77777777" w:rsidR="00610360" w:rsidRDefault="00000000">
      <w:pPr>
        <w:keepLines/>
        <w:spacing w:after="120"/>
      </w:pPr>
      <w:r>
        <w:t>________________________________________________________________________________</w:t>
      </w:r>
    </w:p>
    <w:p w14:paraId="583ECC4C" w14:textId="77777777" w:rsidR="00610360" w:rsidRDefault="00000000">
      <w:pPr>
        <w:keepLines/>
        <w:spacing w:after="120"/>
      </w:pPr>
      <w:r>
        <w:t>________________________________________________________________________________</w:t>
      </w:r>
    </w:p>
    <w:p w14:paraId="7C305972" w14:textId="77777777" w:rsidR="00610360" w:rsidRDefault="00000000">
      <w:pPr>
        <w:keepLines/>
        <w:spacing w:after="120"/>
      </w:pPr>
      <w:r>
        <w:rPr>
          <w:b/>
          <w:color w:val="0B2E4A"/>
        </w:rPr>
        <w:t>10.3 Translate: I do not want coffee.</w:t>
      </w:r>
    </w:p>
    <w:p w14:paraId="65E46272" w14:textId="77777777" w:rsidR="00610360" w:rsidRDefault="00000000">
      <w:pPr>
        <w:keepLines/>
        <w:spacing w:after="120"/>
      </w:pPr>
      <w:r>
        <w:t>________________________________________________________________________________</w:t>
      </w:r>
    </w:p>
    <w:p w14:paraId="05A1AF52" w14:textId="77777777" w:rsidR="00610360" w:rsidRDefault="00000000">
      <w:pPr>
        <w:keepLines/>
        <w:spacing w:after="120"/>
      </w:pPr>
      <w:r>
        <w:t>________________________________________________________________________________</w:t>
      </w:r>
    </w:p>
    <w:p w14:paraId="26CF9297" w14:textId="77777777" w:rsidR="00610360" w:rsidRDefault="00000000">
      <w:pPr>
        <w:keepLines/>
        <w:spacing w:after="120"/>
      </w:pPr>
      <w:r>
        <w:rPr>
          <w:b/>
          <w:color w:val="0B2E4A"/>
        </w:rPr>
        <w:t>10.4 Ask: How much does this cost?</w:t>
      </w:r>
    </w:p>
    <w:p w14:paraId="04376E5F" w14:textId="77777777" w:rsidR="00610360" w:rsidRDefault="00000000">
      <w:pPr>
        <w:keepLines/>
        <w:spacing w:after="120"/>
      </w:pPr>
      <w:r>
        <w:t>________________________________________________________________________________</w:t>
      </w:r>
    </w:p>
    <w:p w14:paraId="5D91D8E0" w14:textId="77777777" w:rsidR="00610360" w:rsidRDefault="00000000">
      <w:pPr>
        <w:keepLines/>
        <w:spacing w:after="120"/>
      </w:pPr>
      <w:r>
        <w:t>________________________________________________________________________________</w:t>
      </w:r>
    </w:p>
    <w:p w14:paraId="3F39E337" w14:textId="77777777" w:rsidR="00610360" w:rsidRDefault="00000000">
      <w:pPr>
        <w:keepLines/>
        <w:spacing w:after="120"/>
      </w:pPr>
      <w:r>
        <w:rPr>
          <w:b/>
          <w:color w:val="0B2E4A"/>
        </w:rPr>
        <w:t>10.5 Ask: When will we begin?</w:t>
      </w:r>
    </w:p>
    <w:p w14:paraId="2ACE86A7" w14:textId="77777777" w:rsidR="00610360" w:rsidRDefault="00000000">
      <w:pPr>
        <w:keepLines/>
        <w:spacing w:after="120"/>
      </w:pPr>
      <w:r>
        <w:t>________________________________________________________________________________</w:t>
      </w:r>
    </w:p>
    <w:p w14:paraId="50108E0F" w14:textId="77777777" w:rsidR="00610360" w:rsidRDefault="00000000">
      <w:pPr>
        <w:keepLines/>
        <w:spacing w:after="120"/>
      </w:pPr>
      <w:r>
        <w:t>________________________________________________________________________________</w:t>
      </w:r>
    </w:p>
    <w:p w14:paraId="2626A3AD"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40A9E89E"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3361EF9A" w14:textId="77777777" w:rsidR="00610360" w:rsidRDefault="00000000">
            <w:pPr>
              <w:spacing w:after="40"/>
            </w:pPr>
            <w:r>
              <w:rPr>
                <w:b/>
                <w:color w:val="0B2E4A"/>
              </w:rPr>
              <w:t>Checkpoint</w:t>
            </w:r>
          </w:p>
          <w:p w14:paraId="4F31B2EC" w14:textId="77777777" w:rsidR="00610360" w:rsidRDefault="00000000">
            <w:pPr>
              <w:spacing w:after="0"/>
            </w:pPr>
            <w:r>
              <w:rPr>
                <w:sz w:val="18"/>
              </w:rPr>
              <w:t>Before moving on, read the conversation aloud without stopping. If you stumble, slow down. Clean pronunciation beats fast guessing.</w:t>
            </w:r>
          </w:p>
        </w:tc>
      </w:tr>
    </w:tbl>
    <w:p w14:paraId="514DC9EB" w14:textId="77777777" w:rsidR="00610360" w:rsidRDefault="00000000">
      <w:pPr>
        <w:spacing w:after="120"/>
      </w:pPr>
      <w:r/>
    </w:p>
    <w:p w14:paraId="30481204" w14:textId="77777777" w:rsidR="00610360" w:rsidRDefault="00000000">
      <w:pPr>
        <w:pStyle w:val="Heading1"/>
        <w:spacing w:after="120"/>
      </w:pPr>
      <w:r>
        <w:rPr>
          <w:rFonts w:ascii="Aptos" w:hAnsi="Aptos"/>
        </w:rPr>
        <w:t>Lesson 11: Numbers, Time, Dates, and Daily Schedules</w:t>
      </w:r>
    </w:p>
    <w:tbl>
      <w:tblPr>
        <w:tblW w:w="0" w:type="auto"/>
        <w:jc w:val="center"/>
        <w:tblLook w:val="04A0" w:firstRow="1" w:lastRow="0" w:firstColumn="1" w:lastColumn="0" w:noHBand="0" w:noVBand="1"/>
      </w:tblPr>
      <w:tblGrid>
        <w:gridCol w:w="10368"/>
      </w:tblGrid>
      <w:tr w:rsidR="00610360" w14:paraId="36C04F4D"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57E7EE88" w14:textId="77777777" w:rsidR="00610360" w:rsidRDefault="00000000">
            <w:pPr>
              <w:spacing w:after="40"/>
            </w:pPr>
            <w:r>
              <w:rPr>
                <w:b/>
                <w:color w:val="0B2E4A"/>
              </w:rPr>
              <w:t>Lesson goal</w:t>
            </w:r>
          </w:p>
          <w:p w14:paraId="77B6B164" w14:textId="77777777" w:rsidR="00610360" w:rsidRDefault="00000000">
            <w:pPr>
              <w:spacing w:after="0"/>
            </w:pPr>
            <w:r>
              <w:rPr>
                <w:sz w:val="18"/>
              </w:rPr>
              <w:t>Count, say the day, and talk about simple schedules.</w:t>
            </w:r>
          </w:p>
        </w:tc>
      </w:tr>
    </w:tbl>
    <w:p w14:paraId="0AAF0E20"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4784EC4F"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8BD8A3C"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A6D0ADF"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446D637"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C94E795" w14:textId="77777777" w:rsidR="00610360" w:rsidRDefault="00000000">
            <w:pPr>
              <w:spacing w:after="0"/>
            </w:pPr>
            <w:r>
              <w:rPr>
                <w:b/>
                <w:color w:val="FFFFFF"/>
                <w:sz w:val="17"/>
              </w:rPr>
              <w:t>Say it in a sentence</w:t>
            </w:r>
          </w:p>
        </w:tc>
      </w:tr>
      <w:tr w:rsidR="00610360" w14:paraId="34666E5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16A80D8" w14:textId="77777777" w:rsidR="00610360" w:rsidRDefault="00000000">
            <w:pPr>
              <w:spacing w:after="0"/>
            </w:pPr>
            <w:r>
              <w:rPr>
                <w:sz w:val="17"/>
              </w:rPr>
              <w:t>zero</w:t>
            </w:r>
          </w:p>
        </w:tc>
        <w:tc>
          <w:tcPr>
            <w:tcW w:w="2592" w:type="dxa"/>
            <w:tcBorders>
              <w:top w:val="single" w:sz="4" w:space="0" w:color="D8E6EC"/>
              <w:left w:val="single" w:sz="4" w:space="0" w:color="D8E6EC"/>
              <w:bottom w:val="single" w:sz="4" w:space="0" w:color="D8E6EC"/>
              <w:right w:val="single" w:sz="4" w:space="0" w:color="D8E6EC"/>
            </w:tcBorders>
            <w:vAlign w:val="center"/>
          </w:tcPr>
          <w:p w14:paraId="7DDDB8C1" w14:textId="77777777" w:rsidR="00610360" w:rsidRDefault="00000000">
            <w:pPr>
              <w:spacing w:after="0"/>
            </w:pPr>
            <w:r>
              <w:rPr>
                <w:sz w:val="17"/>
              </w:rPr>
              <w:t>zero</w:t>
            </w:r>
          </w:p>
        </w:tc>
        <w:tc>
          <w:tcPr>
            <w:tcW w:w="2592" w:type="dxa"/>
            <w:tcBorders>
              <w:top w:val="single" w:sz="4" w:space="0" w:color="D8E6EC"/>
              <w:left w:val="single" w:sz="4" w:space="0" w:color="D8E6EC"/>
              <w:bottom w:val="single" w:sz="4" w:space="0" w:color="D8E6EC"/>
              <w:right w:val="single" w:sz="4" w:space="0" w:color="D8E6EC"/>
            </w:tcBorders>
            <w:vAlign w:val="center"/>
          </w:tcPr>
          <w:p w14:paraId="3E05BF98"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D94113E" w14:textId="77777777" w:rsidR="00610360" w:rsidRDefault="00000000">
            <w:pPr>
              <w:spacing w:after="0"/>
            </w:pPr>
            <w:r>
              <w:rPr>
                <w:sz w:val="17"/>
              </w:rPr>
              <w:t>Mi nota zero.</w:t>
            </w:r>
          </w:p>
        </w:tc>
      </w:tr>
      <w:tr w:rsidR="00610360" w:rsidRPr="00C12360" w14:paraId="6DE467A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8A49C8E" w14:textId="77777777" w:rsidR="00610360" w:rsidRDefault="00000000">
            <w:pPr>
              <w:spacing w:after="0"/>
            </w:pPr>
            <w:r>
              <w:rPr>
                <w:sz w:val="17"/>
              </w:rPr>
              <w:t>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E16EB52" w14:textId="77777777" w:rsidR="00610360" w:rsidRDefault="00000000">
            <w:pPr>
              <w:spacing w:after="0"/>
            </w:pPr>
            <w:r>
              <w:rPr>
                <w:sz w:val="17"/>
              </w:rPr>
              <w:t>a / an / one</w:t>
            </w:r>
          </w:p>
        </w:tc>
        <w:tc>
          <w:tcPr>
            <w:tcW w:w="2592" w:type="dxa"/>
            <w:tcBorders>
              <w:top w:val="single" w:sz="4" w:space="0" w:color="D8E6EC"/>
              <w:left w:val="single" w:sz="4" w:space="0" w:color="D8E6EC"/>
              <w:bottom w:val="single" w:sz="4" w:space="0" w:color="D8E6EC"/>
              <w:right w:val="single" w:sz="4" w:space="0" w:color="D8E6EC"/>
            </w:tcBorders>
            <w:vAlign w:val="center"/>
          </w:tcPr>
          <w:p w14:paraId="104E8CAC" w14:textId="77777777" w:rsidR="00610360" w:rsidRDefault="00000000">
            <w:pPr>
              <w:spacing w:after="0"/>
            </w:pPr>
            <w:r>
              <w:rPr>
                <w:sz w:val="17"/>
              </w:rPr>
              <w:t>article / 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0775AD5" w14:textId="77777777" w:rsidR="00610360" w:rsidRPr="00C12360" w:rsidRDefault="00000000">
            <w:pPr>
              <w:spacing w:after="0"/>
              <w:rPr>
                <w:lang w:val="es-ES"/>
              </w:rPr>
            </w:pPr>
            <w:r w:rsidRPr="00C12360">
              <w:rPr>
                <w:sz w:val="17"/>
                <w:lang w:val="es-ES"/>
              </w:rPr>
              <w:t xml:space="preserve">Mi usa un en </w:t>
            </w:r>
            <w:proofErr w:type="gramStart"/>
            <w:r w:rsidRPr="00C12360">
              <w:rPr>
                <w:sz w:val="17"/>
                <w:lang w:val="es-ES"/>
              </w:rPr>
              <w:t>un frase</w:t>
            </w:r>
            <w:proofErr w:type="gramEnd"/>
            <w:r w:rsidRPr="00C12360">
              <w:rPr>
                <w:sz w:val="17"/>
                <w:lang w:val="es-ES"/>
              </w:rPr>
              <w:t>.</w:t>
            </w:r>
          </w:p>
        </w:tc>
      </w:tr>
      <w:tr w:rsidR="00610360" w14:paraId="4344219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E688BEA" w14:textId="77777777" w:rsidR="00610360" w:rsidRDefault="00000000">
            <w:pPr>
              <w:spacing w:after="0"/>
            </w:pPr>
            <w:r>
              <w:rPr>
                <w:sz w:val="17"/>
              </w:rPr>
              <w:t>du</w:t>
            </w:r>
          </w:p>
        </w:tc>
        <w:tc>
          <w:tcPr>
            <w:tcW w:w="2592" w:type="dxa"/>
            <w:tcBorders>
              <w:top w:val="single" w:sz="4" w:space="0" w:color="D8E6EC"/>
              <w:left w:val="single" w:sz="4" w:space="0" w:color="D8E6EC"/>
              <w:bottom w:val="single" w:sz="4" w:space="0" w:color="D8E6EC"/>
              <w:right w:val="single" w:sz="4" w:space="0" w:color="D8E6EC"/>
            </w:tcBorders>
            <w:vAlign w:val="center"/>
          </w:tcPr>
          <w:p w14:paraId="3BCC76BC" w14:textId="77777777" w:rsidR="00610360" w:rsidRDefault="00000000">
            <w:pPr>
              <w:spacing w:after="0"/>
            </w:pPr>
            <w:r>
              <w:rPr>
                <w:sz w:val="17"/>
              </w:rPr>
              <w:t>two</w:t>
            </w:r>
          </w:p>
        </w:tc>
        <w:tc>
          <w:tcPr>
            <w:tcW w:w="2592" w:type="dxa"/>
            <w:tcBorders>
              <w:top w:val="single" w:sz="4" w:space="0" w:color="D8E6EC"/>
              <w:left w:val="single" w:sz="4" w:space="0" w:color="D8E6EC"/>
              <w:bottom w:val="single" w:sz="4" w:space="0" w:color="D8E6EC"/>
              <w:right w:val="single" w:sz="4" w:space="0" w:color="D8E6EC"/>
            </w:tcBorders>
            <w:vAlign w:val="center"/>
          </w:tcPr>
          <w:p w14:paraId="2DF3E556"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0B1E252" w14:textId="77777777" w:rsidR="00610360" w:rsidRDefault="00000000">
            <w:pPr>
              <w:spacing w:after="0"/>
            </w:pPr>
            <w:r>
              <w:rPr>
                <w:sz w:val="17"/>
              </w:rPr>
              <w:t>Mi nota du.</w:t>
            </w:r>
          </w:p>
        </w:tc>
      </w:tr>
      <w:tr w:rsidR="00610360" w14:paraId="386F6F3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7CA0B88" w14:textId="77777777" w:rsidR="00610360" w:rsidRDefault="00000000">
            <w:pPr>
              <w:spacing w:after="0"/>
            </w:pPr>
            <w:r>
              <w:rPr>
                <w:sz w:val="17"/>
              </w:rPr>
              <w:t>tre</w:t>
            </w:r>
          </w:p>
        </w:tc>
        <w:tc>
          <w:tcPr>
            <w:tcW w:w="2592" w:type="dxa"/>
            <w:tcBorders>
              <w:top w:val="single" w:sz="4" w:space="0" w:color="D8E6EC"/>
              <w:left w:val="single" w:sz="4" w:space="0" w:color="D8E6EC"/>
              <w:bottom w:val="single" w:sz="4" w:space="0" w:color="D8E6EC"/>
              <w:right w:val="single" w:sz="4" w:space="0" w:color="D8E6EC"/>
            </w:tcBorders>
            <w:vAlign w:val="center"/>
          </w:tcPr>
          <w:p w14:paraId="0D2925A5" w14:textId="77777777" w:rsidR="00610360" w:rsidRDefault="00000000">
            <w:pPr>
              <w:spacing w:after="0"/>
            </w:pPr>
            <w:r>
              <w:rPr>
                <w:sz w:val="17"/>
              </w:rPr>
              <w:t>three</w:t>
            </w:r>
          </w:p>
        </w:tc>
        <w:tc>
          <w:tcPr>
            <w:tcW w:w="2592" w:type="dxa"/>
            <w:tcBorders>
              <w:top w:val="single" w:sz="4" w:space="0" w:color="D8E6EC"/>
              <w:left w:val="single" w:sz="4" w:space="0" w:color="D8E6EC"/>
              <w:bottom w:val="single" w:sz="4" w:space="0" w:color="D8E6EC"/>
              <w:right w:val="single" w:sz="4" w:space="0" w:color="D8E6EC"/>
            </w:tcBorders>
            <w:vAlign w:val="center"/>
          </w:tcPr>
          <w:p w14:paraId="7E95D81F"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5910B68" w14:textId="77777777" w:rsidR="00610360" w:rsidRDefault="00000000">
            <w:pPr>
              <w:spacing w:after="0"/>
            </w:pPr>
            <w:r>
              <w:rPr>
                <w:sz w:val="17"/>
              </w:rPr>
              <w:t>Mi nota tre.</w:t>
            </w:r>
          </w:p>
        </w:tc>
      </w:tr>
      <w:tr w:rsidR="00610360" w14:paraId="4406397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60A9A67" w14:textId="77777777" w:rsidR="00610360" w:rsidRDefault="00000000">
            <w:pPr>
              <w:spacing w:after="0"/>
            </w:pPr>
            <w:r>
              <w:rPr>
                <w:sz w:val="17"/>
              </w:rPr>
              <w:t>quatro</w:t>
            </w:r>
          </w:p>
        </w:tc>
        <w:tc>
          <w:tcPr>
            <w:tcW w:w="2592" w:type="dxa"/>
            <w:tcBorders>
              <w:top w:val="single" w:sz="4" w:space="0" w:color="D8E6EC"/>
              <w:left w:val="single" w:sz="4" w:space="0" w:color="D8E6EC"/>
              <w:bottom w:val="single" w:sz="4" w:space="0" w:color="D8E6EC"/>
              <w:right w:val="single" w:sz="4" w:space="0" w:color="D8E6EC"/>
            </w:tcBorders>
            <w:vAlign w:val="center"/>
          </w:tcPr>
          <w:p w14:paraId="7FD219D6" w14:textId="77777777" w:rsidR="00610360" w:rsidRDefault="00000000">
            <w:pPr>
              <w:spacing w:after="0"/>
            </w:pPr>
            <w:r>
              <w:rPr>
                <w:sz w:val="17"/>
              </w:rPr>
              <w:t>four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3A361E54"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9365275" w14:textId="77777777" w:rsidR="00610360" w:rsidRDefault="00000000">
            <w:pPr>
              <w:spacing w:after="0"/>
            </w:pPr>
            <w:r>
              <w:rPr>
                <w:sz w:val="17"/>
              </w:rPr>
              <w:t>Mi nota quatro.</w:t>
            </w:r>
          </w:p>
        </w:tc>
      </w:tr>
      <w:tr w:rsidR="00610360" w14:paraId="595E3EF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DD70702" w14:textId="77777777" w:rsidR="00610360" w:rsidRDefault="00000000">
            <w:pPr>
              <w:spacing w:after="0"/>
            </w:pPr>
            <w:r>
              <w:rPr>
                <w:sz w:val="17"/>
              </w:rPr>
              <w:t>cinque</w:t>
            </w:r>
          </w:p>
        </w:tc>
        <w:tc>
          <w:tcPr>
            <w:tcW w:w="2592" w:type="dxa"/>
            <w:tcBorders>
              <w:top w:val="single" w:sz="4" w:space="0" w:color="D8E6EC"/>
              <w:left w:val="single" w:sz="4" w:space="0" w:color="D8E6EC"/>
              <w:bottom w:val="single" w:sz="4" w:space="0" w:color="D8E6EC"/>
              <w:right w:val="single" w:sz="4" w:space="0" w:color="D8E6EC"/>
            </w:tcBorders>
            <w:vAlign w:val="center"/>
          </w:tcPr>
          <w:p w14:paraId="7D34B8D5" w14:textId="77777777" w:rsidR="00610360" w:rsidRDefault="00000000">
            <w:pPr>
              <w:spacing w:after="0"/>
            </w:pPr>
            <w:r>
              <w:rPr>
                <w:sz w:val="17"/>
              </w:rPr>
              <w:t>five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6AA3ACCD"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4292431" w14:textId="77777777" w:rsidR="00610360" w:rsidRDefault="00000000">
            <w:pPr>
              <w:spacing w:after="0"/>
            </w:pPr>
            <w:r>
              <w:rPr>
                <w:sz w:val="17"/>
              </w:rPr>
              <w:t>Mi nota cinque.</w:t>
            </w:r>
          </w:p>
        </w:tc>
      </w:tr>
      <w:tr w:rsidR="00610360" w14:paraId="22B47B0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FA2A1C3" w14:textId="77777777" w:rsidR="00610360" w:rsidRDefault="00000000">
            <w:pPr>
              <w:spacing w:after="0"/>
            </w:pPr>
            <w:r>
              <w:rPr>
                <w:sz w:val="17"/>
              </w:rPr>
              <w:t>sex</w:t>
            </w:r>
          </w:p>
        </w:tc>
        <w:tc>
          <w:tcPr>
            <w:tcW w:w="2592" w:type="dxa"/>
            <w:tcBorders>
              <w:top w:val="single" w:sz="4" w:space="0" w:color="D8E6EC"/>
              <w:left w:val="single" w:sz="4" w:space="0" w:color="D8E6EC"/>
              <w:bottom w:val="single" w:sz="4" w:space="0" w:color="D8E6EC"/>
              <w:right w:val="single" w:sz="4" w:space="0" w:color="D8E6EC"/>
            </w:tcBorders>
            <w:vAlign w:val="center"/>
          </w:tcPr>
          <w:p w14:paraId="6D247E5E" w14:textId="77777777" w:rsidR="00610360" w:rsidRDefault="00000000">
            <w:pPr>
              <w:spacing w:after="0"/>
            </w:pPr>
            <w:r>
              <w:rPr>
                <w:sz w:val="17"/>
              </w:rPr>
              <w:t>six</w:t>
            </w:r>
          </w:p>
        </w:tc>
        <w:tc>
          <w:tcPr>
            <w:tcW w:w="2592" w:type="dxa"/>
            <w:tcBorders>
              <w:top w:val="single" w:sz="4" w:space="0" w:color="D8E6EC"/>
              <w:left w:val="single" w:sz="4" w:space="0" w:color="D8E6EC"/>
              <w:bottom w:val="single" w:sz="4" w:space="0" w:color="D8E6EC"/>
              <w:right w:val="single" w:sz="4" w:space="0" w:color="D8E6EC"/>
            </w:tcBorders>
            <w:vAlign w:val="center"/>
          </w:tcPr>
          <w:p w14:paraId="2C10D5C2"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CE545D3" w14:textId="77777777" w:rsidR="00610360" w:rsidRDefault="00000000">
            <w:pPr>
              <w:spacing w:after="0"/>
            </w:pPr>
            <w:r>
              <w:rPr>
                <w:sz w:val="17"/>
              </w:rPr>
              <w:t>Mi nota sex.</w:t>
            </w:r>
          </w:p>
        </w:tc>
      </w:tr>
      <w:tr w:rsidR="00610360" w14:paraId="71BB21E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E0B169" w14:textId="77777777" w:rsidR="00610360" w:rsidRDefault="00000000">
            <w:pPr>
              <w:spacing w:after="0"/>
            </w:pPr>
            <w:r>
              <w:rPr>
                <w:sz w:val="17"/>
              </w:rPr>
              <w:t>sete</w:t>
            </w:r>
          </w:p>
        </w:tc>
        <w:tc>
          <w:tcPr>
            <w:tcW w:w="2592" w:type="dxa"/>
            <w:tcBorders>
              <w:top w:val="single" w:sz="4" w:space="0" w:color="D8E6EC"/>
              <w:left w:val="single" w:sz="4" w:space="0" w:color="D8E6EC"/>
              <w:bottom w:val="single" w:sz="4" w:space="0" w:color="D8E6EC"/>
              <w:right w:val="single" w:sz="4" w:space="0" w:color="D8E6EC"/>
            </w:tcBorders>
            <w:vAlign w:val="center"/>
          </w:tcPr>
          <w:p w14:paraId="4702B1E8" w14:textId="77777777" w:rsidR="00610360" w:rsidRDefault="00000000">
            <w:pPr>
              <w:spacing w:after="0"/>
            </w:pPr>
            <w:r>
              <w:rPr>
                <w:sz w:val="17"/>
              </w:rPr>
              <w:t>seven</w:t>
            </w:r>
          </w:p>
        </w:tc>
        <w:tc>
          <w:tcPr>
            <w:tcW w:w="2592" w:type="dxa"/>
            <w:tcBorders>
              <w:top w:val="single" w:sz="4" w:space="0" w:color="D8E6EC"/>
              <w:left w:val="single" w:sz="4" w:space="0" w:color="D8E6EC"/>
              <w:bottom w:val="single" w:sz="4" w:space="0" w:color="D8E6EC"/>
              <w:right w:val="single" w:sz="4" w:space="0" w:color="D8E6EC"/>
            </w:tcBorders>
            <w:vAlign w:val="center"/>
          </w:tcPr>
          <w:p w14:paraId="4D6FE3EE"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887EDD0" w14:textId="77777777" w:rsidR="00610360" w:rsidRDefault="00000000">
            <w:pPr>
              <w:spacing w:after="0"/>
            </w:pPr>
            <w:r>
              <w:rPr>
                <w:sz w:val="17"/>
              </w:rPr>
              <w:t>Mi nota sete.</w:t>
            </w:r>
          </w:p>
        </w:tc>
      </w:tr>
      <w:tr w:rsidR="00610360" w14:paraId="30FF572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3114103" w14:textId="77777777" w:rsidR="00610360" w:rsidRDefault="00000000">
            <w:pPr>
              <w:spacing w:after="0"/>
            </w:pPr>
            <w:r>
              <w:rPr>
                <w:sz w:val="17"/>
              </w:rPr>
              <w:t>okto</w:t>
            </w:r>
          </w:p>
        </w:tc>
        <w:tc>
          <w:tcPr>
            <w:tcW w:w="2592" w:type="dxa"/>
            <w:tcBorders>
              <w:top w:val="single" w:sz="4" w:space="0" w:color="D8E6EC"/>
              <w:left w:val="single" w:sz="4" w:space="0" w:color="D8E6EC"/>
              <w:bottom w:val="single" w:sz="4" w:space="0" w:color="D8E6EC"/>
              <w:right w:val="single" w:sz="4" w:space="0" w:color="D8E6EC"/>
            </w:tcBorders>
            <w:vAlign w:val="center"/>
          </w:tcPr>
          <w:p w14:paraId="37F7E7AF" w14:textId="77777777" w:rsidR="00610360" w:rsidRDefault="00000000">
            <w:pPr>
              <w:spacing w:after="0"/>
            </w:pPr>
            <w:r>
              <w:rPr>
                <w:sz w:val="17"/>
              </w:rPr>
              <w:t>eight</w:t>
            </w:r>
          </w:p>
        </w:tc>
        <w:tc>
          <w:tcPr>
            <w:tcW w:w="2592" w:type="dxa"/>
            <w:tcBorders>
              <w:top w:val="single" w:sz="4" w:space="0" w:color="D8E6EC"/>
              <w:left w:val="single" w:sz="4" w:space="0" w:color="D8E6EC"/>
              <w:bottom w:val="single" w:sz="4" w:space="0" w:color="D8E6EC"/>
              <w:right w:val="single" w:sz="4" w:space="0" w:color="D8E6EC"/>
            </w:tcBorders>
            <w:vAlign w:val="center"/>
          </w:tcPr>
          <w:p w14:paraId="3C7FE503"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1818606" w14:textId="77777777" w:rsidR="00610360" w:rsidRDefault="00000000">
            <w:pPr>
              <w:spacing w:after="0"/>
            </w:pPr>
            <w:r>
              <w:rPr>
                <w:sz w:val="17"/>
              </w:rPr>
              <w:t>Mi nota okto.</w:t>
            </w:r>
          </w:p>
        </w:tc>
      </w:tr>
      <w:tr w:rsidR="00610360" w14:paraId="1930C52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EBFCEEF" w14:textId="77777777" w:rsidR="00610360" w:rsidRDefault="00000000">
            <w:pPr>
              <w:spacing w:after="0"/>
            </w:pPr>
            <w:r>
              <w:rPr>
                <w:sz w:val="17"/>
              </w:rPr>
              <w:t>nove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F727726" w14:textId="77777777" w:rsidR="00610360" w:rsidRDefault="00000000">
            <w:pPr>
              <w:spacing w:after="0"/>
            </w:pPr>
            <w:r>
              <w:rPr>
                <w:sz w:val="17"/>
              </w:rPr>
              <w:t>nine</w:t>
            </w:r>
          </w:p>
        </w:tc>
        <w:tc>
          <w:tcPr>
            <w:tcW w:w="2592" w:type="dxa"/>
            <w:tcBorders>
              <w:top w:val="single" w:sz="4" w:space="0" w:color="D8E6EC"/>
              <w:left w:val="single" w:sz="4" w:space="0" w:color="D8E6EC"/>
              <w:bottom w:val="single" w:sz="4" w:space="0" w:color="D8E6EC"/>
              <w:right w:val="single" w:sz="4" w:space="0" w:color="D8E6EC"/>
            </w:tcBorders>
            <w:vAlign w:val="center"/>
          </w:tcPr>
          <w:p w14:paraId="5551BBDA"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BA08C3D" w14:textId="77777777" w:rsidR="00610360" w:rsidRDefault="00000000">
            <w:pPr>
              <w:spacing w:after="0"/>
            </w:pPr>
            <w:r>
              <w:rPr>
                <w:sz w:val="17"/>
              </w:rPr>
              <w:t>Mi nota nove.</w:t>
            </w:r>
          </w:p>
        </w:tc>
      </w:tr>
      <w:tr w:rsidR="00610360" w14:paraId="0AE788E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F08E79F" w14:textId="77777777" w:rsidR="00610360" w:rsidRDefault="00000000">
            <w:pPr>
              <w:spacing w:after="0"/>
            </w:pPr>
            <w:r>
              <w:rPr>
                <w:sz w:val="17"/>
              </w:rPr>
              <w:t>dek</w:t>
            </w:r>
          </w:p>
        </w:tc>
        <w:tc>
          <w:tcPr>
            <w:tcW w:w="2592" w:type="dxa"/>
            <w:tcBorders>
              <w:top w:val="single" w:sz="4" w:space="0" w:color="D8E6EC"/>
              <w:left w:val="single" w:sz="4" w:space="0" w:color="D8E6EC"/>
              <w:bottom w:val="single" w:sz="4" w:space="0" w:color="D8E6EC"/>
              <w:right w:val="single" w:sz="4" w:space="0" w:color="D8E6EC"/>
            </w:tcBorders>
            <w:vAlign w:val="center"/>
          </w:tcPr>
          <w:p w14:paraId="13AAB946" w14:textId="77777777" w:rsidR="00610360" w:rsidRDefault="00000000">
            <w:pPr>
              <w:spacing w:after="0"/>
            </w:pPr>
            <w:r>
              <w:rPr>
                <w:sz w:val="17"/>
              </w:rPr>
              <w:t>ten</w:t>
            </w:r>
          </w:p>
        </w:tc>
        <w:tc>
          <w:tcPr>
            <w:tcW w:w="2592" w:type="dxa"/>
            <w:tcBorders>
              <w:top w:val="single" w:sz="4" w:space="0" w:color="D8E6EC"/>
              <w:left w:val="single" w:sz="4" w:space="0" w:color="D8E6EC"/>
              <w:bottom w:val="single" w:sz="4" w:space="0" w:color="D8E6EC"/>
              <w:right w:val="single" w:sz="4" w:space="0" w:color="D8E6EC"/>
            </w:tcBorders>
            <w:vAlign w:val="center"/>
          </w:tcPr>
          <w:p w14:paraId="1792654F"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664547FC" w14:textId="77777777" w:rsidR="00610360" w:rsidRDefault="00000000">
            <w:pPr>
              <w:spacing w:after="0"/>
            </w:pPr>
            <w:r>
              <w:rPr>
                <w:sz w:val="17"/>
              </w:rPr>
              <w:t>Mi nota dek.</w:t>
            </w:r>
          </w:p>
        </w:tc>
      </w:tr>
      <w:tr w:rsidR="00610360" w14:paraId="282E3AF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F7BF782" w14:textId="77777777" w:rsidR="00610360" w:rsidRDefault="00000000">
            <w:pPr>
              <w:spacing w:after="0"/>
            </w:pPr>
            <w:r>
              <w:rPr>
                <w:sz w:val="17"/>
              </w:rPr>
              <w:t>cent</w:t>
            </w:r>
          </w:p>
        </w:tc>
        <w:tc>
          <w:tcPr>
            <w:tcW w:w="2592" w:type="dxa"/>
            <w:tcBorders>
              <w:top w:val="single" w:sz="4" w:space="0" w:color="D8E6EC"/>
              <w:left w:val="single" w:sz="4" w:space="0" w:color="D8E6EC"/>
              <w:bottom w:val="single" w:sz="4" w:space="0" w:color="D8E6EC"/>
              <w:right w:val="single" w:sz="4" w:space="0" w:color="D8E6EC"/>
            </w:tcBorders>
            <w:vAlign w:val="center"/>
          </w:tcPr>
          <w:p>
            <w:r>
              <w:t>hundred</w:t>
            </w:r>
          </w:p>
        </w:tc>
        <w:tc>
          <w:tcPr>
            <w:tcW w:w="2592" w:type="dxa"/>
            <w:tcBorders>
              <w:top w:val="single" w:sz="4" w:space="0" w:color="D8E6EC"/>
              <w:left w:val="single" w:sz="4" w:space="0" w:color="D8E6EC"/>
              <w:bottom w:val="single" w:sz="4" w:space="0" w:color="D8E6EC"/>
              <w:right w:val="single" w:sz="4" w:space="0" w:color="D8E6EC"/>
            </w:tcBorders>
            <w:vAlign w:val="center"/>
          </w:tcPr>
          <w:p w14:paraId="1B38959D"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64D05A8A" w14:textId="77777777" w:rsidR="00610360" w:rsidRDefault="00000000">
            <w:pPr>
              <w:spacing w:after="0"/>
            </w:pPr>
            <w:r>
              <w:rPr>
                <w:sz w:val="17"/>
              </w:rPr>
              <w:t>Mi nota cent.</w:t>
            </w:r>
          </w:p>
        </w:tc>
      </w:tr>
      <w:tr w:rsidR="00610360" w14:paraId="5029E24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0983573" w14:textId="77777777" w:rsidR="00610360" w:rsidRDefault="00000000">
            <w:pPr>
              <w:spacing w:after="0"/>
            </w:pPr>
            <w:r>
              <w:rPr>
                <w:sz w:val="17"/>
              </w:rPr>
              <w:t>mil</w:t>
            </w:r>
          </w:p>
        </w:tc>
        <w:tc>
          <w:tcPr>
            <w:tcW w:w="2592" w:type="dxa"/>
            <w:tcBorders>
              <w:top w:val="single" w:sz="4" w:space="0" w:color="D8E6EC"/>
              <w:left w:val="single" w:sz="4" w:space="0" w:color="D8E6EC"/>
              <w:bottom w:val="single" w:sz="4" w:space="0" w:color="D8E6EC"/>
              <w:right w:val="single" w:sz="4" w:space="0" w:color="D8E6EC"/>
            </w:tcBorders>
            <w:vAlign w:val="center"/>
          </w:tcPr>
          <w:p w14:paraId="3A4746F5" w14:textId="77777777" w:rsidR="00610360" w:rsidRDefault="00000000">
            <w:pPr>
              <w:spacing w:after="0"/>
            </w:pPr>
            <w:r>
              <w:rPr>
                <w:sz w:val="17"/>
              </w:rPr>
              <w:t>thousand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5B79F819"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12FC1C7" w14:textId="77777777" w:rsidR="00610360" w:rsidRDefault="00000000">
            <w:pPr>
              <w:spacing w:after="0"/>
            </w:pPr>
            <w:r>
              <w:rPr>
                <w:sz w:val="17"/>
              </w:rPr>
              <w:t>Mi nota mil.</w:t>
            </w:r>
          </w:p>
        </w:tc>
      </w:tr>
      <w:tr w:rsidR="00610360" w14:paraId="04419D3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1DBC3A4" w14:textId="77777777" w:rsidR="00610360" w:rsidRDefault="00000000">
            <w:pPr>
              <w:spacing w:after="0"/>
            </w:pPr>
            <w:r>
              <w:rPr>
                <w:sz w:val="17"/>
              </w:rPr>
              <w:t>hora</w:t>
            </w:r>
          </w:p>
        </w:tc>
        <w:tc>
          <w:tcPr>
            <w:tcW w:w="2592" w:type="dxa"/>
            <w:tcBorders>
              <w:top w:val="single" w:sz="4" w:space="0" w:color="D8E6EC"/>
              <w:left w:val="single" w:sz="4" w:space="0" w:color="D8E6EC"/>
              <w:bottom w:val="single" w:sz="4" w:space="0" w:color="D8E6EC"/>
              <w:right w:val="single" w:sz="4" w:space="0" w:color="D8E6EC"/>
            </w:tcBorders>
            <w:vAlign w:val="center"/>
          </w:tcPr>
          <w:p w14:paraId="16ED6DB5" w14:textId="77777777" w:rsidR="00610360" w:rsidRDefault="00000000">
            <w:pPr>
              <w:spacing w:after="0"/>
            </w:pPr>
            <w:r>
              <w:rPr>
                <w:sz w:val="17"/>
              </w:rPr>
              <w:t>hour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2D96677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E0AED61" w14:textId="77777777" w:rsidR="00610360" w:rsidRDefault="00000000">
            <w:pPr>
              <w:spacing w:after="0"/>
            </w:pPr>
            <w:r>
              <w:rPr>
                <w:sz w:val="17"/>
              </w:rPr>
              <w:t>Mi nota hora.</w:t>
            </w:r>
          </w:p>
        </w:tc>
      </w:tr>
      <w:tr w:rsidR="00610360" w14:paraId="55E2DF8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3863D9" w14:textId="77777777" w:rsidR="00610360" w:rsidRDefault="00000000">
            <w:pPr>
              <w:spacing w:after="0"/>
            </w:pPr>
            <w:r>
              <w:rPr>
                <w:sz w:val="17"/>
              </w:rPr>
              <w:t>minuta</w:t>
            </w:r>
          </w:p>
        </w:tc>
        <w:tc>
          <w:tcPr>
            <w:tcW w:w="2592" w:type="dxa"/>
            <w:tcBorders>
              <w:top w:val="single" w:sz="4" w:space="0" w:color="D8E6EC"/>
              <w:left w:val="single" w:sz="4" w:space="0" w:color="D8E6EC"/>
              <w:bottom w:val="single" w:sz="4" w:space="0" w:color="D8E6EC"/>
              <w:right w:val="single" w:sz="4" w:space="0" w:color="D8E6EC"/>
            </w:tcBorders>
            <w:vAlign w:val="center"/>
          </w:tcPr>
          <w:p w14:paraId="625B701E" w14:textId="77777777" w:rsidR="00610360" w:rsidRDefault="00000000">
            <w:pPr>
              <w:spacing w:after="0"/>
            </w:pPr>
            <w:r>
              <w:rPr>
                <w:sz w:val="17"/>
              </w:rPr>
              <w:t>minute</w:t>
            </w:r>
          </w:p>
        </w:tc>
        <w:tc>
          <w:tcPr>
            <w:tcW w:w="2592" w:type="dxa"/>
            <w:tcBorders>
              <w:top w:val="single" w:sz="4" w:space="0" w:color="D8E6EC"/>
              <w:left w:val="single" w:sz="4" w:space="0" w:color="D8E6EC"/>
              <w:bottom w:val="single" w:sz="4" w:space="0" w:color="D8E6EC"/>
              <w:right w:val="single" w:sz="4" w:space="0" w:color="D8E6EC"/>
            </w:tcBorders>
            <w:vAlign w:val="center"/>
          </w:tcPr>
          <w:p w14:paraId="68E92B81"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436D053" w14:textId="77777777" w:rsidR="00610360" w:rsidRDefault="00000000">
            <w:pPr>
              <w:spacing w:after="0"/>
            </w:pPr>
            <w:r>
              <w:rPr>
                <w:sz w:val="17"/>
              </w:rPr>
              <w:t>Mi nota minuta.</w:t>
            </w:r>
          </w:p>
        </w:tc>
      </w:tr>
      <w:tr w:rsidR="00610360" w14:paraId="7CF00E1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BA66D5F" w14:textId="77777777" w:rsidR="00610360" w:rsidRDefault="00000000">
            <w:pPr>
              <w:spacing w:after="0"/>
            </w:pPr>
            <w:r>
              <w:rPr>
                <w:sz w:val="17"/>
              </w:rPr>
              <w:t>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3ABED737" w14:textId="77777777" w:rsidR="00610360" w:rsidRDefault="00000000">
            <w:pPr>
              <w:spacing w:after="0"/>
            </w:pPr>
            <w:r>
              <w:rPr>
                <w:sz w:val="17"/>
              </w:rPr>
              <w:t>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46531CA4"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D7E9A3D" w14:textId="77777777" w:rsidR="00610360" w:rsidRDefault="00000000">
            <w:pPr>
              <w:spacing w:after="0"/>
            </w:pPr>
            <w:r>
              <w:rPr>
                <w:sz w:val="17"/>
              </w:rPr>
              <w:t>Mi nota dia.</w:t>
            </w:r>
          </w:p>
        </w:tc>
      </w:tr>
      <w:tr w:rsidR="00610360" w14:paraId="163F5CF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05A8DC3" w14:textId="77777777" w:rsidR="00610360" w:rsidRDefault="00000000">
            <w:pPr>
              <w:spacing w:after="0"/>
            </w:pPr>
            <w:r>
              <w:rPr>
                <w:sz w:val="17"/>
              </w:rPr>
              <w:t>semana</w:t>
            </w:r>
          </w:p>
        </w:tc>
        <w:tc>
          <w:tcPr>
            <w:tcW w:w="2592" w:type="dxa"/>
            <w:tcBorders>
              <w:top w:val="single" w:sz="4" w:space="0" w:color="D8E6EC"/>
              <w:left w:val="single" w:sz="4" w:space="0" w:color="D8E6EC"/>
              <w:bottom w:val="single" w:sz="4" w:space="0" w:color="D8E6EC"/>
              <w:right w:val="single" w:sz="4" w:space="0" w:color="D8E6EC"/>
            </w:tcBorders>
            <w:vAlign w:val="center"/>
          </w:tcPr>
          <w:p w14:paraId="4CFD24DE" w14:textId="77777777" w:rsidR="00610360" w:rsidRDefault="00000000">
            <w:pPr>
              <w:spacing w:after="0"/>
            </w:pPr>
            <w:r>
              <w:rPr>
                <w:sz w:val="17"/>
              </w:rPr>
              <w:t>week</w:t>
            </w:r>
          </w:p>
        </w:tc>
        <w:tc>
          <w:tcPr>
            <w:tcW w:w="2592" w:type="dxa"/>
            <w:tcBorders>
              <w:top w:val="single" w:sz="4" w:space="0" w:color="D8E6EC"/>
              <w:left w:val="single" w:sz="4" w:space="0" w:color="D8E6EC"/>
              <w:bottom w:val="single" w:sz="4" w:space="0" w:color="D8E6EC"/>
              <w:right w:val="single" w:sz="4" w:space="0" w:color="D8E6EC"/>
            </w:tcBorders>
            <w:vAlign w:val="center"/>
          </w:tcPr>
          <w:p w14:paraId="267C26E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3EC2B22" w14:textId="77777777" w:rsidR="00610360" w:rsidRDefault="00000000">
            <w:pPr>
              <w:spacing w:after="0"/>
            </w:pPr>
            <w:r>
              <w:rPr>
                <w:sz w:val="17"/>
              </w:rPr>
              <w:t>Mi nota semana.</w:t>
            </w:r>
          </w:p>
        </w:tc>
      </w:tr>
      <w:tr w:rsidR="00610360" w14:paraId="26B731B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DE509E" w14:textId="77777777" w:rsidR="00610360" w:rsidRDefault="00000000">
            <w:pPr>
              <w:spacing w:after="0"/>
            </w:pPr>
            <w:r>
              <w:rPr>
                <w:sz w:val="17"/>
              </w:rPr>
              <w:t>mes</w:t>
            </w:r>
          </w:p>
        </w:tc>
        <w:tc>
          <w:tcPr>
            <w:tcW w:w="2592" w:type="dxa"/>
            <w:tcBorders>
              <w:top w:val="single" w:sz="4" w:space="0" w:color="D8E6EC"/>
              <w:left w:val="single" w:sz="4" w:space="0" w:color="D8E6EC"/>
              <w:bottom w:val="single" w:sz="4" w:space="0" w:color="D8E6EC"/>
              <w:right w:val="single" w:sz="4" w:space="0" w:color="D8E6EC"/>
            </w:tcBorders>
            <w:vAlign w:val="center"/>
          </w:tcPr>
          <w:p w14:paraId="46C76B8E" w14:textId="77777777" w:rsidR="00610360" w:rsidRDefault="00000000">
            <w:pPr>
              <w:spacing w:after="0"/>
            </w:pPr>
            <w:r>
              <w:rPr>
                <w:sz w:val="17"/>
              </w:rPr>
              <w:t>month</w:t>
            </w:r>
          </w:p>
        </w:tc>
        <w:tc>
          <w:tcPr>
            <w:tcW w:w="2592" w:type="dxa"/>
            <w:tcBorders>
              <w:top w:val="single" w:sz="4" w:space="0" w:color="D8E6EC"/>
              <w:left w:val="single" w:sz="4" w:space="0" w:color="D8E6EC"/>
              <w:bottom w:val="single" w:sz="4" w:space="0" w:color="D8E6EC"/>
              <w:right w:val="single" w:sz="4" w:space="0" w:color="D8E6EC"/>
            </w:tcBorders>
            <w:vAlign w:val="center"/>
          </w:tcPr>
          <w:p w14:paraId="6B75FC3A"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285A2E83" w14:textId="77777777" w:rsidR="00610360" w:rsidRDefault="00000000">
            <w:pPr>
              <w:spacing w:after="0"/>
            </w:pPr>
            <w:r>
              <w:rPr>
                <w:sz w:val="17"/>
              </w:rPr>
              <w:t>Mi nota mes.</w:t>
            </w:r>
          </w:p>
        </w:tc>
      </w:tr>
      <w:tr w:rsidR="00610360" w14:paraId="659E8B7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FB9A1D" w14:textId="77777777" w:rsidR="00610360" w:rsidRDefault="00000000">
            <w:pPr>
              <w:spacing w:after="0"/>
            </w:pPr>
            <w:r>
              <w:rPr>
                <w:sz w:val="17"/>
              </w:rPr>
              <w:t>an</w:t>
            </w:r>
          </w:p>
        </w:tc>
        <w:tc>
          <w:tcPr>
            <w:tcW w:w="2592" w:type="dxa"/>
            <w:tcBorders>
              <w:top w:val="single" w:sz="4" w:space="0" w:color="D8E6EC"/>
              <w:left w:val="single" w:sz="4" w:space="0" w:color="D8E6EC"/>
              <w:bottom w:val="single" w:sz="4" w:space="0" w:color="D8E6EC"/>
              <w:right w:val="single" w:sz="4" w:space="0" w:color="D8E6EC"/>
            </w:tcBorders>
            <w:vAlign w:val="center"/>
          </w:tcPr>
          <w:p w14:paraId="3B5439CE" w14:textId="77777777" w:rsidR="00610360" w:rsidRDefault="00000000">
            <w:pPr>
              <w:spacing w:after="0"/>
            </w:pPr>
            <w:r>
              <w:rPr>
                <w:sz w:val="17"/>
              </w:rPr>
              <w:t>year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293A6390"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400A48FB" w14:textId="77777777" w:rsidR="00610360" w:rsidRDefault="00000000">
            <w:pPr>
              <w:spacing w:after="0"/>
            </w:pPr>
            <w:r>
              <w:rPr>
                <w:sz w:val="17"/>
              </w:rPr>
              <w:t>Mi nota an.</w:t>
            </w:r>
          </w:p>
        </w:tc>
      </w:tr>
      <w:tr w:rsidR="00610360" w14:paraId="39CF5EF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593C9C" w14:textId="77777777" w:rsidR="00610360" w:rsidRDefault="00000000">
            <w:pPr>
              <w:spacing w:after="0"/>
            </w:pPr>
            <w:r>
              <w:rPr>
                <w:sz w:val="17"/>
              </w:rPr>
              <w:t>hodia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1076E120" w14:textId="77777777" w:rsidR="00610360" w:rsidRDefault="00000000">
            <w:pPr>
              <w:spacing w:after="0"/>
            </w:pPr>
            <w:r>
              <w:rPr>
                <w:sz w:val="17"/>
              </w:rPr>
              <w:t>today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3BA741CC"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1A93F94A" w14:textId="77777777" w:rsidR="00610360" w:rsidRDefault="00000000">
            <w:pPr>
              <w:spacing w:after="0"/>
            </w:pPr>
            <w:r>
              <w:rPr>
                <w:sz w:val="17"/>
              </w:rPr>
              <w:t>Mi hodia.</w:t>
            </w:r>
          </w:p>
        </w:tc>
      </w:tr>
      <w:tr w:rsidR="00610360" w14:paraId="59DB77B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37B8784" w14:textId="77777777" w:rsidR="00610360" w:rsidRDefault="00000000">
            <w:pPr>
              <w:spacing w:after="0"/>
            </w:pPr>
            <w:r>
              <w:rPr>
                <w:sz w:val="17"/>
              </w:rPr>
              <w:t>morga</w:t>
            </w:r>
          </w:p>
        </w:tc>
        <w:tc>
          <w:tcPr>
            <w:tcW w:w="2592" w:type="dxa"/>
            <w:tcBorders>
              <w:top w:val="single" w:sz="4" w:space="0" w:color="D8E6EC"/>
              <w:left w:val="single" w:sz="4" w:space="0" w:color="D8E6EC"/>
              <w:bottom w:val="single" w:sz="4" w:space="0" w:color="D8E6EC"/>
              <w:right w:val="single" w:sz="4" w:space="0" w:color="D8E6EC"/>
            </w:tcBorders>
            <w:vAlign w:val="center"/>
          </w:tcPr>
          <w:p w14:paraId="150AC5F9" w14:textId="77777777" w:rsidR="00610360" w:rsidRDefault="00000000">
            <w:pPr>
              <w:spacing w:after="0"/>
            </w:pPr>
            <w:r>
              <w:rPr>
                <w:sz w:val="17"/>
              </w:rPr>
              <w:t>tomorrow</w:t>
            </w:r>
          </w:p>
        </w:tc>
        <w:tc>
          <w:tcPr>
            <w:tcW w:w="2592" w:type="dxa"/>
            <w:tcBorders>
              <w:top w:val="single" w:sz="4" w:space="0" w:color="D8E6EC"/>
              <w:left w:val="single" w:sz="4" w:space="0" w:color="D8E6EC"/>
              <w:bottom w:val="single" w:sz="4" w:space="0" w:color="D8E6EC"/>
              <w:right w:val="single" w:sz="4" w:space="0" w:color="D8E6EC"/>
            </w:tcBorders>
            <w:vAlign w:val="center"/>
          </w:tcPr>
          <w:p w14:paraId="59598DF7"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5BA81286" w14:textId="77777777" w:rsidR="00610360" w:rsidRDefault="00000000">
            <w:pPr>
              <w:spacing w:after="0"/>
            </w:pPr>
            <w:r>
              <w:rPr>
                <w:sz w:val="17"/>
              </w:rPr>
              <w:t>Mi morga.</w:t>
            </w:r>
          </w:p>
        </w:tc>
      </w:tr>
      <w:tr w:rsidR="00610360" w14:paraId="4D0D542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8BB969" w14:textId="77777777" w:rsidR="00610360" w:rsidRDefault="00000000">
            <w:pPr>
              <w:spacing w:after="0"/>
            </w:pPr>
            <w:r>
              <w:rPr>
                <w:sz w:val="17"/>
              </w:rPr>
              <w:t>yester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254D181" w14:textId="77777777" w:rsidR="00610360" w:rsidRDefault="00000000">
            <w:pPr>
              <w:spacing w:after="0"/>
            </w:pPr>
            <w:r>
              <w:rPr>
                <w:sz w:val="17"/>
              </w:rPr>
              <w:t>yesterday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7AF60BF7" w14:textId="77777777" w:rsidR="00610360" w:rsidRDefault="00000000">
            <w:pPr>
              <w:spacing w:after="0"/>
            </w:pPr>
            <w:r>
              <w:rPr>
                <w:sz w:val="17"/>
              </w:rPr>
              <w:t>adverb</w:t>
            </w:r>
          </w:p>
        </w:tc>
        <w:tc>
          <w:tcPr>
            <w:tcW w:w="2592" w:type="dxa"/>
            <w:tcBorders>
              <w:top w:val="single" w:sz="4" w:space="0" w:color="D8E6EC"/>
              <w:left w:val="single" w:sz="4" w:space="0" w:color="D8E6EC"/>
              <w:bottom w:val="single" w:sz="4" w:space="0" w:color="D8E6EC"/>
              <w:right w:val="single" w:sz="4" w:space="0" w:color="D8E6EC"/>
            </w:tcBorders>
            <w:vAlign w:val="center"/>
          </w:tcPr>
          <w:p w14:paraId="4C35F538" w14:textId="77777777" w:rsidR="00610360" w:rsidRDefault="00000000">
            <w:pPr>
              <w:spacing w:after="0"/>
            </w:pPr>
            <w:r>
              <w:rPr>
                <w:sz w:val="17"/>
              </w:rPr>
              <w:t>Mi yester.</w:t>
            </w:r>
          </w:p>
        </w:tc>
      </w:tr>
    </w:tbl>
    <w:p w14:paraId="13629B8A"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01DC5C64"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8F5AD29"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400E84C" w14:textId="77777777" w:rsidR="00610360" w:rsidRDefault="00000000">
            <w:pPr>
              <w:spacing w:after="0"/>
            </w:pPr>
            <w:r>
              <w:rPr>
                <w:b/>
                <w:color w:val="FFFFFF"/>
                <w:sz w:val="17"/>
              </w:rPr>
              <w:t>English</w:t>
            </w:r>
          </w:p>
        </w:tc>
      </w:tr>
      <w:tr w:rsidR="00610360" w14:paraId="7A2B16B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DD12551" w14:textId="77777777" w:rsidR="00610360" w:rsidRDefault="00000000">
            <w:pPr>
              <w:spacing w:after="0"/>
            </w:pPr>
            <w:r>
              <w:rPr>
                <w:sz w:val="17"/>
              </w:rPr>
              <w:t>Lo es tre hora.</w:t>
            </w:r>
          </w:p>
        </w:tc>
        <w:tc>
          <w:tcPr>
            <w:tcW w:w="5184" w:type="dxa"/>
            <w:tcBorders>
              <w:top w:val="single" w:sz="4" w:space="0" w:color="D8E6EC"/>
              <w:left w:val="single" w:sz="4" w:space="0" w:color="D8E6EC"/>
              <w:bottom w:val="single" w:sz="4" w:space="0" w:color="D8E6EC"/>
              <w:right w:val="single" w:sz="4" w:space="0" w:color="D8E6EC"/>
            </w:tcBorders>
            <w:vAlign w:val="center"/>
          </w:tcPr>
          <w:p w14:paraId="5B918F16" w14:textId="77777777" w:rsidR="00610360" w:rsidRDefault="00000000">
            <w:pPr>
              <w:spacing w:after="0"/>
            </w:pPr>
            <w:r>
              <w:rPr>
                <w:sz w:val="17"/>
              </w:rPr>
              <w:t>It is three o’clock.</w:t>
            </w:r>
          </w:p>
        </w:tc>
      </w:tr>
      <w:tr w:rsidR="00610360" w14:paraId="7BA719D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213F8AC" w14:textId="77777777" w:rsidR="00610360" w:rsidRPr="00C12360" w:rsidRDefault="00000000">
            <w:pPr>
              <w:spacing w:after="0"/>
              <w:rPr>
                <w:lang w:val="es-ES"/>
              </w:rPr>
            </w:pPr>
            <w:r w:rsidRPr="00C12360">
              <w:rPr>
                <w:sz w:val="17"/>
                <w:lang w:val="es-ES"/>
              </w:rPr>
              <w:t xml:space="preserve">Nos va </w:t>
            </w:r>
            <w:proofErr w:type="spellStart"/>
            <w:r w:rsidRPr="00C12360">
              <w:rPr>
                <w:sz w:val="17"/>
                <w:lang w:val="es-ES"/>
              </w:rPr>
              <w:t>komensa</w:t>
            </w:r>
            <w:proofErr w:type="spellEnd"/>
            <w:r w:rsidRPr="00C12360">
              <w:rPr>
                <w:sz w:val="17"/>
                <w:lang w:val="es-ES"/>
              </w:rPr>
              <w:t xml:space="preserve"> a </w:t>
            </w:r>
            <w:proofErr w:type="spellStart"/>
            <w:r w:rsidRPr="00C12360">
              <w:rPr>
                <w:sz w:val="17"/>
                <w:lang w:val="es-ES"/>
              </w:rPr>
              <w:t>dek</w:t>
            </w:r>
            <w:proofErr w:type="spellEnd"/>
            <w:r w:rsidRPr="00C12360">
              <w:rPr>
                <w:sz w:val="17"/>
                <w:lang w:val="es-ES"/>
              </w:rPr>
              <w:t xml:space="preserve"> hora.</w:t>
            </w:r>
          </w:p>
        </w:tc>
        <w:tc>
          <w:tcPr>
            <w:tcW w:w="5184" w:type="dxa"/>
            <w:tcBorders>
              <w:top w:val="single" w:sz="4" w:space="0" w:color="D8E6EC"/>
              <w:left w:val="single" w:sz="4" w:space="0" w:color="D8E6EC"/>
              <w:bottom w:val="single" w:sz="4" w:space="0" w:color="D8E6EC"/>
              <w:right w:val="single" w:sz="4" w:space="0" w:color="D8E6EC"/>
            </w:tcBorders>
            <w:vAlign w:val="center"/>
          </w:tcPr>
          <w:p w14:paraId="3337B853" w14:textId="77777777" w:rsidR="00610360" w:rsidRDefault="00000000">
            <w:pPr>
              <w:spacing w:after="0"/>
            </w:pPr>
            <w:r>
              <w:rPr>
                <w:sz w:val="17"/>
              </w:rPr>
              <w:t>We will begin at ten o’clock.</w:t>
            </w:r>
          </w:p>
        </w:tc>
      </w:tr>
      <w:tr w:rsidR="00610360" w14:paraId="57DE0F5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4968D0A" w14:textId="77777777" w:rsidR="00610360" w:rsidRDefault="00000000">
            <w:pPr>
              <w:spacing w:after="0"/>
            </w:pPr>
            <w:r>
              <w:rPr>
                <w:sz w:val="17"/>
              </w:rPr>
              <w:t>Hodia es soldia.</w:t>
            </w:r>
          </w:p>
        </w:tc>
        <w:tc>
          <w:tcPr>
            <w:tcW w:w="5184" w:type="dxa"/>
            <w:tcBorders>
              <w:top w:val="single" w:sz="4" w:space="0" w:color="D8E6EC"/>
              <w:left w:val="single" w:sz="4" w:space="0" w:color="D8E6EC"/>
              <w:bottom w:val="single" w:sz="4" w:space="0" w:color="D8E6EC"/>
              <w:right w:val="single" w:sz="4" w:space="0" w:color="D8E6EC"/>
            </w:tcBorders>
            <w:vAlign w:val="center"/>
          </w:tcPr>
          <w:p w14:paraId="2EADAD4C" w14:textId="77777777" w:rsidR="00610360" w:rsidRDefault="00000000">
            <w:pPr>
              <w:spacing w:after="0"/>
            </w:pPr>
            <w:r>
              <w:rPr>
                <w:sz w:val="17"/>
              </w:rPr>
              <w:t>Today is Sunday.</w:t>
            </w:r>
          </w:p>
        </w:tc>
      </w:tr>
      <w:tr w:rsidR="00610360" w14:paraId="3A84C0B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CFEF7BB" w14:textId="77777777" w:rsidR="00610360" w:rsidRDefault="00000000">
            <w:pPr>
              <w:spacing w:after="0"/>
            </w:pPr>
            <w:r>
              <w:rPr>
                <w:sz w:val="17"/>
              </w:rPr>
              <w:t>Mi habe du libros.</w:t>
            </w:r>
          </w:p>
        </w:tc>
        <w:tc>
          <w:tcPr>
            <w:tcW w:w="5184" w:type="dxa"/>
            <w:tcBorders>
              <w:top w:val="single" w:sz="4" w:space="0" w:color="D8E6EC"/>
              <w:left w:val="single" w:sz="4" w:space="0" w:color="D8E6EC"/>
              <w:bottom w:val="single" w:sz="4" w:space="0" w:color="D8E6EC"/>
              <w:right w:val="single" w:sz="4" w:space="0" w:color="D8E6EC"/>
            </w:tcBorders>
            <w:vAlign w:val="center"/>
          </w:tcPr>
          <w:p w14:paraId="5C72C88D" w14:textId="77777777" w:rsidR="00610360" w:rsidRDefault="00000000">
            <w:pPr>
              <w:spacing w:after="0"/>
            </w:pPr>
            <w:r>
              <w:rPr>
                <w:sz w:val="17"/>
              </w:rPr>
              <w:t>I have two books.</w:t>
            </w:r>
          </w:p>
        </w:tc>
      </w:tr>
    </w:tbl>
    <w:p w14:paraId="11E2BB46" w14:textId="77777777" w:rsidR="00610360" w:rsidRDefault="00000000">
      <w:pPr>
        <w:pStyle w:val="Heading2"/>
        <w:spacing w:after="120"/>
      </w:pPr>
      <w:r>
        <w:rPr>
          <w:rFonts w:ascii="Aptos" w:hAnsi="Aptos"/>
        </w:rPr>
        <w:t>Speak it out loud</w:t>
      </w:r>
    </w:p>
    <w:p w14:paraId="42373124" w14:textId="77777777" w:rsidR="00610360" w:rsidRDefault="00000000">
      <w:pPr>
        <w:spacing w:after="120"/>
      </w:pPr>
      <w:r>
        <w:t>Read each pattern three times. First slowly. Second normally. Third with confidence. Then replace one word and read the new sentence.</w:t>
      </w:r>
    </w:p>
    <w:p w14:paraId="5A64FB35"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02AD3221"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F0604E1"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4F629C4" w14:textId="77777777" w:rsidR="00610360" w:rsidRDefault="00000000">
            <w:pPr>
              <w:spacing w:after="0"/>
            </w:pPr>
            <w:r>
              <w:rPr>
                <w:b/>
                <w:color w:val="FFFFFF"/>
                <w:sz w:val="17"/>
              </w:rPr>
              <w:t>Line</w:t>
            </w:r>
          </w:p>
        </w:tc>
      </w:tr>
      <w:tr w:rsidR="00610360" w14:paraId="5DFC772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968BB02"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51DB1D36" w14:textId="77777777" w:rsidR="00610360" w:rsidRDefault="00000000">
            <w:pPr>
              <w:spacing w:after="0"/>
            </w:pPr>
            <w:r>
              <w:rPr>
                <w:sz w:val="17"/>
              </w:rPr>
              <w:t>Qual hora es?</w:t>
            </w:r>
          </w:p>
        </w:tc>
      </w:tr>
      <w:tr w:rsidR="00610360" w14:paraId="45183EF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97431DE"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39A9E08C" w14:textId="77777777" w:rsidR="00610360" w:rsidRDefault="00000000">
            <w:pPr>
              <w:spacing w:after="0"/>
            </w:pPr>
            <w:r>
              <w:rPr>
                <w:sz w:val="17"/>
              </w:rPr>
              <w:t>Lo es tre hora.</w:t>
            </w:r>
          </w:p>
        </w:tc>
      </w:tr>
      <w:tr w:rsidR="00610360" w14:paraId="303206E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E3456FB"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48F9BF70" w14:textId="77777777" w:rsidR="00610360" w:rsidRDefault="00000000">
            <w:pPr>
              <w:spacing w:after="0"/>
            </w:pPr>
            <w:r>
              <w:rPr>
                <w:sz w:val="17"/>
              </w:rPr>
              <w:t>Kan nos va komensa?</w:t>
            </w:r>
          </w:p>
        </w:tc>
      </w:tr>
      <w:tr w:rsidR="00610360" w:rsidRPr="00C12360" w14:paraId="791B72E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A3E9B64"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1EDC00E7" w14:textId="77777777" w:rsidR="00610360" w:rsidRPr="00C12360" w:rsidRDefault="00000000">
            <w:pPr>
              <w:spacing w:after="0"/>
              <w:rPr>
                <w:lang w:val="es-ES"/>
              </w:rPr>
            </w:pPr>
            <w:r w:rsidRPr="00C12360">
              <w:rPr>
                <w:sz w:val="17"/>
                <w:lang w:val="es-ES"/>
              </w:rPr>
              <w:t xml:space="preserve">Nos va </w:t>
            </w:r>
            <w:proofErr w:type="spellStart"/>
            <w:r w:rsidRPr="00C12360">
              <w:rPr>
                <w:sz w:val="17"/>
                <w:lang w:val="es-ES"/>
              </w:rPr>
              <w:t>komensa</w:t>
            </w:r>
            <w:proofErr w:type="spellEnd"/>
            <w:r w:rsidRPr="00C12360">
              <w:rPr>
                <w:sz w:val="17"/>
                <w:lang w:val="es-ES"/>
              </w:rPr>
              <w:t xml:space="preserve"> a </w:t>
            </w:r>
            <w:proofErr w:type="spellStart"/>
            <w:r w:rsidRPr="00C12360">
              <w:rPr>
                <w:sz w:val="17"/>
                <w:lang w:val="es-ES"/>
              </w:rPr>
              <w:t>quatro</w:t>
            </w:r>
            <w:proofErr w:type="spellEnd"/>
            <w:r w:rsidRPr="00C12360">
              <w:rPr>
                <w:sz w:val="17"/>
                <w:lang w:val="es-ES"/>
              </w:rPr>
              <w:t xml:space="preserve"> hora.</w:t>
            </w:r>
          </w:p>
        </w:tc>
      </w:tr>
    </w:tbl>
    <w:p w14:paraId="2D13478E" w14:textId="77777777" w:rsidR="00610360" w:rsidRDefault="00000000">
      <w:pPr>
        <w:pStyle w:val="Heading2"/>
        <w:spacing w:after="120"/>
      </w:pPr>
      <w:r>
        <w:rPr>
          <w:rFonts w:ascii="Aptos" w:hAnsi="Aptos"/>
        </w:rPr>
        <w:t>Workbook exercises</w:t>
      </w:r>
    </w:p>
    <w:p w14:paraId="57ACEB60" w14:textId="77777777" w:rsidR="00610360" w:rsidRDefault="00000000">
      <w:pPr>
        <w:keepLines/>
        <w:spacing w:after="120"/>
      </w:pPr>
      <w:r>
        <w:rPr>
          <w:b/>
          <w:color w:val="0B2E4A"/>
        </w:rPr>
        <w:t>11.1 Write 1-10 in Claralinga.</w:t>
      </w:r>
    </w:p>
    <w:p w14:paraId="1FCEA515" w14:textId="77777777" w:rsidR="00610360" w:rsidRDefault="00000000">
      <w:pPr>
        <w:keepLines/>
        <w:spacing w:after="120"/>
      </w:pPr>
      <w:r>
        <w:t>________________________________________________________________________________</w:t>
      </w:r>
    </w:p>
    <w:p w14:paraId="559FDCFC" w14:textId="77777777" w:rsidR="00610360" w:rsidRDefault="00000000">
      <w:pPr>
        <w:keepLines/>
        <w:spacing w:after="120"/>
      </w:pPr>
      <w:r>
        <w:t>________________________________________________________________________________</w:t>
      </w:r>
    </w:p>
    <w:p w14:paraId="70ED9EE3" w14:textId="77777777" w:rsidR="00610360" w:rsidRDefault="00000000">
      <w:pPr>
        <w:keepLines/>
        <w:spacing w:after="120"/>
      </w:pPr>
      <w:r>
        <w:rPr>
          <w:b/>
          <w:color w:val="0B2E4A"/>
        </w:rPr>
        <w:t>11.2 Translate: I have five books.</w:t>
      </w:r>
    </w:p>
    <w:p w14:paraId="66F56785" w14:textId="77777777" w:rsidR="00610360" w:rsidRDefault="00000000">
      <w:pPr>
        <w:keepLines/>
        <w:spacing w:after="120"/>
      </w:pPr>
      <w:r>
        <w:t>________________________________________________________________________________</w:t>
      </w:r>
    </w:p>
    <w:p w14:paraId="6F91394C" w14:textId="77777777" w:rsidR="00610360" w:rsidRDefault="00000000">
      <w:pPr>
        <w:keepLines/>
        <w:spacing w:after="120"/>
      </w:pPr>
      <w:r>
        <w:t>________________________________________________________________________________</w:t>
      </w:r>
    </w:p>
    <w:p w14:paraId="31500C99" w14:textId="77777777" w:rsidR="00610360" w:rsidRDefault="00000000">
      <w:pPr>
        <w:keepLines/>
        <w:spacing w:after="120"/>
      </w:pPr>
      <w:r>
        <w:rPr>
          <w:b/>
          <w:color w:val="0B2E4A"/>
        </w:rPr>
        <w:t>11.3 Ask: What time is it?</w:t>
      </w:r>
    </w:p>
    <w:p w14:paraId="67002A50" w14:textId="77777777" w:rsidR="00610360" w:rsidRDefault="00000000">
      <w:pPr>
        <w:keepLines/>
        <w:spacing w:after="120"/>
      </w:pPr>
      <w:r>
        <w:t>________________________________________________________________________________</w:t>
      </w:r>
    </w:p>
    <w:p w14:paraId="0C642C03" w14:textId="77777777" w:rsidR="00610360" w:rsidRDefault="00000000">
      <w:pPr>
        <w:keepLines/>
        <w:spacing w:after="120"/>
      </w:pPr>
      <w:r>
        <w:t>________________________________________________________________________________</w:t>
      </w:r>
    </w:p>
    <w:p w14:paraId="79F9269C" w14:textId="77777777" w:rsidR="00610360" w:rsidRDefault="00000000">
      <w:pPr>
        <w:keepLines/>
        <w:spacing w:after="120"/>
      </w:pPr>
      <w:r>
        <w:rPr>
          <w:b/>
          <w:color w:val="0B2E4A"/>
        </w:rPr>
        <w:t>11.4 Say: We will begin tomorrow.</w:t>
      </w:r>
    </w:p>
    <w:p w14:paraId="664B1F5D" w14:textId="77777777" w:rsidR="00610360" w:rsidRDefault="00000000">
      <w:pPr>
        <w:keepLines/>
        <w:spacing w:after="120"/>
      </w:pPr>
      <w:r>
        <w:t>________________________________________________________________________________</w:t>
      </w:r>
    </w:p>
    <w:p w14:paraId="6AFF13D1" w14:textId="77777777" w:rsidR="00610360" w:rsidRDefault="00000000">
      <w:pPr>
        <w:keepLines/>
        <w:spacing w:after="120"/>
      </w:pPr>
      <w:r>
        <w:t>________________________________________________________________________________</w:t>
      </w:r>
    </w:p>
    <w:p w14:paraId="56A81B61" w14:textId="77777777" w:rsidR="00610360" w:rsidRDefault="00000000">
      <w:pPr>
        <w:keepLines/>
        <w:spacing w:after="120"/>
      </w:pPr>
      <w:r>
        <w:rPr>
          <w:b/>
          <w:color w:val="0B2E4A"/>
        </w:rPr>
        <w:t>11.5 Write your schedule for today en three sentences.</w:t>
      </w:r>
    </w:p>
    <w:p w14:paraId="0A2F4C28" w14:textId="77777777" w:rsidR="00610360" w:rsidRDefault="00000000">
      <w:pPr>
        <w:keepLines/>
        <w:spacing w:after="120"/>
      </w:pPr>
      <w:r>
        <w:t>________________________________________________________________________________</w:t>
      </w:r>
    </w:p>
    <w:p w14:paraId="53894DEE" w14:textId="77777777" w:rsidR="00610360" w:rsidRDefault="00000000">
      <w:pPr>
        <w:keepLines/>
        <w:spacing w:after="120"/>
      </w:pPr>
      <w:r>
        <w:t>________________________________________________________________________________</w:t>
      </w:r>
    </w:p>
    <w:p w14:paraId="557F9487"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7C6EF4F5"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1A71DC8E" w14:textId="77777777" w:rsidR="00610360" w:rsidRDefault="00000000">
            <w:pPr>
              <w:spacing w:after="40"/>
            </w:pPr>
            <w:r>
              <w:rPr>
                <w:b/>
                <w:color w:val="0B2E4A"/>
              </w:rPr>
              <w:t>Checkpoint</w:t>
            </w:r>
          </w:p>
          <w:p w14:paraId="1D270170" w14:textId="77777777" w:rsidR="00610360" w:rsidRDefault="00000000">
            <w:pPr>
              <w:spacing w:after="0"/>
            </w:pPr>
            <w:r>
              <w:rPr>
                <w:sz w:val="18"/>
              </w:rPr>
              <w:t>Before moving on, read the conversation aloud without stopping. If you stumble, slow down. Clean pronunciation beats fast guessing.</w:t>
            </w:r>
          </w:p>
        </w:tc>
      </w:tr>
    </w:tbl>
    <w:p w14:paraId="47B861F3" w14:textId="77777777" w:rsidR="00610360" w:rsidRDefault="00000000">
      <w:pPr>
        <w:spacing w:after="120"/>
      </w:pPr>
      <w:r/>
    </w:p>
    <w:p w14:paraId="0792865D" w14:textId="77777777" w:rsidR="00610360" w:rsidRDefault="00000000">
      <w:pPr>
        <w:pStyle w:val="Heading1"/>
        <w:spacing w:after="120"/>
      </w:pPr>
      <w:r>
        <w:rPr>
          <w:rFonts w:ascii="Aptos" w:hAnsi="Aptos"/>
        </w:rPr>
        <w:t>Lesson 12: Reading, Conversation, and Original Writing</w:t>
      </w:r>
    </w:p>
    <w:tbl>
      <w:tblPr>
        <w:tblW w:w="0" w:type="auto"/>
        <w:jc w:val="center"/>
        <w:tblLook w:val="04A0" w:firstRow="1" w:lastRow="0" w:firstColumn="1" w:lastColumn="0" w:noHBand="0" w:noVBand="1"/>
      </w:tblPr>
      <w:tblGrid>
        <w:gridCol w:w="10368"/>
      </w:tblGrid>
      <w:tr w:rsidR="00610360" w14:paraId="2B811F62"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1B396485" w14:textId="77777777" w:rsidR="00610360" w:rsidRDefault="00000000">
            <w:pPr>
              <w:spacing w:after="40"/>
            </w:pPr>
            <w:r>
              <w:rPr>
                <w:b/>
                <w:color w:val="0B2E4A"/>
              </w:rPr>
              <w:t>Lesson goal</w:t>
            </w:r>
          </w:p>
          <w:p w14:paraId="03D207C7" w14:textId="77777777" w:rsidR="00610360" w:rsidRDefault="00000000">
            <w:pPr>
              <w:spacing w:after="0"/>
            </w:pPr>
            <w:r>
              <w:rPr>
                <w:sz w:val="18"/>
              </w:rPr>
              <w:t>Put the pieces together and produce simple Claralinga independently.</w:t>
            </w:r>
          </w:p>
        </w:tc>
      </w:tr>
    </w:tbl>
    <w:p w14:paraId="139DAE06" w14:textId="77777777" w:rsidR="00610360" w:rsidRDefault="00000000">
      <w:pPr>
        <w:pStyle w:val="Heading2"/>
        <w:spacing w:after="120"/>
      </w:pPr>
      <w:r>
        <w:rPr>
          <w:rFonts w:ascii="Aptos" w:hAnsi="Aptos"/>
        </w:rPr>
        <w:t>Vocabulary for this lesson</w:t>
      </w:r>
    </w:p>
    <w:tbl>
      <w:tblPr>
        <w:tblW w:w="0" w:type="auto"/>
        <w:jc w:val="center"/>
        <w:tblLook w:val="04A0" w:firstRow="1" w:lastRow="0" w:firstColumn="1" w:lastColumn="0" w:noHBand="0" w:noVBand="1"/>
      </w:tblPr>
      <w:tblGrid>
        <w:gridCol w:w="2592"/>
        <w:gridCol w:w="2592"/>
        <w:gridCol w:w="2592"/>
        <w:gridCol w:w="2592"/>
      </w:tblGrid>
      <w:tr w:rsidR="00610360" w14:paraId="3C35199B"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329D13B"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64C8EFD"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2164F7D" w14:textId="77777777" w:rsidR="00610360" w:rsidRDefault="00000000">
            <w:pPr>
              <w:spacing w:after="0"/>
            </w:pPr>
            <w:r>
              <w:rPr>
                <w:b/>
                <w:color w:val="FFFFFF"/>
                <w:sz w:val="17"/>
              </w:rPr>
              <w:t>Note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CF41E23" w14:textId="77777777" w:rsidR="00610360" w:rsidRDefault="00000000">
            <w:pPr>
              <w:spacing w:after="0"/>
            </w:pPr>
            <w:r>
              <w:rPr>
                <w:b/>
                <w:color w:val="FFFFFF"/>
                <w:sz w:val="17"/>
              </w:rPr>
              <w:t>Say it in a sentence</w:t>
            </w:r>
          </w:p>
        </w:tc>
      </w:tr>
      <w:tr w:rsidR="00610360" w14:paraId="30171F9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241092" w14:textId="77777777" w:rsidR="00610360" w:rsidRDefault="00000000">
            <w:pPr>
              <w:spacing w:after="0"/>
            </w:pPr>
            <w:r>
              <w:rPr>
                <w:sz w:val="17"/>
              </w:rPr>
              <w:t>texto</w:t>
            </w:r>
          </w:p>
        </w:tc>
        <w:tc>
          <w:tcPr>
            <w:tcW w:w="2592" w:type="dxa"/>
            <w:tcBorders>
              <w:top w:val="single" w:sz="4" w:space="0" w:color="D8E6EC"/>
              <w:left w:val="single" w:sz="4" w:space="0" w:color="D8E6EC"/>
              <w:bottom w:val="single" w:sz="4" w:space="0" w:color="D8E6EC"/>
              <w:right w:val="single" w:sz="4" w:space="0" w:color="D8E6EC"/>
            </w:tcBorders>
            <w:vAlign w:val="center"/>
          </w:tcPr>
          <w:p w14:paraId="6E9C92E5" w14:textId="77777777" w:rsidR="00610360" w:rsidRDefault="00000000">
            <w:pPr>
              <w:spacing w:after="0"/>
            </w:pPr>
            <w:r>
              <w:rPr>
                <w:sz w:val="17"/>
              </w:rPr>
              <w:t>text</w:t>
            </w:r>
          </w:p>
        </w:tc>
        <w:tc>
          <w:tcPr>
            <w:tcW w:w="2592" w:type="dxa"/>
            <w:tcBorders>
              <w:top w:val="single" w:sz="4" w:space="0" w:color="D8E6EC"/>
              <w:left w:val="single" w:sz="4" w:space="0" w:color="D8E6EC"/>
              <w:bottom w:val="single" w:sz="4" w:space="0" w:color="D8E6EC"/>
              <w:right w:val="single" w:sz="4" w:space="0" w:color="D8E6EC"/>
            </w:tcBorders>
            <w:vAlign w:val="center"/>
          </w:tcPr>
          <w:p w14:paraId="07BC3D93"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B92F6E9" w14:textId="77777777" w:rsidR="00610360" w:rsidRDefault="00000000">
            <w:pPr>
              <w:spacing w:after="0"/>
            </w:pPr>
            <w:r>
              <w:rPr>
                <w:sz w:val="17"/>
              </w:rPr>
              <w:t>Mi usa la texto.</w:t>
            </w:r>
          </w:p>
        </w:tc>
      </w:tr>
      <w:tr w:rsidR="00610360" w14:paraId="483FDC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22A5C4" w14:textId="77777777" w:rsidR="00610360" w:rsidRDefault="00000000">
            <w:pPr>
              <w:spacing w:after="0"/>
            </w:pPr>
            <w:r>
              <w:rPr>
                <w:sz w:val="17"/>
              </w:rPr>
              <w:t>histori</w:t>
            </w:r>
          </w:p>
        </w:tc>
        <w:tc>
          <w:tcPr>
            <w:tcW w:w="2592" w:type="dxa"/>
            <w:tcBorders>
              <w:top w:val="single" w:sz="4" w:space="0" w:color="D8E6EC"/>
              <w:left w:val="single" w:sz="4" w:space="0" w:color="D8E6EC"/>
              <w:bottom w:val="single" w:sz="4" w:space="0" w:color="D8E6EC"/>
              <w:right w:val="single" w:sz="4" w:space="0" w:color="D8E6EC"/>
            </w:tcBorders>
            <w:vAlign w:val="center"/>
          </w:tcPr>
          <w:p w14:paraId="063E0A80" w14:textId="77777777" w:rsidR="00610360" w:rsidRDefault="00000000">
            <w:pPr>
              <w:spacing w:after="0"/>
            </w:pPr>
            <w:r>
              <w:rPr>
                <w:sz w:val="17"/>
              </w:rPr>
              <w:t>history / story</w:t>
            </w:r>
          </w:p>
        </w:tc>
        <w:tc>
          <w:tcPr>
            <w:tcW w:w="2592" w:type="dxa"/>
            <w:tcBorders>
              <w:top w:val="single" w:sz="4" w:space="0" w:color="D8E6EC"/>
              <w:left w:val="single" w:sz="4" w:space="0" w:color="D8E6EC"/>
              <w:bottom w:val="single" w:sz="4" w:space="0" w:color="D8E6EC"/>
              <w:right w:val="single" w:sz="4" w:space="0" w:color="D8E6EC"/>
            </w:tcBorders>
            <w:vAlign w:val="center"/>
          </w:tcPr>
          <w:p w14:paraId="1525901F"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5D16A189" w14:textId="77777777" w:rsidR="00610360" w:rsidRDefault="00000000">
            <w:pPr>
              <w:spacing w:after="0"/>
            </w:pPr>
            <w:r>
              <w:rPr>
                <w:sz w:val="17"/>
              </w:rPr>
              <w:t>Mi usa la histori.</w:t>
            </w:r>
          </w:p>
        </w:tc>
      </w:tr>
      <w:tr w:rsidR="00610360" w:rsidRPr="00C12360" w14:paraId="27869FE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056B8C" w14:textId="77777777" w:rsidR="00610360" w:rsidRDefault="00000000">
            <w:pPr>
              <w:spacing w:after="0"/>
            </w:pPr>
            <w:r>
              <w:rPr>
                <w:sz w:val="17"/>
              </w:rPr>
              <w:t>conversa</w:t>
            </w:r>
          </w:p>
        </w:tc>
        <w:tc>
          <w:tcPr>
            <w:tcW w:w="2592" w:type="dxa"/>
            <w:tcBorders>
              <w:top w:val="single" w:sz="4" w:space="0" w:color="D8E6EC"/>
              <w:left w:val="single" w:sz="4" w:space="0" w:color="D8E6EC"/>
              <w:bottom w:val="single" w:sz="4" w:space="0" w:color="D8E6EC"/>
              <w:right w:val="single" w:sz="4" w:space="0" w:color="D8E6EC"/>
            </w:tcBorders>
            <w:vAlign w:val="center"/>
          </w:tcPr>
          <w:p w14:paraId="4BFBCEF9"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63FFCA1"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FCB5B9F" w14:textId="77777777" w:rsidR="00610360" w:rsidRPr="00C12360" w:rsidRDefault="00000000">
            <w:pPr>
              <w:spacing w:after="0"/>
              <w:rPr>
                <w:lang w:val="es-ES"/>
              </w:rPr>
            </w:pPr>
            <w:r w:rsidRPr="00C12360">
              <w:rPr>
                <w:sz w:val="17"/>
                <w:lang w:val="es-ES"/>
              </w:rPr>
              <w:t xml:space="preserve">Mi usa conversa en </w:t>
            </w:r>
            <w:proofErr w:type="gramStart"/>
            <w:r w:rsidRPr="00C12360">
              <w:rPr>
                <w:sz w:val="17"/>
                <w:lang w:val="es-ES"/>
              </w:rPr>
              <w:t>un frase</w:t>
            </w:r>
            <w:proofErr w:type="gramEnd"/>
            <w:r w:rsidRPr="00C12360">
              <w:rPr>
                <w:sz w:val="17"/>
                <w:lang w:val="es-ES"/>
              </w:rPr>
              <w:t>.</w:t>
            </w:r>
          </w:p>
        </w:tc>
      </w:tr>
      <w:tr w:rsidR="00610360" w:rsidRPr="00C12360" w14:paraId="3DD4623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2B14325" w14:textId="77777777" w:rsidR="00610360" w:rsidRDefault="00000000">
            <w:pPr>
              <w:spacing w:after="0"/>
            </w:pPr>
            <w:proofErr w:type="spellStart"/>
            <w:r>
              <w:rPr>
                <w:sz w:val="17"/>
              </w:rPr>
              <w:t>komunika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569E7AB"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1AE93D1A"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0D9C7D8"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komunika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7245F38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C7B889" w14:textId="77777777" w:rsidR="00610360" w:rsidRDefault="00000000">
            <w:pPr>
              <w:spacing w:after="0"/>
            </w:pPr>
            <w:proofErr w:type="spellStart"/>
            <w:r>
              <w:rPr>
                <w:sz w:val="17"/>
              </w:rPr>
              <w:t>mundo</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63FF30B1"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FFBD6BC"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B69BB5F" w14:textId="77777777" w:rsidR="00610360" w:rsidRPr="00C12360" w:rsidRDefault="00000000">
            <w:pPr>
              <w:spacing w:after="0"/>
              <w:rPr>
                <w:lang w:val="es-ES"/>
              </w:rPr>
            </w:pPr>
            <w:r w:rsidRPr="00C12360">
              <w:rPr>
                <w:sz w:val="17"/>
                <w:lang w:val="es-ES"/>
              </w:rPr>
              <w:t xml:space="preserve">Mi usa mundo en </w:t>
            </w:r>
            <w:proofErr w:type="gramStart"/>
            <w:r w:rsidRPr="00C12360">
              <w:rPr>
                <w:sz w:val="17"/>
                <w:lang w:val="es-ES"/>
              </w:rPr>
              <w:t>un frase</w:t>
            </w:r>
            <w:proofErr w:type="gramEnd"/>
            <w:r w:rsidRPr="00C12360">
              <w:rPr>
                <w:sz w:val="17"/>
                <w:lang w:val="es-ES"/>
              </w:rPr>
              <w:t>.</w:t>
            </w:r>
          </w:p>
        </w:tc>
      </w:tr>
      <w:tr w:rsidR="00610360" w:rsidRPr="00C12360" w14:paraId="43F179A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9BFE27" w14:textId="77777777" w:rsidR="00610360" w:rsidRDefault="00000000">
            <w:pPr>
              <w:spacing w:after="0"/>
            </w:pPr>
            <w:proofErr w:type="spellStart"/>
            <w:r>
              <w:rPr>
                <w:sz w:val="17"/>
              </w:rPr>
              <w:t>nasion</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7B71C08F" w14:textId="77777777" w:rsidR="00610360" w:rsidRDefault="00000000">
            <w:pPr>
              <w:spacing w:after="0"/>
            </w:pPr>
            <w:r>
              <w:rPr>
                <w:sz w:val="17"/>
              </w:rPr>
              <w:t>nasion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55F5161A"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365DB4E5" w14:textId="77777777" w:rsidR="00610360" w:rsidRPr="00C12360" w:rsidRDefault="00000000">
            <w:pPr>
              <w:spacing w:after="0"/>
              <w:rPr>
                <w:lang w:val="es-ES"/>
              </w:rPr>
            </w:pPr>
            <w:r w:rsidRPr="00C12360">
              <w:rPr>
                <w:sz w:val="17"/>
                <w:lang w:val="es-ES"/>
              </w:rPr>
              <w:t xml:space="preserve">Nos va visita la </w:t>
            </w:r>
            <w:proofErr w:type="spellStart"/>
            <w:r w:rsidRPr="00C12360">
              <w:rPr>
                <w:sz w:val="17"/>
                <w:lang w:val="es-ES"/>
              </w:rPr>
              <w:t>nasion</w:t>
            </w:r>
            <w:proofErr w:type="spellEnd"/>
            <w:r w:rsidRPr="00C12360">
              <w:rPr>
                <w:sz w:val="17"/>
                <w:lang w:val="es-ES"/>
              </w:rPr>
              <w:t>.</w:t>
            </w:r>
          </w:p>
        </w:tc>
      </w:tr>
      <w:tr w:rsidR="00610360" w14:paraId="4E9EC33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1D5BC70" w14:textId="77777777" w:rsidR="00610360" w:rsidRDefault="00000000">
            <w:pPr>
              <w:spacing w:after="0"/>
            </w:pPr>
            <w:proofErr w:type="spellStart"/>
            <w:r>
              <w:rPr>
                <w:sz w:val="17"/>
              </w:rPr>
              <w:t>kultura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1FAADF52" w14:textId="77777777" w:rsidR="00610360" w:rsidRDefault="00000000">
            <w:pPr>
              <w:spacing w:after="0"/>
            </w:pPr>
            <w:r>
              <w:rPr>
                <w:sz w:val="17"/>
              </w:rPr>
              <w:t>culture</w:t>
            </w:r>
          </w:p>
        </w:tc>
        <w:tc>
          <w:tcPr>
            <w:tcW w:w="2592" w:type="dxa"/>
            <w:tcBorders>
              <w:top w:val="single" w:sz="4" w:space="0" w:color="D8E6EC"/>
              <w:left w:val="single" w:sz="4" w:space="0" w:color="D8E6EC"/>
              <w:bottom w:val="single" w:sz="4" w:space="0" w:color="D8E6EC"/>
              <w:right w:val="single" w:sz="4" w:space="0" w:color="D8E6EC"/>
            </w:tcBorders>
            <w:vAlign w:val="center"/>
          </w:tcPr>
          <w:p w14:paraId="7945FCF7"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D068812" w14:textId="77777777" w:rsidR="00610360" w:rsidRDefault="00000000">
            <w:pPr>
              <w:spacing w:after="0"/>
            </w:pPr>
            <w:r>
              <w:rPr>
                <w:sz w:val="17"/>
              </w:rPr>
              <w:t>La kultura es important.</w:t>
            </w:r>
          </w:p>
        </w:tc>
      </w:tr>
      <w:tr w:rsidR="00610360" w14:paraId="16DDFC2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BB453C0" w14:textId="77777777" w:rsidR="00610360" w:rsidRDefault="00000000">
            <w:pPr>
              <w:spacing w:after="0"/>
            </w:pPr>
            <w:r>
              <w:rPr>
                <w:sz w:val="17"/>
              </w:rPr>
              <w:t>tradision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0FFDB1C3" w14:textId="77777777" w:rsidR="00610360" w:rsidRDefault="00000000">
            <w:pPr>
              <w:spacing w:after="0"/>
            </w:pPr>
            <w:r>
              <w:rPr>
                <w:sz w:val="17"/>
              </w:rPr>
              <w:t>tradition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1299447C"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CE4F6D5" w14:textId="77777777" w:rsidR="00610360" w:rsidRDefault="00000000">
            <w:pPr>
              <w:spacing w:after="0"/>
            </w:pPr>
            <w:r>
              <w:rPr>
                <w:sz w:val="17"/>
              </w:rPr>
              <w:t>La tradision es important.</w:t>
            </w:r>
          </w:p>
        </w:tc>
      </w:tr>
      <w:tr w:rsidR="00610360" w14:paraId="7AD1859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D205065" w14:textId="77777777" w:rsidR="00610360" w:rsidRDefault="00000000">
            <w:pPr>
              <w:spacing w:after="0"/>
            </w:pPr>
            <w:r>
              <w:rPr>
                <w:sz w:val="17"/>
              </w:rPr>
              <w:t>arte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3BB90ACF" w14:textId="77777777" w:rsidR="00610360" w:rsidRDefault="00000000">
            <w:pPr>
              <w:spacing w:after="0"/>
            </w:pPr>
            <w:r>
              <w:rPr>
                <w:sz w:val="17"/>
              </w:rPr>
              <w:t>art</w:t>
            </w:r>
          </w:p>
        </w:tc>
        <w:tc>
          <w:tcPr>
            <w:tcW w:w="2592" w:type="dxa"/>
            <w:tcBorders>
              <w:top w:val="single" w:sz="4" w:space="0" w:color="D8E6EC"/>
              <w:left w:val="single" w:sz="4" w:space="0" w:color="D8E6EC"/>
              <w:bottom w:val="single" w:sz="4" w:space="0" w:color="D8E6EC"/>
              <w:right w:val="single" w:sz="4" w:space="0" w:color="D8E6EC"/>
            </w:tcBorders>
            <w:vAlign w:val="center"/>
          </w:tcPr>
          <w:p w14:paraId="44E0720D"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7184482B" w14:textId="77777777" w:rsidR="00610360" w:rsidRDefault="00000000">
            <w:pPr>
              <w:spacing w:after="0"/>
            </w:pPr>
            <w:r>
              <w:rPr>
                <w:sz w:val="17"/>
              </w:rPr>
              <w:t>Mi usa la arte.</w:t>
            </w:r>
          </w:p>
        </w:tc>
      </w:tr>
      <w:tr w:rsidR="00610360" w14:paraId="4CDAE82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2FEE851" w14:textId="77777777" w:rsidR="00610360" w:rsidRDefault="00000000">
            <w:pPr>
              <w:spacing w:after="0"/>
            </w:pPr>
            <w:r>
              <w:rPr>
                <w:sz w:val="17"/>
              </w:rPr>
              <w:t>musik</w:t>
            </w:r>
          </w:p>
        </w:tc>
        <w:tc>
          <w:tcPr>
            <w:tcW w:w="2592" w:type="dxa"/>
            <w:tcBorders>
              <w:top w:val="single" w:sz="4" w:space="0" w:color="D8E6EC"/>
              <w:left w:val="single" w:sz="4" w:space="0" w:color="D8E6EC"/>
              <w:bottom w:val="single" w:sz="4" w:space="0" w:color="D8E6EC"/>
              <w:right w:val="single" w:sz="4" w:space="0" w:color="D8E6EC"/>
            </w:tcBorders>
            <w:vAlign w:val="center"/>
          </w:tcPr>
          <w:p w14:paraId="18234C03" w14:textId="77777777" w:rsidR="00610360" w:rsidRDefault="00000000">
            <w:pPr>
              <w:spacing w:after="0"/>
            </w:pPr>
            <w:r>
              <w:rPr>
                <w:sz w:val="17"/>
              </w:rPr>
              <w:t>music</w:t>
            </w:r>
          </w:p>
        </w:tc>
        <w:tc>
          <w:tcPr>
            <w:tcW w:w="2592" w:type="dxa"/>
            <w:tcBorders>
              <w:top w:val="single" w:sz="4" w:space="0" w:color="D8E6EC"/>
              <w:left w:val="single" w:sz="4" w:space="0" w:color="D8E6EC"/>
              <w:bottom w:val="single" w:sz="4" w:space="0" w:color="D8E6EC"/>
              <w:right w:val="single" w:sz="4" w:space="0" w:color="D8E6EC"/>
            </w:tcBorders>
            <w:vAlign w:val="center"/>
          </w:tcPr>
          <w:p w14:paraId="1D27C7BD"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1A265D6D" w14:textId="77777777" w:rsidR="00610360" w:rsidRDefault="00000000">
            <w:pPr>
              <w:spacing w:after="0"/>
            </w:pPr>
            <w:r>
              <w:rPr>
                <w:sz w:val="17"/>
              </w:rPr>
              <w:t>Mi usa la musik.</w:t>
            </w:r>
          </w:p>
        </w:tc>
      </w:tr>
      <w:tr w:rsidR="00610360" w14:paraId="3FF77DF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09EE6D" w14:textId="77777777" w:rsidR="00610360" w:rsidRDefault="00000000">
            <w:pPr>
              <w:spacing w:after="0"/>
            </w:pPr>
            <w:r>
              <w:rPr>
                <w:sz w:val="17"/>
              </w:rPr>
              <w:t>familia</w:t>
            </w:r>
          </w:p>
        </w:tc>
        <w:tc>
          <w:tcPr>
            <w:tcW w:w="2592" w:type="dxa"/>
            <w:tcBorders>
              <w:top w:val="single" w:sz="4" w:space="0" w:color="D8E6EC"/>
              <w:left w:val="single" w:sz="4" w:space="0" w:color="D8E6EC"/>
              <w:bottom w:val="single" w:sz="4" w:space="0" w:color="D8E6EC"/>
              <w:right w:val="single" w:sz="4" w:space="0" w:color="D8E6EC"/>
            </w:tcBorders>
            <w:vAlign w:val="center"/>
          </w:tcPr>
          <w:p w14:paraId="690C8A89" w14:textId="77777777" w:rsidR="00610360" w:rsidRDefault="00000000">
            <w:pPr>
              <w:spacing w:after="0"/>
            </w:pPr>
            <w:r>
              <w:rPr>
                <w:sz w:val="17"/>
              </w:rPr>
              <w:t>family</w:t>
            </w:r>
          </w:p>
        </w:tc>
        <w:tc>
          <w:tcPr>
            <w:tcW w:w="2592" w:type="dxa"/>
            <w:tcBorders>
              <w:top w:val="single" w:sz="4" w:space="0" w:color="D8E6EC"/>
              <w:left w:val="single" w:sz="4" w:space="0" w:color="D8E6EC"/>
              <w:bottom w:val="single" w:sz="4" w:space="0" w:color="D8E6EC"/>
              <w:right w:val="single" w:sz="4" w:space="0" w:color="D8E6EC"/>
            </w:tcBorders>
            <w:vAlign w:val="center"/>
          </w:tcPr>
          <w:p w14:paraId="212B99CA"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20B7A311" w14:textId="77777777" w:rsidR="00610360" w:rsidRDefault="00000000">
            <w:pPr>
              <w:spacing w:after="0"/>
            </w:pPr>
            <w:r>
              <w:rPr>
                <w:sz w:val="17"/>
              </w:rPr>
              <w:t>La familia es ici.</w:t>
            </w:r>
          </w:p>
        </w:tc>
      </w:tr>
      <w:tr w:rsidR="00610360" w:rsidRPr="00C12360" w14:paraId="143F0E7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4A969AB" w14:textId="77777777" w:rsidR="00610360" w:rsidRDefault="00000000">
            <w:pPr>
              <w:spacing w:after="0"/>
            </w:pPr>
            <w:r>
              <w:rPr>
                <w:sz w:val="17"/>
              </w:rPr>
              <w:t>viaja</w:t>
            </w:r>
          </w:p>
        </w:tc>
        <w:tc>
          <w:tcPr>
            <w:tcW w:w="2592" w:type="dxa"/>
            <w:tcBorders>
              <w:top w:val="single" w:sz="4" w:space="0" w:color="D8E6EC"/>
              <w:left w:val="single" w:sz="4" w:space="0" w:color="D8E6EC"/>
              <w:bottom w:val="single" w:sz="4" w:space="0" w:color="D8E6EC"/>
              <w:right w:val="single" w:sz="4" w:space="0" w:color="D8E6EC"/>
            </w:tcBorders>
            <w:vAlign w:val="center"/>
          </w:tcPr>
          <w:p w14:paraId="42478A48"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D90B8BC"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40BD033" w14:textId="77777777" w:rsidR="00610360" w:rsidRPr="00C12360" w:rsidRDefault="00000000">
            <w:pPr>
              <w:spacing w:after="0"/>
              <w:rPr>
                <w:lang w:val="es-ES"/>
              </w:rPr>
            </w:pPr>
            <w:r w:rsidRPr="00C12360">
              <w:rPr>
                <w:sz w:val="17"/>
                <w:lang w:val="es-ES"/>
              </w:rPr>
              <w:t xml:space="preserve">Mi usa viaja en </w:t>
            </w:r>
            <w:proofErr w:type="gramStart"/>
            <w:r w:rsidRPr="00C12360">
              <w:rPr>
                <w:sz w:val="17"/>
                <w:lang w:val="es-ES"/>
              </w:rPr>
              <w:t>un frase</w:t>
            </w:r>
            <w:proofErr w:type="gramEnd"/>
            <w:r w:rsidRPr="00C12360">
              <w:rPr>
                <w:sz w:val="17"/>
                <w:lang w:val="es-ES"/>
              </w:rPr>
              <w:t>.</w:t>
            </w:r>
          </w:p>
        </w:tc>
      </w:tr>
      <w:tr w:rsidR="00610360" w:rsidRPr="00C12360" w14:paraId="54938CE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219DDB1" w14:textId="77777777" w:rsidR="00610360" w:rsidRDefault="00000000">
            <w:pPr>
              <w:spacing w:after="0"/>
            </w:pPr>
            <w:proofErr w:type="spellStart"/>
            <w:r>
              <w:rPr>
                <w:sz w:val="17"/>
              </w:rPr>
              <w:t>experienta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455AA492"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16843A4"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7F7B2CF"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experienta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6626CDD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B928F95" w14:textId="77777777" w:rsidR="00610360" w:rsidRDefault="00000000">
            <w:pPr>
              <w:spacing w:after="0"/>
            </w:pPr>
            <w:proofErr w:type="spellStart"/>
            <w:r>
              <w:rPr>
                <w:sz w:val="17"/>
              </w:rPr>
              <w:t>prova</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009B0A0B"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6DD0357"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77D5F50C"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prova</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3AE4BA1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9B45E8A" w14:textId="77777777" w:rsidR="00610360" w:rsidRDefault="00000000">
            <w:pPr>
              <w:spacing w:after="0"/>
            </w:pPr>
            <w:r>
              <w:rPr>
                <w:sz w:val="17"/>
              </w:rPr>
              <w:t>mistake</w:t>
            </w:r>
          </w:p>
        </w:tc>
        <w:tc>
          <w:tcPr>
            <w:tcW w:w="2592" w:type="dxa"/>
            <w:tcBorders>
              <w:top w:val="single" w:sz="4" w:space="0" w:color="D8E6EC"/>
              <w:left w:val="single" w:sz="4" w:space="0" w:color="D8E6EC"/>
              <w:bottom w:val="single" w:sz="4" w:space="0" w:color="D8E6EC"/>
              <w:right w:val="single" w:sz="4" w:space="0" w:color="D8E6EC"/>
            </w:tcBorders>
            <w:vAlign w:val="center"/>
          </w:tcPr>
          <w:p w14:paraId="179BCA5F"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EAF6A43"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3A8C7EAE" w14:textId="77777777" w:rsidR="00610360" w:rsidRPr="00C12360" w:rsidRDefault="00000000">
            <w:pPr>
              <w:spacing w:after="0"/>
              <w:rPr>
                <w:lang w:val="es-ES"/>
              </w:rPr>
            </w:pPr>
            <w:r w:rsidRPr="00C12360">
              <w:rPr>
                <w:sz w:val="17"/>
                <w:lang w:val="es-ES"/>
              </w:rPr>
              <w:t xml:space="preserve">Mi usa </w:t>
            </w:r>
            <w:proofErr w:type="spellStart"/>
            <w:r w:rsidRPr="00C12360">
              <w:rPr>
                <w:sz w:val="17"/>
                <w:lang w:val="es-ES"/>
              </w:rPr>
              <w:t>mistake</w:t>
            </w:r>
            <w:proofErr w:type="spellEnd"/>
            <w:r w:rsidRPr="00C12360">
              <w:rPr>
                <w:sz w:val="17"/>
                <w:lang w:val="es-ES"/>
              </w:rPr>
              <w:t xml:space="preserve"> en </w:t>
            </w:r>
            <w:proofErr w:type="gramStart"/>
            <w:r w:rsidRPr="00C12360">
              <w:rPr>
                <w:sz w:val="17"/>
                <w:lang w:val="es-ES"/>
              </w:rPr>
              <w:t>un frase</w:t>
            </w:r>
            <w:proofErr w:type="gramEnd"/>
            <w:r w:rsidRPr="00C12360">
              <w:rPr>
                <w:sz w:val="17"/>
                <w:lang w:val="es-ES"/>
              </w:rPr>
              <w:t>.</w:t>
            </w:r>
          </w:p>
        </w:tc>
      </w:tr>
      <w:tr w:rsidR="00610360" w:rsidRPr="00C12360" w14:paraId="5A3C3F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3C3FF3C" w14:textId="77777777" w:rsidR="00610360" w:rsidRDefault="00000000">
            <w:pPr>
              <w:spacing w:after="0"/>
            </w:pPr>
            <w:proofErr w:type="spellStart"/>
            <w:r>
              <w:rPr>
                <w:sz w:val="17"/>
              </w:rPr>
              <w:t>corrige</w:t>
            </w:r>
            <w:proofErr w:type="spellEnd"/>
          </w:p>
        </w:tc>
        <w:tc>
          <w:tcPr>
            <w:tcW w:w="2592" w:type="dxa"/>
            <w:tcBorders>
              <w:top w:val="single" w:sz="4" w:space="0" w:color="D8E6EC"/>
              <w:left w:val="single" w:sz="4" w:space="0" w:color="D8E6EC"/>
              <w:bottom w:val="single" w:sz="4" w:space="0" w:color="D8E6EC"/>
              <w:right w:val="single" w:sz="4" w:space="0" w:color="D8E6EC"/>
            </w:tcBorders>
            <w:vAlign w:val="center"/>
          </w:tcPr>
          <w:p w14:paraId="41239CCE" w14:textId="77777777" w:rsidR="00610360" w:rsidRDefault="00000000">
            <w:pPr>
              <w:spacing w:after="0"/>
            </w:pPr>
            <w:r>
              <w:rPr>
                <w:sz w:val="17"/>
              </w:rPr>
              <w:t>lesson 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E4355FE" w14:textId="77777777" w:rsidR="00610360" w:rsidRDefault="00000000">
            <w:pPr>
              <w:spacing w:after="0"/>
            </w:pPr>
            <w:r>
              <w:rPr>
                <w:sz w:val="17"/>
              </w:rPr>
              <w:t>practice 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4846ABDE" w14:textId="77777777" w:rsidR="00610360" w:rsidRPr="00C12360" w:rsidRDefault="00000000">
            <w:pPr>
              <w:spacing w:after="0"/>
              <w:rPr>
                <w:lang w:val="es-ES"/>
              </w:rPr>
            </w:pPr>
            <w:r w:rsidRPr="00C12360">
              <w:rPr>
                <w:sz w:val="17"/>
                <w:lang w:val="es-ES"/>
              </w:rPr>
              <w:t xml:space="preserve">Mi usa corrige en </w:t>
            </w:r>
            <w:proofErr w:type="gramStart"/>
            <w:r w:rsidRPr="00C12360">
              <w:rPr>
                <w:sz w:val="17"/>
                <w:lang w:val="es-ES"/>
              </w:rPr>
              <w:t>un frase</w:t>
            </w:r>
            <w:proofErr w:type="gramEnd"/>
            <w:r w:rsidRPr="00C12360">
              <w:rPr>
                <w:sz w:val="17"/>
                <w:lang w:val="es-ES"/>
              </w:rPr>
              <w:t>.</w:t>
            </w:r>
          </w:p>
        </w:tc>
      </w:tr>
      <w:tr w:rsidR="00610360" w14:paraId="650E2D7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44EF33C" w14:textId="77777777" w:rsidR="00610360" w:rsidRDefault="00000000">
            <w:pPr>
              <w:spacing w:after="0"/>
            </w:pPr>
            <w:r>
              <w:rPr>
                <w:sz w:val="17"/>
              </w:rPr>
              <w:t>forte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73D6369C" w14:textId="77777777" w:rsidR="00610360" w:rsidRDefault="00000000">
            <w:pPr>
              <w:spacing w:after="0"/>
            </w:pPr>
            <w:r>
              <w:rPr>
                <w:sz w:val="17"/>
              </w:rPr>
              <w:t>strong</w:t>
            </w:r>
          </w:p>
        </w:tc>
        <w:tc>
          <w:tcPr>
            <w:tcW w:w="2592" w:type="dxa"/>
            <w:tcBorders>
              <w:top w:val="single" w:sz="4" w:space="0" w:color="D8E6EC"/>
              <w:left w:val="single" w:sz="4" w:space="0" w:color="D8E6EC"/>
              <w:bottom w:val="single" w:sz="4" w:space="0" w:color="D8E6EC"/>
              <w:right w:val="single" w:sz="4" w:space="0" w:color="D8E6EC"/>
            </w:tcBorders>
            <w:vAlign w:val="center"/>
          </w:tcPr>
          <w:p w14:paraId="7BF9FB80"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0324F04" w14:textId="77777777" w:rsidR="00610360" w:rsidRDefault="00000000">
            <w:pPr>
              <w:spacing w:after="0"/>
            </w:pPr>
            <w:r>
              <w:rPr>
                <w:sz w:val="17"/>
              </w:rPr>
              <w:t>La idea es forte.</w:t>
            </w:r>
          </w:p>
        </w:tc>
      </w:tr>
      <w:tr w:rsidR="00610360" w14:paraId="762DFD5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BF3D080" w14:textId="77777777" w:rsidR="00610360" w:rsidRDefault="00000000">
            <w:pPr>
              <w:spacing w:after="0"/>
            </w:pPr>
            <w:r>
              <w:rPr>
                <w:sz w:val="17"/>
              </w:rPr>
              <w:t>feliz</w:t>
            </w:r>
          </w:p>
        </w:tc>
        <w:tc>
          <w:tcPr>
            <w:tcW w:w="2592" w:type="dxa"/>
            <w:tcBorders>
              <w:top w:val="single" w:sz="4" w:space="0" w:color="D8E6EC"/>
              <w:left w:val="single" w:sz="4" w:space="0" w:color="D8E6EC"/>
              <w:bottom w:val="single" w:sz="4" w:space="0" w:color="D8E6EC"/>
              <w:right w:val="single" w:sz="4" w:space="0" w:color="D8E6EC"/>
            </w:tcBorders>
            <w:vAlign w:val="center"/>
          </w:tcPr>
          <w:p w14:paraId="0392B245" w14:textId="77777777" w:rsidR="00610360" w:rsidRDefault="00000000">
            <w:pPr>
              <w:spacing w:after="0"/>
            </w:pPr>
            <w:r>
              <w:rPr>
                <w:sz w:val="17"/>
              </w:rPr>
              <w:t>happy</w:t>
            </w:r>
          </w:p>
        </w:tc>
        <w:tc>
          <w:tcPr>
            <w:tcW w:w="2592" w:type="dxa"/>
            <w:tcBorders>
              <w:top w:val="single" w:sz="4" w:space="0" w:color="D8E6EC"/>
              <w:left w:val="single" w:sz="4" w:space="0" w:color="D8E6EC"/>
              <w:bottom w:val="single" w:sz="4" w:space="0" w:color="D8E6EC"/>
              <w:right w:val="single" w:sz="4" w:space="0" w:color="D8E6EC"/>
            </w:tcBorders>
            <w:vAlign w:val="center"/>
          </w:tcPr>
          <w:p w14:paraId="2DCDA69B" w14:textId="77777777" w:rsidR="00610360" w:rsidRDefault="00000000">
            <w:pPr>
              <w:spacing w:after="0"/>
            </w:pPr>
            <w:r>
              <w:rPr>
                <w:sz w:val="17"/>
              </w:rPr>
              <w:t>adjective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57D6239" w14:textId="77777777" w:rsidR="00610360" w:rsidRDefault="00000000">
            <w:pPr>
              <w:spacing w:after="0"/>
            </w:pPr>
            <w:r>
              <w:rPr>
                <w:sz w:val="17"/>
              </w:rPr>
              <w:t>La idea es feliz.</w:t>
            </w:r>
          </w:p>
        </w:tc>
      </w:tr>
      <w:tr w:rsidR="00610360" w14:paraId="1C3BDE8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D5D1499" w14:textId="77777777" w:rsidR="00610360" w:rsidRDefault="00000000">
            <w:pPr>
              <w:spacing w:after="0"/>
            </w:pPr>
            <w:r>
              <w:rPr>
                <w:sz w:val="17"/>
              </w:rPr>
              <w:t>liberti</w:t>
            </w:r>
          </w:p>
        </w:tc>
        <w:tc>
          <w:tcPr>
            <w:tcW w:w="2592" w:type="dxa"/>
            <w:tcBorders>
              <w:top w:val="single" w:sz="4" w:space="0" w:color="D8E6EC"/>
              <w:left w:val="single" w:sz="4" w:space="0" w:color="D8E6EC"/>
              <w:bottom w:val="single" w:sz="4" w:space="0" w:color="D8E6EC"/>
              <w:right w:val="single" w:sz="4" w:space="0" w:color="D8E6EC"/>
            </w:tcBorders>
            <w:vAlign w:val="center"/>
          </w:tcPr>
          <w:p w14:paraId="56EC26B2" w14:textId="77777777" w:rsidR="00610360" w:rsidRDefault="00000000">
            <w:pPr>
              <w:spacing w:after="0"/>
            </w:pPr>
            <w:r>
              <w:rPr>
                <w:sz w:val="17"/>
              </w:rPr>
              <w:t>liberty / freedom</w:t>
            </w:r>
          </w:p>
        </w:tc>
        <w:tc>
          <w:tcPr>
            <w:tcW w:w="2592" w:type="dxa"/>
            <w:tcBorders>
              <w:top w:val="single" w:sz="4" w:space="0" w:color="D8E6EC"/>
              <w:left w:val="single" w:sz="4" w:space="0" w:color="D8E6EC"/>
              <w:bottom w:val="single" w:sz="4" w:space="0" w:color="D8E6EC"/>
              <w:right w:val="single" w:sz="4" w:space="0" w:color="D8E6EC"/>
            </w:tcBorders>
            <w:vAlign w:val="center"/>
          </w:tcPr>
          <w:p w14:paraId="3C9550D5"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474AD0DF" w14:textId="77777777" w:rsidR="00610360" w:rsidRDefault="00000000">
            <w:pPr>
              <w:spacing w:after="0"/>
            </w:pPr>
            <w:r>
              <w:rPr>
                <w:sz w:val="17"/>
              </w:rPr>
              <w:t>La liberti es important.</w:t>
            </w:r>
          </w:p>
        </w:tc>
      </w:tr>
      <w:tr w:rsidR="00610360" w14:paraId="72C3D1C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FD4502F" w14:textId="77777777" w:rsidR="00610360" w:rsidRDefault="00000000">
            <w:pPr>
              <w:spacing w:after="0"/>
            </w:pPr>
            <w:r>
              <w:rPr>
                <w:sz w:val="17"/>
              </w:rPr>
              <w:t>pase</w:t>
            </w:r>
          </w:p>
        </w:tc>
        <w:tc>
          <w:tcPr>
            <w:tcW w:w="2592" w:type="dxa"/>
            <w:tcBorders>
              <w:top w:val="single" w:sz="4" w:space="0" w:color="D8E6EC"/>
              <w:left w:val="single" w:sz="4" w:space="0" w:color="D8E6EC"/>
              <w:bottom w:val="single" w:sz="4" w:space="0" w:color="D8E6EC"/>
              <w:right w:val="single" w:sz="4" w:space="0" w:color="D8E6EC"/>
            </w:tcBorders>
            <w:vAlign w:val="center"/>
          </w:tcPr>
          <w:p w14:paraId="4F14F9EF" w14:textId="77777777" w:rsidR="00610360" w:rsidRDefault="00000000">
            <w:pPr>
              <w:spacing w:after="0"/>
            </w:pPr>
            <w:r>
              <w:rPr>
                <w:sz w:val="17"/>
              </w:rPr>
              <w:t>peace</w:t>
            </w:r>
          </w:p>
        </w:tc>
        <w:tc>
          <w:tcPr>
            <w:tcW w:w="2592" w:type="dxa"/>
            <w:tcBorders>
              <w:top w:val="single" w:sz="4" w:space="0" w:color="D8E6EC"/>
              <w:left w:val="single" w:sz="4" w:space="0" w:color="D8E6EC"/>
              <w:bottom w:val="single" w:sz="4" w:space="0" w:color="D8E6EC"/>
              <w:right w:val="single" w:sz="4" w:space="0" w:color="D8E6EC"/>
            </w:tcBorders>
            <w:vAlign w:val="center"/>
          </w:tcPr>
          <w:p w14:paraId="72C51E03" w14:textId="77777777" w:rsidR="00610360" w:rsidRDefault="00000000">
            <w:pPr>
              <w:spacing w:after="0"/>
            </w:pPr>
            <w:r>
              <w:rPr>
                <w:sz w:val="17"/>
              </w:rPr>
              <w:t>noun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F1D5147" w14:textId="77777777" w:rsidR="00610360" w:rsidRDefault="00000000">
            <w:pPr>
              <w:spacing w:after="0"/>
            </w:pPr>
            <w:r>
              <w:rPr>
                <w:sz w:val="17"/>
              </w:rPr>
              <w:t>La pase es important.</w:t>
            </w:r>
          </w:p>
        </w:tc>
      </w:tr>
    </w:tbl>
    <w:p w14:paraId="5D52C575" w14:textId="77777777" w:rsidR="00610360" w:rsidRDefault="00000000">
      <w:pPr>
        <w:pStyle w:val="Heading2"/>
        <w:spacing w:after="120"/>
      </w:pPr>
      <w:r>
        <w:rPr>
          <w:rFonts w:ascii="Aptos" w:hAnsi="Aptos"/>
        </w:rPr>
        <w:t>Patterns to practice</w:t>
      </w:r>
    </w:p>
    <w:tbl>
      <w:tblPr>
        <w:tblW w:w="0" w:type="auto"/>
        <w:jc w:val="center"/>
        <w:tblLook w:val="04A0" w:firstRow="1" w:lastRow="0" w:firstColumn="1" w:lastColumn="0" w:noHBand="0" w:noVBand="1"/>
      </w:tblPr>
      <w:tblGrid>
        <w:gridCol w:w="5184"/>
        <w:gridCol w:w="5184"/>
      </w:tblGrid>
      <w:tr w:rsidR="00610360" w14:paraId="3EE3903B"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B6E0C85" w14:textId="77777777" w:rsidR="00610360" w:rsidRDefault="00000000">
            <w:pPr>
              <w:spacing w:after="0"/>
            </w:pPr>
            <w:r>
              <w:rPr>
                <w:b/>
                <w:color w:val="FFFFFF"/>
                <w:sz w:val="17"/>
              </w:rPr>
              <w:t>Claralinga</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7E31D30" w14:textId="77777777" w:rsidR="00610360" w:rsidRDefault="00000000">
            <w:pPr>
              <w:spacing w:after="0"/>
            </w:pPr>
            <w:r>
              <w:rPr>
                <w:b/>
                <w:color w:val="FFFFFF"/>
                <w:sz w:val="17"/>
              </w:rPr>
              <w:t>English</w:t>
            </w:r>
          </w:p>
        </w:tc>
      </w:tr>
      <w:tr w:rsidR="00610360" w14:paraId="34E2AE0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B210073" w14:textId="77777777" w:rsidR="00610360" w:rsidRPr="00C12360" w:rsidRDefault="00000000">
            <w:pPr>
              <w:spacing w:after="0"/>
              <w:rPr>
                <w:lang w:val="es-ES"/>
              </w:rPr>
            </w:pPr>
            <w:proofErr w:type="spellStart"/>
            <w:r w:rsidRPr="00C12360">
              <w:rPr>
                <w:sz w:val="17"/>
                <w:lang w:val="es-ES"/>
              </w:rPr>
              <w:t>Claralinga</w:t>
            </w:r>
            <w:proofErr w:type="spellEnd"/>
            <w:r w:rsidRPr="00C12360">
              <w:rPr>
                <w:sz w:val="17"/>
                <w:lang w:val="es-ES"/>
              </w:rPr>
              <w:t xml:space="preserve"> es un </w:t>
            </w:r>
            <w:proofErr w:type="spellStart"/>
            <w:r w:rsidRPr="00C12360">
              <w:rPr>
                <w:sz w:val="17"/>
                <w:lang w:val="es-ES"/>
              </w:rPr>
              <w:t>linga</w:t>
            </w:r>
            <w:proofErr w:type="spellEnd"/>
            <w:r w:rsidRPr="00C12360">
              <w:rPr>
                <w:sz w:val="17"/>
                <w:lang w:val="es-ES"/>
              </w:rPr>
              <w:t xml:space="preserve"> </w:t>
            </w:r>
            <w:proofErr w:type="spellStart"/>
            <w:r w:rsidRPr="00C12360">
              <w:rPr>
                <w:sz w:val="17"/>
                <w:lang w:val="es-ES"/>
              </w:rPr>
              <w:t>clar</w:t>
            </w:r>
            <w:proofErr w:type="spellEnd"/>
            <w:r w:rsidRPr="00C12360">
              <w:rPr>
                <w:sz w:val="17"/>
                <w:lang w:val="es-ES"/>
              </w:rPr>
              <w:t>.</w:t>
            </w:r>
          </w:p>
        </w:tc>
        <w:tc>
          <w:tcPr>
            <w:tcW w:w="5184" w:type="dxa"/>
            <w:tcBorders>
              <w:top w:val="single" w:sz="4" w:space="0" w:color="D8E6EC"/>
              <w:left w:val="single" w:sz="4" w:space="0" w:color="D8E6EC"/>
              <w:bottom w:val="single" w:sz="4" w:space="0" w:color="D8E6EC"/>
              <w:right w:val="single" w:sz="4" w:space="0" w:color="D8E6EC"/>
            </w:tcBorders>
            <w:vAlign w:val="center"/>
          </w:tcPr>
          <w:p w14:paraId="7C1B0D85" w14:textId="77777777" w:rsidR="00610360" w:rsidRDefault="00000000">
            <w:pPr>
              <w:spacing w:after="0"/>
            </w:pPr>
            <w:proofErr w:type="spellStart"/>
            <w:r>
              <w:rPr>
                <w:sz w:val="17"/>
              </w:rPr>
              <w:t>Claralinga</w:t>
            </w:r>
            <w:proofErr w:type="spellEnd"/>
            <w:r>
              <w:rPr>
                <w:sz w:val="17"/>
              </w:rPr>
              <w:t xml:space="preserve"> is a clear language.</w:t>
            </w:r>
          </w:p>
        </w:tc>
      </w:tr>
      <w:tr w:rsidR="00610360" w14:paraId="3B957EC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73B7FE2" w14:textId="77777777" w:rsidR="00610360" w:rsidRPr="00C12360" w:rsidRDefault="00000000">
            <w:pPr>
              <w:spacing w:after="0"/>
              <w:rPr>
                <w:lang w:val="es-ES"/>
              </w:rPr>
            </w:pPr>
            <w:r w:rsidRPr="00C12360">
              <w:rPr>
                <w:sz w:val="17"/>
                <w:lang w:val="es-ES"/>
              </w:rPr>
              <w:t xml:space="preserve">Nos usa simple regula pro </w:t>
            </w:r>
            <w:proofErr w:type="spellStart"/>
            <w:r w:rsidRPr="00C12360">
              <w:rPr>
                <w:sz w:val="17"/>
                <w:lang w:val="es-ES"/>
              </w:rPr>
              <w:t>komunika</w:t>
            </w:r>
            <w:proofErr w:type="spellEnd"/>
            <w:r w:rsidRPr="00C12360">
              <w:rPr>
                <w:sz w:val="17"/>
                <w:lang w:val="es-ES"/>
              </w:rPr>
              <w:t>.</w:t>
            </w:r>
          </w:p>
        </w:tc>
        <w:tc>
          <w:tcPr>
            <w:tcW w:w="5184" w:type="dxa"/>
            <w:tcBorders>
              <w:top w:val="single" w:sz="4" w:space="0" w:color="D8E6EC"/>
              <w:left w:val="single" w:sz="4" w:space="0" w:color="D8E6EC"/>
              <w:bottom w:val="single" w:sz="4" w:space="0" w:color="D8E6EC"/>
              <w:right w:val="single" w:sz="4" w:space="0" w:color="D8E6EC"/>
            </w:tcBorders>
            <w:vAlign w:val="center"/>
          </w:tcPr>
          <w:p w14:paraId="40A60187" w14:textId="77777777" w:rsidR="00610360" w:rsidRDefault="00000000">
            <w:pPr>
              <w:spacing w:after="0"/>
            </w:pPr>
            <w:r>
              <w:rPr>
                <w:sz w:val="17"/>
              </w:rPr>
              <w:t>We use simple rules to communicate.</w:t>
            </w:r>
          </w:p>
        </w:tc>
      </w:tr>
      <w:tr w:rsidR="00610360" w14:paraId="6D9CE7F6"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12D2687" w14:textId="77777777" w:rsidR="00610360" w:rsidRPr="00C12360" w:rsidRDefault="00000000">
            <w:pPr>
              <w:spacing w:after="0"/>
              <w:rPr>
                <w:lang w:val="es-ES"/>
              </w:rPr>
            </w:pPr>
            <w:r w:rsidRPr="00C12360">
              <w:rPr>
                <w:sz w:val="17"/>
                <w:lang w:val="es-ES"/>
              </w:rPr>
              <w:t xml:space="preserve">Mi </w:t>
            </w:r>
            <w:proofErr w:type="spellStart"/>
            <w:r w:rsidRPr="00C12360">
              <w:rPr>
                <w:sz w:val="17"/>
                <w:lang w:val="es-ES"/>
              </w:rPr>
              <w:t>pa</w:t>
            </w:r>
            <w:proofErr w:type="spellEnd"/>
            <w:r w:rsidRPr="00C12360">
              <w:rPr>
                <w:sz w:val="17"/>
                <w:lang w:val="es-ES"/>
              </w:rPr>
              <w:t xml:space="preserve"> aprende, et mi va parla.</w:t>
            </w:r>
          </w:p>
        </w:tc>
        <w:tc>
          <w:tcPr>
            <w:tcW w:w="5184" w:type="dxa"/>
            <w:tcBorders>
              <w:top w:val="single" w:sz="4" w:space="0" w:color="D8E6EC"/>
              <w:left w:val="single" w:sz="4" w:space="0" w:color="D8E6EC"/>
              <w:bottom w:val="single" w:sz="4" w:space="0" w:color="D8E6EC"/>
              <w:right w:val="single" w:sz="4" w:space="0" w:color="D8E6EC"/>
            </w:tcBorders>
            <w:vAlign w:val="center"/>
          </w:tcPr>
          <w:p w14:paraId="6C2BF683" w14:textId="77777777" w:rsidR="00610360" w:rsidRDefault="00000000">
            <w:pPr>
              <w:spacing w:after="0"/>
            </w:pPr>
            <w:r>
              <w:rPr>
                <w:sz w:val="17"/>
              </w:rPr>
              <w:t>I learned, and I will speak.</w:t>
            </w:r>
          </w:p>
        </w:tc>
      </w:tr>
      <w:tr w:rsidR="00610360" w14:paraId="4FE37BD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77BC99F" w14:textId="77777777" w:rsidR="00610360" w:rsidRDefault="00000000">
            <w:pPr>
              <w:spacing w:after="0"/>
            </w:pPr>
            <w:r>
              <w:rPr>
                <w:sz w:val="17"/>
              </w:rPr>
              <w:t>Ku tu voli skribe un texto?</w:t>
            </w:r>
          </w:p>
        </w:tc>
        <w:tc>
          <w:tcPr>
            <w:tcW w:w="5184" w:type="dxa"/>
            <w:tcBorders>
              <w:top w:val="single" w:sz="4" w:space="0" w:color="D8E6EC"/>
              <w:left w:val="single" w:sz="4" w:space="0" w:color="D8E6EC"/>
              <w:bottom w:val="single" w:sz="4" w:space="0" w:color="D8E6EC"/>
              <w:right w:val="single" w:sz="4" w:space="0" w:color="D8E6EC"/>
            </w:tcBorders>
            <w:vAlign w:val="center"/>
          </w:tcPr>
          <w:p w14:paraId="22F298FA" w14:textId="77777777" w:rsidR="00610360" w:rsidRDefault="00000000">
            <w:pPr>
              <w:spacing w:after="0"/>
            </w:pPr>
            <w:r>
              <w:rPr>
                <w:sz w:val="17"/>
              </w:rPr>
              <w:t>Do you want to write a text?</w:t>
            </w:r>
          </w:p>
        </w:tc>
      </w:tr>
    </w:tbl>
    <w:p w14:paraId="6513032E" w14:textId="77777777" w:rsidR="00610360" w:rsidRDefault="00000000">
      <w:pPr>
        <w:pStyle w:val="Heading2"/>
        <w:spacing w:after="120"/>
      </w:pPr>
      <w:r>
        <w:rPr>
          <w:rFonts w:ascii="Aptos" w:hAnsi="Aptos"/>
        </w:rPr>
        <w:t>Speak it out loud</w:t>
      </w:r>
    </w:p>
    <w:p w14:paraId="256DE344" w14:textId="77777777" w:rsidR="00610360" w:rsidRDefault="00000000">
      <w:pPr>
        <w:spacing w:after="120"/>
      </w:pPr>
      <w:r>
        <w:t>Read each pattern three times. First slowly. Second normally. Third with confidence. Then replace one word and read the new sentence.</w:t>
      </w:r>
    </w:p>
    <w:p w14:paraId="03B45C3B" w14:textId="77777777" w:rsidR="00610360" w:rsidRDefault="00000000">
      <w:pPr>
        <w:pStyle w:val="Heading2"/>
        <w:spacing w:after="120"/>
      </w:pPr>
      <w:r>
        <w:rPr>
          <w:rFonts w:ascii="Aptos" w:hAnsi="Aptos"/>
        </w:rPr>
        <w:t>Conversation practice</w:t>
      </w:r>
    </w:p>
    <w:tbl>
      <w:tblPr>
        <w:tblW w:w="0" w:type="auto"/>
        <w:jc w:val="center"/>
        <w:tblLook w:val="04A0" w:firstRow="1" w:lastRow="0" w:firstColumn="1" w:lastColumn="0" w:noHBand="0" w:noVBand="1"/>
      </w:tblPr>
      <w:tblGrid>
        <w:gridCol w:w="5184"/>
        <w:gridCol w:w="5184"/>
      </w:tblGrid>
      <w:tr w:rsidR="00610360" w14:paraId="4D055656"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9430393" w14:textId="77777777" w:rsidR="00610360" w:rsidRDefault="00000000">
            <w:pPr>
              <w:spacing w:after="0"/>
            </w:pPr>
            <w:r>
              <w:rPr>
                <w:b/>
                <w:color w:val="FFFFFF"/>
                <w:sz w:val="17"/>
              </w:rPr>
              <w:t>Speaker</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AECE475" w14:textId="77777777" w:rsidR="00610360" w:rsidRDefault="00000000">
            <w:pPr>
              <w:spacing w:after="0"/>
            </w:pPr>
            <w:r>
              <w:rPr>
                <w:b/>
                <w:color w:val="FFFFFF"/>
                <w:sz w:val="17"/>
              </w:rPr>
              <w:t>Line</w:t>
            </w:r>
          </w:p>
        </w:tc>
      </w:tr>
      <w:tr w:rsidR="00610360" w14:paraId="548DD1E6"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0CE086B"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5B25CF48" w14:textId="77777777" w:rsidR="00610360" w:rsidRDefault="00000000">
            <w:pPr>
              <w:spacing w:after="0"/>
            </w:pPr>
            <w:r>
              <w:rPr>
                <w:sz w:val="17"/>
              </w:rPr>
              <w:t>Ku tu komprende la texto?</w:t>
            </w:r>
          </w:p>
        </w:tc>
      </w:tr>
      <w:tr w:rsidR="00610360" w:rsidRPr="00C12360" w14:paraId="14D158C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FBA4F1A"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09797D87" w14:textId="77777777" w:rsidR="00610360" w:rsidRPr="00C12360" w:rsidRDefault="00000000">
            <w:pPr>
              <w:spacing w:after="0"/>
              <w:rPr>
                <w:lang w:val="es-ES"/>
              </w:rPr>
            </w:pPr>
            <w:r w:rsidRPr="00C12360">
              <w:rPr>
                <w:sz w:val="17"/>
                <w:lang w:val="es-ES"/>
              </w:rPr>
              <w:t xml:space="preserve">Si. Mi komprende multe </w:t>
            </w:r>
            <w:proofErr w:type="spellStart"/>
            <w:r w:rsidRPr="00C12360">
              <w:rPr>
                <w:sz w:val="17"/>
                <w:lang w:val="es-ES"/>
              </w:rPr>
              <w:t>parolas</w:t>
            </w:r>
            <w:proofErr w:type="spellEnd"/>
            <w:r w:rsidRPr="00C12360">
              <w:rPr>
                <w:sz w:val="17"/>
                <w:lang w:val="es-ES"/>
              </w:rPr>
              <w:t>.</w:t>
            </w:r>
          </w:p>
        </w:tc>
      </w:tr>
      <w:tr w:rsidR="00610360" w:rsidRPr="00C12360" w14:paraId="61542CA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E4838CA" w14:textId="77777777" w:rsidR="00610360" w:rsidRDefault="00000000">
            <w:pPr>
              <w:spacing w:after="0"/>
            </w:pPr>
            <w:r>
              <w:rPr>
                <w:sz w:val="17"/>
              </w:rPr>
              <w:t>A</w:t>
            </w:r>
          </w:p>
        </w:tc>
        <w:tc>
          <w:tcPr>
            <w:tcW w:w="5184" w:type="dxa"/>
            <w:tcBorders>
              <w:top w:val="single" w:sz="4" w:space="0" w:color="D8E6EC"/>
              <w:left w:val="single" w:sz="4" w:space="0" w:color="D8E6EC"/>
              <w:bottom w:val="single" w:sz="4" w:space="0" w:color="D8E6EC"/>
              <w:right w:val="single" w:sz="4" w:space="0" w:color="D8E6EC"/>
            </w:tcBorders>
            <w:vAlign w:val="center"/>
          </w:tcPr>
          <w:p w14:paraId="73B77D70" w14:textId="77777777" w:rsidR="00610360" w:rsidRPr="00C12360" w:rsidRDefault="00000000">
            <w:pPr>
              <w:spacing w:after="0"/>
              <w:rPr>
                <w:lang w:val="es-ES"/>
              </w:rPr>
            </w:pPr>
            <w:proofErr w:type="gramStart"/>
            <w:r w:rsidRPr="00C12360">
              <w:rPr>
                <w:sz w:val="17"/>
                <w:lang w:val="es-ES"/>
              </w:rPr>
              <w:t xml:space="preserve">Ke tu va </w:t>
            </w:r>
            <w:proofErr w:type="spellStart"/>
            <w:r w:rsidRPr="00C12360">
              <w:rPr>
                <w:sz w:val="17"/>
                <w:lang w:val="es-ES"/>
              </w:rPr>
              <w:t>far</w:t>
            </w:r>
            <w:proofErr w:type="spellEnd"/>
            <w:r w:rsidRPr="00C12360">
              <w:rPr>
                <w:sz w:val="17"/>
                <w:lang w:val="es-ES"/>
              </w:rPr>
              <w:t xml:space="preserve"> </w:t>
            </w:r>
            <w:proofErr w:type="spellStart"/>
            <w:r w:rsidRPr="00C12360">
              <w:rPr>
                <w:sz w:val="17"/>
                <w:lang w:val="es-ES"/>
              </w:rPr>
              <w:t>pos</w:t>
            </w:r>
            <w:proofErr w:type="spellEnd"/>
            <w:r w:rsidRPr="00C12360">
              <w:rPr>
                <w:sz w:val="17"/>
                <w:lang w:val="es-ES"/>
              </w:rPr>
              <w:t xml:space="preserve"> la </w:t>
            </w:r>
            <w:proofErr w:type="spellStart"/>
            <w:r w:rsidRPr="00C12360">
              <w:rPr>
                <w:sz w:val="17"/>
                <w:lang w:val="es-ES"/>
              </w:rPr>
              <w:t>lecion</w:t>
            </w:r>
            <w:proofErr w:type="spellEnd"/>
            <w:r w:rsidRPr="00C12360">
              <w:rPr>
                <w:sz w:val="17"/>
                <w:lang w:val="es-ES"/>
              </w:rPr>
              <w:t>?</w:t>
            </w:r>
            <w:proofErr w:type="gramEnd"/>
          </w:p>
        </w:tc>
      </w:tr>
      <w:tr w:rsidR="00610360" w:rsidRPr="00C12360" w14:paraId="5A20D0C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54192A0" w14:textId="77777777" w:rsidR="00610360" w:rsidRDefault="00000000">
            <w:pPr>
              <w:spacing w:after="0"/>
            </w:pPr>
            <w:r>
              <w:rPr>
                <w:sz w:val="17"/>
              </w:rPr>
              <w:t>B</w:t>
            </w:r>
          </w:p>
        </w:tc>
        <w:tc>
          <w:tcPr>
            <w:tcW w:w="5184" w:type="dxa"/>
            <w:tcBorders>
              <w:top w:val="single" w:sz="4" w:space="0" w:color="D8E6EC"/>
              <w:left w:val="single" w:sz="4" w:space="0" w:color="D8E6EC"/>
              <w:bottom w:val="single" w:sz="4" w:space="0" w:color="D8E6EC"/>
              <w:right w:val="single" w:sz="4" w:space="0" w:color="D8E6EC"/>
            </w:tcBorders>
            <w:vAlign w:val="center"/>
          </w:tcPr>
          <w:p w14:paraId="6FA2F869" w14:textId="77777777" w:rsidR="00610360" w:rsidRPr="00C12360" w:rsidRDefault="00000000">
            <w:pPr>
              <w:spacing w:after="0"/>
              <w:rPr>
                <w:lang w:val="es-ES"/>
              </w:rPr>
            </w:pPr>
            <w:r w:rsidRPr="00C12360">
              <w:rPr>
                <w:sz w:val="17"/>
                <w:lang w:val="es-ES"/>
              </w:rPr>
              <w:t xml:space="preserve">Mi va </w:t>
            </w:r>
            <w:proofErr w:type="spellStart"/>
            <w:r w:rsidRPr="00C12360">
              <w:rPr>
                <w:sz w:val="17"/>
                <w:lang w:val="es-ES"/>
              </w:rPr>
              <w:t>skribe</w:t>
            </w:r>
            <w:proofErr w:type="spellEnd"/>
            <w:r w:rsidRPr="00C12360">
              <w:rPr>
                <w:sz w:val="17"/>
                <w:lang w:val="es-ES"/>
              </w:rPr>
              <w:t xml:space="preserve"> </w:t>
            </w:r>
            <w:proofErr w:type="gramStart"/>
            <w:r w:rsidRPr="00C12360">
              <w:rPr>
                <w:sz w:val="17"/>
                <w:lang w:val="es-ES"/>
              </w:rPr>
              <w:t>un conversa</w:t>
            </w:r>
            <w:proofErr w:type="gramEnd"/>
            <w:r w:rsidRPr="00C12360">
              <w:rPr>
                <w:sz w:val="17"/>
                <w:lang w:val="es-ES"/>
              </w:rPr>
              <w:t xml:space="preserve"> en </w:t>
            </w:r>
            <w:proofErr w:type="spellStart"/>
            <w:r w:rsidRPr="00C12360">
              <w:rPr>
                <w:sz w:val="17"/>
                <w:lang w:val="es-ES"/>
              </w:rPr>
              <w:t>Claralinga</w:t>
            </w:r>
            <w:proofErr w:type="spellEnd"/>
            <w:r w:rsidRPr="00C12360">
              <w:rPr>
                <w:sz w:val="17"/>
                <w:lang w:val="es-ES"/>
              </w:rPr>
              <w:t>.</w:t>
            </w:r>
          </w:p>
        </w:tc>
      </w:tr>
    </w:tbl>
    <w:p w14:paraId="138385D9" w14:textId="77777777" w:rsidR="00C12360" w:rsidRDefault="00C12360">
      <w:pPr>
        <w:pStyle w:val="Heading2"/>
        <w:spacing w:after="120"/>
        <w:rPr>
          <w:rFonts w:ascii="Aptos" w:hAnsi="Aptos"/>
        </w:rPr>
      </w:pPr>
    </w:p>
    <w:p w14:paraId="37F5324A" w14:textId="7869F25B" w:rsidR="00610360" w:rsidRDefault="00000000">
      <w:pPr>
        <w:pStyle w:val="Heading2"/>
        <w:spacing w:after="120"/>
      </w:pPr>
      <w:r>
        <w:rPr>
          <w:rFonts w:ascii="Aptos" w:hAnsi="Aptos"/>
        </w:rPr>
        <w:t>Workbook exercises</w:t>
      </w:r>
    </w:p>
    <w:p w14:paraId="549700DF" w14:textId="77777777" w:rsidR="00610360" w:rsidRDefault="00000000">
      <w:pPr>
        <w:keepLines/>
        <w:spacing w:after="120"/>
      </w:pPr>
      <w:r>
        <w:rPr>
          <w:b/>
          <w:color w:val="0B2E4A"/>
        </w:rPr>
        <w:t>12.1 Read the passage below aloud three times.</w:t>
      </w:r>
    </w:p>
    <w:p w14:paraId="4009497F" w14:textId="77777777" w:rsidR="00610360" w:rsidRDefault="00000000">
      <w:pPr>
        <w:keepLines/>
        <w:spacing w:after="120"/>
      </w:pPr>
      <w:r>
        <w:t>________________________________________________________________________________</w:t>
      </w:r>
    </w:p>
    <w:p w14:paraId="3F5568D9" w14:textId="77777777" w:rsidR="00610360" w:rsidRDefault="00000000">
      <w:pPr>
        <w:keepLines/>
        <w:spacing w:after="120"/>
      </w:pPr>
      <w:r>
        <w:t>________________________________________________________________________________</w:t>
      </w:r>
    </w:p>
    <w:p w14:paraId="4AA43342" w14:textId="77777777" w:rsidR="00610360" w:rsidRDefault="00000000">
      <w:pPr>
        <w:keepLines/>
        <w:spacing w:after="120"/>
      </w:pPr>
      <w:r>
        <w:rPr>
          <w:b/>
          <w:color w:val="0B2E4A"/>
        </w:rPr>
        <w:t>12.2 Write a five-sentence self-introduction.</w:t>
      </w:r>
    </w:p>
    <w:p w14:paraId="184F506F" w14:textId="77777777" w:rsidR="00610360" w:rsidRDefault="00000000">
      <w:pPr>
        <w:keepLines/>
        <w:spacing w:after="120"/>
      </w:pPr>
      <w:r>
        <w:t>________________________________________________________________________________</w:t>
      </w:r>
    </w:p>
    <w:p w14:paraId="35CD638E" w14:textId="77777777" w:rsidR="00610360" w:rsidRDefault="00000000">
      <w:pPr>
        <w:keepLines/>
        <w:spacing w:after="120"/>
      </w:pPr>
      <w:r>
        <w:t>________________________________________________________________________________</w:t>
      </w:r>
    </w:p>
    <w:p w14:paraId="2370FF07" w14:textId="77777777" w:rsidR="00610360" w:rsidRDefault="00000000">
      <w:pPr>
        <w:keepLines/>
        <w:spacing w:after="120"/>
      </w:pPr>
      <w:r>
        <w:rPr>
          <w:b/>
          <w:color w:val="0B2E4A"/>
        </w:rPr>
        <w:t>12.3 Write a travel dialogue between two people.</w:t>
      </w:r>
    </w:p>
    <w:p w14:paraId="40F46B1C" w14:textId="77777777" w:rsidR="00610360" w:rsidRDefault="00000000">
      <w:pPr>
        <w:keepLines/>
        <w:spacing w:after="120"/>
      </w:pPr>
      <w:r>
        <w:t>________________________________________________________________________________</w:t>
      </w:r>
    </w:p>
    <w:p w14:paraId="7BBDFA85" w14:textId="77777777" w:rsidR="00610360" w:rsidRDefault="00000000">
      <w:pPr>
        <w:keepLines/>
        <w:spacing w:after="120"/>
      </w:pPr>
      <w:r>
        <w:t>________________________________________________________________________________</w:t>
      </w:r>
    </w:p>
    <w:p w14:paraId="4240A8FE" w14:textId="77777777" w:rsidR="00610360" w:rsidRDefault="00000000">
      <w:pPr>
        <w:keepLines/>
        <w:spacing w:after="120"/>
      </w:pPr>
      <w:r>
        <w:rPr>
          <w:b/>
          <w:color w:val="0B2E4A"/>
        </w:rPr>
        <w:t>12.4 Translate the review passage into English.</w:t>
      </w:r>
    </w:p>
    <w:p w14:paraId="459FE8AC" w14:textId="77777777" w:rsidR="00610360" w:rsidRDefault="00000000">
      <w:pPr>
        <w:keepLines/>
        <w:spacing w:after="120"/>
      </w:pPr>
      <w:r>
        <w:t>________________________________________________________________________________</w:t>
      </w:r>
    </w:p>
    <w:p w14:paraId="22ADE481" w14:textId="77777777" w:rsidR="00610360" w:rsidRDefault="00000000">
      <w:pPr>
        <w:keepLines/>
        <w:spacing w:after="120"/>
      </w:pPr>
      <w:r>
        <w:t>________________________________________________________________________________</w:t>
      </w:r>
    </w:p>
    <w:p w14:paraId="0423F06C" w14:textId="77777777" w:rsidR="00610360" w:rsidRDefault="00000000">
      <w:pPr>
        <w:keepLines/>
        <w:spacing w:after="120"/>
      </w:pPr>
      <w:r>
        <w:rPr>
          <w:b/>
          <w:color w:val="0B2E4A"/>
        </w:rPr>
        <w:t>12.5 Create five original Claralinga sentences using pa, va, nu, ja, and ne.</w:t>
      </w:r>
    </w:p>
    <w:p w14:paraId="71CB249E" w14:textId="77777777" w:rsidR="00610360" w:rsidRDefault="00000000">
      <w:pPr>
        <w:keepLines/>
        <w:spacing w:after="120"/>
      </w:pPr>
      <w:r>
        <w:t>________________________________________________________________________________</w:t>
      </w:r>
    </w:p>
    <w:p w14:paraId="1948A2E2" w14:textId="77777777" w:rsidR="00610360" w:rsidRDefault="00000000">
      <w:pPr>
        <w:keepLines/>
        <w:spacing w:after="120"/>
      </w:pPr>
      <w:r>
        <w:t>________________________________________________________________________________</w:t>
      </w:r>
    </w:p>
    <w:p w14:paraId="129D77B8" w14:textId="77777777" w:rsidR="00610360" w:rsidRDefault="00000000">
      <w:pPr>
        <w:keepLines/>
        <w:spacing w:after="120"/>
      </w:pPr>
      <w:r>
        <w:t>________________________________________________________________________________</w:t>
      </w:r>
    </w:p>
    <w:tbl>
      <w:tblPr>
        <w:tblW w:w="0" w:type="auto"/>
        <w:jc w:val="center"/>
        <w:tblLook w:val="04A0" w:firstRow="1" w:lastRow="0" w:firstColumn="1" w:lastColumn="0" w:noHBand="0" w:noVBand="1"/>
      </w:tblPr>
      <w:tblGrid>
        <w:gridCol w:w="10368"/>
      </w:tblGrid>
      <w:tr w:rsidR="00610360" w14:paraId="6092B656"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FF4D6"/>
          </w:tcPr>
          <w:p w14:paraId="3E06897D" w14:textId="77777777" w:rsidR="00610360" w:rsidRDefault="00000000">
            <w:pPr>
              <w:spacing w:after="40"/>
            </w:pPr>
            <w:r>
              <w:rPr>
                <w:b/>
                <w:color w:val="0B2E4A"/>
              </w:rPr>
              <w:t>Checkpoint</w:t>
            </w:r>
          </w:p>
          <w:p w14:paraId="1BD54A5E" w14:textId="77777777" w:rsidR="00610360" w:rsidRDefault="00000000">
            <w:pPr>
              <w:spacing w:after="0"/>
            </w:pPr>
            <w:r>
              <w:rPr>
                <w:sz w:val="18"/>
              </w:rPr>
              <w:t>Before moving on, read the conversation aloud without stopping. If you stumble, slow down. Clean pronunciation beats fast guessing.</w:t>
            </w:r>
          </w:p>
        </w:tc>
      </w:tr>
    </w:tbl>
    <w:p w14:paraId="7769F84D" w14:textId="77777777" w:rsidR="00610360" w:rsidRDefault="00000000">
      <w:pPr>
        <w:spacing w:after="120"/>
      </w:pPr>
      <w:r/>
    </w:p>
    <w:p w14:paraId="376793DD" w14:textId="77777777" w:rsidR="00610360" w:rsidRDefault="00000000">
      <w:pPr>
        <w:pStyle w:val="Heading1"/>
        <w:spacing w:after="120"/>
      </w:pPr>
      <w:r>
        <w:rPr>
          <w:rFonts w:ascii="Aptos" w:hAnsi="Aptos"/>
        </w:rPr>
        <w:t>Part 3: Review Readings and Speaking Tests</w:t>
      </w:r>
    </w:p>
    <w:p w14:paraId="1BA062B9" w14:textId="77777777" w:rsidR="00610360" w:rsidRDefault="00000000">
      <w:pPr>
        <w:pStyle w:val="Heading2"/>
        <w:spacing w:after="120"/>
      </w:pPr>
      <w:r>
        <w:rPr>
          <w:rFonts w:ascii="Aptos" w:hAnsi="Aptos"/>
        </w:rPr>
        <w:t>Reading 1: Mi Familia</w:t>
      </w:r>
    </w:p>
    <w:tbl>
      <w:tblPr>
        <w:tblW w:w="0" w:type="auto"/>
        <w:jc w:val="center"/>
        <w:tblLook w:val="04A0" w:firstRow="1" w:lastRow="0" w:firstColumn="1" w:lastColumn="0" w:noHBand="0" w:noVBand="1"/>
      </w:tblPr>
      <w:tblGrid>
        <w:gridCol w:w="10368"/>
      </w:tblGrid>
      <w:tr w:rsidR="00610360" w14:paraId="304F2109"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2F7FF"/>
          </w:tcPr>
          <w:p w14:paraId="72F81A16" w14:textId="77777777" w:rsidR="00610360" w:rsidRPr="00C12360" w:rsidRDefault="00000000">
            <w:pPr>
              <w:spacing w:after="40"/>
              <w:rPr>
                <w:lang w:val="es-ES"/>
              </w:rPr>
            </w:pPr>
            <w:r w:rsidRPr="00C12360">
              <w:rPr>
                <w:b/>
                <w:color w:val="0B2E4A"/>
                <w:lang w:val="es-ES"/>
              </w:rPr>
              <w:t xml:space="preserve">Read </w:t>
            </w:r>
            <w:proofErr w:type="spellStart"/>
            <w:r w:rsidRPr="00C12360">
              <w:rPr>
                <w:b/>
                <w:color w:val="0B2E4A"/>
                <w:lang w:val="es-ES"/>
              </w:rPr>
              <w:t>aloud</w:t>
            </w:r>
            <w:proofErr w:type="spellEnd"/>
          </w:p>
          <w:p w14:paraId="330DB7C0" w14:textId="77777777" w:rsidR="00610360" w:rsidRDefault="00000000">
            <w:pPr>
              <w:spacing w:after="0"/>
            </w:pPr>
            <w:r w:rsidRPr="00C12360">
              <w:rPr>
                <w:sz w:val="18"/>
                <w:lang w:val="es-ES"/>
              </w:rPr>
              <w:t xml:space="preserve">Mi es Ana. Mi </w:t>
            </w:r>
            <w:proofErr w:type="spellStart"/>
            <w:r w:rsidRPr="00C12360">
              <w:rPr>
                <w:sz w:val="18"/>
                <w:lang w:val="es-ES"/>
              </w:rPr>
              <w:t>habe</w:t>
            </w:r>
            <w:proofErr w:type="spellEnd"/>
            <w:r w:rsidRPr="00C12360">
              <w:rPr>
                <w:sz w:val="18"/>
                <w:lang w:val="es-ES"/>
              </w:rPr>
              <w:t xml:space="preserve"> </w:t>
            </w:r>
            <w:proofErr w:type="gramStart"/>
            <w:r w:rsidRPr="00C12360">
              <w:rPr>
                <w:sz w:val="18"/>
                <w:lang w:val="es-ES"/>
              </w:rPr>
              <w:t>un familia grande</w:t>
            </w:r>
            <w:proofErr w:type="gramEnd"/>
            <w:r w:rsidRPr="00C12360">
              <w:rPr>
                <w:sz w:val="18"/>
                <w:lang w:val="es-ES"/>
              </w:rPr>
              <w:t xml:space="preserve">. Mi mater ama </w:t>
            </w:r>
            <w:proofErr w:type="spellStart"/>
            <w:r w:rsidRPr="00C12360">
              <w:rPr>
                <w:sz w:val="18"/>
                <w:lang w:val="es-ES"/>
              </w:rPr>
              <w:t>musik</w:t>
            </w:r>
            <w:proofErr w:type="spellEnd"/>
            <w:r w:rsidRPr="00C12360">
              <w:rPr>
                <w:sz w:val="18"/>
                <w:lang w:val="es-ES"/>
              </w:rPr>
              <w:t xml:space="preserve">. Mi </w:t>
            </w:r>
            <w:proofErr w:type="spellStart"/>
            <w:r w:rsidRPr="00C12360">
              <w:rPr>
                <w:sz w:val="18"/>
                <w:lang w:val="es-ES"/>
              </w:rPr>
              <w:t>pater</w:t>
            </w:r>
            <w:proofErr w:type="spellEnd"/>
            <w:r w:rsidRPr="00C12360">
              <w:rPr>
                <w:sz w:val="18"/>
                <w:lang w:val="es-ES"/>
              </w:rPr>
              <w:t xml:space="preserve"> labora en la urbe. </w:t>
            </w:r>
            <w:r>
              <w:rPr>
                <w:sz w:val="18"/>
              </w:rPr>
              <w:t xml:space="preserve">Nos </w:t>
            </w:r>
            <w:proofErr w:type="spellStart"/>
            <w:r>
              <w:rPr>
                <w:sz w:val="18"/>
              </w:rPr>
              <w:t>vive</w:t>
            </w:r>
            <w:proofErr w:type="spellEnd"/>
            <w:r>
              <w:rPr>
                <w:sz w:val="18"/>
              </w:rPr>
              <w:t xml:space="preserve"> </w:t>
            </w:r>
            <w:proofErr w:type="spellStart"/>
            <w:r>
              <w:rPr>
                <w:sz w:val="18"/>
              </w:rPr>
              <w:t>en</w:t>
            </w:r>
            <w:proofErr w:type="spellEnd"/>
            <w:r>
              <w:rPr>
                <w:sz w:val="18"/>
              </w:rPr>
              <w:t xml:space="preserve"> un kasa clar et bon.</w:t>
            </w:r>
          </w:p>
        </w:tc>
      </w:tr>
    </w:tbl>
    <w:p w14:paraId="66B31967" w14:textId="77777777" w:rsidR="00610360" w:rsidRDefault="00000000">
      <w:pPr>
        <w:keepLines/>
        <w:spacing w:after="120"/>
      </w:pPr>
      <w:r>
        <w:rPr>
          <w:b/>
          <w:color w:val="0B2E4A"/>
        </w:rPr>
        <w:t>Write the English meaning:</w:t>
      </w:r>
    </w:p>
    <w:p w14:paraId="7FE27B07" w14:textId="77777777" w:rsidR="00610360" w:rsidRDefault="00000000">
      <w:pPr>
        <w:keepLines/>
        <w:spacing w:after="120"/>
      </w:pPr>
      <w:r>
        <w:t>________________________________________________________________________________</w:t>
      </w:r>
    </w:p>
    <w:p w14:paraId="2E96A9FD" w14:textId="77777777" w:rsidR="00610360" w:rsidRDefault="00000000">
      <w:pPr>
        <w:keepLines/>
        <w:spacing w:after="120"/>
      </w:pPr>
      <w:r>
        <w:t>________________________________________________________________________________</w:t>
      </w:r>
    </w:p>
    <w:p w14:paraId="65041EDB" w14:textId="77777777" w:rsidR="00610360" w:rsidRDefault="00000000">
      <w:pPr>
        <w:keepLines/>
        <w:spacing w:after="120"/>
      </w:pPr>
      <w:r>
        <w:t>________________________________________________________________________________</w:t>
      </w:r>
    </w:p>
    <w:p w14:paraId="6A20B07E" w14:textId="77777777" w:rsidR="00610360" w:rsidRDefault="00000000">
      <w:pPr>
        <w:keepLines/>
        <w:spacing w:after="120"/>
      </w:pPr>
      <w:r>
        <w:t>________________________________________________________________________________</w:t>
      </w:r>
    </w:p>
    <w:p w14:paraId="031FB20F" w14:textId="77777777" w:rsidR="00610360" w:rsidRPr="00C12360" w:rsidRDefault="00000000">
      <w:pPr>
        <w:keepLines/>
        <w:spacing w:after="120"/>
        <w:rPr>
          <w:lang w:val="es-ES"/>
        </w:rPr>
      </w:pPr>
      <w:proofErr w:type="spellStart"/>
      <w:r w:rsidRPr="00C12360">
        <w:rPr>
          <w:b/>
          <w:color w:val="0B2E4A"/>
          <w:lang w:val="es-ES"/>
        </w:rPr>
        <w:t>Answer</w:t>
      </w:r>
      <w:proofErr w:type="spellEnd"/>
      <w:r w:rsidRPr="00C12360">
        <w:rPr>
          <w:b/>
          <w:color w:val="0B2E4A"/>
          <w:lang w:val="es-ES"/>
        </w:rPr>
        <w:t xml:space="preserve"> en </w:t>
      </w:r>
      <w:proofErr w:type="spellStart"/>
      <w:r w:rsidRPr="00C12360">
        <w:rPr>
          <w:b/>
          <w:color w:val="0B2E4A"/>
          <w:lang w:val="es-ES"/>
        </w:rPr>
        <w:t>Claralinga</w:t>
      </w:r>
      <w:proofErr w:type="spellEnd"/>
      <w:r w:rsidRPr="00C12360">
        <w:rPr>
          <w:b/>
          <w:color w:val="0B2E4A"/>
          <w:lang w:val="es-ES"/>
        </w:rPr>
        <w:t xml:space="preserve">: Ke es </w:t>
      </w:r>
      <w:proofErr w:type="gramStart"/>
      <w:r w:rsidRPr="00C12360">
        <w:rPr>
          <w:b/>
          <w:color w:val="0B2E4A"/>
          <w:lang w:val="es-ES"/>
        </w:rPr>
        <w:t>la tema</w:t>
      </w:r>
      <w:proofErr w:type="gramEnd"/>
      <w:r w:rsidRPr="00C12360">
        <w:rPr>
          <w:b/>
          <w:color w:val="0B2E4A"/>
          <w:lang w:val="es-ES"/>
        </w:rPr>
        <w:t xml:space="preserve"> </w:t>
      </w:r>
      <w:proofErr w:type="gramStart"/>
      <w:r w:rsidRPr="00C12360">
        <w:rPr>
          <w:b/>
          <w:color w:val="0B2E4A"/>
          <w:lang w:val="es-ES"/>
        </w:rPr>
        <w:t>de la texto</w:t>
      </w:r>
      <w:proofErr w:type="gramEnd"/>
      <w:r w:rsidRPr="00C12360">
        <w:rPr>
          <w:b/>
          <w:color w:val="0B2E4A"/>
          <w:lang w:val="es-ES"/>
        </w:rPr>
        <w:t>?</w:t>
      </w:r>
    </w:p>
    <w:p w14:paraId="71FEAC95" w14:textId="77777777" w:rsidR="00610360" w:rsidRDefault="00000000">
      <w:pPr>
        <w:keepLines/>
        <w:spacing w:after="120"/>
      </w:pPr>
      <w:r>
        <w:t>________________________________________________________________________________</w:t>
      </w:r>
    </w:p>
    <w:p w14:paraId="522FC6BE" w14:textId="77777777" w:rsidR="00610360" w:rsidRDefault="00000000">
      <w:pPr>
        <w:keepLines/>
        <w:spacing w:after="120"/>
      </w:pPr>
      <w:r>
        <w:t>________________________________________________________________________________</w:t>
      </w:r>
    </w:p>
    <w:p w14:paraId="0DE8461C" w14:textId="77777777" w:rsidR="00610360" w:rsidRDefault="00000000">
      <w:pPr>
        <w:pStyle w:val="Heading2"/>
        <w:spacing w:after="120"/>
      </w:pPr>
      <w:r>
        <w:rPr>
          <w:rFonts w:ascii="Aptos" w:hAnsi="Aptos"/>
        </w:rPr>
        <w:t>Reading 2: Un Viaja</w:t>
      </w:r>
    </w:p>
    <w:tbl>
      <w:tblPr>
        <w:tblW w:w="0" w:type="auto"/>
        <w:jc w:val="center"/>
        <w:tblLook w:val="04A0" w:firstRow="1" w:lastRow="0" w:firstColumn="1" w:lastColumn="0" w:noHBand="0" w:noVBand="1"/>
      </w:tblPr>
      <w:tblGrid>
        <w:gridCol w:w="10368"/>
      </w:tblGrid>
      <w:tr w:rsidR="00610360" w14:paraId="4768161C"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2F7FF"/>
          </w:tcPr>
          <w:p w14:paraId="22D666E8" w14:textId="77777777" w:rsidR="00610360" w:rsidRPr="00C12360" w:rsidRDefault="00000000">
            <w:pPr>
              <w:spacing w:after="40"/>
              <w:rPr>
                <w:lang w:val="es-ES"/>
              </w:rPr>
            </w:pPr>
            <w:r w:rsidRPr="00C12360">
              <w:rPr>
                <w:b/>
                <w:color w:val="0B2E4A"/>
                <w:lang w:val="es-ES"/>
              </w:rPr>
              <w:t xml:space="preserve">Read </w:t>
            </w:r>
            <w:proofErr w:type="spellStart"/>
            <w:r w:rsidRPr="00C12360">
              <w:rPr>
                <w:b/>
                <w:color w:val="0B2E4A"/>
                <w:lang w:val="es-ES"/>
              </w:rPr>
              <w:t>aloud</w:t>
            </w:r>
            <w:proofErr w:type="spellEnd"/>
          </w:p>
          <w:p w14:paraId="163697BE" w14:textId="77777777" w:rsidR="00610360" w:rsidRDefault="00000000">
            <w:pPr>
              <w:spacing w:after="0"/>
            </w:pPr>
            <w:r w:rsidRPr="00C12360">
              <w:rPr>
                <w:sz w:val="18"/>
                <w:lang w:val="es-ES"/>
              </w:rPr>
              <w:t xml:space="preserve">Morga nos va visita </w:t>
            </w:r>
            <w:proofErr w:type="gramStart"/>
            <w:r w:rsidRPr="00C12360">
              <w:rPr>
                <w:sz w:val="18"/>
                <w:lang w:val="es-ES"/>
              </w:rPr>
              <w:t>un nova</w:t>
            </w:r>
            <w:proofErr w:type="gramEnd"/>
            <w:r w:rsidRPr="00C12360">
              <w:rPr>
                <w:sz w:val="18"/>
                <w:lang w:val="es-ES"/>
              </w:rPr>
              <w:t xml:space="preserve"> urbe. Nos va buska </w:t>
            </w:r>
            <w:proofErr w:type="gramStart"/>
            <w:r w:rsidRPr="00C12360">
              <w:rPr>
                <w:sz w:val="18"/>
                <w:lang w:val="es-ES"/>
              </w:rPr>
              <w:t>la hotel</w:t>
            </w:r>
            <w:proofErr w:type="gramEnd"/>
            <w:r w:rsidRPr="00C12360">
              <w:rPr>
                <w:sz w:val="18"/>
                <w:lang w:val="es-ES"/>
              </w:rPr>
              <w:t xml:space="preserve">, compra alimenta, et </w:t>
            </w:r>
            <w:proofErr w:type="spellStart"/>
            <w:r w:rsidRPr="00C12360">
              <w:rPr>
                <w:sz w:val="18"/>
                <w:lang w:val="es-ES"/>
              </w:rPr>
              <w:t>vide</w:t>
            </w:r>
            <w:proofErr w:type="spellEnd"/>
            <w:r w:rsidRPr="00C12360">
              <w:rPr>
                <w:sz w:val="18"/>
                <w:lang w:val="es-ES"/>
              </w:rPr>
              <w:t xml:space="preserve"> la kentro. </w:t>
            </w:r>
            <w:r>
              <w:rPr>
                <w:sz w:val="18"/>
              </w:rPr>
              <w:t xml:space="preserve">Mi </w:t>
            </w:r>
            <w:proofErr w:type="spellStart"/>
            <w:r>
              <w:rPr>
                <w:sz w:val="18"/>
              </w:rPr>
              <w:t>va</w:t>
            </w:r>
            <w:proofErr w:type="spellEnd"/>
            <w:r>
              <w:rPr>
                <w:sz w:val="18"/>
              </w:rPr>
              <w:t xml:space="preserve"> </w:t>
            </w:r>
            <w:proofErr w:type="spellStart"/>
            <w:r>
              <w:rPr>
                <w:sz w:val="18"/>
              </w:rPr>
              <w:t>parla</w:t>
            </w:r>
            <w:proofErr w:type="spellEnd"/>
            <w:r>
              <w:rPr>
                <w:sz w:val="18"/>
              </w:rPr>
              <w:t xml:space="preserve"> </w:t>
            </w:r>
            <w:proofErr w:type="spellStart"/>
            <w:r>
              <w:rPr>
                <w:sz w:val="18"/>
              </w:rPr>
              <w:t>Claralinga</w:t>
            </w:r>
            <w:proofErr w:type="spellEnd"/>
            <w:r>
              <w:rPr>
                <w:sz w:val="18"/>
              </w:rPr>
              <w:t xml:space="preserve"> kon mi amik.</w:t>
            </w:r>
          </w:p>
        </w:tc>
      </w:tr>
    </w:tbl>
    <w:p w14:paraId="7F2511F3" w14:textId="77777777" w:rsidR="00610360" w:rsidRDefault="00000000">
      <w:pPr>
        <w:keepLines/>
        <w:spacing w:after="120"/>
      </w:pPr>
      <w:r>
        <w:rPr>
          <w:b/>
          <w:color w:val="0B2E4A"/>
        </w:rPr>
        <w:t>Write the English meaning:</w:t>
      </w:r>
    </w:p>
    <w:p w14:paraId="4C2E990D" w14:textId="77777777" w:rsidR="00610360" w:rsidRDefault="00000000">
      <w:pPr>
        <w:keepLines/>
        <w:spacing w:after="120"/>
      </w:pPr>
      <w:r>
        <w:t>________________________________________________________________________________</w:t>
      </w:r>
    </w:p>
    <w:p w14:paraId="32B278A4" w14:textId="77777777" w:rsidR="00610360" w:rsidRDefault="00000000">
      <w:pPr>
        <w:keepLines/>
        <w:spacing w:after="120"/>
      </w:pPr>
      <w:r>
        <w:t>________________________________________________________________________________</w:t>
      </w:r>
    </w:p>
    <w:p w14:paraId="03CAFB28" w14:textId="77777777" w:rsidR="00610360" w:rsidRDefault="00000000">
      <w:pPr>
        <w:keepLines/>
        <w:spacing w:after="120"/>
      </w:pPr>
      <w:r>
        <w:t>________________________________________________________________________________</w:t>
      </w:r>
    </w:p>
    <w:p w14:paraId="1D11DD43" w14:textId="77777777" w:rsidR="00610360" w:rsidRDefault="00000000">
      <w:pPr>
        <w:keepLines/>
        <w:spacing w:after="120"/>
      </w:pPr>
      <w:r>
        <w:t>________________________________________________________________________________</w:t>
      </w:r>
    </w:p>
    <w:p w14:paraId="516221DD" w14:textId="77777777" w:rsidR="00610360" w:rsidRPr="00C12360" w:rsidRDefault="00000000">
      <w:pPr>
        <w:keepLines/>
        <w:spacing w:after="120"/>
        <w:rPr>
          <w:lang w:val="es-ES"/>
        </w:rPr>
      </w:pPr>
      <w:proofErr w:type="spellStart"/>
      <w:r w:rsidRPr="00C12360">
        <w:rPr>
          <w:b/>
          <w:color w:val="0B2E4A"/>
          <w:lang w:val="es-ES"/>
        </w:rPr>
        <w:t>Answer</w:t>
      </w:r>
      <w:proofErr w:type="spellEnd"/>
      <w:r w:rsidRPr="00C12360">
        <w:rPr>
          <w:b/>
          <w:color w:val="0B2E4A"/>
          <w:lang w:val="es-ES"/>
        </w:rPr>
        <w:t xml:space="preserve"> en </w:t>
      </w:r>
      <w:proofErr w:type="spellStart"/>
      <w:r w:rsidRPr="00C12360">
        <w:rPr>
          <w:b/>
          <w:color w:val="0B2E4A"/>
          <w:lang w:val="es-ES"/>
        </w:rPr>
        <w:t>Claralinga</w:t>
      </w:r>
      <w:proofErr w:type="spellEnd"/>
      <w:r w:rsidRPr="00C12360">
        <w:rPr>
          <w:b/>
          <w:color w:val="0B2E4A"/>
          <w:lang w:val="es-ES"/>
        </w:rPr>
        <w:t xml:space="preserve">: Ke es </w:t>
      </w:r>
      <w:proofErr w:type="gramStart"/>
      <w:r w:rsidRPr="00C12360">
        <w:rPr>
          <w:b/>
          <w:color w:val="0B2E4A"/>
          <w:lang w:val="es-ES"/>
        </w:rPr>
        <w:t>la tema</w:t>
      </w:r>
      <w:proofErr w:type="gramEnd"/>
      <w:r w:rsidRPr="00C12360">
        <w:rPr>
          <w:b/>
          <w:color w:val="0B2E4A"/>
          <w:lang w:val="es-ES"/>
        </w:rPr>
        <w:t xml:space="preserve"> </w:t>
      </w:r>
      <w:proofErr w:type="gramStart"/>
      <w:r w:rsidRPr="00C12360">
        <w:rPr>
          <w:b/>
          <w:color w:val="0B2E4A"/>
          <w:lang w:val="es-ES"/>
        </w:rPr>
        <w:t>de la texto</w:t>
      </w:r>
      <w:proofErr w:type="gramEnd"/>
      <w:r w:rsidRPr="00C12360">
        <w:rPr>
          <w:b/>
          <w:color w:val="0B2E4A"/>
          <w:lang w:val="es-ES"/>
        </w:rPr>
        <w:t>?</w:t>
      </w:r>
    </w:p>
    <w:p w14:paraId="3CBA02E9" w14:textId="77777777" w:rsidR="00610360" w:rsidRDefault="00000000">
      <w:pPr>
        <w:keepLines/>
        <w:spacing w:after="120"/>
      </w:pPr>
      <w:r>
        <w:t>________________________________________________________________________________</w:t>
      </w:r>
    </w:p>
    <w:p w14:paraId="470E8680" w14:textId="77777777" w:rsidR="00610360" w:rsidRDefault="00000000">
      <w:pPr>
        <w:keepLines/>
        <w:spacing w:after="120"/>
      </w:pPr>
      <w:r>
        <w:t>________________________________________________________________________________</w:t>
      </w:r>
    </w:p>
    <w:p w14:paraId="134ABEE2" w14:textId="77777777" w:rsidR="00610360" w:rsidRDefault="00000000">
      <w:pPr>
        <w:pStyle w:val="Heading2"/>
        <w:spacing w:after="120"/>
      </w:pPr>
      <w:r>
        <w:rPr>
          <w:rFonts w:ascii="Aptos" w:hAnsi="Aptos"/>
        </w:rPr>
        <w:t>Reading 3: La Linga Clar</w:t>
      </w:r>
    </w:p>
    <w:tbl>
      <w:tblPr>
        <w:tblW w:w="0" w:type="auto"/>
        <w:jc w:val="center"/>
        <w:tblLook w:val="04A0" w:firstRow="1" w:lastRow="0" w:firstColumn="1" w:lastColumn="0" w:noHBand="0" w:noVBand="1"/>
      </w:tblPr>
      <w:tblGrid>
        <w:gridCol w:w="10368"/>
      </w:tblGrid>
      <w:tr w:rsidR="00610360" w14:paraId="6AC77A6A"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2F7FF"/>
          </w:tcPr>
          <w:p w14:paraId="3589AA89" w14:textId="77777777" w:rsidR="00610360" w:rsidRPr="00C12360" w:rsidRDefault="00000000">
            <w:pPr>
              <w:spacing w:after="40"/>
              <w:rPr>
                <w:lang w:val="es-ES"/>
              </w:rPr>
            </w:pPr>
            <w:r w:rsidRPr="00C12360">
              <w:rPr>
                <w:b/>
                <w:color w:val="0B2E4A"/>
                <w:lang w:val="es-ES"/>
              </w:rPr>
              <w:t xml:space="preserve">Read </w:t>
            </w:r>
            <w:proofErr w:type="spellStart"/>
            <w:r w:rsidRPr="00C12360">
              <w:rPr>
                <w:b/>
                <w:color w:val="0B2E4A"/>
                <w:lang w:val="es-ES"/>
              </w:rPr>
              <w:t>aloud</w:t>
            </w:r>
            <w:proofErr w:type="spellEnd"/>
          </w:p>
          <w:p w14:paraId="7D6019B7" w14:textId="77777777" w:rsidR="00610360" w:rsidRDefault="00000000">
            <w:pPr>
              <w:spacing w:after="0"/>
            </w:pPr>
            <w:proofErr w:type="spellStart"/>
            <w:r w:rsidRPr="00C12360">
              <w:rPr>
                <w:sz w:val="18"/>
                <w:lang w:val="es-ES"/>
              </w:rPr>
              <w:t>Claralinga</w:t>
            </w:r>
            <w:proofErr w:type="spellEnd"/>
            <w:r w:rsidRPr="00C12360">
              <w:rPr>
                <w:sz w:val="18"/>
                <w:lang w:val="es-ES"/>
              </w:rPr>
              <w:t xml:space="preserve"> es un </w:t>
            </w:r>
            <w:proofErr w:type="spellStart"/>
            <w:r w:rsidRPr="00C12360">
              <w:rPr>
                <w:sz w:val="18"/>
                <w:lang w:val="es-ES"/>
              </w:rPr>
              <w:t>linga</w:t>
            </w:r>
            <w:proofErr w:type="spellEnd"/>
            <w:r w:rsidRPr="00C12360">
              <w:rPr>
                <w:sz w:val="18"/>
                <w:lang w:val="es-ES"/>
              </w:rPr>
              <w:t xml:space="preserve"> </w:t>
            </w:r>
            <w:proofErr w:type="spellStart"/>
            <w:r w:rsidRPr="00C12360">
              <w:rPr>
                <w:sz w:val="18"/>
                <w:lang w:val="es-ES"/>
              </w:rPr>
              <w:t>clar</w:t>
            </w:r>
            <w:proofErr w:type="spellEnd"/>
            <w:r w:rsidRPr="00C12360">
              <w:rPr>
                <w:sz w:val="18"/>
                <w:lang w:val="es-ES"/>
              </w:rPr>
              <w:t xml:space="preserve"> pro </w:t>
            </w:r>
            <w:proofErr w:type="gramStart"/>
            <w:r w:rsidRPr="00C12360">
              <w:rPr>
                <w:sz w:val="18"/>
                <w:lang w:val="es-ES"/>
              </w:rPr>
              <w:t>un grande familia</w:t>
            </w:r>
            <w:proofErr w:type="gramEnd"/>
            <w:r w:rsidRPr="00C12360">
              <w:rPr>
                <w:sz w:val="18"/>
                <w:lang w:val="es-ES"/>
              </w:rPr>
              <w:t xml:space="preserve"> de voses. Lo usa familiar </w:t>
            </w:r>
            <w:proofErr w:type="spellStart"/>
            <w:r w:rsidRPr="00C12360">
              <w:rPr>
                <w:sz w:val="18"/>
                <w:lang w:val="es-ES"/>
              </w:rPr>
              <w:t>parolas</w:t>
            </w:r>
            <w:proofErr w:type="spellEnd"/>
            <w:r w:rsidRPr="00C12360">
              <w:rPr>
                <w:sz w:val="18"/>
                <w:lang w:val="es-ES"/>
              </w:rPr>
              <w:t xml:space="preserve">, simple regula, et </w:t>
            </w:r>
            <w:proofErr w:type="spellStart"/>
            <w:r w:rsidRPr="00C12360">
              <w:rPr>
                <w:sz w:val="18"/>
                <w:lang w:val="es-ES"/>
              </w:rPr>
              <w:t>direta</w:t>
            </w:r>
            <w:proofErr w:type="spellEnd"/>
            <w:r w:rsidRPr="00C12360">
              <w:rPr>
                <w:sz w:val="18"/>
                <w:lang w:val="es-ES"/>
              </w:rPr>
              <w:t xml:space="preserve"> </w:t>
            </w:r>
            <w:proofErr w:type="spellStart"/>
            <w:r w:rsidRPr="00C12360">
              <w:rPr>
                <w:sz w:val="18"/>
                <w:lang w:val="es-ES"/>
              </w:rPr>
              <w:t>grammatika</w:t>
            </w:r>
            <w:proofErr w:type="spellEnd"/>
            <w:r w:rsidRPr="00C12360">
              <w:rPr>
                <w:sz w:val="18"/>
                <w:lang w:val="es-ES"/>
              </w:rPr>
              <w:t xml:space="preserve">. </w:t>
            </w:r>
            <w:r>
              <w:rPr>
                <w:sz w:val="18"/>
              </w:rPr>
              <w:t xml:space="preserve">La goal es </w:t>
            </w:r>
            <w:proofErr w:type="spellStart"/>
            <w:r>
              <w:rPr>
                <w:sz w:val="18"/>
              </w:rPr>
              <w:t>komunika</w:t>
            </w:r>
            <w:proofErr w:type="spellEnd"/>
            <w:r>
              <w:rPr>
                <w:sz w:val="18"/>
              </w:rPr>
              <w:t>, ne confusa.</w:t>
            </w:r>
          </w:p>
        </w:tc>
      </w:tr>
    </w:tbl>
    <w:p w14:paraId="01B014F2" w14:textId="77777777" w:rsidR="00610360" w:rsidRDefault="00000000">
      <w:pPr>
        <w:keepLines/>
        <w:spacing w:after="120"/>
      </w:pPr>
      <w:r>
        <w:rPr>
          <w:b/>
          <w:color w:val="0B2E4A"/>
        </w:rPr>
        <w:t>Write the English meaning:</w:t>
      </w:r>
    </w:p>
    <w:p w14:paraId="5B2032B2" w14:textId="77777777" w:rsidR="00610360" w:rsidRDefault="00000000">
      <w:pPr>
        <w:keepLines/>
        <w:spacing w:after="120"/>
      </w:pPr>
      <w:r>
        <w:t>________________________________________________________________________________</w:t>
      </w:r>
    </w:p>
    <w:p w14:paraId="7D45CC00" w14:textId="77777777" w:rsidR="00610360" w:rsidRDefault="00000000">
      <w:pPr>
        <w:keepLines/>
        <w:spacing w:after="120"/>
      </w:pPr>
      <w:r>
        <w:t>________________________________________________________________________________</w:t>
      </w:r>
    </w:p>
    <w:p w14:paraId="79B01E13" w14:textId="77777777" w:rsidR="00610360" w:rsidRDefault="00000000">
      <w:pPr>
        <w:keepLines/>
        <w:spacing w:after="120"/>
      </w:pPr>
      <w:r>
        <w:t>________________________________________________________________________________</w:t>
      </w:r>
    </w:p>
    <w:p w14:paraId="747EA554" w14:textId="77777777" w:rsidR="00610360" w:rsidRDefault="00000000">
      <w:pPr>
        <w:keepLines/>
        <w:spacing w:after="120"/>
      </w:pPr>
      <w:r>
        <w:t>________________________________________________________________________________</w:t>
      </w:r>
    </w:p>
    <w:p w14:paraId="39996D0B" w14:textId="77777777" w:rsidR="00610360" w:rsidRPr="00C12360" w:rsidRDefault="00000000">
      <w:pPr>
        <w:keepLines/>
        <w:spacing w:after="120"/>
        <w:rPr>
          <w:lang w:val="es-ES"/>
        </w:rPr>
      </w:pPr>
      <w:proofErr w:type="spellStart"/>
      <w:r w:rsidRPr="00C12360">
        <w:rPr>
          <w:b/>
          <w:color w:val="0B2E4A"/>
          <w:lang w:val="es-ES"/>
        </w:rPr>
        <w:t>Answer</w:t>
      </w:r>
      <w:proofErr w:type="spellEnd"/>
      <w:r w:rsidRPr="00C12360">
        <w:rPr>
          <w:b/>
          <w:color w:val="0B2E4A"/>
          <w:lang w:val="es-ES"/>
        </w:rPr>
        <w:t xml:space="preserve"> en </w:t>
      </w:r>
      <w:proofErr w:type="spellStart"/>
      <w:r w:rsidRPr="00C12360">
        <w:rPr>
          <w:b/>
          <w:color w:val="0B2E4A"/>
          <w:lang w:val="es-ES"/>
        </w:rPr>
        <w:t>Claralinga</w:t>
      </w:r>
      <w:proofErr w:type="spellEnd"/>
      <w:r w:rsidRPr="00C12360">
        <w:rPr>
          <w:b/>
          <w:color w:val="0B2E4A"/>
          <w:lang w:val="es-ES"/>
        </w:rPr>
        <w:t xml:space="preserve">: Ke es </w:t>
      </w:r>
      <w:proofErr w:type="gramStart"/>
      <w:r w:rsidRPr="00C12360">
        <w:rPr>
          <w:b/>
          <w:color w:val="0B2E4A"/>
          <w:lang w:val="es-ES"/>
        </w:rPr>
        <w:t>la tema</w:t>
      </w:r>
      <w:proofErr w:type="gramEnd"/>
      <w:r w:rsidRPr="00C12360">
        <w:rPr>
          <w:b/>
          <w:color w:val="0B2E4A"/>
          <w:lang w:val="es-ES"/>
        </w:rPr>
        <w:t xml:space="preserve"> </w:t>
      </w:r>
      <w:proofErr w:type="gramStart"/>
      <w:r w:rsidRPr="00C12360">
        <w:rPr>
          <w:b/>
          <w:color w:val="0B2E4A"/>
          <w:lang w:val="es-ES"/>
        </w:rPr>
        <w:t>de la texto</w:t>
      </w:r>
      <w:proofErr w:type="gramEnd"/>
      <w:r w:rsidRPr="00C12360">
        <w:rPr>
          <w:b/>
          <w:color w:val="0B2E4A"/>
          <w:lang w:val="es-ES"/>
        </w:rPr>
        <w:t>?</w:t>
      </w:r>
    </w:p>
    <w:p w14:paraId="4DF91DA1" w14:textId="77777777" w:rsidR="00610360" w:rsidRDefault="00000000">
      <w:pPr>
        <w:keepLines/>
        <w:spacing w:after="120"/>
      </w:pPr>
      <w:r>
        <w:t>________________________________________________________________________________</w:t>
      </w:r>
    </w:p>
    <w:p w14:paraId="68F29323" w14:textId="77777777" w:rsidR="00610360" w:rsidRDefault="00000000">
      <w:pPr>
        <w:keepLines/>
        <w:spacing w:after="120"/>
      </w:pPr>
      <w:r>
        <w:t>________________________________________________________________________________</w:t>
      </w:r>
    </w:p>
    <w:p w14:paraId="3D0383E6" w14:textId="77777777" w:rsidR="00610360" w:rsidRDefault="00000000">
      <w:pPr>
        <w:pStyle w:val="Heading2"/>
        <w:spacing w:after="120"/>
      </w:pPr>
      <w:r>
        <w:rPr>
          <w:rFonts w:ascii="Aptos" w:hAnsi="Aptos"/>
        </w:rPr>
        <w:t>Reading 4: Hodia et Morga</w:t>
      </w:r>
    </w:p>
    <w:tbl>
      <w:tblPr>
        <w:tblW w:w="0" w:type="auto"/>
        <w:jc w:val="center"/>
        <w:tblLook w:val="04A0" w:firstRow="1" w:lastRow="0" w:firstColumn="1" w:lastColumn="0" w:noHBand="0" w:noVBand="1"/>
      </w:tblPr>
      <w:tblGrid>
        <w:gridCol w:w="10368"/>
      </w:tblGrid>
      <w:tr w:rsidR="00610360" w14:paraId="4C39D522"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F2F7FF"/>
          </w:tcPr>
          <w:p w14:paraId="4AE7F4C2" w14:textId="77777777" w:rsidR="00610360" w:rsidRPr="00C12360" w:rsidRDefault="00000000">
            <w:pPr>
              <w:spacing w:after="40"/>
              <w:rPr>
                <w:lang w:val="es-ES"/>
              </w:rPr>
            </w:pPr>
            <w:r w:rsidRPr="00C12360">
              <w:rPr>
                <w:b/>
                <w:color w:val="0B2E4A"/>
                <w:lang w:val="es-ES"/>
              </w:rPr>
              <w:t xml:space="preserve">Read </w:t>
            </w:r>
            <w:proofErr w:type="spellStart"/>
            <w:r w:rsidRPr="00C12360">
              <w:rPr>
                <w:b/>
                <w:color w:val="0B2E4A"/>
                <w:lang w:val="es-ES"/>
              </w:rPr>
              <w:t>aloud</w:t>
            </w:r>
            <w:proofErr w:type="spellEnd"/>
          </w:p>
          <w:p w14:paraId="3FA58706" w14:textId="77777777" w:rsidR="00610360" w:rsidRDefault="00000000">
            <w:pPr>
              <w:spacing w:after="0"/>
            </w:pPr>
            <w:r w:rsidRPr="00C12360">
              <w:rPr>
                <w:sz w:val="18"/>
                <w:lang w:val="es-ES"/>
              </w:rPr>
              <w:t xml:space="preserve">Hodia mi </w:t>
            </w:r>
            <w:proofErr w:type="spellStart"/>
            <w:r w:rsidRPr="00C12360">
              <w:rPr>
                <w:sz w:val="18"/>
                <w:lang w:val="es-ES"/>
              </w:rPr>
              <w:t>nu</w:t>
            </w:r>
            <w:proofErr w:type="spellEnd"/>
            <w:r w:rsidRPr="00C12360">
              <w:rPr>
                <w:sz w:val="18"/>
                <w:lang w:val="es-ES"/>
              </w:rPr>
              <w:t xml:space="preserve"> aprende. Yester mi </w:t>
            </w:r>
            <w:proofErr w:type="spellStart"/>
            <w:r w:rsidRPr="00C12360">
              <w:rPr>
                <w:sz w:val="18"/>
                <w:lang w:val="es-ES"/>
              </w:rPr>
              <w:t>pa</w:t>
            </w:r>
            <w:proofErr w:type="spellEnd"/>
            <w:r w:rsidRPr="00C12360">
              <w:rPr>
                <w:sz w:val="18"/>
                <w:lang w:val="es-ES"/>
              </w:rPr>
              <w:t xml:space="preserve"> lege un libro. Morga mi va </w:t>
            </w:r>
            <w:proofErr w:type="spellStart"/>
            <w:r w:rsidRPr="00C12360">
              <w:rPr>
                <w:sz w:val="18"/>
                <w:lang w:val="es-ES"/>
              </w:rPr>
              <w:t>skribe</w:t>
            </w:r>
            <w:proofErr w:type="spellEnd"/>
            <w:r w:rsidRPr="00C12360">
              <w:rPr>
                <w:sz w:val="18"/>
                <w:lang w:val="es-ES"/>
              </w:rPr>
              <w:t xml:space="preserve"> un texto. </w:t>
            </w:r>
            <w:r>
              <w:rPr>
                <w:sz w:val="18"/>
              </w:rPr>
              <w:t xml:space="preserve">Mi ja </w:t>
            </w:r>
            <w:proofErr w:type="spellStart"/>
            <w:r>
              <w:rPr>
                <w:sz w:val="18"/>
              </w:rPr>
              <w:t>komprende</w:t>
            </w:r>
            <w:proofErr w:type="spellEnd"/>
            <w:r>
              <w:rPr>
                <w:sz w:val="18"/>
              </w:rPr>
              <w:t xml:space="preserve"> </w:t>
            </w:r>
            <w:proofErr w:type="spellStart"/>
            <w:r>
              <w:rPr>
                <w:sz w:val="18"/>
              </w:rPr>
              <w:t>multe</w:t>
            </w:r>
            <w:proofErr w:type="spellEnd"/>
            <w:r>
              <w:rPr>
                <w:sz w:val="18"/>
              </w:rPr>
              <w:t xml:space="preserve"> parolas.</w:t>
            </w:r>
          </w:p>
        </w:tc>
      </w:tr>
    </w:tbl>
    <w:p w14:paraId="61B25F07" w14:textId="77777777" w:rsidR="00610360" w:rsidRDefault="00000000">
      <w:pPr>
        <w:keepLines/>
        <w:spacing w:after="120"/>
      </w:pPr>
      <w:r>
        <w:rPr>
          <w:b/>
          <w:color w:val="0B2E4A"/>
        </w:rPr>
        <w:t>Write the English meaning:</w:t>
      </w:r>
    </w:p>
    <w:p w14:paraId="12F47C0B" w14:textId="77777777" w:rsidR="00610360" w:rsidRDefault="00000000">
      <w:pPr>
        <w:keepLines/>
        <w:spacing w:after="120"/>
      </w:pPr>
      <w:r>
        <w:t>________________________________________________________________________________</w:t>
      </w:r>
    </w:p>
    <w:p w14:paraId="48476612" w14:textId="77777777" w:rsidR="00610360" w:rsidRDefault="00000000">
      <w:pPr>
        <w:keepLines/>
        <w:spacing w:after="120"/>
      </w:pPr>
      <w:r>
        <w:t>________________________________________________________________________________</w:t>
      </w:r>
    </w:p>
    <w:p w14:paraId="7623A397" w14:textId="77777777" w:rsidR="00610360" w:rsidRDefault="00000000">
      <w:pPr>
        <w:keepLines/>
        <w:spacing w:after="120"/>
      </w:pPr>
      <w:r>
        <w:t>________________________________________________________________________________</w:t>
      </w:r>
    </w:p>
    <w:p w14:paraId="5047DD01" w14:textId="77777777" w:rsidR="00610360" w:rsidRDefault="00000000">
      <w:pPr>
        <w:keepLines/>
        <w:spacing w:after="120"/>
      </w:pPr>
      <w:r>
        <w:t>________________________________________________________________________________</w:t>
      </w:r>
    </w:p>
    <w:p w14:paraId="6FF640A8" w14:textId="77777777" w:rsidR="00610360" w:rsidRPr="00C12360" w:rsidRDefault="00000000">
      <w:pPr>
        <w:keepLines/>
        <w:spacing w:after="120"/>
        <w:rPr>
          <w:lang w:val="es-ES"/>
        </w:rPr>
      </w:pPr>
      <w:proofErr w:type="spellStart"/>
      <w:r w:rsidRPr="00C12360">
        <w:rPr>
          <w:b/>
          <w:color w:val="0B2E4A"/>
          <w:lang w:val="es-ES"/>
        </w:rPr>
        <w:t>Answer</w:t>
      </w:r>
      <w:proofErr w:type="spellEnd"/>
      <w:r w:rsidRPr="00C12360">
        <w:rPr>
          <w:b/>
          <w:color w:val="0B2E4A"/>
          <w:lang w:val="es-ES"/>
        </w:rPr>
        <w:t xml:space="preserve"> en </w:t>
      </w:r>
      <w:proofErr w:type="spellStart"/>
      <w:r w:rsidRPr="00C12360">
        <w:rPr>
          <w:b/>
          <w:color w:val="0B2E4A"/>
          <w:lang w:val="es-ES"/>
        </w:rPr>
        <w:t>Claralinga</w:t>
      </w:r>
      <w:proofErr w:type="spellEnd"/>
      <w:r w:rsidRPr="00C12360">
        <w:rPr>
          <w:b/>
          <w:color w:val="0B2E4A"/>
          <w:lang w:val="es-ES"/>
        </w:rPr>
        <w:t xml:space="preserve">: Ke es </w:t>
      </w:r>
      <w:proofErr w:type="gramStart"/>
      <w:r w:rsidRPr="00C12360">
        <w:rPr>
          <w:b/>
          <w:color w:val="0B2E4A"/>
          <w:lang w:val="es-ES"/>
        </w:rPr>
        <w:t>la tema</w:t>
      </w:r>
      <w:proofErr w:type="gramEnd"/>
      <w:r w:rsidRPr="00C12360">
        <w:rPr>
          <w:b/>
          <w:color w:val="0B2E4A"/>
          <w:lang w:val="es-ES"/>
        </w:rPr>
        <w:t xml:space="preserve"> </w:t>
      </w:r>
      <w:proofErr w:type="gramStart"/>
      <w:r w:rsidRPr="00C12360">
        <w:rPr>
          <w:b/>
          <w:color w:val="0B2E4A"/>
          <w:lang w:val="es-ES"/>
        </w:rPr>
        <w:t>de la texto</w:t>
      </w:r>
      <w:proofErr w:type="gramEnd"/>
      <w:r w:rsidRPr="00C12360">
        <w:rPr>
          <w:b/>
          <w:color w:val="0B2E4A"/>
          <w:lang w:val="es-ES"/>
        </w:rPr>
        <w:t>?</w:t>
      </w:r>
    </w:p>
    <w:p w14:paraId="551B704E" w14:textId="77777777" w:rsidR="00610360" w:rsidRDefault="00000000">
      <w:pPr>
        <w:keepLines/>
        <w:spacing w:after="120"/>
      </w:pPr>
      <w:r>
        <w:t>________________________________________________________________________________</w:t>
      </w:r>
    </w:p>
    <w:p w14:paraId="18B0432B" w14:textId="77777777" w:rsidR="00610360" w:rsidRDefault="00000000">
      <w:pPr>
        <w:keepLines/>
        <w:spacing w:after="120"/>
      </w:pPr>
      <w:r>
        <w:t>________________________________________________________________________________</w:t>
      </w:r>
    </w:p>
    <w:p w14:paraId="3D0D9280" w14:textId="77777777" w:rsidR="00610360" w:rsidRDefault="00000000">
      <w:pPr>
        <w:pStyle w:val="Heading2"/>
        <w:spacing w:after="120"/>
      </w:pPr>
      <w:r>
        <w:rPr>
          <w:rFonts w:ascii="Aptos" w:hAnsi="Aptos"/>
        </w:rPr>
        <w:t>Speaking Skill Checks</w:t>
      </w:r>
    </w:p>
    <w:p w14:paraId="4CBA1616" w14:textId="77777777" w:rsidR="00610360" w:rsidRDefault="00000000">
      <w:pPr>
        <w:keepLines/>
        <w:spacing w:after="120"/>
      </w:pPr>
      <w:r>
        <w:rPr>
          <w:b/>
          <w:color w:val="0B2E4A"/>
        </w:rPr>
        <w:t>Introduce yourself en four sentences.</w:t>
      </w:r>
    </w:p>
    <w:p w14:paraId="19EE1ED0" w14:textId="77777777" w:rsidR="00610360" w:rsidRDefault="00000000">
      <w:pPr>
        <w:keepLines/>
        <w:spacing w:after="120"/>
      </w:pPr>
      <w:r>
        <w:t>________________________________________________________________________________</w:t>
      </w:r>
    </w:p>
    <w:p w14:paraId="5F20DCB7" w14:textId="77777777" w:rsidR="00610360" w:rsidRDefault="00000000">
      <w:pPr>
        <w:keepLines/>
        <w:spacing w:after="120"/>
      </w:pPr>
      <w:r>
        <w:t>________________________________________________________________________________</w:t>
      </w:r>
    </w:p>
    <w:p w14:paraId="0AC03971" w14:textId="77777777" w:rsidR="00610360" w:rsidRDefault="00000000">
      <w:pPr>
        <w:keepLines/>
        <w:spacing w:after="120"/>
      </w:pPr>
      <w:r>
        <w:rPr>
          <w:b/>
          <w:color w:val="0B2E4A"/>
        </w:rPr>
        <w:t>Ask for water, coffee, and help politely.</w:t>
      </w:r>
    </w:p>
    <w:p w14:paraId="0B68592E" w14:textId="77777777" w:rsidR="00610360" w:rsidRDefault="00000000">
      <w:pPr>
        <w:keepLines/>
        <w:spacing w:after="120"/>
      </w:pPr>
      <w:r>
        <w:t>________________________________________________________________________________</w:t>
      </w:r>
    </w:p>
    <w:p w14:paraId="3D31E4DF" w14:textId="77777777" w:rsidR="00610360" w:rsidRDefault="00000000">
      <w:pPr>
        <w:keepLines/>
        <w:spacing w:after="120"/>
      </w:pPr>
      <w:r>
        <w:t>________________________________________________________________________________</w:t>
      </w:r>
    </w:p>
    <w:p w14:paraId="3E260A77" w14:textId="77777777" w:rsidR="00610360" w:rsidRDefault="00000000">
      <w:pPr>
        <w:keepLines/>
        <w:spacing w:after="120"/>
      </w:pPr>
      <w:r>
        <w:rPr>
          <w:b/>
          <w:color w:val="0B2E4A"/>
        </w:rPr>
        <w:t>Tell what you did yesterday using pa.</w:t>
      </w:r>
    </w:p>
    <w:p w14:paraId="546C4DB2" w14:textId="77777777" w:rsidR="00610360" w:rsidRDefault="00000000">
      <w:pPr>
        <w:keepLines/>
        <w:spacing w:after="120"/>
      </w:pPr>
      <w:r>
        <w:t>________________________________________________________________________________</w:t>
      </w:r>
    </w:p>
    <w:p w14:paraId="59ED9708" w14:textId="77777777" w:rsidR="00610360" w:rsidRDefault="00000000">
      <w:pPr>
        <w:keepLines/>
        <w:spacing w:after="120"/>
      </w:pPr>
      <w:r>
        <w:t>________________________________________________________________________________</w:t>
      </w:r>
    </w:p>
    <w:p w14:paraId="0AC7E0EE" w14:textId="77777777" w:rsidR="00610360" w:rsidRDefault="00000000">
      <w:pPr>
        <w:keepLines/>
        <w:spacing w:after="120"/>
      </w:pPr>
      <w:r>
        <w:rPr>
          <w:b/>
          <w:color w:val="0B2E4A"/>
        </w:rPr>
        <w:t>Tell what you will do tomorrow using va.</w:t>
      </w:r>
    </w:p>
    <w:p w14:paraId="310CC7D4" w14:textId="77777777" w:rsidR="00610360" w:rsidRDefault="00000000">
      <w:pPr>
        <w:keepLines/>
        <w:spacing w:after="120"/>
      </w:pPr>
      <w:r>
        <w:t>________________________________________________________________________________</w:t>
      </w:r>
    </w:p>
    <w:p w14:paraId="525AE0CA" w14:textId="77777777" w:rsidR="00610360" w:rsidRDefault="00000000">
      <w:pPr>
        <w:keepLines/>
        <w:spacing w:after="120"/>
      </w:pPr>
      <w:r>
        <w:t>________________________________________________________________________________</w:t>
      </w:r>
    </w:p>
    <w:p w14:paraId="036E77E2" w14:textId="77777777" w:rsidR="00610360" w:rsidRDefault="00000000">
      <w:pPr>
        <w:keepLines/>
        <w:spacing w:after="120"/>
      </w:pPr>
      <w:r>
        <w:rPr>
          <w:b/>
          <w:color w:val="0B2E4A"/>
        </w:rPr>
        <w:t>Describe your family or work en five simple sentences.</w:t>
      </w:r>
    </w:p>
    <w:p w14:paraId="3FF9CC0E" w14:textId="77777777" w:rsidR="00610360" w:rsidRDefault="00000000">
      <w:pPr>
        <w:keepLines/>
        <w:spacing w:after="120"/>
      </w:pPr>
      <w:r>
        <w:t>________________________________________________________________________________</w:t>
      </w:r>
    </w:p>
    <w:p w14:paraId="6D15FC57" w14:textId="77777777" w:rsidR="00610360" w:rsidRDefault="00000000">
      <w:pPr>
        <w:keepLines/>
        <w:spacing w:after="120"/>
      </w:pPr>
      <w:r>
        <w:t>________________________________________________________________________________</w:t>
      </w:r>
    </w:p>
    <w:p w14:paraId="7F7E8BD7" w14:textId="77777777" w:rsidR="00610360" w:rsidRDefault="00000000">
      <w:pPr>
        <w:keepLines/>
        <w:spacing w:after="120"/>
      </w:pPr>
      <w:r>
        <w:rPr>
          <w:b/>
          <w:color w:val="0B2E4A"/>
        </w:rPr>
        <w:t>Read Reading 3 aloud with no silent letters.</w:t>
      </w:r>
    </w:p>
    <w:p w14:paraId="34C7A939" w14:textId="77777777" w:rsidR="00610360" w:rsidRDefault="00000000">
      <w:pPr>
        <w:keepLines/>
        <w:spacing w:after="120"/>
      </w:pPr>
      <w:r>
        <w:t>________________________________________________________________________________</w:t>
      </w:r>
    </w:p>
    <w:p w14:paraId="6AB3BBC2" w14:textId="77777777" w:rsidR="00610360" w:rsidRDefault="00000000">
      <w:pPr>
        <w:keepLines/>
        <w:spacing w:after="120"/>
      </w:pPr>
      <w:r>
        <w:t>________________________________________________________________________________</w:t>
      </w:r>
    </w:p>
    <w:p w14:paraId="0C36E955" w14:textId="77777777" w:rsidR="00610360" w:rsidRDefault="00000000">
      <w:pPr>
        <w:pStyle w:val="Heading2"/>
        <w:spacing w:after="120"/>
      </w:pPr>
      <w:r>
        <w:rPr>
          <w:rFonts w:ascii="Aptos" w:hAnsi="Aptos"/>
        </w:rPr>
        <w:t>Final Beginner Translation Test</w:t>
      </w:r>
    </w:p>
    <w:p w14:paraId="31A20BEA" w14:textId="77777777" w:rsidR="00610360" w:rsidRDefault="00000000">
      <w:pPr>
        <w:keepLines/>
        <w:spacing w:after="120"/>
      </w:pPr>
      <w:r>
        <w:rPr>
          <w:b/>
          <w:color w:val="0B2E4A"/>
        </w:rPr>
        <w:t>1. Translate to Claralinga: I am learning Claralinga.</w:t>
      </w:r>
    </w:p>
    <w:p w14:paraId="30AFE607" w14:textId="77777777" w:rsidR="00610360" w:rsidRDefault="00000000">
      <w:pPr>
        <w:keepLines/>
        <w:spacing w:after="120"/>
      </w:pPr>
      <w:r>
        <w:t>________________________________________________________________________________</w:t>
      </w:r>
    </w:p>
    <w:p w14:paraId="67186219" w14:textId="77777777" w:rsidR="00610360" w:rsidRDefault="00000000">
      <w:pPr>
        <w:keepLines/>
        <w:spacing w:after="120"/>
      </w:pPr>
      <w:r>
        <w:t>________________________________________________________________________________</w:t>
      </w:r>
    </w:p>
    <w:p w14:paraId="2D7844D5" w14:textId="77777777" w:rsidR="00610360" w:rsidRDefault="00000000">
      <w:pPr>
        <w:keepLines/>
        <w:spacing w:after="120"/>
      </w:pPr>
      <w:r>
        <w:rPr>
          <w:b/>
          <w:color w:val="0B2E4A"/>
        </w:rPr>
        <w:t>2. Translate to Claralinga: We visited the city yesterday.</w:t>
      </w:r>
    </w:p>
    <w:p w14:paraId="79F55A7E" w14:textId="77777777" w:rsidR="00610360" w:rsidRDefault="00000000">
      <w:pPr>
        <w:keepLines/>
        <w:spacing w:after="120"/>
      </w:pPr>
      <w:r>
        <w:t>________________________________________________________________________________</w:t>
      </w:r>
    </w:p>
    <w:p w14:paraId="549DA00A" w14:textId="77777777" w:rsidR="00610360" w:rsidRDefault="00000000">
      <w:pPr>
        <w:keepLines/>
        <w:spacing w:after="120"/>
      </w:pPr>
      <w:r>
        <w:t>________________________________________________________________________________</w:t>
      </w:r>
    </w:p>
    <w:p w14:paraId="3E117AAC" w14:textId="77777777" w:rsidR="00610360" w:rsidRDefault="00000000">
      <w:pPr>
        <w:keepLines/>
        <w:spacing w:after="120"/>
      </w:pPr>
      <w:r>
        <w:rPr>
          <w:b/>
          <w:color w:val="0B2E4A"/>
        </w:rPr>
        <w:t>3. Translate to Claralinga: They will arrive at the hotel tomorrow.</w:t>
      </w:r>
    </w:p>
    <w:p w14:paraId="3F9BE68F" w14:textId="77777777" w:rsidR="00610360" w:rsidRDefault="00000000">
      <w:pPr>
        <w:keepLines/>
        <w:spacing w:after="120"/>
      </w:pPr>
      <w:r>
        <w:t>________________________________________________________________________________</w:t>
      </w:r>
    </w:p>
    <w:p w14:paraId="5AE8E021" w14:textId="77777777" w:rsidR="00610360" w:rsidRDefault="00000000">
      <w:pPr>
        <w:keepLines/>
        <w:spacing w:after="120"/>
      </w:pPr>
      <w:r>
        <w:t>________________________________________________________________________________</w:t>
      </w:r>
    </w:p>
    <w:p w14:paraId="32EB2635" w14:textId="77777777" w:rsidR="00610360" w:rsidRDefault="00000000">
      <w:pPr>
        <w:keepLines/>
        <w:spacing w:after="120"/>
      </w:pPr>
      <w:r>
        <w:rPr>
          <w:b/>
          <w:color w:val="0B2E4A"/>
        </w:rPr>
        <w:t>4. Translate to Claralinga: Please speak slowly.</w:t>
      </w:r>
    </w:p>
    <w:p w14:paraId="02259F64" w14:textId="77777777" w:rsidR="00610360" w:rsidRDefault="00000000">
      <w:pPr>
        <w:keepLines/>
        <w:spacing w:after="120"/>
      </w:pPr>
      <w:r>
        <w:t>________________________________________________________________________________</w:t>
      </w:r>
    </w:p>
    <w:p w14:paraId="78607486" w14:textId="77777777" w:rsidR="00610360" w:rsidRDefault="00000000">
      <w:pPr>
        <w:keepLines/>
        <w:spacing w:after="120"/>
      </w:pPr>
      <w:r>
        <w:t>________________________________________________________________________________</w:t>
      </w:r>
    </w:p>
    <w:p w14:paraId="2763378A" w14:textId="77777777" w:rsidR="00610360" w:rsidRDefault="00000000">
      <w:pPr>
        <w:keepLines/>
        <w:spacing w:after="120"/>
      </w:pPr>
      <w:r>
        <w:rPr>
          <w:b/>
          <w:color w:val="0B2E4A"/>
        </w:rPr>
        <w:t>5. Translate to Claralinga: Where is the road?</w:t>
      </w:r>
    </w:p>
    <w:p w14:paraId="2456611B" w14:textId="77777777" w:rsidR="00610360" w:rsidRDefault="00000000">
      <w:pPr>
        <w:keepLines/>
        <w:spacing w:after="120"/>
      </w:pPr>
      <w:r>
        <w:t>________________________________________________________________________________</w:t>
      </w:r>
    </w:p>
    <w:p w14:paraId="20D81696" w14:textId="77777777" w:rsidR="00610360" w:rsidRDefault="00000000">
      <w:pPr>
        <w:keepLines/>
        <w:spacing w:after="120"/>
      </w:pPr>
      <w:r>
        <w:t>________________________________________________________________________________</w:t>
      </w:r>
    </w:p>
    <w:p w14:paraId="1CE740CD" w14:textId="77777777" w:rsidR="00610360" w:rsidRDefault="00000000">
      <w:pPr>
        <w:keepLines/>
        <w:spacing w:after="120"/>
      </w:pPr>
      <w:r>
        <w:rPr>
          <w:b/>
          <w:color w:val="0B2E4A"/>
        </w:rPr>
        <w:t>6. Translate to Claralinga: My family is here.</w:t>
      </w:r>
    </w:p>
    <w:p w14:paraId="6EADB6CF" w14:textId="77777777" w:rsidR="00610360" w:rsidRDefault="00000000">
      <w:pPr>
        <w:keepLines/>
        <w:spacing w:after="120"/>
      </w:pPr>
      <w:r>
        <w:t>________________________________________________________________________________</w:t>
      </w:r>
    </w:p>
    <w:p w14:paraId="194B2833" w14:textId="77777777" w:rsidR="00610360" w:rsidRDefault="00000000">
      <w:pPr>
        <w:keepLines/>
        <w:spacing w:after="120"/>
      </w:pPr>
      <w:r>
        <w:t>________________________________________________________________________________</w:t>
      </w:r>
    </w:p>
    <w:p w14:paraId="7351EFE3" w14:textId="77777777" w:rsidR="00610360" w:rsidRDefault="00000000">
      <w:pPr>
        <w:keepLines/>
        <w:spacing w:after="120"/>
      </w:pPr>
      <w:r>
        <w:rPr>
          <w:b/>
          <w:color w:val="0B2E4A"/>
        </w:rPr>
        <w:t>7. Translate to Claralinga: She has already read the book.</w:t>
      </w:r>
    </w:p>
    <w:p w14:paraId="296CBC9F" w14:textId="77777777" w:rsidR="00610360" w:rsidRDefault="00000000">
      <w:pPr>
        <w:keepLines/>
        <w:spacing w:after="120"/>
      </w:pPr>
      <w:r>
        <w:t>________________________________________________________________________________</w:t>
      </w:r>
    </w:p>
    <w:p w14:paraId="4B8CDBA1" w14:textId="77777777" w:rsidR="00610360" w:rsidRDefault="00000000">
      <w:pPr>
        <w:keepLines/>
        <w:spacing w:after="120"/>
      </w:pPr>
      <w:r>
        <w:t>________________________________________________________________________________</w:t>
      </w:r>
    </w:p>
    <w:p w14:paraId="75D28E58" w14:textId="77777777" w:rsidR="00610360" w:rsidRDefault="00000000">
      <w:pPr>
        <w:keepLines/>
        <w:spacing w:after="120"/>
      </w:pPr>
      <w:r>
        <w:rPr>
          <w:b/>
          <w:color w:val="0B2E4A"/>
        </w:rPr>
        <w:t>8. Translate to Claralinga: I do not understand this word.</w:t>
      </w:r>
    </w:p>
    <w:p w14:paraId="29ABC486" w14:textId="77777777" w:rsidR="00610360" w:rsidRDefault="00000000">
      <w:pPr>
        <w:keepLines/>
        <w:spacing w:after="120"/>
      </w:pPr>
      <w:r>
        <w:t>________________________________________________________________________________</w:t>
      </w:r>
    </w:p>
    <w:p w14:paraId="3D9F1A94" w14:textId="77777777" w:rsidR="00610360" w:rsidRDefault="00000000">
      <w:pPr>
        <w:keepLines/>
        <w:spacing w:after="120"/>
      </w:pPr>
      <w:r>
        <w:t>________________________________________________________________________________</w:t>
      </w:r>
    </w:p>
    <w:p w14:paraId="1BCB67B3" w14:textId="77777777" w:rsidR="00610360" w:rsidRDefault="00000000">
      <w:pPr>
        <w:keepLines/>
        <w:spacing w:after="120"/>
      </w:pPr>
      <w:r>
        <w:rPr>
          <w:b/>
          <w:color w:val="0B2E4A"/>
        </w:rPr>
        <w:t>9. Translate to Claralinga: How much does the coffee cost?</w:t>
      </w:r>
    </w:p>
    <w:p w14:paraId="6555FFE3" w14:textId="77777777" w:rsidR="00610360" w:rsidRDefault="00000000">
      <w:pPr>
        <w:keepLines/>
        <w:spacing w:after="120"/>
      </w:pPr>
      <w:r>
        <w:t>________________________________________________________________________________</w:t>
      </w:r>
    </w:p>
    <w:p w14:paraId="2F469AB5" w14:textId="77777777" w:rsidR="00610360" w:rsidRDefault="00000000">
      <w:pPr>
        <w:keepLines/>
        <w:spacing w:after="120"/>
      </w:pPr>
      <w:r>
        <w:t>________________________________________________________________________________</w:t>
      </w:r>
    </w:p>
    <w:p w14:paraId="42A9D32B" w14:textId="77777777" w:rsidR="00610360" w:rsidRDefault="00000000">
      <w:pPr>
        <w:keepLines/>
        <w:spacing w:after="120"/>
      </w:pPr>
      <w:r>
        <w:rPr>
          <w:b/>
          <w:color w:val="0B2E4A"/>
        </w:rPr>
        <w:t>10. Translate to Claralinga: Claralinga is clear and simple.</w:t>
      </w:r>
    </w:p>
    <w:p w14:paraId="0816E20E" w14:textId="77777777" w:rsidR="00610360" w:rsidRDefault="00000000">
      <w:pPr>
        <w:keepLines/>
        <w:spacing w:after="120"/>
      </w:pPr>
      <w:r>
        <w:t>________________________________________________________________________________</w:t>
      </w:r>
    </w:p>
    <w:p w14:paraId="70EAE6DC" w14:textId="77777777" w:rsidR="00610360" w:rsidRDefault="00000000">
      <w:pPr>
        <w:keepLines/>
        <w:spacing w:after="120"/>
      </w:pPr>
      <w:r>
        <w:t>________________________________________________________________________________</w:t>
      </w:r>
    </w:p>
    <w:p w14:paraId="7EA77377" w14:textId="77777777" w:rsidR="00610360" w:rsidRDefault="00000000">
      <w:pPr>
        <w:spacing w:after="120"/>
      </w:pPr>
      <w:r/>
    </w:p>
    <w:p w14:paraId="79058BA5" w14:textId="77777777" w:rsidR="00610360" w:rsidRDefault="00000000">
      <w:pPr>
        <w:pStyle w:val="Heading1"/>
        <w:spacing w:after="120"/>
      </w:pPr>
      <w:r>
        <w:rPr>
          <w:rFonts w:ascii="Aptos" w:hAnsi="Aptos"/>
        </w:rPr>
        <w:t>Answer Key</w:t>
      </w:r>
    </w:p>
    <w:tbl>
      <w:tblPr>
        <w:tblW w:w="0" w:type="auto"/>
        <w:jc w:val="center"/>
        <w:tblLook w:val="04A0" w:firstRow="1" w:lastRow="0" w:firstColumn="1" w:lastColumn="0" w:noHBand="0" w:noVBand="1"/>
      </w:tblPr>
      <w:tblGrid>
        <w:gridCol w:w="10368"/>
      </w:tblGrid>
      <w:tr w:rsidR="00610360" w14:paraId="44801E1C" w14:textId="77777777">
        <w:trPr>
          <w:jc w:val="center"/>
        </w:trPr>
        <w:tc>
          <w:tcPr>
            <w:tcW w:w="10368" w:type="dxa"/>
            <w:tcBorders>
              <w:top w:val="single" w:sz="4" w:space="0" w:color="5AA9B4"/>
              <w:left w:val="single" w:sz="4" w:space="0" w:color="5AA9B4"/>
              <w:bottom w:val="single" w:sz="4" w:space="0" w:color="5AA9B4"/>
              <w:right w:val="single" w:sz="4" w:space="0" w:color="5AA9B4"/>
            </w:tcBorders>
            <w:shd w:val="clear" w:color="auto" w:fill="EAF7F7"/>
          </w:tcPr>
          <w:p w14:paraId="64CB3D0A" w14:textId="77777777" w:rsidR="00610360" w:rsidRDefault="00000000">
            <w:pPr>
              <w:spacing w:after="40"/>
            </w:pPr>
            <w:r>
              <w:rPr>
                <w:b/>
                <w:color w:val="0B2E4A"/>
              </w:rPr>
              <w:t>How to use this answer key</w:t>
            </w:r>
          </w:p>
          <w:p w14:paraId="63F18B76" w14:textId="77777777" w:rsidR="00610360" w:rsidRDefault="00000000">
            <w:pPr>
              <w:spacing w:after="0"/>
            </w:pPr>
            <w:r>
              <w:rPr>
                <w:sz w:val="18"/>
              </w:rPr>
              <w:t>Some answers may vary. Claralinga is flexible as long as the sentence stays clear and follows the grammar. The answers below give strong model answers.</w:t>
            </w:r>
          </w:p>
        </w:tc>
      </w:tr>
    </w:tbl>
    <w:p w14:paraId="020FF5C3" w14:textId="77777777" w:rsidR="00610360" w:rsidRDefault="00000000">
      <w:pPr>
        <w:pStyle w:val="Heading2"/>
        <w:spacing w:after="120"/>
      </w:pPr>
      <w:r>
        <w:rPr>
          <w:rFonts w:ascii="Aptos" w:hAnsi="Aptos"/>
        </w:rPr>
        <w:t>Lesson 1 Model Answers</w:t>
      </w:r>
    </w:p>
    <w:tbl>
      <w:tblPr>
        <w:tblW w:w="0" w:type="auto"/>
        <w:jc w:val="center"/>
        <w:tblLook w:val="04A0" w:firstRow="1" w:lastRow="0" w:firstColumn="1" w:lastColumn="0" w:noHBand="0" w:noVBand="1"/>
      </w:tblPr>
      <w:tblGrid>
        <w:gridCol w:w="5184"/>
        <w:gridCol w:w="5184"/>
      </w:tblGrid>
      <w:tr w:rsidR="00610360" w14:paraId="16F00ECE"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953E84C"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30376C3" w14:textId="77777777" w:rsidR="00610360" w:rsidRDefault="00000000">
            <w:pPr>
              <w:spacing w:after="0"/>
            </w:pPr>
            <w:r>
              <w:rPr>
                <w:b/>
                <w:color w:val="FFFFFF"/>
                <w:sz w:val="17"/>
              </w:rPr>
              <w:t>Model Answer</w:t>
            </w:r>
          </w:p>
        </w:tc>
      </w:tr>
      <w:tr w:rsidR="00610360" w14:paraId="7224D08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274A0E6" w14:textId="77777777" w:rsidR="00610360" w:rsidRDefault="00000000">
            <w:pPr>
              <w:spacing w:after="0"/>
            </w:pPr>
            <w:r>
              <w:rPr>
                <w:sz w:val="17"/>
              </w:rPr>
              <w:t>1.1</w:t>
            </w:r>
          </w:p>
        </w:tc>
        <w:tc>
          <w:tcPr>
            <w:tcW w:w="5184" w:type="dxa"/>
            <w:tcBorders>
              <w:top w:val="single" w:sz="4" w:space="0" w:color="D8E6EC"/>
              <w:left w:val="single" w:sz="4" w:space="0" w:color="D8E6EC"/>
              <w:bottom w:val="single" w:sz="4" w:space="0" w:color="D8E6EC"/>
              <w:right w:val="single" w:sz="4" w:space="0" w:color="D8E6EC"/>
            </w:tcBorders>
            <w:vAlign w:val="center"/>
          </w:tcPr>
          <w:p w14:paraId="1F4D438A" w14:textId="77777777" w:rsidR="00610360" w:rsidRDefault="00000000">
            <w:pPr>
              <w:spacing w:after="0"/>
            </w:pPr>
            <w:r>
              <w:rPr>
                <w:sz w:val="17"/>
              </w:rPr>
              <w:t>Hello. My name is Chad.</w:t>
            </w:r>
          </w:p>
        </w:tc>
      </w:tr>
      <w:tr w:rsidR="00610360" w14:paraId="55CD873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9600118" w14:textId="77777777" w:rsidR="00610360" w:rsidRDefault="00000000">
            <w:pPr>
              <w:spacing w:after="0"/>
            </w:pPr>
            <w:r>
              <w:rPr>
                <w:sz w:val="17"/>
              </w:rPr>
              <w:t>1.2</w:t>
            </w:r>
          </w:p>
        </w:tc>
        <w:tc>
          <w:tcPr>
            <w:tcW w:w="5184" w:type="dxa"/>
            <w:tcBorders>
              <w:top w:val="single" w:sz="4" w:space="0" w:color="D8E6EC"/>
              <w:left w:val="single" w:sz="4" w:space="0" w:color="D8E6EC"/>
              <w:bottom w:val="single" w:sz="4" w:space="0" w:color="D8E6EC"/>
              <w:right w:val="single" w:sz="4" w:space="0" w:color="D8E6EC"/>
            </w:tcBorders>
            <w:vAlign w:val="center"/>
          </w:tcPr>
          <w:p w14:paraId="43169E8E" w14:textId="77777777" w:rsidR="00610360" w:rsidRDefault="00000000">
            <w:pPr>
              <w:spacing w:after="0"/>
            </w:pPr>
            <w:r>
              <w:rPr>
                <w:sz w:val="17"/>
              </w:rPr>
              <w:t>You are a good friend.</w:t>
            </w:r>
          </w:p>
        </w:tc>
      </w:tr>
      <w:tr w:rsidR="00610360" w14:paraId="45F0181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8C892A8" w14:textId="77777777" w:rsidR="00610360" w:rsidRDefault="00000000">
            <w:pPr>
              <w:spacing w:after="0"/>
            </w:pPr>
            <w:r>
              <w:rPr>
                <w:sz w:val="17"/>
              </w:rPr>
              <w:t>1.3</w:t>
            </w:r>
          </w:p>
        </w:tc>
        <w:tc>
          <w:tcPr>
            <w:tcW w:w="5184" w:type="dxa"/>
            <w:tcBorders>
              <w:top w:val="single" w:sz="4" w:space="0" w:color="D8E6EC"/>
              <w:left w:val="single" w:sz="4" w:space="0" w:color="D8E6EC"/>
              <w:bottom w:val="single" w:sz="4" w:space="0" w:color="D8E6EC"/>
              <w:right w:val="single" w:sz="4" w:space="0" w:color="D8E6EC"/>
            </w:tcBorders>
            <w:vAlign w:val="center"/>
          </w:tcPr>
          <w:p w14:paraId="51AF1CC8" w14:textId="77777777" w:rsidR="00610360" w:rsidRDefault="00000000">
            <w:pPr>
              <w:spacing w:after="0"/>
            </w:pPr>
            <w:r>
              <w:rPr>
                <w:sz w:val="17"/>
              </w:rPr>
              <w:t>Mi nom es [your name].</w:t>
            </w:r>
          </w:p>
        </w:tc>
      </w:tr>
      <w:tr w:rsidR="00610360" w14:paraId="5150916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6DA3395" w14:textId="77777777" w:rsidR="00610360" w:rsidRDefault="00000000">
            <w:pPr>
              <w:spacing w:after="0"/>
            </w:pPr>
            <w:r>
              <w:rPr>
                <w:sz w:val="17"/>
              </w:rPr>
              <w:t>1.4</w:t>
            </w:r>
          </w:p>
        </w:tc>
        <w:tc>
          <w:tcPr>
            <w:tcW w:w="5184" w:type="dxa"/>
            <w:tcBorders>
              <w:top w:val="single" w:sz="4" w:space="0" w:color="D8E6EC"/>
              <w:left w:val="single" w:sz="4" w:space="0" w:color="D8E6EC"/>
              <w:bottom w:val="single" w:sz="4" w:space="0" w:color="D8E6EC"/>
              <w:right w:val="single" w:sz="4" w:space="0" w:color="D8E6EC"/>
            </w:tcBorders>
            <w:vAlign w:val="center"/>
          </w:tcPr>
          <w:p w14:paraId="1BF99833" w14:textId="77777777" w:rsidR="00610360" w:rsidRDefault="00000000">
            <w:pPr>
              <w:spacing w:after="0"/>
            </w:pPr>
            <w:r>
              <w:rPr>
                <w:sz w:val="17"/>
              </w:rPr>
              <w:t>Kom tu es?</w:t>
            </w:r>
          </w:p>
        </w:tc>
      </w:tr>
      <w:tr w:rsidR="00610360" w14:paraId="58BDC77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AE7E595" w14:textId="77777777" w:rsidR="00610360" w:rsidRDefault="00000000">
            <w:pPr>
              <w:spacing w:after="0"/>
            </w:pPr>
            <w:r>
              <w:rPr>
                <w:sz w:val="17"/>
              </w:rPr>
              <w:t>1.5</w:t>
            </w:r>
          </w:p>
        </w:tc>
        <w:tc>
          <w:tcPr>
            <w:tcW w:w="5184" w:type="dxa"/>
            <w:tcBorders>
              <w:top w:val="single" w:sz="4" w:space="0" w:color="D8E6EC"/>
              <w:left w:val="single" w:sz="4" w:space="0" w:color="D8E6EC"/>
              <w:bottom w:val="single" w:sz="4" w:space="0" w:color="D8E6EC"/>
              <w:right w:val="single" w:sz="4" w:space="0" w:color="D8E6EC"/>
            </w:tcBorders>
            <w:vAlign w:val="center"/>
          </w:tcPr>
          <w:p w14:paraId="4D5F3695" w14:textId="77777777" w:rsidR="00610360" w:rsidRDefault="00000000">
            <w:pPr>
              <w:spacing w:after="0"/>
            </w:pPr>
            <w:r>
              <w:rPr>
                <w:sz w:val="17"/>
              </w:rPr>
              <w:t>Mi nu aprende Claralinga.</w:t>
            </w:r>
          </w:p>
        </w:tc>
      </w:tr>
    </w:tbl>
    <w:p w14:paraId="039A4287" w14:textId="77777777" w:rsidR="00610360" w:rsidRDefault="00000000">
      <w:pPr>
        <w:pStyle w:val="Heading2"/>
        <w:spacing w:after="120"/>
      </w:pPr>
      <w:r>
        <w:rPr>
          <w:rFonts w:ascii="Aptos" w:hAnsi="Aptos"/>
        </w:rPr>
        <w:t>Lesson 2 Model Answers</w:t>
      </w:r>
    </w:p>
    <w:tbl>
      <w:tblPr>
        <w:tblW w:w="0" w:type="auto"/>
        <w:jc w:val="center"/>
        <w:tblLook w:val="04A0" w:firstRow="1" w:lastRow="0" w:firstColumn="1" w:lastColumn="0" w:noHBand="0" w:noVBand="1"/>
      </w:tblPr>
      <w:tblGrid>
        <w:gridCol w:w="5184"/>
        <w:gridCol w:w="5184"/>
      </w:tblGrid>
      <w:tr w:rsidR="00610360" w14:paraId="1DA62207"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FF6F927"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0C12B47" w14:textId="77777777" w:rsidR="00610360" w:rsidRDefault="00000000">
            <w:pPr>
              <w:spacing w:after="0"/>
            </w:pPr>
            <w:r>
              <w:rPr>
                <w:b/>
                <w:color w:val="FFFFFF"/>
                <w:sz w:val="17"/>
              </w:rPr>
              <w:t>Model Answer</w:t>
            </w:r>
          </w:p>
        </w:tc>
      </w:tr>
      <w:tr w:rsidR="00610360" w14:paraId="4FC6E95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9743B37" w14:textId="77777777" w:rsidR="00610360" w:rsidRDefault="00000000">
            <w:pPr>
              <w:spacing w:after="0"/>
            </w:pPr>
            <w:r>
              <w:rPr>
                <w:sz w:val="17"/>
              </w:rPr>
              <w:t>2.1</w:t>
            </w:r>
          </w:p>
        </w:tc>
        <w:tc>
          <w:tcPr>
            <w:tcW w:w="5184" w:type="dxa"/>
            <w:tcBorders>
              <w:top w:val="single" w:sz="4" w:space="0" w:color="D8E6EC"/>
              <w:left w:val="single" w:sz="4" w:space="0" w:color="D8E6EC"/>
              <w:bottom w:val="single" w:sz="4" w:space="0" w:color="D8E6EC"/>
              <w:right w:val="single" w:sz="4" w:space="0" w:color="D8E6EC"/>
            </w:tcBorders>
            <w:vAlign w:val="center"/>
          </w:tcPr>
          <w:p w14:paraId="4B106A32" w14:textId="77777777" w:rsidR="00610360" w:rsidRDefault="00000000">
            <w:pPr>
              <w:spacing w:after="0"/>
            </w:pPr>
            <w:r>
              <w:rPr>
                <w:sz w:val="17"/>
              </w:rPr>
              <w:t>Mi vide un libro.</w:t>
            </w:r>
          </w:p>
        </w:tc>
      </w:tr>
      <w:tr w:rsidR="00610360" w14:paraId="1E4F7F3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CF36F87" w14:textId="77777777" w:rsidR="00610360" w:rsidRDefault="00000000">
            <w:pPr>
              <w:spacing w:after="0"/>
            </w:pPr>
            <w:r>
              <w:rPr>
                <w:sz w:val="17"/>
              </w:rPr>
              <w:t>2.2</w:t>
            </w:r>
          </w:p>
        </w:tc>
        <w:tc>
          <w:tcPr>
            <w:tcW w:w="5184" w:type="dxa"/>
            <w:tcBorders>
              <w:top w:val="single" w:sz="4" w:space="0" w:color="D8E6EC"/>
              <w:left w:val="single" w:sz="4" w:space="0" w:color="D8E6EC"/>
              <w:bottom w:val="single" w:sz="4" w:space="0" w:color="D8E6EC"/>
              <w:right w:val="single" w:sz="4" w:space="0" w:color="D8E6EC"/>
            </w:tcBorders>
            <w:vAlign w:val="center"/>
          </w:tcPr>
          <w:p w14:paraId="420A403F" w14:textId="77777777" w:rsidR="00610360" w:rsidRDefault="00000000">
            <w:pPr>
              <w:spacing w:after="0"/>
            </w:pPr>
            <w:r>
              <w:rPr>
                <w:sz w:val="17"/>
              </w:rPr>
              <w:t>We love music.</w:t>
            </w:r>
          </w:p>
        </w:tc>
      </w:tr>
      <w:tr w:rsidR="00610360" w14:paraId="2582021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ACF2728" w14:textId="77777777" w:rsidR="00610360" w:rsidRDefault="00000000">
            <w:pPr>
              <w:spacing w:after="0"/>
            </w:pPr>
            <w:r>
              <w:rPr>
                <w:sz w:val="17"/>
              </w:rPr>
              <w:t>2.3</w:t>
            </w:r>
          </w:p>
        </w:tc>
        <w:tc>
          <w:tcPr>
            <w:tcW w:w="5184" w:type="dxa"/>
            <w:tcBorders>
              <w:top w:val="single" w:sz="4" w:space="0" w:color="D8E6EC"/>
              <w:left w:val="single" w:sz="4" w:space="0" w:color="D8E6EC"/>
              <w:bottom w:val="single" w:sz="4" w:space="0" w:color="D8E6EC"/>
              <w:right w:val="single" w:sz="4" w:space="0" w:color="D8E6EC"/>
            </w:tcBorders>
            <w:vAlign w:val="center"/>
          </w:tcPr>
          <w:p w14:paraId="281E17C1" w14:textId="77777777" w:rsidR="00610360" w:rsidRDefault="00000000">
            <w:pPr>
              <w:spacing w:after="0"/>
            </w:pPr>
            <w:r>
              <w:rPr>
                <w:sz w:val="17"/>
              </w:rPr>
              <w:t>Ela skribe un letra.</w:t>
            </w:r>
          </w:p>
        </w:tc>
      </w:tr>
      <w:tr w:rsidR="00610360" w:rsidRPr="00C12360" w14:paraId="05C16CD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796B799" w14:textId="77777777" w:rsidR="00610360" w:rsidRDefault="00000000">
            <w:pPr>
              <w:spacing w:after="0"/>
            </w:pPr>
            <w:r>
              <w:rPr>
                <w:sz w:val="17"/>
              </w:rPr>
              <w:t>2.4</w:t>
            </w:r>
          </w:p>
        </w:tc>
        <w:tc>
          <w:tcPr>
            <w:tcW w:w="5184" w:type="dxa"/>
            <w:tcBorders>
              <w:top w:val="single" w:sz="4" w:space="0" w:color="D8E6EC"/>
              <w:left w:val="single" w:sz="4" w:space="0" w:color="D8E6EC"/>
              <w:bottom w:val="single" w:sz="4" w:space="0" w:color="D8E6EC"/>
              <w:right w:val="single" w:sz="4" w:space="0" w:color="D8E6EC"/>
            </w:tcBorders>
            <w:vAlign w:val="center"/>
          </w:tcPr>
          <w:p w14:paraId="3C0E2580" w14:textId="77777777" w:rsidR="00610360" w:rsidRPr="00C12360" w:rsidRDefault="00000000">
            <w:pPr>
              <w:spacing w:after="0"/>
              <w:rPr>
                <w:lang w:val="es-ES"/>
              </w:rPr>
            </w:pPr>
            <w:r w:rsidRPr="00C12360">
              <w:rPr>
                <w:sz w:val="17"/>
                <w:lang w:val="es-ES"/>
              </w:rPr>
              <w:t xml:space="preserve">Mi voli </w:t>
            </w:r>
            <w:proofErr w:type="spellStart"/>
            <w:r w:rsidRPr="00C12360">
              <w:rPr>
                <w:sz w:val="17"/>
                <w:lang w:val="es-ES"/>
              </w:rPr>
              <w:t>akua</w:t>
            </w:r>
            <w:proofErr w:type="spellEnd"/>
            <w:r w:rsidRPr="00C12360">
              <w:rPr>
                <w:sz w:val="17"/>
                <w:lang w:val="es-ES"/>
              </w:rPr>
              <w:t xml:space="preserve">. / Mi bebe </w:t>
            </w:r>
            <w:proofErr w:type="spellStart"/>
            <w:r w:rsidRPr="00C12360">
              <w:rPr>
                <w:sz w:val="17"/>
                <w:lang w:val="es-ES"/>
              </w:rPr>
              <w:t>akua</w:t>
            </w:r>
            <w:proofErr w:type="spellEnd"/>
            <w:r w:rsidRPr="00C12360">
              <w:rPr>
                <w:sz w:val="17"/>
                <w:lang w:val="es-ES"/>
              </w:rPr>
              <w:t>.</w:t>
            </w:r>
          </w:p>
        </w:tc>
      </w:tr>
      <w:tr w:rsidR="00610360" w14:paraId="09AD4071"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878C5DF" w14:textId="77777777" w:rsidR="00610360" w:rsidRDefault="00000000">
            <w:pPr>
              <w:spacing w:after="0"/>
            </w:pPr>
            <w:r>
              <w:rPr>
                <w:sz w:val="17"/>
              </w:rPr>
              <w:t>2.5</w:t>
            </w:r>
          </w:p>
        </w:tc>
        <w:tc>
          <w:tcPr>
            <w:tcW w:w="5184" w:type="dxa"/>
            <w:tcBorders>
              <w:top w:val="single" w:sz="4" w:space="0" w:color="D8E6EC"/>
              <w:left w:val="single" w:sz="4" w:space="0" w:color="D8E6EC"/>
              <w:bottom w:val="single" w:sz="4" w:space="0" w:color="D8E6EC"/>
              <w:right w:val="single" w:sz="4" w:space="0" w:color="D8E6EC"/>
            </w:tcBorders>
            <w:vAlign w:val="center"/>
          </w:tcPr>
          <w:p w14:paraId="7C4BF970" w14:textId="77777777" w:rsidR="00610360" w:rsidRDefault="00000000">
            <w:pPr>
              <w:spacing w:after="0"/>
            </w:pPr>
            <w:r>
              <w:rPr>
                <w:sz w:val="17"/>
              </w:rPr>
              <w:t>Mi vide un foto.</w:t>
            </w:r>
          </w:p>
        </w:tc>
      </w:tr>
    </w:tbl>
    <w:p w14:paraId="568DE12D" w14:textId="77777777" w:rsidR="00610360" w:rsidRDefault="00000000">
      <w:pPr>
        <w:pStyle w:val="Heading2"/>
        <w:spacing w:after="120"/>
      </w:pPr>
      <w:r>
        <w:rPr>
          <w:rFonts w:ascii="Aptos" w:hAnsi="Aptos"/>
        </w:rPr>
        <w:t>Lesson 3 Model Answers</w:t>
      </w:r>
    </w:p>
    <w:tbl>
      <w:tblPr>
        <w:tblW w:w="0" w:type="auto"/>
        <w:jc w:val="center"/>
        <w:tblLook w:val="04A0" w:firstRow="1" w:lastRow="0" w:firstColumn="1" w:lastColumn="0" w:noHBand="0" w:noVBand="1"/>
      </w:tblPr>
      <w:tblGrid>
        <w:gridCol w:w="5184"/>
        <w:gridCol w:w="5184"/>
      </w:tblGrid>
      <w:tr w:rsidR="00610360" w14:paraId="2DD37C97"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C04690C"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03EA1D6" w14:textId="77777777" w:rsidR="00610360" w:rsidRDefault="00000000">
            <w:pPr>
              <w:spacing w:after="0"/>
            </w:pPr>
            <w:r>
              <w:rPr>
                <w:b/>
                <w:color w:val="FFFFFF"/>
                <w:sz w:val="17"/>
              </w:rPr>
              <w:t>Model Answer</w:t>
            </w:r>
          </w:p>
        </w:tc>
      </w:tr>
      <w:tr w:rsidR="00610360" w14:paraId="60F6286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55F6B6C" w14:textId="77777777" w:rsidR="00610360" w:rsidRDefault="00000000">
            <w:pPr>
              <w:spacing w:after="0"/>
            </w:pPr>
            <w:r>
              <w:rPr>
                <w:sz w:val="17"/>
              </w:rPr>
              <w:t>3.1</w:t>
            </w:r>
          </w:p>
        </w:tc>
        <w:tc>
          <w:tcPr>
            <w:tcW w:w="5184" w:type="dxa"/>
            <w:tcBorders>
              <w:top w:val="single" w:sz="4" w:space="0" w:color="D8E6EC"/>
              <w:left w:val="single" w:sz="4" w:space="0" w:color="D8E6EC"/>
              <w:bottom w:val="single" w:sz="4" w:space="0" w:color="D8E6EC"/>
              <w:right w:val="single" w:sz="4" w:space="0" w:color="D8E6EC"/>
            </w:tcBorders>
            <w:vAlign w:val="center"/>
          </w:tcPr>
          <w:p w14:paraId="58A8DB69" w14:textId="77777777" w:rsidR="00610360" w:rsidRDefault="00000000">
            <w:pPr>
              <w:spacing w:after="0"/>
            </w:pPr>
            <w:r>
              <w:rPr>
                <w:sz w:val="17"/>
              </w:rPr>
              <w:t>familias</w:t>
            </w:r>
          </w:p>
        </w:tc>
      </w:tr>
      <w:tr w:rsidR="00610360" w14:paraId="6B4B3DD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E79E345" w14:textId="77777777" w:rsidR="00610360" w:rsidRDefault="00000000">
            <w:pPr>
              <w:spacing w:after="0"/>
            </w:pPr>
            <w:r>
              <w:rPr>
                <w:sz w:val="17"/>
              </w:rPr>
              <w:t>3.2</w:t>
            </w:r>
          </w:p>
        </w:tc>
        <w:tc>
          <w:tcPr>
            <w:tcW w:w="5184" w:type="dxa"/>
            <w:tcBorders>
              <w:top w:val="single" w:sz="4" w:space="0" w:color="D8E6EC"/>
              <w:left w:val="single" w:sz="4" w:space="0" w:color="D8E6EC"/>
              <w:bottom w:val="single" w:sz="4" w:space="0" w:color="D8E6EC"/>
              <w:right w:val="single" w:sz="4" w:space="0" w:color="D8E6EC"/>
            </w:tcBorders>
            <w:vAlign w:val="center"/>
          </w:tcPr>
          <w:p w14:paraId="0510A9B5" w14:textId="77777777" w:rsidR="00610360" w:rsidRDefault="00000000">
            <w:pPr>
              <w:spacing w:after="0"/>
            </w:pPr>
            <w:r>
              <w:rPr>
                <w:sz w:val="17"/>
              </w:rPr>
              <w:t>nasiones</w:t>
            </w:r>
          </w:p>
        </w:tc>
      </w:tr>
      <w:tr w:rsidR="00610360" w14:paraId="4692CBD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0909768" w14:textId="77777777" w:rsidR="00610360" w:rsidRDefault="00000000">
            <w:pPr>
              <w:spacing w:after="0"/>
            </w:pPr>
            <w:r>
              <w:rPr>
                <w:sz w:val="17"/>
              </w:rPr>
              <w:t>3.3</w:t>
            </w:r>
          </w:p>
        </w:tc>
        <w:tc>
          <w:tcPr>
            <w:tcW w:w="5184" w:type="dxa"/>
            <w:tcBorders>
              <w:top w:val="single" w:sz="4" w:space="0" w:color="D8E6EC"/>
              <w:left w:val="single" w:sz="4" w:space="0" w:color="D8E6EC"/>
              <w:bottom w:val="single" w:sz="4" w:space="0" w:color="D8E6EC"/>
              <w:right w:val="single" w:sz="4" w:space="0" w:color="D8E6EC"/>
            </w:tcBorders>
            <w:vAlign w:val="center"/>
          </w:tcPr>
          <w:p w14:paraId="060D4814" w14:textId="77777777" w:rsidR="00610360" w:rsidRDefault="00000000">
            <w:pPr>
              <w:spacing w:after="0"/>
            </w:pPr>
            <w:r>
              <w:rPr>
                <w:sz w:val="17"/>
              </w:rPr>
              <w:t>du clar ideas</w:t>
            </w:r>
          </w:p>
        </w:tc>
      </w:tr>
      <w:tr w:rsidR="00610360" w:rsidRPr="00C12360" w14:paraId="143798F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8A2766F" w14:textId="77777777" w:rsidR="00610360" w:rsidRDefault="00000000">
            <w:pPr>
              <w:spacing w:after="0"/>
            </w:pPr>
            <w:r>
              <w:rPr>
                <w:sz w:val="17"/>
              </w:rPr>
              <w:t>3.4</w:t>
            </w:r>
          </w:p>
        </w:tc>
        <w:tc>
          <w:tcPr>
            <w:tcW w:w="5184" w:type="dxa"/>
            <w:tcBorders>
              <w:top w:val="single" w:sz="4" w:space="0" w:color="D8E6EC"/>
              <w:left w:val="single" w:sz="4" w:space="0" w:color="D8E6EC"/>
              <w:bottom w:val="single" w:sz="4" w:space="0" w:color="D8E6EC"/>
              <w:right w:val="single" w:sz="4" w:space="0" w:color="D8E6EC"/>
            </w:tcBorders>
            <w:vAlign w:val="center"/>
          </w:tcPr>
          <w:p w14:paraId="5BA641CF" w14:textId="77777777" w:rsidR="00610360" w:rsidRPr="00C12360" w:rsidRDefault="00000000">
            <w:pPr>
              <w:spacing w:after="0"/>
              <w:rPr>
                <w:lang w:val="es-ES"/>
              </w:rPr>
            </w:pPr>
            <w:proofErr w:type="gramStart"/>
            <w:r w:rsidRPr="00C12360">
              <w:rPr>
                <w:sz w:val="17"/>
                <w:lang w:val="es-ES"/>
              </w:rPr>
              <w:t>un grande kasa</w:t>
            </w:r>
            <w:proofErr w:type="gramEnd"/>
            <w:r w:rsidRPr="00C12360">
              <w:rPr>
                <w:sz w:val="17"/>
                <w:lang w:val="es-ES"/>
              </w:rPr>
              <w:t xml:space="preserve"> / un grande dom</w:t>
            </w:r>
          </w:p>
        </w:tc>
      </w:tr>
      <w:tr w:rsidR="00610360" w14:paraId="4179661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3F3EB63" w14:textId="77777777" w:rsidR="00610360" w:rsidRDefault="00000000">
            <w:pPr>
              <w:spacing w:after="0"/>
            </w:pPr>
            <w:r>
              <w:rPr>
                <w:sz w:val="17"/>
              </w:rPr>
              <w:t>3.5</w:t>
            </w:r>
          </w:p>
        </w:tc>
        <w:tc>
          <w:tcPr>
            <w:tcW w:w="5184" w:type="dxa"/>
            <w:tcBorders>
              <w:top w:val="single" w:sz="4" w:space="0" w:color="D8E6EC"/>
              <w:left w:val="single" w:sz="4" w:space="0" w:color="D8E6EC"/>
              <w:bottom w:val="single" w:sz="4" w:space="0" w:color="D8E6EC"/>
              <w:right w:val="single" w:sz="4" w:space="0" w:color="D8E6EC"/>
            </w:tcBorders>
            <w:vAlign w:val="center"/>
          </w:tcPr>
          <w:p w14:paraId="2F99FC86" w14:textId="77777777" w:rsidR="00610360" w:rsidRDefault="00000000">
            <w:pPr>
              <w:spacing w:after="0"/>
            </w:pPr>
            <w:r>
              <w:rPr>
                <w:sz w:val="17"/>
              </w:rPr>
              <w:t>clar ideas</w:t>
            </w:r>
          </w:p>
        </w:tc>
      </w:tr>
    </w:tbl>
    <w:p w14:paraId="694D554B" w14:textId="77777777" w:rsidR="00610360" w:rsidRDefault="00000000">
      <w:pPr>
        <w:pStyle w:val="Heading2"/>
        <w:spacing w:after="120"/>
      </w:pPr>
      <w:r>
        <w:rPr>
          <w:rFonts w:ascii="Aptos" w:hAnsi="Aptos"/>
        </w:rPr>
        <w:t>Lesson 4 Model Answers</w:t>
      </w:r>
    </w:p>
    <w:tbl>
      <w:tblPr>
        <w:tblW w:w="0" w:type="auto"/>
        <w:jc w:val="center"/>
        <w:tblLook w:val="04A0" w:firstRow="1" w:lastRow="0" w:firstColumn="1" w:lastColumn="0" w:noHBand="0" w:noVBand="1"/>
      </w:tblPr>
      <w:tblGrid>
        <w:gridCol w:w="5184"/>
        <w:gridCol w:w="5184"/>
      </w:tblGrid>
      <w:tr w:rsidR="00610360" w14:paraId="6E672C8B"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6CE0426"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88200D8" w14:textId="77777777" w:rsidR="00610360" w:rsidRDefault="00000000">
            <w:pPr>
              <w:spacing w:after="0"/>
            </w:pPr>
            <w:r>
              <w:rPr>
                <w:b/>
                <w:color w:val="FFFFFF"/>
                <w:sz w:val="17"/>
              </w:rPr>
              <w:t>Model Answer</w:t>
            </w:r>
          </w:p>
        </w:tc>
      </w:tr>
      <w:tr w:rsidR="00610360" w14:paraId="3981BD2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724B4AE" w14:textId="77777777" w:rsidR="00610360" w:rsidRDefault="00000000">
            <w:pPr>
              <w:spacing w:after="0"/>
            </w:pPr>
            <w:r>
              <w:rPr>
                <w:sz w:val="17"/>
              </w:rPr>
              <w:t>4.1</w:t>
            </w:r>
          </w:p>
        </w:tc>
        <w:tc>
          <w:tcPr>
            <w:tcW w:w="5184" w:type="dxa"/>
            <w:tcBorders>
              <w:top w:val="single" w:sz="4" w:space="0" w:color="D8E6EC"/>
              <w:left w:val="single" w:sz="4" w:space="0" w:color="D8E6EC"/>
              <w:bottom w:val="single" w:sz="4" w:space="0" w:color="D8E6EC"/>
              <w:right w:val="single" w:sz="4" w:space="0" w:color="D8E6EC"/>
            </w:tcBorders>
            <w:vAlign w:val="center"/>
          </w:tcPr>
          <w:p w14:paraId="26342525" w14:textId="77777777" w:rsidR="00610360" w:rsidRDefault="00000000">
            <w:pPr>
              <w:spacing w:after="0"/>
            </w:pPr>
            <w:r>
              <w:rPr>
                <w:sz w:val="17"/>
              </w:rPr>
              <w:t>mi kasa</w:t>
            </w:r>
          </w:p>
        </w:tc>
      </w:tr>
      <w:tr w:rsidR="00610360" w:rsidRPr="00C12360" w14:paraId="1199B71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1436527" w14:textId="77777777" w:rsidR="00610360" w:rsidRDefault="00000000">
            <w:pPr>
              <w:spacing w:after="0"/>
            </w:pPr>
            <w:r>
              <w:rPr>
                <w:sz w:val="17"/>
              </w:rPr>
              <w:t>4.2</w:t>
            </w:r>
          </w:p>
        </w:tc>
        <w:tc>
          <w:tcPr>
            <w:tcW w:w="5184" w:type="dxa"/>
            <w:tcBorders>
              <w:top w:val="single" w:sz="4" w:space="0" w:color="D8E6EC"/>
              <w:left w:val="single" w:sz="4" w:space="0" w:color="D8E6EC"/>
              <w:bottom w:val="single" w:sz="4" w:space="0" w:color="D8E6EC"/>
              <w:right w:val="single" w:sz="4" w:space="0" w:color="D8E6EC"/>
            </w:tcBorders>
            <w:vAlign w:val="center"/>
          </w:tcPr>
          <w:p w14:paraId="518C6208" w14:textId="77777777" w:rsidR="00610360" w:rsidRPr="00C12360" w:rsidRDefault="00000000">
            <w:pPr>
              <w:spacing w:after="0"/>
              <w:rPr>
                <w:lang w:val="es-ES"/>
              </w:rPr>
            </w:pPr>
            <w:r w:rsidRPr="00C12360">
              <w:rPr>
                <w:sz w:val="17"/>
                <w:lang w:val="es-ES"/>
              </w:rPr>
              <w:t>nos familia / la familia de nos</w:t>
            </w:r>
          </w:p>
        </w:tc>
      </w:tr>
      <w:tr w:rsidR="00610360" w14:paraId="6ADC018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11162DD" w14:textId="77777777" w:rsidR="00610360" w:rsidRDefault="00000000">
            <w:pPr>
              <w:spacing w:after="0"/>
            </w:pPr>
            <w:r>
              <w:rPr>
                <w:sz w:val="17"/>
              </w:rPr>
              <w:t>4.3</w:t>
            </w:r>
          </w:p>
        </w:tc>
        <w:tc>
          <w:tcPr>
            <w:tcW w:w="5184" w:type="dxa"/>
            <w:tcBorders>
              <w:top w:val="single" w:sz="4" w:space="0" w:color="D8E6EC"/>
              <w:left w:val="single" w:sz="4" w:space="0" w:color="D8E6EC"/>
              <w:bottom w:val="single" w:sz="4" w:space="0" w:color="D8E6EC"/>
              <w:right w:val="single" w:sz="4" w:space="0" w:color="D8E6EC"/>
            </w:tcBorders>
            <w:vAlign w:val="center"/>
          </w:tcPr>
          <w:p w14:paraId="230AA801" w14:textId="77777777" w:rsidR="00610360" w:rsidRDefault="00000000">
            <w:pPr>
              <w:spacing w:after="0"/>
            </w:pPr>
            <w:r>
              <w:rPr>
                <w:sz w:val="17"/>
              </w:rPr>
              <w:t>Il es mi amik.</w:t>
            </w:r>
          </w:p>
        </w:tc>
      </w:tr>
      <w:tr w:rsidR="00610360" w14:paraId="6039027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533B013" w14:textId="77777777" w:rsidR="00610360" w:rsidRDefault="00000000">
            <w:pPr>
              <w:spacing w:after="0"/>
            </w:pPr>
            <w:r>
              <w:rPr>
                <w:sz w:val="17"/>
              </w:rPr>
              <w:t>4.4</w:t>
            </w:r>
          </w:p>
        </w:tc>
        <w:tc>
          <w:tcPr>
            <w:tcW w:w="5184" w:type="dxa"/>
            <w:tcBorders>
              <w:top w:val="single" w:sz="4" w:space="0" w:color="D8E6EC"/>
              <w:left w:val="single" w:sz="4" w:space="0" w:color="D8E6EC"/>
              <w:bottom w:val="single" w:sz="4" w:space="0" w:color="D8E6EC"/>
              <w:right w:val="single" w:sz="4" w:space="0" w:color="D8E6EC"/>
            </w:tcBorders>
            <w:vAlign w:val="center"/>
          </w:tcPr>
          <w:p w14:paraId="7AF69181" w14:textId="77777777" w:rsidR="00610360" w:rsidRDefault="00000000">
            <w:pPr>
              <w:spacing w:after="0"/>
            </w:pPr>
            <w:r>
              <w:rPr>
                <w:sz w:val="17"/>
              </w:rPr>
              <w:t>Les es personas.</w:t>
            </w:r>
          </w:p>
        </w:tc>
      </w:tr>
      <w:tr w:rsidR="00610360" w14:paraId="51681EF2"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61F7734" w14:textId="77777777" w:rsidR="00610360" w:rsidRDefault="00000000">
            <w:pPr>
              <w:spacing w:after="0"/>
            </w:pPr>
            <w:r>
              <w:rPr>
                <w:sz w:val="17"/>
              </w:rPr>
              <w:t>4.5</w:t>
            </w:r>
          </w:p>
        </w:tc>
        <w:tc>
          <w:tcPr>
            <w:tcW w:w="5184" w:type="dxa"/>
            <w:tcBorders>
              <w:top w:val="single" w:sz="4" w:space="0" w:color="D8E6EC"/>
              <w:left w:val="single" w:sz="4" w:space="0" w:color="D8E6EC"/>
              <w:bottom w:val="single" w:sz="4" w:space="0" w:color="D8E6EC"/>
              <w:right w:val="single" w:sz="4" w:space="0" w:color="D8E6EC"/>
            </w:tcBorders>
            <w:vAlign w:val="center"/>
          </w:tcPr>
          <w:p w14:paraId="002CCAAE" w14:textId="77777777" w:rsidR="00610360" w:rsidRDefault="00000000">
            <w:pPr>
              <w:spacing w:after="0"/>
            </w:pPr>
            <w:r>
              <w:rPr>
                <w:sz w:val="17"/>
              </w:rPr>
              <w:t>Because Claralinga has no grammatical gender; gender is shown with separate words when needed.</w:t>
            </w:r>
          </w:p>
        </w:tc>
      </w:tr>
    </w:tbl>
    <w:p w14:paraId="22780A6D" w14:textId="77777777" w:rsidR="00610360" w:rsidRDefault="00000000">
      <w:pPr>
        <w:pStyle w:val="Heading2"/>
        <w:spacing w:after="120"/>
      </w:pPr>
      <w:r>
        <w:rPr>
          <w:rFonts w:ascii="Aptos" w:hAnsi="Aptos"/>
        </w:rPr>
        <w:t>Lesson 5 Model Answers</w:t>
      </w:r>
    </w:p>
    <w:tbl>
      <w:tblPr>
        <w:tblW w:w="0" w:type="auto"/>
        <w:jc w:val="center"/>
        <w:tblLook w:val="04A0" w:firstRow="1" w:lastRow="0" w:firstColumn="1" w:lastColumn="0" w:noHBand="0" w:noVBand="1"/>
      </w:tblPr>
      <w:tblGrid>
        <w:gridCol w:w="5184"/>
        <w:gridCol w:w="5184"/>
      </w:tblGrid>
      <w:tr w:rsidR="00610360" w14:paraId="43DE6393"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234B7A9"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B76B3D8" w14:textId="77777777" w:rsidR="00610360" w:rsidRDefault="00000000">
            <w:pPr>
              <w:spacing w:after="0"/>
            </w:pPr>
            <w:r>
              <w:rPr>
                <w:b/>
                <w:color w:val="FFFFFF"/>
                <w:sz w:val="17"/>
              </w:rPr>
              <w:t>Model Answer</w:t>
            </w:r>
          </w:p>
        </w:tc>
      </w:tr>
      <w:tr w:rsidR="00610360" w14:paraId="57A53C2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59ECCDA" w14:textId="77777777" w:rsidR="00610360" w:rsidRDefault="00000000">
            <w:pPr>
              <w:spacing w:after="0"/>
            </w:pPr>
            <w:r>
              <w:rPr>
                <w:sz w:val="17"/>
              </w:rPr>
              <w:t>5.1</w:t>
            </w:r>
          </w:p>
        </w:tc>
        <w:tc>
          <w:tcPr>
            <w:tcW w:w="5184" w:type="dxa"/>
            <w:tcBorders>
              <w:top w:val="single" w:sz="4" w:space="0" w:color="D8E6EC"/>
              <w:left w:val="single" w:sz="4" w:space="0" w:color="D8E6EC"/>
              <w:bottom w:val="single" w:sz="4" w:space="0" w:color="D8E6EC"/>
              <w:right w:val="single" w:sz="4" w:space="0" w:color="D8E6EC"/>
            </w:tcBorders>
            <w:vAlign w:val="center"/>
          </w:tcPr>
          <w:p w14:paraId="7825A7DA" w14:textId="77777777" w:rsidR="00610360" w:rsidRDefault="00000000">
            <w:pPr>
              <w:spacing w:after="0"/>
            </w:pPr>
            <w:r>
              <w:rPr>
                <w:sz w:val="17"/>
              </w:rPr>
              <w:t>Ube es la via?</w:t>
            </w:r>
          </w:p>
        </w:tc>
      </w:tr>
      <w:tr w:rsidR="00610360" w14:paraId="21EA5E8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9024610" w14:textId="77777777" w:rsidR="00610360" w:rsidRDefault="00000000">
            <w:pPr>
              <w:spacing w:after="0"/>
            </w:pPr>
            <w:r>
              <w:rPr>
                <w:sz w:val="17"/>
              </w:rPr>
              <w:t>5.2</w:t>
            </w:r>
          </w:p>
        </w:tc>
        <w:tc>
          <w:tcPr>
            <w:tcW w:w="5184" w:type="dxa"/>
            <w:tcBorders>
              <w:top w:val="single" w:sz="4" w:space="0" w:color="D8E6EC"/>
              <w:left w:val="single" w:sz="4" w:space="0" w:color="D8E6EC"/>
              <w:bottom w:val="single" w:sz="4" w:space="0" w:color="D8E6EC"/>
              <w:right w:val="single" w:sz="4" w:space="0" w:color="D8E6EC"/>
            </w:tcBorders>
            <w:vAlign w:val="center"/>
          </w:tcPr>
          <w:p w14:paraId="6746CB19" w14:textId="77777777" w:rsidR="00610360" w:rsidRDefault="00000000">
            <w:pPr>
              <w:spacing w:after="0"/>
            </w:pPr>
            <w:r>
              <w:rPr>
                <w:sz w:val="17"/>
              </w:rPr>
              <w:t>La hotel es ici.</w:t>
            </w:r>
          </w:p>
        </w:tc>
      </w:tr>
      <w:tr w:rsidR="00610360" w:rsidRPr="00C12360" w14:paraId="3E30E50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738BF07" w14:textId="77777777" w:rsidR="00610360" w:rsidRDefault="00000000">
            <w:pPr>
              <w:spacing w:after="0"/>
            </w:pPr>
            <w:r>
              <w:rPr>
                <w:sz w:val="17"/>
              </w:rPr>
              <w:t>5.3</w:t>
            </w:r>
          </w:p>
        </w:tc>
        <w:tc>
          <w:tcPr>
            <w:tcW w:w="5184" w:type="dxa"/>
            <w:tcBorders>
              <w:top w:val="single" w:sz="4" w:space="0" w:color="D8E6EC"/>
              <w:left w:val="single" w:sz="4" w:space="0" w:color="D8E6EC"/>
              <w:bottom w:val="single" w:sz="4" w:space="0" w:color="D8E6EC"/>
              <w:right w:val="single" w:sz="4" w:space="0" w:color="D8E6EC"/>
            </w:tcBorders>
            <w:vAlign w:val="center"/>
          </w:tcPr>
          <w:p w14:paraId="1705378D" w14:textId="77777777" w:rsidR="00610360" w:rsidRPr="00C12360" w:rsidRDefault="00000000">
            <w:pPr>
              <w:spacing w:after="0"/>
              <w:rPr>
                <w:lang w:val="es-ES"/>
              </w:rPr>
            </w:pPr>
            <w:r w:rsidRPr="00C12360">
              <w:rPr>
                <w:sz w:val="17"/>
                <w:lang w:val="es-ES"/>
              </w:rPr>
              <w:t>Nos es en la urbe.</w:t>
            </w:r>
          </w:p>
        </w:tc>
      </w:tr>
      <w:tr w:rsidR="00610360" w14:paraId="6FE36C0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4D012D7" w14:textId="77777777" w:rsidR="00610360" w:rsidRDefault="00000000">
            <w:pPr>
              <w:spacing w:after="0"/>
            </w:pPr>
            <w:r>
              <w:rPr>
                <w:sz w:val="17"/>
              </w:rPr>
              <w:t>5.4</w:t>
            </w:r>
          </w:p>
        </w:tc>
        <w:tc>
          <w:tcPr>
            <w:tcW w:w="5184" w:type="dxa"/>
            <w:tcBorders>
              <w:top w:val="single" w:sz="4" w:space="0" w:color="D8E6EC"/>
              <w:left w:val="single" w:sz="4" w:space="0" w:color="D8E6EC"/>
              <w:bottom w:val="single" w:sz="4" w:space="0" w:color="D8E6EC"/>
              <w:right w:val="single" w:sz="4" w:space="0" w:color="D8E6EC"/>
            </w:tcBorders>
            <w:vAlign w:val="center"/>
          </w:tcPr>
          <w:p w14:paraId="6D6FAA41" w14:textId="77777777" w:rsidR="00610360" w:rsidRDefault="00000000">
            <w:pPr>
              <w:spacing w:after="0"/>
            </w:pPr>
            <w:r>
              <w:rPr>
                <w:sz w:val="17"/>
              </w:rPr>
              <w:t>Mi buska la mapa.</w:t>
            </w:r>
          </w:p>
        </w:tc>
      </w:tr>
      <w:tr w:rsidR="00610360" w:rsidRPr="00C12360" w14:paraId="6E5396E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2B468D2" w14:textId="77777777" w:rsidR="00610360" w:rsidRDefault="00000000">
            <w:pPr>
              <w:spacing w:after="0"/>
            </w:pPr>
            <w:r>
              <w:rPr>
                <w:sz w:val="17"/>
              </w:rPr>
              <w:t>5.5</w:t>
            </w:r>
          </w:p>
        </w:tc>
        <w:tc>
          <w:tcPr>
            <w:tcW w:w="5184" w:type="dxa"/>
            <w:tcBorders>
              <w:top w:val="single" w:sz="4" w:space="0" w:color="D8E6EC"/>
              <w:left w:val="single" w:sz="4" w:space="0" w:color="D8E6EC"/>
              <w:bottom w:val="single" w:sz="4" w:space="0" w:color="D8E6EC"/>
              <w:right w:val="single" w:sz="4" w:space="0" w:color="D8E6EC"/>
            </w:tcBorders>
            <w:vAlign w:val="center"/>
          </w:tcPr>
          <w:p w14:paraId="5E25E1C8" w14:textId="77777777" w:rsidR="00610360" w:rsidRPr="00C12360" w:rsidRDefault="00000000">
            <w:pPr>
              <w:spacing w:after="0"/>
              <w:rPr>
                <w:lang w:val="es-ES"/>
              </w:rPr>
            </w:pPr>
            <w:r w:rsidRPr="00C12360">
              <w:rPr>
                <w:sz w:val="17"/>
                <w:lang w:val="es-ES"/>
              </w:rPr>
              <w:t xml:space="preserve">Mi va visita </w:t>
            </w:r>
            <w:proofErr w:type="gramStart"/>
            <w:r w:rsidRPr="00C12360">
              <w:rPr>
                <w:sz w:val="17"/>
                <w:lang w:val="es-ES"/>
              </w:rPr>
              <w:t>la kentro</w:t>
            </w:r>
            <w:proofErr w:type="gramEnd"/>
            <w:r w:rsidRPr="00C12360">
              <w:rPr>
                <w:sz w:val="17"/>
                <w:lang w:val="es-ES"/>
              </w:rPr>
              <w:t>.</w:t>
            </w:r>
          </w:p>
        </w:tc>
      </w:tr>
    </w:tbl>
    <w:p w14:paraId="17D17703" w14:textId="77777777" w:rsidR="00610360" w:rsidRDefault="00000000">
      <w:pPr>
        <w:pStyle w:val="Heading2"/>
        <w:spacing w:after="120"/>
      </w:pPr>
      <w:r>
        <w:rPr>
          <w:rFonts w:ascii="Aptos" w:hAnsi="Aptos"/>
        </w:rPr>
        <w:t>Lesson 6 Model Answers</w:t>
      </w:r>
    </w:p>
    <w:tbl>
      <w:tblPr>
        <w:tblW w:w="0" w:type="auto"/>
        <w:jc w:val="center"/>
        <w:tblLook w:val="04A0" w:firstRow="1" w:lastRow="0" w:firstColumn="1" w:lastColumn="0" w:noHBand="0" w:noVBand="1"/>
      </w:tblPr>
      <w:tblGrid>
        <w:gridCol w:w="5184"/>
        <w:gridCol w:w="5184"/>
      </w:tblGrid>
      <w:tr w:rsidR="00610360" w14:paraId="6D600629"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9CF660F"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48B4198" w14:textId="77777777" w:rsidR="00610360" w:rsidRDefault="00000000">
            <w:pPr>
              <w:spacing w:after="0"/>
            </w:pPr>
            <w:r>
              <w:rPr>
                <w:b/>
                <w:color w:val="FFFFFF"/>
                <w:sz w:val="17"/>
              </w:rPr>
              <w:t>Model Answer</w:t>
            </w:r>
          </w:p>
        </w:tc>
      </w:tr>
      <w:tr w:rsidR="00610360" w14:paraId="678572A1"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7D9379A" w14:textId="77777777" w:rsidR="00610360" w:rsidRDefault="00000000">
            <w:pPr>
              <w:spacing w:after="0"/>
            </w:pPr>
            <w:r>
              <w:rPr>
                <w:sz w:val="17"/>
              </w:rPr>
              <w:t>6.1</w:t>
            </w:r>
          </w:p>
        </w:tc>
        <w:tc>
          <w:tcPr>
            <w:tcW w:w="5184" w:type="dxa"/>
            <w:tcBorders>
              <w:top w:val="single" w:sz="4" w:space="0" w:color="D8E6EC"/>
              <w:left w:val="single" w:sz="4" w:space="0" w:color="D8E6EC"/>
              <w:bottom w:val="single" w:sz="4" w:space="0" w:color="D8E6EC"/>
              <w:right w:val="single" w:sz="4" w:space="0" w:color="D8E6EC"/>
            </w:tcBorders>
            <w:vAlign w:val="center"/>
          </w:tcPr>
          <w:p w14:paraId="0336C738" w14:textId="77777777" w:rsidR="00610360" w:rsidRDefault="00000000">
            <w:pPr>
              <w:spacing w:after="0"/>
            </w:pPr>
            <w:r>
              <w:rPr>
                <w:sz w:val="17"/>
              </w:rPr>
              <w:t>Mi nesesita ajuda.</w:t>
            </w:r>
          </w:p>
        </w:tc>
      </w:tr>
      <w:tr w:rsidR="00610360" w14:paraId="176ACCC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58B68AE" w14:textId="77777777" w:rsidR="00610360" w:rsidRDefault="00000000">
            <w:pPr>
              <w:spacing w:after="0"/>
            </w:pPr>
            <w:r>
              <w:rPr>
                <w:sz w:val="17"/>
              </w:rPr>
              <w:t>6.2</w:t>
            </w:r>
          </w:p>
        </w:tc>
        <w:tc>
          <w:tcPr>
            <w:tcW w:w="5184" w:type="dxa"/>
            <w:tcBorders>
              <w:top w:val="single" w:sz="4" w:space="0" w:color="D8E6EC"/>
              <w:left w:val="single" w:sz="4" w:space="0" w:color="D8E6EC"/>
              <w:bottom w:val="single" w:sz="4" w:space="0" w:color="D8E6EC"/>
              <w:right w:val="single" w:sz="4" w:space="0" w:color="D8E6EC"/>
            </w:tcBorders>
            <w:vAlign w:val="center"/>
          </w:tcPr>
          <w:p w14:paraId="503B8BB0" w14:textId="77777777" w:rsidR="00610360" w:rsidRDefault="00000000">
            <w:pPr>
              <w:spacing w:after="0"/>
            </w:pPr>
            <w:r>
              <w:rPr>
                <w:sz w:val="17"/>
              </w:rPr>
              <w:t>Ela habe akua.</w:t>
            </w:r>
          </w:p>
        </w:tc>
      </w:tr>
      <w:tr w:rsidR="00610360" w:rsidRPr="00C12360" w14:paraId="3C3AF5A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73EF96F" w14:textId="77777777" w:rsidR="00610360" w:rsidRDefault="00000000">
            <w:pPr>
              <w:spacing w:after="0"/>
            </w:pPr>
            <w:r>
              <w:rPr>
                <w:sz w:val="17"/>
              </w:rPr>
              <w:t>6.3</w:t>
            </w:r>
          </w:p>
        </w:tc>
        <w:tc>
          <w:tcPr>
            <w:tcW w:w="5184" w:type="dxa"/>
            <w:tcBorders>
              <w:top w:val="single" w:sz="4" w:space="0" w:color="D8E6EC"/>
              <w:left w:val="single" w:sz="4" w:space="0" w:color="D8E6EC"/>
              <w:bottom w:val="single" w:sz="4" w:space="0" w:color="D8E6EC"/>
              <w:right w:val="single" w:sz="4" w:space="0" w:color="D8E6EC"/>
            </w:tcBorders>
            <w:vAlign w:val="center"/>
          </w:tcPr>
          <w:p w14:paraId="45F3FCED" w14:textId="77777777" w:rsidR="00610360" w:rsidRPr="00C12360" w:rsidRDefault="00000000">
            <w:pPr>
              <w:spacing w:after="0"/>
              <w:rPr>
                <w:lang w:val="es-ES"/>
              </w:rPr>
            </w:pPr>
            <w:r w:rsidRPr="00C12360">
              <w:rPr>
                <w:sz w:val="17"/>
                <w:lang w:val="es-ES"/>
              </w:rPr>
              <w:t xml:space="preserve">Nos krea un </w:t>
            </w:r>
            <w:proofErr w:type="spellStart"/>
            <w:r w:rsidRPr="00C12360">
              <w:rPr>
                <w:sz w:val="17"/>
                <w:lang w:val="es-ES"/>
              </w:rPr>
              <w:t>guia</w:t>
            </w:r>
            <w:proofErr w:type="spellEnd"/>
            <w:r w:rsidRPr="00C12360">
              <w:rPr>
                <w:sz w:val="17"/>
                <w:lang w:val="es-ES"/>
              </w:rPr>
              <w:t xml:space="preserve">. / Nos </w:t>
            </w:r>
            <w:proofErr w:type="spellStart"/>
            <w:r w:rsidRPr="00C12360">
              <w:rPr>
                <w:sz w:val="17"/>
                <w:lang w:val="es-ES"/>
              </w:rPr>
              <w:t>far</w:t>
            </w:r>
            <w:proofErr w:type="spellEnd"/>
            <w:r w:rsidRPr="00C12360">
              <w:rPr>
                <w:sz w:val="17"/>
                <w:lang w:val="es-ES"/>
              </w:rPr>
              <w:t xml:space="preserve"> un </w:t>
            </w:r>
            <w:proofErr w:type="spellStart"/>
            <w:r w:rsidRPr="00C12360">
              <w:rPr>
                <w:sz w:val="17"/>
                <w:lang w:val="es-ES"/>
              </w:rPr>
              <w:t>guia</w:t>
            </w:r>
            <w:proofErr w:type="spellEnd"/>
            <w:r w:rsidRPr="00C12360">
              <w:rPr>
                <w:sz w:val="17"/>
                <w:lang w:val="es-ES"/>
              </w:rPr>
              <w:t>.</w:t>
            </w:r>
          </w:p>
        </w:tc>
      </w:tr>
      <w:tr w:rsidR="00610360" w14:paraId="1D682CE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CEDD9AF" w14:textId="77777777" w:rsidR="00610360" w:rsidRDefault="00000000">
            <w:pPr>
              <w:spacing w:after="0"/>
            </w:pPr>
            <w:r>
              <w:rPr>
                <w:sz w:val="17"/>
              </w:rPr>
              <w:t>6.4</w:t>
            </w:r>
          </w:p>
        </w:tc>
        <w:tc>
          <w:tcPr>
            <w:tcW w:w="5184" w:type="dxa"/>
            <w:tcBorders>
              <w:top w:val="single" w:sz="4" w:space="0" w:color="D8E6EC"/>
              <w:left w:val="single" w:sz="4" w:space="0" w:color="D8E6EC"/>
              <w:bottom w:val="single" w:sz="4" w:space="0" w:color="D8E6EC"/>
              <w:right w:val="single" w:sz="4" w:space="0" w:color="D8E6EC"/>
            </w:tcBorders>
            <w:vAlign w:val="center"/>
          </w:tcPr>
          <w:p w14:paraId="0BC4F142" w14:textId="77777777" w:rsidR="00610360" w:rsidRDefault="00000000">
            <w:pPr>
              <w:spacing w:after="0"/>
            </w:pPr>
            <w:r>
              <w:rPr>
                <w:sz w:val="17"/>
              </w:rPr>
              <w:t>Ke tu voli?</w:t>
            </w:r>
          </w:p>
        </w:tc>
      </w:tr>
      <w:tr w:rsidR="00610360" w:rsidRPr="00C12360" w14:paraId="35FBF8C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0901933" w14:textId="77777777" w:rsidR="00610360" w:rsidRDefault="00000000">
            <w:pPr>
              <w:spacing w:after="0"/>
            </w:pPr>
            <w:r>
              <w:rPr>
                <w:sz w:val="17"/>
              </w:rPr>
              <w:t>6.5</w:t>
            </w:r>
          </w:p>
        </w:tc>
        <w:tc>
          <w:tcPr>
            <w:tcW w:w="5184" w:type="dxa"/>
            <w:tcBorders>
              <w:top w:val="single" w:sz="4" w:space="0" w:color="D8E6EC"/>
              <w:left w:val="single" w:sz="4" w:space="0" w:color="D8E6EC"/>
              <w:bottom w:val="single" w:sz="4" w:space="0" w:color="D8E6EC"/>
              <w:right w:val="single" w:sz="4" w:space="0" w:color="D8E6EC"/>
            </w:tcBorders>
            <w:vAlign w:val="center"/>
          </w:tcPr>
          <w:p w14:paraId="73238D98" w14:textId="77777777" w:rsidR="00610360" w:rsidRPr="00C12360" w:rsidRDefault="00000000">
            <w:pPr>
              <w:spacing w:after="0"/>
              <w:rPr>
                <w:lang w:val="es-ES"/>
              </w:rPr>
            </w:pPr>
            <w:r w:rsidRPr="00C12360">
              <w:rPr>
                <w:sz w:val="17"/>
                <w:lang w:val="es-ES"/>
              </w:rPr>
              <w:t xml:space="preserve">Mi </w:t>
            </w:r>
            <w:proofErr w:type="spellStart"/>
            <w:r w:rsidRPr="00C12360">
              <w:rPr>
                <w:sz w:val="17"/>
                <w:lang w:val="es-ES"/>
              </w:rPr>
              <w:t>far</w:t>
            </w:r>
            <w:proofErr w:type="spellEnd"/>
            <w:r w:rsidRPr="00C12360">
              <w:rPr>
                <w:sz w:val="17"/>
                <w:lang w:val="es-ES"/>
              </w:rPr>
              <w:t xml:space="preserve"> la labor. Mi krea un texto.</w:t>
            </w:r>
          </w:p>
        </w:tc>
      </w:tr>
    </w:tbl>
    <w:p w14:paraId="1E83CE2D" w14:textId="77777777" w:rsidR="00610360" w:rsidRDefault="00000000">
      <w:pPr>
        <w:pStyle w:val="Heading2"/>
        <w:spacing w:after="120"/>
      </w:pPr>
      <w:r>
        <w:rPr>
          <w:rFonts w:ascii="Aptos" w:hAnsi="Aptos"/>
        </w:rPr>
        <w:t>Lesson 7 Model Answers</w:t>
      </w:r>
    </w:p>
    <w:tbl>
      <w:tblPr>
        <w:tblW w:w="0" w:type="auto"/>
        <w:jc w:val="center"/>
        <w:tblLook w:val="04A0" w:firstRow="1" w:lastRow="0" w:firstColumn="1" w:lastColumn="0" w:noHBand="0" w:noVBand="1"/>
      </w:tblPr>
      <w:tblGrid>
        <w:gridCol w:w="5184"/>
        <w:gridCol w:w="5184"/>
      </w:tblGrid>
      <w:tr w:rsidR="00610360" w14:paraId="59F29B6F"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1894CB2"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B5012EB" w14:textId="77777777" w:rsidR="00610360" w:rsidRDefault="00000000">
            <w:pPr>
              <w:spacing w:after="0"/>
            </w:pPr>
            <w:r>
              <w:rPr>
                <w:b/>
                <w:color w:val="FFFFFF"/>
                <w:sz w:val="17"/>
              </w:rPr>
              <w:t>Model Answer</w:t>
            </w:r>
          </w:p>
        </w:tc>
      </w:tr>
      <w:tr w:rsidR="00610360" w14:paraId="2093644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B41D7E7" w14:textId="77777777" w:rsidR="00610360" w:rsidRDefault="00000000">
            <w:pPr>
              <w:spacing w:after="0"/>
            </w:pPr>
            <w:r>
              <w:rPr>
                <w:sz w:val="17"/>
              </w:rPr>
              <w:t>7.1</w:t>
            </w:r>
          </w:p>
        </w:tc>
        <w:tc>
          <w:tcPr>
            <w:tcW w:w="5184" w:type="dxa"/>
            <w:tcBorders>
              <w:top w:val="single" w:sz="4" w:space="0" w:color="D8E6EC"/>
              <w:left w:val="single" w:sz="4" w:space="0" w:color="D8E6EC"/>
              <w:bottom w:val="single" w:sz="4" w:space="0" w:color="D8E6EC"/>
              <w:right w:val="single" w:sz="4" w:space="0" w:color="D8E6EC"/>
            </w:tcBorders>
            <w:vAlign w:val="center"/>
          </w:tcPr>
          <w:p w14:paraId="380485F2" w14:textId="77777777" w:rsidR="00610360" w:rsidRDefault="00000000">
            <w:pPr>
              <w:spacing w:after="0"/>
            </w:pPr>
            <w:r>
              <w:rPr>
                <w:sz w:val="17"/>
              </w:rPr>
              <w:t>pa</w:t>
            </w:r>
          </w:p>
        </w:tc>
      </w:tr>
      <w:tr w:rsidR="00610360" w:rsidRPr="00C12360" w14:paraId="2EEC50F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17A45E4" w14:textId="77777777" w:rsidR="00610360" w:rsidRDefault="00000000">
            <w:pPr>
              <w:spacing w:after="0"/>
            </w:pPr>
            <w:r>
              <w:rPr>
                <w:sz w:val="17"/>
              </w:rPr>
              <w:t>7.2</w:t>
            </w:r>
          </w:p>
        </w:tc>
        <w:tc>
          <w:tcPr>
            <w:tcW w:w="5184" w:type="dxa"/>
            <w:tcBorders>
              <w:top w:val="single" w:sz="4" w:space="0" w:color="D8E6EC"/>
              <w:left w:val="single" w:sz="4" w:space="0" w:color="D8E6EC"/>
              <w:bottom w:val="single" w:sz="4" w:space="0" w:color="D8E6EC"/>
              <w:right w:val="single" w:sz="4" w:space="0" w:color="D8E6EC"/>
            </w:tcBorders>
            <w:vAlign w:val="center"/>
          </w:tcPr>
          <w:p w14:paraId="5AD816B7" w14:textId="77777777" w:rsidR="00610360" w:rsidRPr="00C12360" w:rsidRDefault="00000000">
            <w:pPr>
              <w:spacing w:after="0"/>
              <w:rPr>
                <w:lang w:val="es-ES"/>
              </w:rPr>
            </w:pPr>
            <w:r w:rsidRPr="00C12360">
              <w:rPr>
                <w:sz w:val="17"/>
                <w:lang w:val="es-ES"/>
              </w:rPr>
              <w:t xml:space="preserve">Nos </w:t>
            </w:r>
            <w:proofErr w:type="spellStart"/>
            <w:r w:rsidRPr="00C12360">
              <w:rPr>
                <w:sz w:val="17"/>
                <w:lang w:val="es-ES"/>
              </w:rPr>
              <w:t>pa</w:t>
            </w:r>
            <w:proofErr w:type="spellEnd"/>
            <w:r w:rsidRPr="00C12360">
              <w:rPr>
                <w:sz w:val="17"/>
                <w:lang w:val="es-ES"/>
              </w:rPr>
              <w:t xml:space="preserve"> visita la urbe.</w:t>
            </w:r>
          </w:p>
        </w:tc>
      </w:tr>
      <w:tr w:rsidR="00610360" w14:paraId="2B21937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AEB999B" w14:textId="77777777" w:rsidR="00610360" w:rsidRDefault="00000000">
            <w:pPr>
              <w:spacing w:after="0"/>
            </w:pPr>
            <w:r>
              <w:rPr>
                <w:sz w:val="17"/>
              </w:rPr>
              <w:t>7.3</w:t>
            </w:r>
          </w:p>
        </w:tc>
        <w:tc>
          <w:tcPr>
            <w:tcW w:w="5184" w:type="dxa"/>
            <w:tcBorders>
              <w:top w:val="single" w:sz="4" w:space="0" w:color="D8E6EC"/>
              <w:left w:val="single" w:sz="4" w:space="0" w:color="D8E6EC"/>
              <w:bottom w:val="single" w:sz="4" w:space="0" w:color="D8E6EC"/>
              <w:right w:val="single" w:sz="4" w:space="0" w:color="D8E6EC"/>
            </w:tcBorders>
            <w:vAlign w:val="center"/>
          </w:tcPr>
          <w:p w14:paraId="7B70A2C7" w14:textId="77777777" w:rsidR="00610360" w:rsidRDefault="00000000">
            <w:pPr>
              <w:spacing w:after="0"/>
            </w:pPr>
            <w:r>
              <w:rPr>
                <w:sz w:val="17"/>
              </w:rPr>
              <w:t>Les ne pa arriva.</w:t>
            </w:r>
          </w:p>
        </w:tc>
      </w:tr>
      <w:tr w:rsidR="00610360" w14:paraId="3DFB983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2234114" w14:textId="77777777" w:rsidR="00610360" w:rsidRDefault="00000000">
            <w:pPr>
              <w:spacing w:after="0"/>
            </w:pPr>
            <w:r>
              <w:rPr>
                <w:sz w:val="17"/>
              </w:rPr>
              <w:t>7.4</w:t>
            </w:r>
          </w:p>
        </w:tc>
        <w:tc>
          <w:tcPr>
            <w:tcW w:w="5184" w:type="dxa"/>
            <w:tcBorders>
              <w:top w:val="single" w:sz="4" w:space="0" w:color="D8E6EC"/>
              <w:left w:val="single" w:sz="4" w:space="0" w:color="D8E6EC"/>
              <w:bottom w:val="single" w:sz="4" w:space="0" w:color="D8E6EC"/>
              <w:right w:val="single" w:sz="4" w:space="0" w:color="D8E6EC"/>
            </w:tcBorders>
            <w:vAlign w:val="center"/>
          </w:tcPr>
          <w:p w14:paraId="5D8477FA" w14:textId="77777777" w:rsidR="00610360" w:rsidRDefault="00000000">
            <w:pPr>
              <w:spacing w:after="0"/>
            </w:pPr>
            <w:r>
              <w:rPr>
                <w:sz w:val="17"/>
              </w:rPr>
              <w:t>Ku tu pa lege la libro?</w:t>
            </w:r>
          </w:p>
        </w:tc>
      </w:tr>
      <w:tr w:rsidR="00610360" w14:paraId="4392A00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80C8E56" w14:textId="77777777" w:rsidR="00610360" w:rsidRDefault="00000000">
            <w:pPr>
              <w:spacing w:after="0"/>
            </w:pPr>
            <w:r>
              <w:rPr>
                <w:sz w:val="17"/>
              </w:rPr>
              <w:t>7.5</w:t>
            </w:r>
          </w:p>
        </w:tc>
        <w:tc>
          <w:tcPr>
            <w:tcW w:w="5184" w:type="dxa"/>
            <w:tcBorders>
              <w:top w:val="single" w:sz="4" w:space="0" w:color="D8E6EC"/>
              <w:left w:val="single" w:sz="4" w:space="0" w:color="D8E6EC"/>
              <w:bottom w:val="single" w:sz="4" w:space="0" w:color="D8E6EC"/>
              <w:right w:val="single" w:sz="4" w:space="0" w:color="D8E6EC"/>
            </w:tcBorders>
            <w:vAlign w:val="center"/>
          </w:tcPr>
          <w:p w14:paraId="14BD7733" w14:textId="77777777" w:rsidR="00610360" w:rsidRDefault="00000000">
            <w:pPr>
              <w:spacing w:after="0"/>
            </w:pPr>
            <w:r>
              <w:rPr>
                <w:sz w:val="17"/>
              </w:rPr>
              <w:t>Answers will vary.</w:t>
            </w:r>
          </w:p>
        </w:tc>
      </w:tr>
    </w:tbl>
    <w:p w14:paraId="6B128888" w14:textId="77777777" w:rsidR="00610360" w:rsidRDefault="00000000">
      <w:pPr>
        <w:pStyle w:val="Heading2"/>
        <w:spacing w:after="120"/>
      </w:pPr>
      <w:r>
        <w:rPr>
          <w:rFonts w:ascii="Aptos" w:hAnsi="Aptos"/>
        </w:rPr>
        <w:t>Lesson 8 Model Answers</w:t>
      </w:r>
    </w:p>
    <w:tbl>
      <w:tblPr>
        <w:tblW w:w="0" w:type="auto"/>
        <w:jc w:val="center"/>
        <w:tblLook w:val="04A0" w:firstRow="1" w:lastRow="0" w:firstColumn="1" w:lastColumn="0" w:noHBand="0" w:noVBand="1"/>
      </w:tblPr>
      <w:tblGrid>
        <w:gridCol w:w="5184"/>
        <w:gridCol w:w="5184"/>
      </w:tblGrid>
      <w:tr w:rsidR="00610360" w14:paraId="3E18FB97"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10CAEA2"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E9465FA" w14:textId="77777777" w:rsidR="00610360" w:rsidRDefault="00000000">
            <w:pPr>
              <w:spacing w:after="0"/>
            </w:pPr>
            <w:r>
              <w:rPr>
                <w:b/>
                <w:color w:val="FFFFFF"/>
                <w:sz w:val="17"/>
              </w:rPr>
              <w:t>Model Answer</w:t>
            </w:r>
          </w:p>
        </w:tc>
      </w:tr>
      <w:tr w:rsidR="00610360" w14:paraId="551BEB7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F78AC8A" w14:textId="77777777" w:rsidR="00610360" w:rsidRDefault="00000000">
            <w:pPr>
              <w:spacing w:after="0"/>
            </w:pPr>
            <w:r>
              <w:rPr>
                <w:sz w:val="17"/>
              </w:rPr>
              <w:t>8.1</w:t>
            </w:r>
          </w:p>
        </w:tc>
        <w:tc>
          <w:tcPr>
            <w:tcW w:w="5184" w:type="dxa"/>
            <w:tcBorders>
              <w:top w:val="single" w:sz="4" w:space="0" w:color="D8E6EC"/>
              <w:left w:val="single" w:sz="4" w:space="0" w:color="D8E6EC"/>
              <w:bottom w:val="single" w:sz="4" w:space="0" w:color="D8E6EC"/>
              <w:right w:val="single" w:sz="4" w:space="0" w:color="D8E6EC"/>
            </w:tcBorders>
            <w:vAlign w:val="center"/>
          </w:tcPr>
          <w:p w14:paraId="33801E6C" w14:textId="77777777" w:rsidR="00610360" w:rsidRDefault="00000000">
            <w:pPr>
              <w:spacing w:after="0"/>
            </w:pPr>
            <w:r>
              <w:rPr>
                <w:sz w:val="17"/>
              </w:rPr>
              <w:t>va</w:t>
            </w:r>
          </w:p>
        </w:tc>
      </w:tr>
      <w:tr w:rsidR="00610360" w:rsidRPr="00C12360" w14:paraId="24D9B53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B2583C9" w14:textId="77777777" w:rsidR="00610360" w:rsidRDefault="00000000">
            <w:pPr>
              <w:spacing w:after="0"/>
            </w:pPr>
            <w:r>
              <w:rPr>
                <w:sz w:val="17"/>
              </w:rPr>
              <w:t>8.2</w:t>
            </w:r>
          </w:p>
        </w:tc>
        <w:tc>
          <w:tcPr>
            <w:tcW w:w="5184" w:type="dxa"/>
            <w:tcBorders>
              <w:top w:val="single" w:sz="4" w:space="0" w:color="D8E6EC"/>
              <w:left w:val="single" w:sz="4" w:space="0" w:color="D8E6EC"/>
              <w:bottom w:val="single" w:sz="4" w:space="0" w:color="D8E6EC"/>
              <w:right w:val="single" w:sz="4" w:space="0" w:color="D8E6EC"/>
            </w:tcBorders>
            <w:vAlign w:val="center"/>
          </w:tcPr>
          <w:p w14:paraId="593D6F0A" w14:textId="77777777" w:rsidR="00610360" w:rsidRPr="00C12360" w:rsidRDefault="00000000">
            <w:pPr>
              <w:spacing w:after="0"/>
              <w:rPr>
                <w:lang w:val="es-ES"/>
              </w:rPr>
            </w:pPr>
            <w:proofErr w:type="spellStart"/>
            <w:r w:rsidRPr="00C12360">
              <w:rPr>
                <w:sz w:val="17"/>
                <w:lang w:val="es-ES"/>
              </w:rPr>
              <w:t>Ela</w:t>
            </w:r>
            <w:proofErr w:type="spellEnd"/>
            <w:r w:rsidRPr="00C12360">
              <w:rPr>
                <w:sz w:val="17"/>
                <w:lang w:val="es-ES"/>
              </w:rPr>
              <w:t xml:space="preserve"> va </w:t>
            </w:r>
            <w:proofErr w:type="spellStart"/>
            <w:r w:rsidRPr="00C12360">
              <w:rPr>
                <w:sz w:val="17"/>
                <w:lang w:val="es-ES"/>
              </w:rPr>
              <w:t>skribe</w:t>
            </w:r>
            <w:proofErr w:type="spellEnd"/>
            <w:r w:rsidRPr="00C12360">
              <w:rPr>
                <w:sz w:val="17"/>
                <w:lang w:val="es-ES"/>
              </w:rPr>
              <w:t xml:space="preserve"> </w:t>
            </w:r>
            <w:proofErr w:type="gramStart"/>
            <w:r w:rsidRPr="00C12360">
              <w:rPr>
                <w:sz w:val="17"/>
                <w:lang w:val="es-ES"/>
              </w:rPr>
              <w:t>un letra</w:t>
            </w:r>
            <w:proofErr w:type="gramEnd"/>
            <w:r w:rsidRPr="00C12360">
              <w:rPr>
                <w:sz w:val="17"/>
                <w:lang w:val="es-ES"/>
              </w:rPr>
              <w:t>.</w:t>
            </w:r>
          </w:p>
        </w:tc>
      </w:tr>
      <w:tr w:rsidR="00610360" w:rsidRPr="00C12360" w14:paraId="72C7C9A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F0AC07F" w14:textId="77777777" w:rsidR="00610360" w:rsidRDefault="00000000">
            <w:pPr>
              <w:spacing w:after="0"/>
            </w:pPr>
            <w:r>
              <w:rPr>
                <w:sz w:val="17"/>
              </w:rPr>
              <w:t>8.3</w:t>
            </w:r>
          </w:p>
        </w:tc>
        <w:tc>
          <w:tcPr>
            <w:tcW w:w="5184" w:type="dxa"/>
            <w:tcBorders>
              <w:top w:val="single" w:sz="4" w:space="0" w:color="D8E6EC"/>
              <w:left w:val="single" w:sz="4" w:space="0" w:color="D8E6EC"/>
              <w:bottom w:val="single" w:sz="4" w:space="0" w:color="D8E6EC"/>
              <w:right w:val="single" w:sz="4" w:space="0" w:color="D8E6EC"/>
            </w:tcBorders>
            <w:vAlign w:val="center"/>
          </w:tcPr>
          <w:p w14:paraId="6A87B215" w14:textId="77777777" w:rsidR="00610360" w:rsidRPr="00C12360" w:rsidRDefault="00000000">
            <w:pPr>
              <w:spacing w:after="0"/>
              <w:rPr>
                <w:lang w:val="fr-FR"/>
              </w:rPr>
            </w:pPr>
            <w:r w:rsidRPr="00C12360">
              <w:rPr>
                <w:sz w:val="17"/>
                <w:lang w:val="fr-FR"/>
              </w:rPr>
              <w:t xml:space="preserve">Les ne va visita la </w:t>
            </w:r>
            <w:proofErr w:type="spellStart"/>
            <w:r w:rsidRPr="00C12360">
              <w:rPr>
                <w:sz w:val="17"/>
                <w:lang w:val="fr-FR"/>
              </w:rPr>
              <w:t>hotel</w:t>
            </w:r>
            <w:proofErr w:type="spellEnd"/>
            <w:r w:rsidRPr="00C12360">
              <w:rPr>
                <w:sz w:val="17"/>
                <w:lang w:val="fr-FR"/>
              </w:rPr>
              <w:t>.</w:t>
            </w:r>
          </w:p>
        </w:tc>
      </w:tr>
      <w:tr w:rsidR="00610360" w14:paraId="68900235"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5913AA7" w14:textId="77777777" w:rsidR="00610360" w:rsidRDefault="00000000">
            <w:pPr>
              <w:spacing w:after="0"/>
            </w:pPr>
            <w:r>
              <w:rPr>
                <w:sz w:val="17"/>
              </w:rPr>
              <w:t>8.4</w:t>
            </w:r>
          </w:p>
        </w:tc>
        <w:tc>
          <w:tcPr>
            <w:tcW w:w="5184" w:type="dxa"/>
            <w:tcBorders>
              <w:top w:val="single" w:sz="4" w:space="0" w:color="D8E6EC"/>
              <w:left w:val="single" w:sz="4" w:space="0" w:color="D8E6EC"/>
              <w:bottom w:val="single" w:sz="4" w:space="0" w:color="D8E6EC"/>
              <w:right w:val="single" w:sz="4" w:space="0" w:color="D8E6EC"/>
            </w:tcBorders>
            <w:vAlign w:val="center"/>
          </w:tcPr>
          <w:p w14:paraId="5F841113" w14:textId="77777777" w:rsidR="00610360" w:rsidRDefault="00000000">
            <w:pPr>
              <w:spacing w:after="0"/>
            </w:pPr>
            <w:r>
              <w:rPr>
                <w:sz w:val="17"/>
              </w:rPr>
              <w:t>Ku tu va parla Claralinga?</w:t>
            </w:r>
          </w:p>
        </w:tc>
      </w:tr>
      <w:tr w:rsidR="00610360" w14:paraId="068327A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7B19234" w14:textId="77777777" w:rsidR="00610360" w:rsidRDefault="00000000">
            <w:pPr>
              <w:spacing w:after="0"/>
            </w:pPr>
            <w:r>
              <w:rPr>
                <w:sz w:val="17"/>
              </w:rPr>
              <w:t>8.5</w:t>
            </w:r>
          </w:p>
        </w:tc>
        <w:tc>
          <w:tcPr>
            <w:tcW w:w="5184" w:type="dxa"/>
            <w:tcBorders>
              <w:top w:val="single" w:sz="4" w:space="0" w:color="D8E6EC"/>
              <w:left w:val="single" w:sz="4" w:space="0" w:color="D8E6EC"/>
              <w:bottom w:val="single" w:sz="4" w:space="0" w:color="D8E6EC"/>
              <w:right w:val="single" w:sz="4" w:space="0" w:color="D8E6EC"/>
            </w:tcBorders>
            <w:vAlign w:val="center"/>
          </w:tcPr>
          <w:p w14:paraId="7242C4C1" w14:textId="77777777" w:rsidR="00610360" w:rsidRDefault="00000000">
            <w:pPr>
              <w:spacing w:after="0"/>
            </w:pPr>
            <w:r>
              <w:rPr>
                <w:sz w:val="17"/>
              </w:rPr>
              <w:t>Answers will vary.</w:t>
            </w:r>
          </w:p>
        </w:tc>
      </w:tr>
    </w:tbl>
    <w:p w14:paraId="7095487F" w14:textId="77777777" w:rsidR="00610360" w:rsidRDefault="00000000">
      <w:pPr>
        <w:pStyle w:val="Heading2"/>
        <w:spacing w:after="120"/>
      </w:pPr>
      <w:r>
        <w:rPr>
          <w:rFonts w:ascii="Aptos" w:hAnsi="Aptos"/>
        </w:rPr>
        <w:t>Lesson 9 Model Answers</w:t>
      </w:r>
    </w:p>
    <w:tbl>
      <w:tblPr>
        <w:tblW w:w="0" w:type="auto"/>
        <w:jc w:val="center"/>
        <w:tblLook w:val="04A0" w:firstRow="1" w:lastRow="0" w:firstColumn="1" w:lastColumn="0" w:noHBand="0" w:noVBand="1"/>
      </w:tblPr>
      <w:tblGrid>
        <w:gridCol w:w="5184"/>
        <w:gridCol w:w="5184"/>
      </w:tblGrid>
      <w:tr w:rsidR="00610360" w14:paraId="0AE10A32"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A0B22A1"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83C42F3" w14:textId="77777777" w:rsidR="00610360" w:rsidRDefault="00000000">
            <w:pPr>
              <w:spacing w:after="0"/>
            </w:pPr>
            <w:r>
              <w:rPr>
                <w:b/>
                <w:color w:val="FFFFFF"/>
                <w:sz w:val="17"/>
              </w:rPr>
              <w:t>Model Answer</w:t>
            </w:r>
          </w:p>
        </w:tc>
      </w:tr>
      <w:tr w:rsidR="00610360" w14:paraId="323FC5A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650D031" w14:textId="77777777" w:rsidR="00610360" w:rsidRDefault="00000000">
            <w:pPr>
              <w:spacing w:after="0"/>
            </w:pPr>
            <w:r>
              <w:rPr>
                <w:sz w:val="17"/>
              </w:rPr>
              <w:t>9.1</w:t>
            </w:r>
          </w:p>
        </w:tc>
        <w:tc>
          <w:tcPr>
            <w:tcW w:w="5184" w:type="dxa"/>
            <w:tcBorders>
              <w:top w:val="single" w:sz="4" w:space="0" w:color="D8E6EC"/>
              <w:left w:val="single" w:sz="4" w:space="0" w:color="D8E6EC"/>
              <w:bottom w:val="single" w:sz="4" w:space="0" w:color="D8E6EC"/>
              <w:right w:val="single" w:sz="4" w:space="0" w:color="D8E6EC"/>
            </w:tcBorders>
            <w:vAlign w:val="center"/>
          </w:tcPr>
          <w:p w14:paraId="154FD234" w14:textId="77777777" w:rsidR="00610360" w:rsidRDefault="00000000">
            <w:pPr>
              <w:spacing w:after="0"/>
            </w:pPr>
            <w:r>
              <w:rPr>
                <w:sz w:val="17"/>
              </w:rPr>
              <w:t>Mi nu parla.</w:t>
            </w:r>
          </w:p>
        </w:tc>
      </w:tr>
      <w:tr w:rsidR="00610360" w14:paraId="3CB44E2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38F147A" w14:textId="77777777" w:rsidR="00610360" w:rsidRDefault="00000000">
            <w:pPr>
              <w:spacing w:after="0"/>
            </w:pPr>
            <w:r>
              <w:rPr>
                <w:sz w:val="17"/>
              </w:rPr>
              <w:t>9.2</w:t>
            </w:r>
          </w:p>
        </w:tc>
        <w:tc>
          <w:tcPr>
            <w:tcW w:w="5184" w:type="dxa"/>
            <w:tcBorders>
              <w:top w:val="single" w:sz="4" w:space="0" w:color="D8E6EC"/>
              <w:left w:val="single" w:sz="4" w:space="0" w:color="D8E6EC"/>
              <w:bottom w:val="single" w:sz="4" w:space="0" w:color="D8E6EC"/>
              <w:right w:val="single" w:sz="4" w:space="0" w:color="D8E6EC"/>
            </w:tcBorders>
            <w:vAlign w:val="center"/>
          </w:tcPr>
          <w:p w14:paraId="3311609E" w14:textId="77777777" w:rsidR="00610360" w:rsidRDefault="00000000">
            <w:pPr>
              <w:spacing w:after="0"/>
            </w:pPr>
            <w:r>
              <w:rPr>
                <w:sz w:val="17"/>
              </w:rPr>
              <w:t>Nos ja arriva.</w:t>
            </w:r>
          </w:p>
        </w:tc>
      </w:tr>
      <w:tr w:rsidR="00610360" w14:paraId="18C4F40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C266C27" w14:textId="77777777" w:rsidR="00610360" w:rsidRDefault="00000000">
            <w:pPr>
              <w:spacing w:after="0"/>
            </w:pPr>
            <w:r>
              <w:rPr>
                <w:sz w:val="17"/>
              </w:rPr>
              <w:t>9.3</w:t>
            </w:r>
          </w:p>
        </w:tc>
        <w:tc>
          <w:tcPr>
            <w:tcW w:w="5184" w:type="dxa"/>
            <w:tcBorders>
              <w:top w:val="single" w:sz="4" w:space="0" w:color="D8E6EC"/>
              <w:left w:val="single" w:sz="4" w:space="0" w:color="D8E6EC"/>
              <w:bottom w:val="single" w:sz="4" w:space="0" w:color="D8E6EC"/>
              <w:right w:val="single" w:sz="4" w:space="0" w:color="D8E6EC"/>
            </w:tcBorders>
            <w:vAlign w:val="center"/>
          </w:tcPr>
          <w:p w14:paraId="19101366" w14:textId="77777777" w:rsidR="00610360" w:rsidRDefault="00000000">
            <w:pPr>
              <w:spacing w:after="0"/>
            </w:pPr>
            <w:r>
              <w:rPr>
                <w:sz w:val="17"/>
              </w:rPr>
              <w:t>nu</w:t>
            </w:r>
          </w:p>
        </w:tc>
      </w:tr>
      <w:tr w:rsidR="00610360" w14:paraId="6274D9D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6D20DA0" w14:textId="77777777" w:rsidR="00610360" w:rsidRDefault="00000000">
            <w:pPr>
              <w:spacing w:after="0"/>
            </w:pPr>
            <w:r>
              <w:rPr>
                <w:sz w:val="17"/>
              </w:rPr>
              <w:t>9.4</w:t>
            </w:r>
          </w:p>
        </w:tc>
        <w:tc>
          <w:tcPr>
            <w:tcW w:w="5184" w:type="dxa"/>
            <w:tcBorders>
              <w:top w:val="single" w:sz="4" w:space="0" w:color="D8E6EC"/>
              <w:left w:val="single" w:sz="4" w:space="0" w:color="D8E6EC"/>
              <w:bottom w:val="single" w:sz="4" w:space="0" w:color="D8E6EC"/>
              <w:right w:val="single" w:sz="4" w:space="0" w:color="D8E6EC"/>
            </w:tcBorders>
            <w:vAlign w:val="center"/>
          </w:tcPr>
          <w:p w14:paraId="53619A9A" w14:textId="77777777" w:rsidR="00610360" w:rsidRDefault="00000000">
            <w:pPr>
              <w:spacing w:after="0"/>
            </w:pPr>
            <w:r>
              <w:rPr>
                <w:sz w:val="17"/>
              </w:rPr>
              <w:t>ja</w:t>
            </w:r>
          </w:p>
        </w:tc>
      </w:tr>
      <w:tr w:rsidR="00610360" w14:paraId="6B68E281"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7D6DDE9" w14:textId="77777777" w:rsidR="00610360" w:rsidRDefault="00000000">
            <w:pPr>
              <w:spacing w:after="0"/>
            </w:pPr>
            <w:r>
              <w:rPr>
                <w:sz w:val="17"/>
              </w:rPr>
              <w:t>9.5</w:t>
            </w:r>
          </w:p>
        </w:tc>
        <w:tc>
          <w:tcPr>
            <w:tcW w:w="5184" w:type="dxa"/>
            <w:tcBorders>
              <w:top w:val="single" w:sz="4" w:space="0" w:color="D8E6EC"/>
              <w:left w:val="single" w:sz="4" w:space="0" w:color="D8E6EC"/>
              <w:bottom w:val="single" w:sz="4" w:space="0" w:color="D8E6EC"/>
              <w:right w:val="single" w:sz="4" w:space="0" w:color="D8E6EC"/>
            </w:tcBorders>
            <w:vAlign w:val="center"/>
          </w:tcPr>
          <w:p w14:paraId="490BF954" w14:textId="77777777" w:rsidR="00610360" w:rsidRDefault="00000000">
            <w:pPr>
              <w:spacing w:after="0"/>
            </w:pPr>
            <w:r>
              <w:rPr>
                <w:sz w:val="17"/>
              </w:rPr>
              <w:t>Answers will vary.</w:t>
            </w:r>
          </w:p>
        </w:tc>
      </w:tr>
    </w:tbl>
    <w:p w14:paraId="31C66AA5" w14:textId="77777777" w:rsidR="00610360" w:rsidRDefault="00000000">
      <w:pPr>
        <w:pStyle w:val="Heading2"/>
        <w:spacing w:after="120"/>
      </w:pPr>
      <w:r>
        <w:rPr>
          <w:rFonts w:ascii="Aptos" w:hAnsi="Aptos"/>
        </w:rPr>
        <w:t>Lesson 10 Model Answers</w:t>
      </w:r>
    </w:p>
    <w:tbl>
      <w:tblPr>
        <w:tblW w:w="0" w:type="auto"/>
        <w:jc w:val="center"/>
        <w:tblLook w:val="04A0" w:firstRow="1" w:lastRow="0" w:firstColumn="1" w:lastColumn="0" w:noHBand="0" w:noVBand="1"/>
      </w:tblPr>
      <w:tblGrid>
        <w:gridCol w:w="5184"/>
        <w:gridCol w:w="5184"/>
      </w:tblGrid>
      <w:tr w:rsidR="00610360" w14:paraId="6A3F32F7"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3F6187B"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315E6AC" w14:textId="77777777" w:rsidR="00610360" w:rsidRDefault="00000000">
            <w:pPr>
              <w:spacing w:after="0"/>
            </w:pPr>
            <w:r>
              <w:rPr>
                <w:b/>
                <w:color w:val="FFFFFF"/>
                <w:sz w:val="17"/>
              </w:rPr>
              <w:t>Model Answer</w:t>
            </w:r>
          </w:p>
        </w:tc>
      </w:tr>
      <w:tr w:rsidR="00610360" w14:paraId="247E67CB"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5932FCF" w14:textId="77777777" w:rsidR="00610360" w:rsidRDefault="00000000">
            <w:pPr>
              <w:spacing w:after="0"/>
            </w:pPr>
            <w:r>
              <w:rPr>
                <w:sz w:val="17"/>
              </w:rPr>
              <w:t>10.1</w:t>
            </w:r>
          </w:p>
        </w:tc>
        <w:tc>
          <w:tcPr>
            <w:tcW w:w="5184" w:type="dxa"/>
            <w:tcBorders>
              <w:top w:val="single" w:sz="4" w:space="0" w:color="D8E6EC"/>
              <w:left w:val="single" w:sz="4" w:space="0" w:color="D8E6EC"/>
              <w:bottom w:val="single" w:sz="4" w:space="0" w:color="D8E6EC"/>
              <w:right w:val="single" w:sz="4" w:space="0" w:color="D8E6EC"/>
            </w:tcBorders>
            <w:vAlign w:val="center"/>
          </w:tcPr>
          <w:p w14:paraId="4A9DD843" w14:textId="77777777" w:rsidR="00610360" w:rsidRDefault="00000000">
            <w:pPr>
              <w:spacing w:after="0"/>
            </w:pPr>
            <w:r>
              <w:rPr>
                <w:sz w:val="17"/>
              </w:rPr>
              <w:t>Ku tu komprende Claralinga?</w:t>
            </w:r>
          </w:p>
        </w:tc>
      </w:tr>
      <w:tr w:rsidR="00610360" w14:paraId="65C787E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060AE57" w14:textId="77777777" w:rsidR="00610360" w:rsidRDefault="00000000">
            <w:pPr>
              <w:spacing w:after="0"/>
            </w:pPr>
            <w:r>
              <w:rPr>
                <w:sz w:val="17"/>
              </w:rPr>
              <w:t>10.2</w:t>
            </w:r>
          </w:p>
        </w:tc>
        <w:tc>
          <w:tcPr>
            <w:tcW w:w="5184" w:type="dxa"/>
            <w:tcBorders>
              <w:top w:val="single" w:sz="4" w:space="0" w:color="D8E6EC"/>
              <w:left w:val="single" w:sz="4" w:space="0" w:color="D8E6EC"/>
              <w:bottom w:val="single" w:sz="4" w:space="0" w:color="D8E6EC"/>
              <w:right w:val="single" w:sz="4" w:space="0" w:color="D8E6EC"/>
            </w:tcBorders>
            <w:vAlign w:val="center"/>
          </w:tcPr>
          <w:p w14:paraId="380D000B" w14:textId="77777777" w:rsidR="00610360" w:rsidRDefault="00000000">
            <w:pPr>
              <w:spacing w:after="0"/>
            </w:pPr>
            <w:r>
              <w:rPr>
                <w:sz w:val="17"/>
              </w:rPr>
              <w:t>Kur tu aprende?</w:t>
            </w:r>
          </w:p>
        </w:tc>
      </w:tr>
      <w:tr w:rsidR="00610360" w14:paraId="7885C0A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2B67873" w14:textId="77777777" w:rsidR="00610360" w:rsidRDefault="00000000">
            <w:pPr>
              <w:spacing w:after="0"/>
            </w:pPr>
            <w:r>
              <w:rPr>
                <w:sz w:val="17"/>
              </w:rPr>
              <w:t>10.3</w:t>
            </w:r>
          </w:p>
        </w:tc>
        <w:tc>
          <w:tcPr>
            <w:tcW w:w="5184" w:type="dxa"/>
            <w:tcBorders>
              <w:top w:val="single" w:sz="4" w:space="0" w:color="D8E6EC"/>
              <w:left w:val="single" w:sz="4" w:space="0" w:color="D8E6EC"/>
              <w:bottom w:val="single" w:sz="4" w:space="0" w:color="D8E6EC"/>
              <w:right w:val="single" w:sz="4" w:space="0" w:color="D8E6EC"/>
            </w:tcBorders>
            <w:vAlign w:val="center"/>
          </w:tcPr>
          <w:p w14:paraId="1D379617" w14:textId="77777777" w:rsidR="00610360" w:rsidRDefault="00000000">
            <w:pPr>
              <w:spacing w:after="0"/>
            </w:pPr>
            <w:r>
              <w:rPr>
                <w:sz w:val="17"/>
              </w:rPr>
              <w:t>Mi ne voli kafe.</w:t>
            </w:r>
          </w:p>
        </w:tc>
      </w:tr>
      <w:tr w:rsidR="00610360" w14:paraId="131E54B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E3DA243" w14:textId="77777777" w:rsidR="00610360" w:rsidRDefault="00000000">
            <w:pPr>
              <w:spacing w:after="0"/>
            </w:pPr>
            <w:r>
              <w:rPr>
                <w:sz w:val="17"/>
              </w:rPr>
              <w:t>10.4</w:t>
            </w:r>
          </w:p>
        </w:tc>
        <w:tc>
          <w:tcPr>
            <w:tcW w:w="5184" w:type="dxa"/>
            <w:tcBorders>
              <w:top w:val="single" w:sz="4" w:space="0" w:color="D8E6EC"/>
              <w:left w:val="single" w:sz="4" w:space="0" w:color="D8E6EC"/>
              <w:bottom w:val="single" w:sz="4" w:space="0" w:color="D8E6EC"/>
              <w:right w:val="single" w:sz="4" w:space="0" w:color="D8E6EC"/>
            </w:tcBorders>
            <w:vAlign w:val="center"/>
          </w:tcPr>
          <w:p w14:paraId="5D86B017" w14:textId="77777777" w:rsidR="00610360" w:rsidRDefault="00000000">
            <w:pPr>
              <w:spacing w:after="0"/>
            </w:pPr>
            <w:r>
              <w:rPr>
                <w:sz w:val="17"/>
              </w:rPr>
              <w:t>Quant kosta isto?</w:t>
            </w:r>
          </w:p>
        </w:tc>
      </w:tr>
      <w:tr w:rsidR="00610360" w14:paraId="007BEAE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DA4118D" w14:textId="77777777" w:rsidR="00610360" w:rsidRDefault="00000000">
            <w:pPr>
              <w:spacing w:after="0"/>
            </w:pPr>
            <w:r>
              <w:rPr>
                <w:sz w:val="17"/>
              </w:rPr>
              <w:t>10.5</w:t>
            </w:r>
          </w:p>
        </w:tc>
        <w:tc>
          <w:tcPr>
            <w:tcW w:w="5184" w:type="dxa"/>
            <w:tcBorders>
              <w:top w:val="single" w:sz="4" w:space="0" w:color="D8E6EC"/>
              <w:left w:val="single" w:sz="4" w:space="0" w:color="D8E6EC"/>
              <w:bottom w:val="single" w:sz="4" w:space="0" w:color="D8E6EC"/>
              <w:right w:val="single" w:sz="4" w:space="0" w:color="D8E6EC"/>
            </w:tcBorders>
            <w:vAlign w:val="center"/>
          </w:tcPr>
          <w:p w14:paraId="6A41FC60" w14:textId="77777777" w:rsidR="00610360" w:rsidRDefault="00000000">
            <w:pPr>
              <w:spacing w:after="0"/>
            </w:pPr>
            <w:r>
              <w:rPr>
                <w:sz w:val="17"/>
              </w:rPr>
              <w:t>Kan nos va komensa?</w:t>
            </w:r>
          </w:p>
        </w:tc>
      </w:tr>
    </w:tbl>
    <w:p w14:paraId="2CEEAB2E" w14:textId="77777777" w:rsidR="00610360" w:rsidRDefault="00000000">
      <w:pPr>
        <w:pStyle w:val="Heading2"/>
        <w:spacing w:after="120"/>
      </w:pPr>
      <w:r>
        <w:rPr>
          <w:rFonts w:ascii="Aptos" w:hAnsi="Aptos"/>
        </w:rPr>
        <w:t>Lesson 11 Model Answers</w:t>
      </w:r>
    </w:p>
    <w:tbl>
      <w:tblPr>
        <w:tblW w:w="0" w:type="auto"/>
        <w:jc w:val="center"/>
        <w:tblLook w:val="04A0" w:firstRow="1" w:lastRow="0" w:firstColumn="1" w:lastColumn="0" w:noHBand="0" w:noVBand="1"/>
      </w:tblPr>
      <w:tblGrid>
        <w:gridCol w:w="5184"/>
        <w:gridCol w:w="5184"/>
      </w:tblGrid>
      <w:tr w:rsidR="00610360" w14:paraId="3DBDA979"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B29DDB3"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02B0722" w14:textId="77777777" w:rsidR="00610360" w:rsidRDefault="00000000">
            <w:pPr>
              <w:spacing w:after="0"/>
            </w:pPr>
            <w:r>
              <w:rPr>
                <w:b/>
                <w:color w:val="FFFFFF"/>
                <w:sz w:val="17"/>
              </w:rPr>
              <w:t>Model Answer</w:t>
            </w:r>
          </w:p>
        </w:tc>
      </w:tr>
      <w:tr w:rsidR="00610360" w14:paraId="09CBF12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01B6631" w14:textId="77777777" w:rsidR="00610360" w:rsidRDefault="00000000">
            <w:pPr>
              <w:spacing w:after="0"/>
            </w:pPr>
            <w:r>
              <w:rPr>
                <w:sz w:val="17"/>
              </w:rPr>
              <w:t>11.1</w:t>
            </w:r>
          </w:p>
        </w:tc>
        <w:tc>
          <w:tcPr>
            <w:tcW w:w="5184" w:type="dxa"/>
            <w:tcBorders>
              <w:top w:val="single" w:sz="4" w:space="0" w:color="D8E6EC"/>
              <w:left w:val="single" w:sz="4" w:space="0" w:color="D8E6EC"/>
              <w:bottom w:val="single" w:sz="4" w:space="0" w:color="D8E6EC"/>
              <w:right w:val="single" w:sz="4" w:space="0" w:color="D8E6EC"/>
            </w:tcBorders>
            <w:vAlign w:val="center"/>
          </w:tcPr>
          <w:p w14:paraId="262C3A79" w14:textId="77777777" w:rsidR="00610360" w:rsidRDefault="00000000">
            <w:pPr>
              <w:spacing w:after="0"/>
            </w:pPr>
            <w:r>
              <w:rPr>
                <w:sz w:val="17"/>
              </w:rPr>
              <w:t>un, du, tre, quatro, cinque, sex, sete, okto, nove, dek</w:t>
            </w:r>
          </w:p>
        </w:tc>
      </w:tr>
      <w:tr w:rsidR="00610360" w14:paraId="75353333"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6FF00E2E" w14:textId="77777777" w:rsidR="00610360" w:rsidRDefault="00000000">
            <w:pPr>
              <w:spacing w:after="0"/>
            </w:pPr>
            <w:r>
              <w:rPr>
                <w:sz w:val="17"/>
              </w:rPr>
              <w:t>11.2</w:t>
            </w:r>
          </w:p>
        </w:tc>
        <w:tc>
          <w:tcPr>
            <w:tcW w:w="5184" w:type="dxa"/>
            <w:tcBorders>
              <w:top w:val="single" w:sz="4" w:space="0" w:color="D8E6EC"/>
              <w:left w:val="single" w:sz="4" w:space="0" w:color="D8E6EC"/>
              <w:bottom w:val="single" w:sz="4" w:space="0" w:color="D8E6EC"/>
              <w:right w:val="single" w:sz="4" w:space="0" w:color="D8E6EC"/>
            </w:tcBorders>
            <w:vAlign w:val="center"/>
          </w:tcPr>
          <w:p w14:paraId="675CFBCF" w14:textId="77777777" w:rsidR="00610360" w:rsidRDefault="00000000">
            <w:pPr>
              <w:spacing w:after="0"/>
            </w:pPr>
            <w:r>
              <w:rPr>
                <w:sz w:val="17"/>
              </w:rPr>
              <w:t>Mi habe cinque libros.</w:t>
            </w:r>
          </w:p>
        </w:tc>
      </w:tr>
      <w:tr w:rsidR="00610360" w14:paraId="014D761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4FA2729" w14:textId="77777777" w:rsidR="00610360" w:rsidRDefault="00000000">
            <w:pPr>
              <w:spacing w:after="0"/>
            </w:pPr>
            <w:r>
              <w:rPr>
                <w:sz w:val="17"/>
              </w:rPr>
              <w:t>11.3</w:t>
            </w:r>
          </w:p>
        </w:tc>
        <w:tc>
          <w:tcPr>
            <w:tcW w:w="5184" w:type="dxa"/>
            <w:tcBorders>
              <w:top w:val="single" w:sz="4" w:space="0" w:color="D8E6EC"/>
              <w:left w:val="single" w:sz="4" w:space="0" w:color="D8E6EC"/>
              <w:bottom w:val="single" w:sz="4" w:space="0" w:color="D8E6EC"/>
              <w:right w:val="single" w:sz="4" w:space="0" w:color="D8E6EC"/>
            </w:tcBorders>
            <w:vAlign w:val="center"/>
          </w:tcPr>
          <w:p w14:paraId="5BBD1EA5" w14:textId="77777777" w:rsidR="00610360" w:rsidRDefault="00000000">
            <w:pPr>
              <w:spacing w:after="0"/>
            </w:pPr>
            <w:r>
              <w:rPr>
                <w:sz w:val="17"/>
              </w:rPr>
              <w:t>Qual hora es?</w:t>
            </w:r>
          </w:p>
        </w:tc>
      </w:tr>
      <w:tr w:rsidR="00610360" w14:paraId="02118E1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3B8E5AB" w14:textId="77777777" w:rsidR="00610360" w:rsidRDefault="00000000">
            <w:pPr>
              <w:spacing w:after="0"/>
            </w:pPr>
            <w:r>
              <w:rPr>
                <w:sz w:val="17"/>
              </w:rPr>
              <w:t>11.4</w:t>
            </w:r>
          </w:p>
        </w:tc>
        <w:tc>
          <w:tcPr>
            <w:tcW w:w="5184" w:type="dxa"/>
            <w:tcBorders>
              <w:top w:val="single" w:sz="4" w:space="0" w:color="D8E6EC"/>
              <w:left w:val="single" w:sz="4" w:space="0" w:color="D8E6EC"/>
              <w:bottom w:val="single" w:sz="4" w:space="0" w:color="D8E6EC"/>
              <w:right w:val="single" w:sz="4" w:space="0" w:color="D8E6EC"/>
            </w:tcBorders>
            <w:vAlign w:val="center"/>
          </w:tcPr>
          <w:p w14:paraId="374F8E44" w14:textId="77777777" w:rsidR="00610360" w:rsidRDefault="00000000">
            <w:pPr>
              <w:spacing w:after="0"/>
            </w:pPr>
            <w:r>
              <w:rPr>
                <w:sz w:val="17"/>
              </w:rPr>
              <w:t>Nos va komensa morga.</w:t>
            </w:r>
          </w:p>
        </w:tc>
      </w:tr>
      <w:tr w:rsidR="00610360" w14:paraId="46AB084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6843615" w14:textId="77777777" w:rsidR="00610360" w:rsidRDefault="00000000">
            <w:pPr>
              <w:spacing w:after="0"/>
            </w:pPr>
            <w:r>
              <w:rPr>
                <w:sz w:val="17"/>
              </w:rPr>
              <w:t>11.5</w:t>
            </w:r>
          </w:p>
        </w:tc>
        <w:tc>
          <w:tcPr>
            <w:tcW w:w="5184" w:type="dxa"/>
            <w:tcBorders>
              <w:top w:val="single" w:sz="4" w:space="0" w:color="D8E6EC"/>
              <w:left w:val="single" w:sz="4" w:space="0" w:color="D8E6EC"/>
              <w:bottom w:val="single" w:sz="4" w:space="0" w:color="D8E6EC"/>
              <w:right w:val="single" w:sz="4" w:space="0" w:color="D8E6EC"/>
            </w:tcBorders>
            <w:vAlign w:val="center"/>
          </w:tcPr>
          <w:p w14:paraId="491BB2E6" w14:textId="77777777" w:rsidR="00610360" w:rsidRDefault="00000000">
            <w:pPr>
              <w:spacing w:after="0"/>
            </w:pPr>
            <w:r>
              <w:rPr>
                <w:sz w:val="17"/>
              </w:rPr>
              <w:t>Answers will vary.</w:t>
            </w:r>
          </w:p>
        </w:tc>
      </w:tr>
    </w:tbl>
    <w:p w14:paraId="2A698D1F" w14:textId="77777777" w:rsidR="00610360" w:rsidRDefault="00000000">
      <w:pPr>
        <w:pStyle w:val="Heading2"/>
        <w:spacing w:after="120"/>
      </w:pPr>
      <w:r>
        <w:rPr>
          <w:rFonts w:ascii="Aptos" w:hAnsi="Aptos"/>
        </w:rPr>
        <w:t>Lesson 12 Model Answers</w:t>
      </w:r>
    </w:p>
    <w:tbl>
      <w:tblPr>
        <w:tblW w:w="0" w:type="auto"/>
        <w:jc w:val="center"/>
        <w:tblLook w:val="04A0" w:firstRow="1" w:lastRow="0" w:firstColumn="1" w:lastColumn="0" w:noHBand="0" w:noVBand="1"/>
      </w:tblPr>
      <w:tblGrid>
        <w:gridCol w:w="5184"/>
        <w:gridCol w:w="5184"/>
      </w:tblGrid>
      <w:tr w:rsidR="00610360" w14:paraId="2841E2A0"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E57A55F" w14:textId="77777777" w:rsidR="00610360" w:rsidRDefault="00000000">
            <w:pPr>
              <w:spacing w:after="0"/>
            </w:pPr>
            <w:r>
              <w:rPr>
                <w:b/>
                <w:color w:val="FFFFFF"/>
                <w:sz w:val="17"/>
              </w:rPr>
              <w:t>Exercise</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36FEF72" w14:textId="77777777" w:rsidR="00610360" w:rsidRDefault="00000000">
            <w:pPr>
              <w:spacing w:after="0"/>
            </w:pPr>
            <w:r>
              <w:rPr>
                <w:b/>
                <w:color w:val="FFFFFF"/>
                <w:sz w:val="17"/>
              </w:rPr>
              <w:t>Model Answer</w:t>
            </w:r>
          </w:p>
        </w:tc>
      </w:tr>
      <w:tr w:rsidR="00610360" w14:paraId="25D9905C"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29FD17F" w14:textId="77777777" w:rsidR="00610360" w:rsidRDefault="00000000">
            <w:pPr>
              <w:spacing w:after="0"/>
            </w:pPr>
            <w:r>
              <w:rPr>
                <w:sz w:val="17"/>
              </w:rPr>
              <w:t>12.1</w:t>
            </w:r>
          </w:p>
        </w:tc>
        <w:tc>
          <w:tcPr>
            <w:tcW w:w="5184" w:type="dxa"/>
            <w:tcBorders>
              <w:top w:val="single" w:sz="4" w:space="0" w:color="D8E6EC"/>
              <w:left w:val="single" w:sz="4" w:space="0" w:color="D8E6EC"/>
              <w:bottom w:val="single" w:sz="4" w:space="0" w:color="D8E6EC"/>
              <w:right w:val="single" w:sz="4" w:space="0" w:color="D8E6EC"/>
            </w:tcBorders>
            <w:vAlign w:val="center"/>
          </w:tcPr>
          <w:p w14:paraId="48349F8C" w14:textId="77777777" w:rsidR="00610360" w:rsidRDefault="00000000">
            <w:pPr>
              <w:spacing w:after="0"/>
            </w:pPr>
            <w:r>
              <w:rPr>
                <w:sz w:val="17"/>
              </w:rPr>
              <w:t>Practice task.</w:t>
            </w:r>
          </w:p>
        </w:tc>
      </w:tr>
      <w:tr w:rsidR="00610360" w14:paraId="79B452A8"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683E361" w14:textId="77777777" w:rsidR="00610360" w:rsidRDefault="00000000">
            <w:pPr>
              <w:spacing w:after="0"/>
            </w:pPr>
            <w:r>
              <w:rPr>
                <w:sz w:val="17"/>
              </w:rPr>
              <w:t>12.2</w:t>
            </w:r>
          </w:p>
        </w:tc>
        <w:tc>
          <w:tcPr>
            <w:tcW w:w="5184" w:type="dxa"/>
            <w:tcBorders>
              <w:top w:val="single" w:sz="4" w:space="0" w:color="D8E6EC"/>
              <w:left w:val="single" w:sz="4" w:space="0" w:color="D8E6EC"/>
              <w:bottom w:val="single" w:sz="4" w:space="0" w:color="D8E6EC"/>
              <w:right w:val="single" w:sz="4" w:space="0" w:color="D8E6EC"/>
            </w:tcBorders>
            <w:vAlign w:val="center"/>
          </w:tcPr>
          <w:p w14:paraId="2CB6BE6E" w14:textId="77777777" w:rsidR="00610360" w:rsidRDefault="00000000">
            <w:pPr>
              <w:spacing w:after="0"/>
            </w:pPr>
            <w:r>
              <w:rPr>
                <w:sz w:val="17"/>
              </w:rPr>
              <w:t>Answers will vary.</w:t>
            </w:r>
          </w:p>
        </w:tc>
      </w:tr>
      <w:tr w:rsidR="00610360" w14:paraId="5203F5D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15D3E8ED" w14:textId="77777777" w:rsidR="00610360" w:rsidRDefault="00000000">
            <w:pPr>
              <w:spacing w:after="0"/>
            </w:pPr>
            <w:r>
              <w:rPr>
                <w:sz w:val="17"/>
              </w:rPr>
              <w:t>12.3</w:t>
            </w:r>
          </w:p>
        </w:tc>
        <w:tc>
          <w:tcPr>
            <w:tcW w:w="5184" w:type="dxa"/>
            <w:tcBorders>
              <w:top w:val="single" w:sz="4" w:space="0" w:color="D8E6EC"/>
              <w:left w:val="single" w:sz="4" w:space="0" w:color="D8E6EC"/>
              <w:bottom w:val="single" w:sz="4" w:space="0" w:color="D8E6EC"/>
              <w:right w:val="single" w:sz="4" w:space="0" w:color="D8E6EC"/>
            </w:tcBorders>
            <w:vAlign w:val="center"/>
          </w:tcPr>
          <w:p w14:paraId="7D9B832B" w14:textId="77777777" w:rsidR="00610360" w:rsidRDefault="00000000">
            <w:pPr>
              <w:spacing w:after="0"/>
            </w:pPr>
            <w:r>
              <w:rPr>
                <w:sz w:val="17"/>
              </w:rPr>
              <w:t>Answers will vary.</w:t>
            </w:r>
          </w:p>
        </w:tc>
      </w:tr>
      <w:tr w:rsidR="00610360" w14:paraId="5B30D05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CFC1931" w14:textId="77777777" w:rsidR="00610360" w:rsidRDefault="00000000">
            <w:pPr>
              <w:spacing w:after="0"/>
            </w:pPr>
            <w:r>
              <w:rPr>
                <w:sz w:val="17"/>
              </w:rPr>
              <w:t>12.4</w:t>
            </w:r>
          </w:p>
        </w:tc>
        <w:tc>
          <w:tcPr>
            <w:tcW w:w="5184" w:type="dxa"/>
            <w:tcBorders>
              <w:top w:val="single" w:sz="4" w:space="0" w:color="D8E6EC"/>
              <w:left w:val="single" w:sz="4" w:space="0" w:color="D8E6EC"/>
              <w:bottom w:val="single" w:sz="4" w:space="0" w:color="D8E6EC"/>
              <w:right w:val="single" w:sz="4" w:space="0" w:color="D8E6EC"/>
            </w:tcBorders>
            <w:vAlign w:val="center"/>
          </w:tcPr>
          <w:p w14:paraId="6E5F5AF1" w14:textId="77777777" w:rsidR="00610360" w:rsidRDefault="00000000">
            <w:pPr>
              <w:spacing w:after="0"/>
            </w:pPr>
            <w:r>
              <w:rPr>
                <w:sz w:val="17"/>
              </w:rPr>
              <w:t>Translation will vary by passage.</w:t>
            </w:r>
          </w:p>
        </w:tc>
      </w:tr>
      <w:tr w:rsidR="00610360" w14:paraId="112BFE0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AB5EFD2" w14:textId="77777777" w:rsidR="00610360" w:rsidRDefault="00000000">
            <w:pPr>
              <w:spacing w:after="0"/>
            </w:pPr>
            <w:r>
              <w:rPr>
                <w:sz w:val="17"/>
              </w:rPr>
              <w:t>12.5</w:t>
            </w:r>
          </w:p>
        </w:tc>
        <w:tc>
          <w:tcPr>
            <w:tcW w:w="5184" w:type="dxa"/>
            <w:tcBorders>
              <w:top w:val="single" w:sz="4" w:space="0" w:color="D8E6EC"/>
              <w:left w:val="single" w:sz="4" w:space="0" w:color="D8E6EC"/>
              <w:bottom w:val="single" w:sz="4" w:space="0" w:color="D8E6EC"/>
              <w:right w:val="single" w:sz="4" w:space="0" w:color="D8E6EC"/>
            </w:tcBorders>
            <w:vAlign w:val="center"/>
          </w:tcPr>
          <w:p w14:paraId="30BE5768" w14:textId="77777777" w:rsidR="00610360" w:rsidRDefault="00000000">
            <w:pPr>
              <w:spacing w:after="0"/>
            </w:pPr>
            <w:r>
              <w:rPr>
                <w:sz w:val="17"/>
              </w:rPr>
              <w:t>Answers will vary.</w:t>
            </w:r>
          </w:p>
        </w:tc>
      </w:tr>
    </w:tbl>
    <w:p w14:paraId="5FBD5D29" w14:textId="77777777" w:rsidR="00610360" w:rsidRDefault="00000000">
      <w:pPr>
        <w:pStyle w:val="Heading2"/>
        <w:spacing w:after="120"/>
      </w:pPr>
      <w:r>
        <w:rPr>
          <w:rFonts w:ascii="Aptos" w:hAnsi="Aptos"/>
        </w:rPr>
        <w:t>Final Translation Test Model Answers</w:t>
      </w:r>
    </w:p>
    <w:tbl>
      <w:tblPr>
        <w:tblW w:w="0" w:type="auto"/>
        <w:jc w:val="center"/>
        <w:tblLook w:val="04A0" w:firstRow="1" w:lastRow="0" w:firstColumn="1" w:lastColumn="0" w:noHBand="0" w:noVBand="1"/>
      </w:tblPr>
      <w:tblGrid>
        <w:gridCol w:w="5184"/>
        <w:gridCol w:w="5184"/>
      </w:tblGrid>
      <w:tr w:rsidR="00610360" w14:paraId="0F619D85" w14:textId="77777777">
        <w:trPr>
          <w:jc w:val="center"/>
        </w:trPr>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EABC914" w14:textId="77777777" w:rsidR="00610360" w:rsidRDefault="00000000">
            <w:pPr>
              <w:spacing w:after="0"/>
            </w:pPr>
            <w:r>
              <w:rPr>
                <w:b/>
                <w:color w:val="FFFFFF"/>
                <w:sz w:val="17"/>
              </w:rPr>
              <w:t>English</w:t>
            </w:r>
          </w:p>
        </w:tc>
        <w:tc>
          <w:tcPr>
            <w:tcW w:w="5184"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F4E06A5" w14:textId="77777777" w:rsidR="00610360" w:rsidRDefault="00000000">
            <w:pPr>
              <w:spacing w:after="0"/>
            </w:pPr>
            <w:r>
              <w:rPr>
                <w:b/>
                <w:color w:val="FFFFFF"/>
                <w:sz w:val="17"/>
              </w:rPr>
              <w:t>Claralinga model answer</w:t>
            </w:r>
          </w:p>
        </w:tc>
      </w:tr>
      <w:tr w:rsidR="00610360" w14:paraId="5E0AA25E"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EE4A5EC" w14:textId="77777777" w:rsidR="00610360" w:rsidRDefault="00000000">
            <w:pPr>
              <w:spacing w:after="0"/>
            </w:pPr>
            <w:r>
              <w:rPr>
                <w:sz w:val="17"/>
              </w:rPr>
              <w:t>I am learning Claralinga.</w:t>
            </w:r>
          </w:p>
        </w:tc>
        <w:tc>
          <w:tcPr>
            <w:tcW w:w="5184" w:type="dxa"/>
            <w:tcBorders>
              <w:top w:val="single" w:sz="4" w:space="0" w:color="D8E6EC"/>
              <w:left w:val="single" w:sz="4" w:space="0" w:color="D8E6EC"/>
              <w:bottom w:val="single" w:sz="4" w:space="0" w:color="D8E6EC"/>
              <w:right w:val="single" w:sz="4" w:space="0" w:color="D8E6EC"/>
            </w:tcBorders>
            <w:vAlign w:val="center"/>
          </w:tcPr>
          <w:p w14:paraId="14BE27D4" w14:textId="77777777" w:rsidR="00610360" w:rsidRDefault="00000000">
            <w:pPr>
              <w:spacing w:after="0"/>
            </w:pPr>
            <w:r>
              <w:rPr>
                <w:sz w:val="17"/>
              </w:rPr>
              <w:t>Mi nu aprende Claralinga.</w:t>
            </w:r>
          </w:p>
        </w:tc>
      </w:tr>
      <w:tr w:rsidR="00610360" w:rsidRPr="00C12360" w14:paraId="737E2A0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5903CC62" w14:textId="77777777" w:rsidR="00610360" w:rsidRDefault="00000000">
            <w:pPr>
              <w:spacing w:after="0"/>
            </w:pPr>
            <w:r>
              <w:rPr>
                <w:sz w:val="17"/>
              </w:rPr>
              <w:t>We visited the city yesterday.</w:t>
            </w:r>
          </w:p>
        </w:tc>
        <w:tc>
          <w:tcPr>
            <w:tcW w:w="5184" w:type="dxa"/>
            <w:tcBorders>
              <w:top w:val="single" w:sz="4" w:space="0" w:color="D8E6EC"/>
              <w:left w:val="single" w:sz="4" w:space="0" w:color="D8E6EC"/>
              <w:bottom w:val="single" w:sz="4" w:space="0" w:color="D8E6EC"/>
              <w:right w:val="single" w:sz="4" w:space="0" w:color="D8E6EC"/>
            </w:tcBorders>
            <w:vAlign w:val="center"/>
          </w:tcPr>
          <w:p w14:paraId="01C4BC73" w14:textId="77777777" w:rsidR="00610360" w:rsidRPr="00C12360" w:rsidRDefault="00000000">
            <w:pPr>
              <w:spacing w:after="0"/>
              <w:rPr>
                <w:lang w:val="es-ES"/>
              </w:rPr>
            </w:pPr>
            <w:r w:rsidRPr="00C12360">
              <w:rPr>
                <w:sz w:val="17"/>
                <w:lang w:val="es-ES"/>
              </w:rPr>
              <w:t xml:space="preserve">Nos </w:t>
            </w:r>
            <w:proofErr w:type="spellStart"/>
            <w:r w:rsidRPr="00C12360">
              <w:rPr>
                <w:sz w:val="17"/>
                <w:lang w:val="es-ES"/>
              </w:rPr>
              <w:t>pa</w:t>
            </w:r>
            <w:proofErr w:type="spellEnd"/>
            <w:r w:rsidRPr="00C12360">
              <w:rPr>
                <w:sz w:val="17"/>
                <w:lang w:val="es-ES"/>
              </w:rPr>
              <w:t xml:space="preserve"> visita la urbe </w:t>
            </w:r>
            <w:proofErr w:type="spellStart"/>
            <w:r w:rsidRPr="00C12360">
              <w:rPr>
                <w:sz w:val="17"/>
                <w:lang w:val="es-ES"/>
              </w:rPr>
              <w:t>yester</w:t>
            </w:r>
            <w:proofErr w:type="spellEnd"/>
            <w:r w:rsidRPr="00C12360">
              <w:rPr>
                <w:sz w:val="17"/>
                <w:lang w:val="es-ES"/>
              </w:rPr>
              <w:t>.</w:t>
            </w:r>
          </w:p>
        </w:tc>
      </w:tr>
      <w:tr w:rsidR="00610360" w:rsidRPr="00C12360" w14:paraId="2567756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4A1EDC08" w14:textId="77777777" w:rsidR="00610360" w:rsidRDefault="00000000">
            <w:pPr>
              <w:spacing w:after="0"/>
            </w:pPr>
            <w:r>
              <w:rPr>
                <w:sz w:val="17"/>
              </w:rPr>
              <w:t>They will arrive at the hotel tomorrow.</w:t>
            </w:r>
          </w:p>
        </w:tc>
        <w:tc>
          <w:tcPr>
            <w:tcW w:w="5184" w:type="dxa"/>
            <w:tcBorders>
              <w:top w:val="single" w:sz="4" w:space="0" w:color="D8E6EC"/>
              <w:left w:val="single" w:sz="4" w:space="0" w:color="D8E6EC"/>
              <w:bottom w:val="single" w:sz="4" w:space="0" w:color="D8E6EC"/>
              <w:right w:val="single" w:sz="4" w:space="0" w:color="D8E6EC"/>
            </w:tcBorders>
            <w:vAlign w:val="center"/>
          </w:tcPr>
          <w:p w14:paraId="1CEC0423" w14:textId="77777777" w:rsidR="00610360" w:rsidRPr="00C12360" w:rsidRDefault="00000000">
            <w:pPr>
              <w:spacing w:after="0"/>
              <w:rPr>
                <w:lang w:val="es-ES"/>
              </w:rPr>
            </w:pPr>
            <w:r w:rsidRPr="00C12360">
              <w:rPr>
                <w:sz w:val="17"/>
                <w:lang w:val="es-ES"/>
              </w:rPr>
              <w:t xml:space="preserve">Les va </w:t>
            </w:r>
            <w:proofErr w:type="spellStart"/>
            <w:r w:rsidRPr="00C12360">
              <w:rPr>
                <w:sz w:val="17"/>
                <w:lang w:val="es-ES"/>
              </w:rPr>
              <w:t>arriva</w:t>
            </w:r>
            <w:proofErr w:type="spellEnd"/>
            <w:r w:rsidRPr="00C12360">
              <w:rPr>
                <w:sz w:val="17"/>
                <w:lang w:val="es-ES"/>
              </w:rPr>
              <w:t xml:space="preserve"> en </w:t>
            </w:r>
            <w:proofErr w:type="gramStart"/>
            <w:r w:rsidRPr="00C12360">
              <w:rPr>
                <w:sz w:val="17"/>
                <w:lang w:val="es-ES"/>
              </w:rPr>
              <w:t>la hotel</w:t>
            </w:r>
            <w:proofErr w:type="gramEnd"/>
            <w:r w:rsidRPr="00C12360">
              <w:rPr>
                <w:sz w:val="17"/>
                <w:lang w:val="es-ES"/>
              </w:rPr>
              <w:t xml:space="preserve"> morga.</w:t>
            </w:r>
          </w:p>
        </w:tc>
      </w:tr>
      <w:tr w:rsidR="00610360" w14:paraId="7CEF1BB7"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0D0FBD39" w14:textId="77777777" w:rsidR="00610360" w:rsidRDefault="00000000">
            <w:pPr>
              <w:spacing w:after="0"/>
            </w:pPr>
            <w:r>
              <w:rPr>
                <w:sz w:val="17"/>
              </w:rPr>
              <w:t>Please speak slowly.</w:t>
            </w:r>
          </w:p>
        </w:tc>
        <w:tc>
          <w:tcPr>
            <w:tcW w:w="5184" w:type="dxa"/>
            <w:tcBorders>
              <w:top w:val="single" w:sz="4" w:space="0" w:color="D8E6EC"/>
              <w:left w:val="single" w:sz="4" w:space="0" w:color="D8E6EC"/>
              <w:bottom w:val="single" w:sz="4" w:space="0" w:color="D8E6EC"/>
              <w:right w:val="single" w:sz="4" w:space="0" w:color="D8E6EC"/>
            </w:tcBorders>
            <w:vAlign w:val="center"/>
          </w:tcPr>
          <w:p w14:paraId="2FDAEE27" w14:textId="77777777" w:rsidR="00610360" w:rsidRDefault="00000000">
            <w:pPr>
              <w:spacing w:after="0"/>
            </w:pPr>
            <w:r>
              <w:rPr>
                <w:sz w:val="17"/>
              </w:rPr>
              <w:t>Plez parla lenta.</w:t>
            </w:r>
          </w:p>
        </w:tc>
      </w:tr>
      <w:tr w:rsidR="00610360" w14:paraId="12E2F234"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C073B9B" w14:textId="77777777" w:rsidR="00610360" w:rsidRDefault="00000000">
            <w:pPr>
              <w:spacing w:after="0"/>
            </w:pPr>
            <w:r>
              <w:rPr>
                <w:sz w:val="17"/>
              </w:rPr>
              <w:t>Where is the road?</w:t>
            </w:r>
          </w:p>
        </w:tc>
        <w:tc>
          <w:tcPr>
            <w:tcW w:w="5184" w:type="dxa"/>
            <w:tcBorders>
              <w:top w:val="single" w:sz="4" w:space="0" w:color="D8E6EC"/>
              <w:left w:val="single" w:sz="4" w:space="0" w:color="D8E6EC"/>
              <w:bottom w:val="single" w:sz="4" w:space="0" w:color="D8E6EC"/>
              <w:right w:val="single" w:sz="4" w:space="0" w:color="D8E6EC"/>
            </w:tcBorders>
            <w:vAlign w:val="center"/>
          </w:tcPr>
          <w:p w14:paraId="3C869A87" w14:textId="77777777" w:rsidR="00610360" w:rsidRDefault="00000000">
            <w:pPr>
              <w:spacing w:after="0"/>
            </w:pPr>
            <w:r>
              <w:rPr>
                <w:sz w:val="17"/>
              </w:rPr>
              <w:t>Ube es la via?</w:t>
            </w:r>
          </w:p>
        </w:tc>
      </w:tr>
      <w:tr w:rsidR="00610360" w14:paraId="47FC760D"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7728178" w14:textId="77777777" w:rsidR="00610360" w:rsidRDefault="00000000">
            <w:pPr>
              <w:spacing w:after="0"/>
            </w:pPr>
            <w:r>
              <w:rPr>
                <w:sz w:val="17"/>
              </w:rPr>
              <w:t>My family is here.</w:t>
            </w:r>
          </w:p>
        </w:tc>
        <w:tc>
          <w:tcPr>
            <w:tcW w:w="5184" w:type="dxa"/>
            <w:tcBorders>
              <w:top w:val="single" w:sz="4" w:space="0" w:color="D8E6EC"/>
              <w:left w:val="single" w:sz="4" w:space="0" w:color="D8E6EC"/>
              <w:bottom w:val="single" w:sz="4" w:space="0" w:color="D8E6EC"/>
              <w:right w:val="single" w:sz="4" w:space="0" w:color="D8E6EC"/>
            </w:tcBorders>
            <w:vAlign w:val="center"/>
          </w:tcPr>
          <w:p w14:paraId="6EDDA47E" w14:textId="77777777" w:rsidR="00610360" w:rsidRDefault="00000000">
            <w:pPr>
              <w:spacing w:after="0"/>
            </w:pPr>
            <w:r>
              <w:rPr>
                <w:sz w:val="17"/>
              </w:rPr>
              <w:t>Mi familia es ici.</w:t>
            </w:r>
          </w:p>
        </w:tc>
      </w:tr>
      <w:tr w:rsidR="00610360" w:rsidRPr="00C12360" w14:paraId="72A129AF"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3B49A95D" w14:textId="77777777" w:rsidR="00610360" w:rsidRDefault="00000000">
            <w:pPr>
              <w:spacing w:after="0"/>
            </w:pPr>
            <w:r>
              <w:rPr>
                <w:sz w:val="17"/>
              </w:rPr>
              <w:t>She has already read the book.</w:t>
            </w:r>
          </w:p>
        </w:tc>
        <w:tc>
          <w:tcPr>
            <w:tcW w:w="5184" w:type="dxa"/>
            <w:tcBorders>
              <w:top w:val="single" w:sz="4" w:space="0" w:color="D8E6EC"/>
              <w:left w:val="single" w:sz="4" w:space="0" w:color="D8E6EC"/>
              <w:bottom w:val="single" w:sz="4" w:space="0" w:color="D8E6EC"/>
              <w:right w:val="single" w:sz="4" w:space="0" w:color="D8E6EC"/>
            </w:tcBorders>
            <w:vAlign w:val="center"/>
          </w:tcPr>
          <w:p w14:paraId="13F32A0E" w14:textId="77777777" w:rsidR="00610360" w:rsidRPr="00C12360" w:rsidRDefault="00000000">
            <w:pPr>
              <w:spacing w:after="0"/>
              <w:rPr>
                <w:lang w:val="es-ES"/>
              </w:rPr>
            </w:pPr>
            <w:proofErr w:type="spellStart"/>
            <w:r w:rsidRPr="00C12360">
              <w:rPr>
                <w:sz w:val="17"/>
                <w:lang w:val="es-ES"/>
              </w:rPr>
              <w:t>Ela</w:t>
            </w:r>
            <w:proofErr w:type="spellEnd"/>
            <w:r w:rsidRPr="00C12360">
              <w:rPr>
                <w:sz w:val="17"/>
                <w:lang w:val="es-ES"/>
              </w:rPr>
              <w:t xml:space="preserve"> ja lege la libro.</w:t>
            </w:r>
          </w:p>
        </w:tc>
      </w:tr>
      <w:tr w:rsidR="00610360" w:rsidRPr="00C12360" w14:paraId="514C6DD0"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2BC90D2C" w14:textId="77777777" w:rsidR="00610360" w:rsidRDefault="00000000">
            <w:pPr>
              <w:spacing w:after="0"/>
            </w:pPr>
            <w:r>
              <w:rPr>
                <w:sz w:val="17"/>
              </w:rPr>
              <w:t>I do not understand this word.</w:t>
            </w:r>
          </w:p>
        </w:tc>
        <w:tc>
          <w:tcPr>
            <w:tcW w:w="5184" w:type="dxa"/>
            <w:tcBorders>
              <w:top w:val="single" w:sz="4" w:space="0" w:color="D8E6EC"/>
              <w:left w:val="single" w:sz="4" w:space="0" w:color="D8E6EC"/>
              <w:bottom w:val="single" w:sz="4" w:space="0" w:color="D8E6EC"/>
              <w:right w:val="single" w:sz="4" w:space="0" w:color="D8E6EC"/>
            </w:tcBorders>
            <w:vAlign w:val="center"/>
          </w:tcPr>
          <w:p w14:paraId="5B0B085B" w14:textId="77777777" w:rsidR="00610360" w:rsidRPr="00C12360" w:rsidRDefault="00000000">
            <w:pPr>
              <w:spacing w:after="0"/>
              <w:rPr>
                <w:lang w:val="es-ES"/>
              </w:rPr>
            </w:pPr>
            <w:r w:rsidRPr="00C12360">
              <w:rPr>
                <w:sz w:val="17"/>
                <w:lang w:val="es-ES"/>
              </w:rPr>
              <w:t xml:space="preserve">Mi </w:t>
            </w:r>
            <w:proofErr w:type="spellStart"/>
            <w:r w:rsidRPr="00C12360">
              <w:rPr>
                <w:sz w:val="17"/>
                <w:lang w:val="es-ES"/>
              </w:rPr>
              <w:t>ne</w:t>
            </w:r>
            <w:proofErr w:type="spellEnd"/>
            <w:r w:rsidRPr="00C12360">
              <w:rPr>
                <w:sz w:val="17"/>
                <w:lang w:val="es-ES"/>
              </w:rPr>
              <w:t xml:space="preserve"> komprende </w:t>
            </w:r>
            <w:proofErr w:type="spellStart"/>
            <w:r w:rsidRPr="00C12360">
              <w:rPr>
                <w:sz w:val="17"/>
                <w:lang w:val="es-ES"/>
              </w:rPr>
              <w:t>isto</w:t>
            </w:r>
            <w:proofErr w:type="spellEnd"/>
            <w:r w:rsidRPr="00C12360">
              <w:rPr>
                <w:sz w:val="17"/>
                <w:lang w:val="es-ES"/>
              </w:rPr>
              <w:t xml:space="preserve"> parola.</w:t>
            </w:r>
          </w:p>
        </w:tc>
      </w:tr>
      <w:tr w:rsidR="00610360" w14:paraId="158A2C39"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C1DADD5" w14:textId="77777777" w:rsidR="00610360" w:rsidRDefault="00000000">
            <w:pPr>
              <w:spacing w:after="0"/>
            </w:pPr>
            <w:r>
              <w:rPr>
                <w:sz w:val="17"/>
              </w:rPr>
              <w:t>How much does the coffee cost?</w:t>
            </w:r>
          </w:p>
        </w:tc>
        <w:tc>
          <w:tcPr>
            <w:tcW w:w="5184" w:type="dxa"/>
            <w:tcBorders>
              <w:top w:val="single" w:sz="4" w:space="0" w:color="D8E6EC"/>
              <w:left w:val="single" w:sz="4" w:space="0" w:color="D8E6EC"/>
              <w:bottom w:val="single" w:sz="4" w:space="0" w:color="D8E6EC"/>
              <w:right w:val="single" w:sz="4" w:space="0" w:color="D8E6EC"/>
            </w:tcBorders>
            <w:vAlign w:val="center"/>
          </w:tcPr>
          <w:p w14:paraId="19A2CC74" w14:textId="77777777" w:rsidR="00610360" w:rsidRDefault="00000000">
            <w:pPr>
              <w:spacing w:after="0"/>
            </w:pPr>
            <w:r>
              <w:rPr>
                <w:sz w:val="17"/>
              </w:rPr>
              <w:t>Quant kosta la kafe?</w:t>
            </w:r>
          </w:p>
        </w:tc>
      </w:tr>
      <w:tr w:rsidR="00610360" w14:paraId="1867152A" w14:textId="77777777">
        <w:trPr>
          <w:jc w:val="center"/>
        </w:trPr>
        <w:tc>
          <w:tcPr>
            <w:tcW w:w="5184" w:type="dxa"/>
            <w:tcBorders>
              <w:top w:val="single" w:sz="4" w:space="0" w:color="D8E6EC"/>
              <w:left w:val="single" w:sz="4" w:space="0" w:color="D8E6EC"/>
              <w:bottom w:val="single" w:sz="4" w:space="0" w:color="D8E6EC"/>
              <w:right w:val="single" w:sz="4" w:space="0" w:color="D8E6EC"/>
            </w:tcBorders>
            <w:vAlign w:val="center"/>
          </w:tcPr>
          <w:p w14:paraId="70CF5561" w14:textId="77777777" w:rsidR="00610360" w:rsidRDefault="00000000">
            <w:pPr>
              <w:spacing w:after="0"/>
            </w:pPr>
            <w:r>
              <w:rPr>
                <w:sz w:val="17"/>
              </w:rPr>
              <w:t>Claralinga is clear and simple.</w:t>
            </w:r>
          </w:p>
        </w:tc>
        <w:tc>
          <w:tcPr>
            <w:tcW w:w="5184" w:type="dxa"/>
            <w:tcBorders>
              <w:top w:val="single" w:sz="4" w:space="0" w:color="D8E6EC"/>
              <w:left w:val="single" w:sz="4" w:space="0" w:color="D8E6EC"/>
              <w:bottom w:val="single" w:sz="4" w:space="0" w:color="D8E6EC"/>
              <w:right w:val="single" w:sz="4" w:space="0" w:color="D8E6EC"/>
            </w:tcBorders>
            <w:vAlign w:val="center"/>
          </w:tcPr>
          <w:p w14:paraId="5D0B5FCD" w14:textId="77777777" w:rsidR="00610360" w:rsidRDefault="00000000">
            <w:pPr>
              <w:spacing w:after="0"/>
            </w:pPr>
            <w:r>
              <w:rPr>
                <w:sz w:val="17"/>
              </w:rPr>
              <w:t>Claralinga es clar et simple.</w:t>
            </w:r>
          </w:p>
        </w:tc>
      </w:tr>
    </w:tbl>
    <w:p w14:paraId="45A3AFFE" w14:textId="77777777" w:rsidR="00610360" w:rsidRDefault="00000000">
      <w:pPr>
        <w:spacing w:after="120"/>
      </w:pPr>
      <w:r/>
    </w:p>
    <w:p w14:paraId="33A384E8" w14:textId="77777777" w:rsidR="00610360" w:rsidRDefault="00000000">
      <w:pPr>
        <w:pStyle w:val="Heading1"/>
        <w:spacing w:after="120"/>
      </w:pPr>
      <w:r>
        <w:rPr>
          <w:rFonts w:ascii="Aptos" w:hAnsi="Aptos"/>
        </w:rPr>
        <w:t>Core 500 Study Checklist</w:t>
      </w:r>
    </w:p>
    <w:p w14:paraId="232E85C2" w14:textId="77777777" w:rsidR="00610360" w:rsidRDefault="00000000">
      <w:pPr>
        <w:spacing w:after="120"/>
      </w:pPr>
      <w:r>
        <w:t>Use this checklist with the separate Claralinga Core 500 standard. Mark each word when you can recognize it, pronounce it, and use it en a simple sentence.</w:t>
      </w:r>
    </w:p>
    <w:p w14:paraId="4ACE3646" w14:textId="77777777" w:rsidR="00610360" w:rsidRDefault="00000000">
      <w:pPr>
        <w:pStyle w:val="Heading2"/>
        <w:spacing w:after="120"/>
      </w:pPr>
      <w:r>
        <w:rPr>
          <w:rFonts w:ascii="Aptos" w:hAnsi="Aptos"/>
        </w:rPr>
        <w:t>Grammar and function words</w:t>
      </w:r>
    </w:p>
    <w:tbl>
      <w:tblPr>
        <w:tblW w:w="0" w:type="auto"/>
        <w:jc w:val="center"/>
        <w:tblLook w:val="04A0" w:firstRow="1" w:lastRow="0" w:firstColumn="1" w:lastColumn="0" w:noHBand="0" w:noVBand="1"/>
      </w:tblPr>
      <w:tblGrid>
        <w:gridCol w:w="2592"/>
        <w:gridCol w:w="2592"/>
        <w:gridCol w:w="2592"/>
        <w:gridCol w:w="2592"/>
      </w:tblGrid>
      <w:tr w:rsidR="00610360" w14:paraId="3BD3A3CA"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404EA41"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B9B9CC0"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BD94320"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8F0E025" w14:textId="77777777" w:rsidR="00610360" w:rsidRDefault="00000000">
            <w:pPr>
              <w:spacing w:after="0"/>
            </w:pPr>
            <w:r>
              <w:rPr>
                <w:b/>
                <w:color w:val="FFFFFF"/>
                <w:sz w:val="17"/>
              </w:rPr>
              <w:t>Note</w:t>
            </w:r>
          </w:p>
        </w:tc>
      </w:tr>
      <w:tr w:rsidR="00610360" w14:paraId="39ABA57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13F46A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385B548" w14:textId="77777777" w:rsidR="00610360" w:rsidRDefault="00000000">
            <w:pPr>
              <w:spacing w:after="0"/>
            </w:pPr>
            <w:r>
              <w:rPr>
                <w:sz w:val="17"/>
              </w:rPr>
              <w:t>la</w:t>
            </w:r>
          </w:p>
        </w:tc>
        <w:tc>
          <w:tcPr>
            <w:tcW w:w="2592" w:type="dxa"/>
            <w:tcBorders>
              <w:top w:val="single" w:sz="4" w:space="0" w:color="D8E6EC"/>
              <w:left w:val="single" w:sz="4" w:space="0" w:color="D8E6EC"/>
              <w:bottom w:val="single" w:sz="4" w:space="0" w:color="D8E6EC"/>
              <w:right w:val="single" w:sz="4" w:space="0" w:color="D8E6EC"/>
            </w:tcBorders>
            <w:vAlign w:val="center"/>
          </w:tcPr>
          <w:p w14:paraId="2B884B5F" w14:textId="77777777" w:rsidR="00610360" w:rsidRDefault="00000000">
            <w:pPr>
              <w:spacing w:after="0"/>
            </w:pPr>
            <w:r>
              <w:rPr>
                <w:sz w:val="17"/>
              </w:rPr>
              <w:t>the</w:t>
            </w:r>
          </w:p>
        </w:tc>
        <w:tc>
          <w:tcPr>
            <w:tcW w:w="2592" w:type="dxa"/>
            <w:tcBorders>
              <w:top w:val="single" w:sz="4" w:space="0" w:color="D8E6EC"/>
              <w:left w:val="single" w:sz="4" w:space="0" w:color="D8E6EC"/>
              <w:bottom w:val="single" w:sz="4" w:space="0" w:color="D8E6EC"/>
              <w:right w:val="single" w:sz="4" w:space="0" w:color="D8E6EC"/>
            </w:tcBorders>
            <w:vAlign w:val="center"/>
          </w:tcPr>
          <w:p w14:paraId="26C0488A" w14:textId="77777777" w:rsidR="00610360" w:rsidRDefault="00000000">
            <w:pPr>
              <w:spacing w:after="0"/>
            </w:pPr>
            <w:r>
              <w:rPr>
                <w:sz w:val="17"/>
              </w:rPr>
              <w:t>article</w:t>
            </w:r>
          </w:p>
        </w:tc>
      </w:tr>
      <w:tr w:rsidR="00610360" w14:paraId="12DA23A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8F8473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7D1A3B0" w14:textId="77777777" w:rsidR="00610360" w:rsidRDefault="00000000">
            <w:pPr>
              <w:spacing w:after="0"/>
            </w:pPr>
            <w:r>
              <w:rPr>
                <w:sz w:val="17"/>
              </w:rPr>
              <w:t>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0815715" w14:textId="77777777" w:rsidR="00610360" w:rsidRDefault="00000000">
            <w:pPr>
              <w:spacing w:after="0"/>
            </w:pPr>
            <w:r>
              <w:rPr>
                <w:sz w:val="17"/>
              </w:rPr>
              <w:t>a / an / one</w:t>
            </w:r>
          </w:p>
        </w:tc>
        <w:tc>
          <w:tcPr>
            <w:tcW w:w="2592" w:type="dxa"/>
            <w:tcBorders>
              <w:top w:val="single" w:sz="4" w:space="0" w:color="D8E6EC"/>
              <w:left w:val="single" w:sz="4" w:space="0" w:color="D8E6EC"/>
              <w:bottom w:val="single" w:sz="4" w:space="0" w:color="D8E6EC"/>
              <w:right w:val="single" w:sz="4" w:space="0" w:color="D8E6EC"/>
            </w:tcBorders>
            <w:vAlign w:val="center"/>
          </w:tcPr>
          <w:p w14:paraId="7CF66052" w14:textId="77777777" w:rsidR="00610360" w:rsidRDefault="00000000">
            <w:pPr>
              <w:spacing w:after="0"/>
            </w:pPr>
            <w:r>
              <w:rPr>
                <w:sz w:val="17"/>
              </w:rPr>
              <w:t>article / number</w:t>
            </w:r>
          </w:p>
        </w:tc>
      </w:tr>
      <w:tr w:rsidR="00610360" w14:paraId="039CB4E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957D7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2FB8EAE" w14:textId="77777777" w:rsidR="00610360" w:rsidRDefault="00000000">
            <w:pPr>
              <w:spacing w:after="0"/>
            </w:pPr>
            <w:r>
              <w:rPr>
                <w:sz w:val="17"/>
              </w:rPr>
              <w:t>de</w:t>
            </w:r>
          </w:p>
        </w:tc>
        <w:tc>
          <w:tcPr>
            <w:tcW w:w="2592" w:type="dxa"/>
            <w:tcBorders>
              <w:top w:val="single" w:sz="4" w:space="0" w:color="D8E6EC"/>
              <w:left w:val="single" w:sz="4" w:space="0" w:color="D8E6EC"/>
              <w:bottom w:val="single" w:sz="4" w:space="0" w:color="D8E6EC"/>
              <w:right w:val="single" w:sz="4" w:space="0" w:color="D8E6EC"/>
            </w:tcBorders>
            <w:vAlign w:val="center"/>
          </w:tcPr>
          <w:p w14:paraId="679D8F7C" w14:textId="77777777" w:rsidR="00610360" w:rsidRDefault="00000000">
            <w:pPr>
              <w:spacing w:after="0"/>
            </w:pPr>
            <w:r>
              <w:rPr>
                <w:sz w:val="17"/>
              </w:rPr>
              <w:t>of / from / possession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229685EE" w14:textId="77777777" w:rsidR="00610360" w:rsidRDefault="00000000">
            <w:pPr>
              <w:spacing w:after="0"/>
            </w:pPr>
            <w:r>
              <w:rPr>
                <w:sz w:val="17"/>
              </w:rPr>
              <w:t>preposition</w:t>
            </w:r>
          </w:p>
        </w:tc>
      </w:tr>
      <w:tr w:rsidR="00610360" w14:paraId="3CF711B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DD5F48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4122E92" w14:textId="77777777" w:rsidR="00610360" w:rsidRDefault="00000000">
            <w:pPr>
              <w:spacing w:after="0"/>
            </w:pPr>
            <w:r>
              <w:rPr>
                <w:sz w:val="17"/>
              </w:rPr>
              <w:t>a</w:t>
            </w:r>
          </w:p>
        </w:tc>
        <w:tc>
          <w:tcPr>
            <w:tcW w:w="2592" w:type="dxa"/>
            <w:tcBorders>
              <w:top w:val="single" w:sz="4" w:space="0" w:color="D8E6EC"/>
              <w:left w:val="single" w:sz="4" w:space="0" w:color="D8E6EC"/>
              <w:bottom w:val="single" w:sz="4" w:space="0" w:color="D8E6EC"/>
              <w:right w:val="single" w:sz="4" w:space="0" w:color="D8E6EC"/>
            </w:tcBorders>
            <w:vAlign w:val="center"/>
          </w:tcPr>
          <w:p w14:paraId="48913682" w14:textId="77777777" w:rsidR="00610360" w:rsidRDefault="00000000">
            <w:pPr>
              <w:spacing w:after="0"/>
            </w:pPr>
            <w:r>
              <w:rPr>
                <w:sz w:val="17"/>
              </w:rPr>
              <w:t>to / at</w:t>
            </w:r>
          </w:p>
        </w:tc>
        <w:tc>
          <w:tcPr>
            <w:tcW w:w="2592" w:type="dxa"/>
            <w:tcBorders>
              <w:top w:val="single" w:sz="4" w:space="0" w:color="D8E6EC"/>
              <w:left w:val="single" w:sz="4" w:space="0" w:color="D8E6EC"/>
              <w:bottom w:val="single" w:sz="4" w:space="0" w:color="D8E6EC"/>
              <w:right w:val="single" w:sz="4" w:space="0" w:color="D8E6EC"/>
            </w:tcBorders>
            <w:vAlign w:val="center"/>
          </w:tcPr>
          <w:p w14:paraId="05E4FE29" w14:textId="77777777" w:rsidR="00610360" w:rsidRDefault="00000000">
            <w:pPr>
              <w:spacing w:after="0"/>
            </w:pPr>
            <w:r>
              <w:rPr>
                <w:sz w:val="17"/>
              </w:rPr>
              <w:t>preposition</w:t>
            </w:r>
          </w:p>
        </w:tc>
      </w:tr>
      <w:tr w:rsidR="00610360" w14:paraId="4080ABC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6F2A0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ACA0F1" w14:textId="77777777" w:rsidR="00610360" w:rsidRDefault="00000000">
            <w:pPr>
              <w:spacing w:after="0"/>
            </w:pPr>
            <w:r>
              <w:rPr>
                <w:sz w:val="17"/>
              </w:rPr>
              <w:t>ad</w:t>
            </w:r>
          </w:p>
        </w:tc>
        <w:tc>
          <w:tcPr>
            <w:tcW w:w="2592" w:type="dxa"/>
            <w:tcBorders>
              <w:top w:val="single" w:sz="4" w:space="0" w:color="D8E6EC"/>
              <w:left w:val="single" w:sz="4" w:space="0" w:color="D8E6EC"/>
              <w:bottom w:val="single" w:sz="4" w:space="0" w:color="D8E6EC"/>
              <w:right w:val="single" w:sz="4" w:space="0" w:color="D8E6EC"/>
            </w:tcBorders>
            <w:vAlign w:val="center"/>
          </w:tcPr>
          <w:p w14:paraId="65A71930" w14:textId="77777777" w:rsidR="00610360" w:rsidRDefault="00000000">
            <w:pPr>
              <w:spacing w:after="0"/>
            </w:pPr>
            <w:r>
              <w:rPr>
                <w:sz w:val="17"/>
              </w:rPr>
              <w:t>to / toward</w:t>
            </w:r>
          </w:p>
        </w:tc>
        <w:tc>
          <w:tcPr>
            <w:tcW w:w="2592" w:type="dxa"/>
            <w:tcBorders>
              <w:top w:val="single" w:sz="4" w:space="0" w:color="D8E6EC"/>
              <w:left w:val="single" w:sz="4" w:space="0" w:color="D8E6EC"/>
              <w:bottom w:val="single" w:sz="4" w:space="0" w:color="D8E6EC"/>
              <w:right w:val="single" w:sz="4" w:space="0" w:color="D8E6EC"/>
            </w:tcBorders>
            <w:vAlign w:val="center"/>
          </w:tcPr>
          <w:p w14:paraId="567E25E5" w14:textId="77777777" w:rsidR="00610360" w:rsidRDefault="00000000">
            <w:pPr>
              <w:spacing w:after="0"/>
            </w:pPr>
            <w:r>
              <w:rPr>
                <w:sz w:val="17"/>
              </w:rPr>
              <w:t>preposition</w:t>
            </w:r>
          </w:p>
        </w:tc>
      </w:tr>
      <w:tr w:rsidR="00610360" w14:paraId="005AEA8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34A556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BBD431" w14:textId="77777777" w:rsidR="00610360" w:rsidRDefault="00000000">
            <w:pPr>
              <w:spacing w:after="0"/>
            </w:pPr>
            <w:r>
              <w:rPr>
                <w:sz w:val="17"/>
              </w:rPr>
              <w:t>al</w:t>
            </w:r>
          </w:p>
        </w:tc>
        <w:tc>
          <w:tcPr>
            <w:tcW w:w="2592" w:type="dxa"/>
            <w:tcBorders>
              <w:top w:val="single" w:sz="4" w:space="0" w:color="D8E6EC"/>
              <w:left w:val="single" w:sz="4" w:space="0" w:color="D8E6EC"/>
              <w:bottom w:val="single" w:sz="4" w:space="0" w:color="D8E6EC"/>
              <w:right w:val="single" w:sz="4" w:space="0" w:color="D8E6EC"/>
            </w:tcBorders>
            <w:vAlign w:val="center"/>
          </w:tcPr>
          <w:p w14:paraId="41C85256" w14:textId="77777777" w:rsidR="00610360" w:rsidRDefault="00000000">
            <w:pPr>
              <w:spacing w:after="0"/>
            </w:pPr>
            <w:r>
              <w:rPr>
                <w:sz w:val="17"/>
              </w:rPr>
              <w:t>to the / at the</w:t>
            </w:r>
          </w:p>
        </w:tc>
        <w:tc>
          <w:tcPr>
            <w:tcW w:w="2592" w:type="dxa"/>
            <w:tcBorders>
              <w:top w:val="single" w:sz="4" w:space="0" w:color="D8E6EC"/>
              <w:left w:val="single" w:sz="4" w:space="0" w:color="D8E6EC"/>
              <w:bottom w:val="single" w:sz="4" w:space="0" w:color="D8E6EC"/>
              <w:right w:val="single" w:sz="4" w:space="0" w:color="D8E6EC"/>
            </w:tcBorders>
            <w:vAlign w:val="center"/>
          </w:tcPr>
          <w:p w14:paraId="3D0B94DE" w14:textId="77777777" w:rsidR="00610360" w:rsidRDefault="00000000">
            <w:pPr>
              <w:spacing w:after="0"/>
            </w:pPr>
            <w:r>
              <w:rPr>
                <w:sz w:val="17"/>
              </w:rPr>
              <w:t>contraction</w:t>
            </w:r>
          </w:p>
        </w:tc>
      </w:tr>
      <w:tr w:rsidR="00610360" w14:paraId="1556D0B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AE3393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A17EC52" w14:textId="77777777" w:rsidR="00610360" w:rsidRDefault="00000000">
            <w:pPr>
              <w:spacing w:after="0"/>
            </w:pPr>
            <w:r>
              <w:rPr>
                <w:sz w:val="17"/>
              </w:rPr>
              <w:t>en</w:t>
            </w:r>
          </w:p>
        </w:tc>
        <w:tc>
          <w:tcPr>
            <w:tcW w:w="2592" w:type="dxa"/>
            <w:tcBorders>
              <w:top w:val="single" w:sz="4" w:space="0" w:color="D8E6EC"/>
              <w:left w:val="single" w:sz="4" w:space="0" w:color="D8E6EC"/>
              <w:bottom w:val="single" w:sz="4" w:space="0" w:color="D8E6EC"/>
              <w:right w:val="single" w:sz="4" w:space="0" w:color="D8E6EC"/>
            </w:tcBorders>
            <w:vAlign w:val="center"/>
          </w:tcPr>
          <w:p w14:paraId="42D1E420" w14:textId="77777777" w:rsidR="00610360" w:rsidRDefault="00000000">
            <w:pPr>
              <w:spacing w:after="0"/>
            </w:pPr>
            <w:r>
              <w:rPr>
                <w:sz w:val="17"/>
              </w:rPr>
              <w:t>en</w:t>
            </w:r>
          </w:p>
        </w:tc>
        <w:tc>
          <w:tcPr>
            <w:tcW w:w="2592" w:type="dxa"/>
            <w:tcBorders>
              <w:top w:val="single" w:sz="4" w:space="0" w:color="D8E6EC"/>
              <w:left w:val="single" w:sz="4" w:space="0" w:color="D8E6EC"/>
              <w:bottom w:val="single" w:sz="4" w:space="0" w:color="D8E6EC"/>
              <w:right w:val="single" w:sz="4" w:space="0" w:color="D8E6EC"/>
            </w:tcBorders>
            <w:vAlign w:val="center"/>
          </w:tcPr>
          <w:p w14:paraId="09296D67" w14:textId="77777777" w:rsidR="00610360" w:rsidRDefault="00000000">
            <w:pPr>
              <w:spacing w:after="0"/>
            </w:pPr>
            <w:r>
              <w:rPr>
                <w:sz w:val="17"/>
              </w:rPr>
              <w:t>preposition</w:t>
            </w:r>
          </w:p>
        </w:tc>
      </w:tr>
      <w:tr w:rsidR="00610360" w14:paraId="4A56BC0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E922DE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8F82248" w14:textId="77777777" w:rsidR="00610360" w:rsidRDefault="00000000">
            <w:pPr>
              <w:spacing w:after="0"/>
            </w:pPr>
            <w:r>
              <w:rPr>
                <w:sz w:val="17"/>
              </w:rPr>
              <w:t>sur</w:t>
            </w:r>
          </w:p>
        </w:tc>
        <w:tc>
          <w:tcPr>
            <w:tcW w:w="2592" w:type="dxa"/>
            <w:tcBorders>
              <w:top w:val="single" w:sz="4" w:space="0" w:color="D8E6EC"/>
              <w:left w:val="single" w:sz="4" w:space="0" w:color="D8E6EC"/>
              <w:bottom w:val="single" w:sz="4" w:space="0" w:color="D8E6EC"/>
              <w:right w:val="single" w:sz="4" w:space="0" w:color="D8E6EC"/>
            </w:tcBorders>
            <w:vAlign w:val="center"/>
          </w:tcPr>
          <w:p w14:paraId="3247E771" w14:textId="77777777" w:rsidR="00610360" w:rsidRDefault="00000000">
            <w:pPr>
              <w:spacing w:after="0"/>
            </w:pPr>
            <w:r>
              <w:rPr>
                <w:sz w:val="17"/>
              </w:rPr>
              <w:t>sur / upon</w:t>
            </w:r>
          </w:p>
        </w:tc>
        <w:tc>
          <w:tcPr>
            <w:tcW w:w="2592" w:type="dxa"/>
            <w:tcBorders>
              <w:top w:val="single" w:sz="4" w:space="0" w:color="D8E6EC"/>
              <w:left w:val="single" w:sz="4" w:space="0" w:color="D8E6EC"/>
              <w:bottom w:val="single" w:sz="4" w:space="0" w:color="D8E6EC"/>
              <w:right w:val="single" w:sz="4" w:space="0" w:color="D8E6EC"/>
            </w:tcBorders>
            <w:vAlign w:val="center"/>
          </w:tcPr>
          <w:p w14:paraId="0B86B83D" w14:textId="77777777" w:rsidR="00610360" w:rsidRDefault="00000000">
            <w:pPr>
              <w:spacing w:after="0"/>
            </w:pPr>
            <w:r>
              <w:rPr>
                <w:sz w:val="17"/>
              </w:rPr>
              <w:t>preposition</w:t>
            </w:r>
          </w:p>
        </w:tc>
      </w:tr>
      <w:tr w:rsidR="00610360" w14:paraId="22D841C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771C8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08F0AD1" w14:textId="77777777" w:rsidR="00610360" w:rsidRDefault="00000000">
            <w:pPr>
              <w:spacing w:after="0"/>
            </w:pPr>
            <w:r>
              <w:rPr>
                <w:sz w:val="17"/>
              </w:rPr>
              <w:t>sub</w:t>
            </w:r>
          </w:p>
        </w:tc>
        <w:tc>
          <w:tcPr>
            <w:tcW w:w="2592" w:type="dxa"/>
            <w:tcBorders>
              <w:top w:val="single" w:sz="4" w:space="0" w:color="D8E6EC"/>
              <w:left w:val="single" w:sz="4" w:space="0" w:color="D8E6EC"/>
              <w:bottom w:val="single" w:sz="4" w:space="0" w:color="D8E6EC"/>
              <w:right w:val="single" w:sz="4" w:space="0" w:color="D8E6EC"/>
            </w:tcBorders>
            <w:vAlign w:val="center"/>
          </w:tcPr>
          <w:p w14:paraId="0A9EB365" w14:textId="77777777" w:rsidR="00610360" w:rsidRDefault="00000000">
            <w:pPr>
              <w:spacing w:after="0"/>
            </w:pPr>
            <w:r>
              <w:rPr>
                <w:sz w:val="17"/>
              </w:rPr>
              <w:t>under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554D767" w14:textId="77777777" w:rsidR="00610360" w:rsidRDefault="00000000">
            <w:pPr>
              <w:spacing w:after="0"/>
            </w:pPr>
            <w:r>
              <w:rPr>
                <w:sz w:val="17"/>
              </w:rPr>
              <w:t>preposition</w:t>
            </w:r>
          </w:p>
        </w:tc>
      </w:tr>
      <w:tr w:rsidR="00610360" w14:paraId="6B5D18A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D5F553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D54840C" w14:textId="77777777" w:rsidR="00610360" w:rsidRDefault="00000000">
            <w:pPr>
              <w:spacing w:after="0"/>
            </w:pPr>
            <w:r>
              <w:rPr>
                <w:sz w:val="17"/>
              </w:rPr>
              <w:t>inter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E5A7B8E" w14:textId="77777777" w:rsidR="00610360" w:rsidRDefault="00000000">
            <w:pPr>
              <w:spacing w:after="0"/>
            </w:pPr>
            <w:r>
              <w:rPr>
                <w:sz w:val="17"/>
              </w:rPr>
              <w:t>between / among</w:t>
            </w:r>
          </w:p>
        </w:tc>
        <w:tc>
          <w:tcPr>
            <w:tcW w:w="2592" w:type="dxa"/>
            <w:tcBorders>
              <w:top w:val="single" w:sz="4" w:space="0" w:color="D8E6EC"/>
              <w:left w:val="single" w:sz="4" w:space="0" w:color="D8E6EC"/>
              <w:bottom w:val="single" w:sz="4" w:space="0" w:color="D8E6EC"/>
              <w:right w:val="single" w:sz="4" w:space="0" w:color="D8E6EC"/>
            </w:tcBorders>
            <w:vAlign w:val="center"/>
          </w:tcPr>
          <w:p w14:paraId="1042BD19" w14:textId="77777777" w:rsidR="00610360" w:rsidRDefault="00000000">
            <w:pPr>
              <w:spacing w:after="0"/>
            </w:pPr>
            <w:r>
              <w:rPr>
                <w:sz w:val="17"/>
              </w:rPr>
              <w:t>preposition</w:t>
            </w:r>
          </w:p>
        </w:tc>
      </w:tr>
      <w:tr w:rsidR="00610360" w14:paraId="16FEE50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86F3A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D3EA17D" w14:textId="77777777" w:rsidR="00610360" w:rsidRDefault="00000000">
            <w:pPr>
              <w:spacing w:after="0"/>
            </w:pPr>
            <w:r>
              <w:rPr>
                <w:sz w:val="17"/>
              </w:rPr>
              <w:t>kon</w:t>
            </w:r>
          </w:p>
        </w:tc>
        <w:tc>
          <w:tcPr>
            <w:tcW w:w="2592" w:type="dxa"/>
            <w:tcBorders>
              <w:top w:val="single" w:sz="4" w:space="0" w:color="D8E6EC"/>
              <w:left w:val="single" w:sz="4" w:space="0" w:color="D8E6EC"/>
              <w:bottom w:val="single" w:sz="4" w:space="0" w:color="D8E6EC"/>
              <w:right w:val="single" w:sz="4" w:space="0" w:color="D8E6EC"/>
            </w:tcBorders>
            <w:vAlign w:val="center"/>
          </w:tcPr>
          <w:p w14:paraId="16C6256F" w14:textId="77777777" w:rsidR="00610360" w:rsidRDefault="00000000">
            <w:pPr>
              <w:spacing w:after="0"/>
            </w:pPr>
            <w:r>
              <w:rPr>
                <w:sz w:val="17"/>
              </w:rPr>
              <w:t>with</w:t>
            </w:r>
          </w:p>
        </w:tc>
        <w:tc>
          <w:tcPr>
            <w:tcW w:w="2592" w:type="dxa"/>
            <w:tcBorders>
              <w:top w:val="single" w:sz="4" w:space="0" w:color="D8E6EC"/>
              <w:left w:val="single" w:sz="4" w:space="0" w:color="D8E6EC"/>
              <w:bottom w:val="single" w:sz="4" w:space="0" w:color="D8E6EC"/>
              <w:right w:val="single" w:sz="4" w:space="0" w:color="D8E6EC"/>
            </w:tcBorders>
            <w:vAlign w:val="center"/>
          </w:tcPr>
          <w:p w14:paraId="4A96D1E4" w14:textId="77777777" w:rsidR="00610360" w:rsidRDefault="00000000">
            <w:pPr>
              <w:spacing w:after="0"/>
            </w:pPr>
            <w:r>
              <w:rPr>
                <w:sz w:val="17"/>
              </w:rPr>
              <w:t>preposition</w:t>
            </w:r>
          </w:p>
        </w:tc>
      </w:tr>
      <w:tr w:rsidR="00610360" w14:paraId="4295F91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BA434A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84A39C" w14:textId="77777777" w:rsidR="00610360" w:rsidRDefault="00000000">
            <w:pPr>
              <w:spacing w:after="0"/>
            </w:pPr>
            <w:r>
              <w:rPr>
                <w:sz w:val="17"/>
              </w:rPr>
              <w:t>sin</w:t>
            </w:r>
          </w:p>
        </w:tc>
        <w:tc>
          <w:tcPr>
            <w:tcW w:w="2592" w:type="dxa"/>
            <w:tcBorders>
              <w:top w:val="single" w:sz="4" w:space="0" w:color="D8E6EC"/>
              <w:left w:val="single" w:sz="4" w:space="0" w:color="D8E6EC"/>
              <w:bottom w:val="single" w:sz="4" w:space="0" w:color="D8E6EC"/>
              <w:right w:val="single" w:sz="4" w:space="0" w:color="D8E6EC"/>
            </w:tcBorders>
            <w:vAlign w:val="center"/>
          </w:tcPr>
          <w:p w14:paraId="7C8599AB" w14:textId="77777777" w:rsidR="00610360" w:rsidRDefault="00000000">
            <w:pPr>
              <w:spacing w:after="0"/>
            </w:pPr>
            <w:r>
              <w:rPr>
                <w:sz w:val="17"/>
              </w:rPr>
              <w:t>without</w:t>
            </w:r>
          </w:p>
        </w:tc>
        <w:tc>
          <w:tcPr>
            <w:tcW w:w="2592" w:type="dxa"/>
            <w:tcBorders>
              <w:top w:val="single" w:sz="4" w:space="0" w:color="D8E6EC"/>
              <w:left w:val="single" w:sz="4" w:space="0" w:color="D8E6EC"/>
              <w:bottom w:val="single" w:sz="4" w:space="0" w:color="D8E6EC"/>
              <w:right w:val="single" w:sz="4" w:space="0" w:color="D8E6EC"/>
            </w:tcBorders>
            <w:vAlign w:val="center"/>
          </w:tcPr>
          <w:p w14:paraId="2C653B05" w14:textId="77777777" w:rsidR="00610360" w:rsidRDefault="00000000">
            <w:pPr>
              <w:spacing w:after="0"/>
            </w:pPr>
            <w:r>
              <w:rPr>
                <w:sz w:val="17"/>
              </w:rPr>
              <w:t>preposition</w:t>
            </w:r>
          </w:p>
        </w:tc>
      </w:tr>
      <w:tr w:rsidR="00610360" w14:paraId="67B6FBF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81019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6275787" w14:textId="77777777" w:rsidR="00610360" w:rsidRDefault="00000000">
            <w:pPr>
              <w:spacing w:after="0"/>
            </w:pPr>
            <w:r>
              <w:rPr>
                <w:sz w:val="17"/>
              </w:rPr>
              <w:t>pro</w:t>
            </w:r>
          </w:p>
        </w:tc>
        <w:tc>
          <w:tcPr>
            <w:tcW w:w="2592" w:type="dxa"/>
            <w:tcBorders>
              <w:top w:val="single" w:sz="4" w:space="0" w:color="D8E6EC"/>
              <w:left w:val="single" w:sz="4" w:space="0" w:color="D8E6EC"/>
              <w:bottom w:val="single" w:sz="4" w:space="0" w:color="D8E6EC"/>
              <w:right w:val="single" w:sz="4" w:space="0" w:color="D8E6EC"/>
            </w:tcBorders>
            <w:vAlign w:val="center"/>
          </w:tcPr>
          <w:p w14:paraId="2E557CB5" w14:textId="77777777" w:rsidR="00610360" w:rsidRDefault="00000000">
            <w:pPr>
              <w:spacing w:after="0"/>
            </w:pPr>
            <w:r>
              <w:rPr>
                <w:sz w:val="17"/>
              </w:rPr>
              <w:t>for / en favor of</w:t>
            </w:r>
          </w:p>
        </w:tc>
        <w:tc>
          <w:tcPr>
            <w:tcW w:w="2592" w:type="dxa"/>
            <w:tcBorders>
              <w:top w:val="single" w:sz="4" w:space="0" w:color="D8E6EC"/>
              <w:left w:val="single" w:sz="4" w:space="0" w:color="D8E6EC"/>
              <w:bottom w:val="single" w:sz="4" w:space="0" w:color="D8E6EC"/>
              <w:right w:val="single" w:sz="4" w:space="0" w:color="D8E6EC"/>
            </w:tcBorders>
            <w:vAlign w:val="center"/>
          </w:tcPr>
          <w:p w14:paraId="209DFB1B" w14:textId="77777777" w:rsidR="00610360" w:rsidRDefault="00000000">
            <w:pPr>
              <w:spacing w:after="0"/>
            </w:pPr>
            <w:r>
              <w:rPr>
                <w:sz w:val="17"/>
              </w:rPr>
              <w:t>preposition</w:t>
            </w:r>
          </w:p>
        </w:tc>
      </w:tr>
      <w:tr w:rsidR="00610360" w14:paraId="786BFE9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1EE408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2E3B2E" w14:textId="77777777" w:rsidR="00610360" w:rsidRDefault="00000000">
            <w:pPr>
              <w:spacing w:after="0"/>
            </w:pPr>
            <w:r>
              <w:rPr>
                <w:sz w:val="17"/>
              </w:rPr>
              <w:t>per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4A14021" w14:textId="77777777" w:rsidR="00610360" w:rsidRDefault="00000000">
            <w:pPr>
              <w:spacing w:after="0"/>
            </w:pPr>
            <w:r>
              <w:rPr>
                <w:sz w:val="17"/>
              </w:rPr>
              <w:t>for / through / by means of</w:t>
            </w:r>
          </w:p>
        </w:tc>
        <w:tc>
          <w:tcPr>
            <w:tcW w:w="2592" w:type="dxa"/>
            <w:tcBorders>
              <w:top w:val="single" w:sz="4" w:space="0" w:color="D8E6EC"/>
              <w:left w:val="single" w:sz="4" w:space="0" w:color="D8E6EC"/>
              <w:bottom w:val="single" w:sz="4" w:space="0" w:color="D8E6EC"/>
              <w:right w:val="single" w:sz="4" w:space="0" w:color="D8E6EC"/>
            </w:tcBorders>
            <w:vAlign w:val="center"/>
          </w:tcPr>
          <w:p w14:paraId="69262BD2" w14:textId="77777777" w:rsidR="00610360" w:rsidRDefault="00000000">
            <w:pPr>
              <w:spacing w:after="0"/>
            </w:pPr>
            <w:r>
              <w:rPr>
                <w:sz w:val="17"/>
              </w:rPr>
              <w:t>preposition</w:t>
            </w:r>
          </w:p>
        </w:tc>
      </w:tr>
      <w:tr w:rsidR="00610360" w14:paraId="524C181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13B96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9BBB141" w14:textId="77777777" w:rsidR="00610360" w:rsidRDefault="00000000">
            <w:pPr>
              <w:spacing w:after="0"/>
            </w:pPr>
            <w:r>
              <w:rPr>
                <w:sz w:val="17"/>
              </w:rPr>
              <w:t>kontra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08BDD7C" w14:textId="77777777" w:rsidR="00610360" w:rsidRDefault="00000000">
            <w:pPr>
              <w:spacing w:after="0"/>
            </w:pPr>
            <w:r>
              <w:rPr>
                <w:sz w:val="17"/>
              </w:rPr>
              <w:t>against</w:t>
            </w:r>
          </w:p>
        </w:tc>
        <w:tc>
          <w:tcPr>
            <w:tcW w:w="2592" w:type="dxa"/>
            <w:tcBorders>
              <w:top w:val="single" w:sz="4" w:space="0" w:color="D8E6EC"/>
              <w:left w:val="single" w:sz="4" w:space="0" w:color="D8E6EC"/>
              <w:bottom w:val="single" w:sz="4" w:space="0" w:color="D8E6EC"/>
              <w:right w:val="single" w:sz="4" w:space="0" w:color="D8E6EC"/>
            </w:tcBorders>
            <w:vAlign w:val="center"/>
          </w:tcPr>
          <w:p w14:paraId="30BCB3D7" w14:textId="77777777" w:rsidR="00610360" w:rsidRDefault="00000000">
            <w:pPr>
              <w:spacing w:after="0"/>
            </w:pPr>
            <w:r>
              <w:rPr>
                <w:sz w:val="17"/>
              </w:rPr>
              <w:t>preposition</w:t>
            </w:r>
          </w:p>
        </w:tc>
      </w:tr>
      <w:tr w:rsidR="00610360" w14:paraId="3A37E51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C462F0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B864016" w14:textId="77777777" w:rsidR="00610360" w:rsidRDefault="00000000">
            <w:pPr>
              <w:spacing w:after="0"/>
            </w:pPr>
            <w:r>
              <w:rPr>
                <w:sz w:val="17"/>
              </w:rPr>
              <w:t>ante</w:t>
            </w:r>
          </w:p>
        </w:tc>
        <w:tc>
          <w:tcPr>
            <w:tcW w:w="2592" w:type="dxa"/>
            <w:tcBorders>
              <w:top w:val="single" w:sz="4" w:space="0" w:color="D8E6EC"/>
              <w:left w:val="single" w:sz="4" w:space="0" w:color="D8E6EC"/>
              <w:bottom w:val="single" w:sz="4" w:space="0" w:color="D8E6EC"/>
              <w:right w:val="single" w:sz="4" w:space="0" w:color="D8E6EC"/>
            </w:tcBorders>
            <w:vAlign w:val="center"/>
          </w:tcPr>
          <w:p w14:paraId="28555619" w14:textId="77777777" w:rsidR="00610360" w:rsidRDefault="00000000">
            <w:pPr>
              <w:spacing w:after="0"/>
            </w:pPr>
            <w:r>
              <w:rPr>
                <w:sz w:val="17"/>
              </w:rPr>
              <w:t>before</w:t>
            </w:r>
          </w:p>
        </w:tc>
        <w:tc>
          <w:tcPr>
            <w:tcW w:w="2592" w:type="dxa"/>
            <w:tcBorders>
              <w:top w:val="single" w:sz="4" w:space="0" w:color="D8E6EC"/>
              <w:left w:val="single" w:sz="4" w:space="0" w:color="D8E6EC"/>
              <w:bottom w:val="single" w:sz="4" w:space="0" w:color="D8E6EC"/>
              <w:right w:val="single" w:sz="4" w:space="0" w:color="D8E6EC"/>
            </w:tcBorders>
            <w:vAlign w:val="center"/>
          </w:tcPr>
          <w:p w14:paraId="6CD4C935" w14:textId="77777777" w:rsidR="00610360" w:rsidRDefault="00000000">
            <w:pPr>
              <w:spacing w:after="0"/>
            </w:pPr>
            <w:r>
              <w:rPr>
                <w:sz w:val="17"/>
              </w:rPr>
              <w:t>preposition</w:t>
            </w:r>
          </w:p>
        </w:tc>
      </w:tr>
      <w:tr w:rsidR="00610360" w14:paraId="7EA3406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D5BD64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73758FA" w14:textId="77777777" w:rsidR="00610360" w:rsidRDefault="00000000">
            <w:pPr>
              <w:spacing w:after="0"/>
            </w:pPr>
            <w:r>
              <w:rPr>
                <w:sz w:val="17"/>
              </w:rPr>
              <w:t>pos</w:t>
            </w:r>
          </w:p>
        </w:tc>
        <w:tc>
          <w:tcPr>
            <w:tcW w:w="2592" w:type="dxa"/>
            <w:tcBorders>
              <w:top w:val="single" w:sz="4" w:space="0" w:color="D8E6EC"/>
              <w:left w:val="single" w:sz="4" w:space="0" w:color="D8E6EC"/>
              <w:bottom w:val="single" w:sz="4" w:space="0" w:color="D8E6EC"/>
              <w:right w:val="single" w:sz="4" w:space="0" w:color="D8E6EC"/>
            </w:tcBorders>
            <w:vAlign w:val="center"/>
          </w:tcPr>
          <w:p w14:paraId="415D2EBC" w14:textId="77777777" w:rsidR="00610360" w:rsidRDefault="00000000">
            <w:pPr>
              <w:spacing w:after="0"/>
            </w:pPr>
            <w:r>
              <w:rPr>
                <w:sz w:val="17"/>
              </w:rPr>
              <w:t>after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ED6B9D1" w14:textId="77777777" w:rsidR="00610360" w:rsidRDefault="00000000">
            <w:pPr>
              <w:spacing w:after="0"/>
            </w:pPr>
            <w:r>
              <w:rPr>
                <w:sz w:val="17"/>
              </w:rPr>
              <w:t>preposition</w:t>
            </w:r>
          </w:p>
        </w:tc>
      </w:tr>
      <w:tr w:rsidR="00610360" w14:paraId="78EC334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7EA48B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1F58A26" w14:textId="77777777" w:rsidR="00610360" w:rsidRDefault="00000000">
            <w:pPr>
              <w:spacing w:after="0"/>
            </w:pPr>
            <w:r>
              <w:rPr>
                <w:sz w:val="17"/>
              </w:rPr>
              <w:t>et</w:t>
            </w:r>
          </w:p>
        </w:tc>
        <w:tc>
          <w:tcPr>
            <w:tcW w:w="2592" w:type="dxa"/>
            <w:tcBorders>
              <w:top w:val="single" w:sz="4" w:space="0" w:color="D8E6EC"/>
              <w:left w:val="single" w:sz="4" w:space="0" w:color="D8E6EC"/>
              <w:bottom w:val="single" w:sz="4" w:space="0" w:color="D8E6EC"/>
              <w:right w:val="single" w:sz="4" w:space="0" w:color="D8E6EC"/>
            </w:tcBorders>
            <w:vAlign w:val="center"/>
          </w:tcPr>
          <w:p w14:paraId="53C1A793" w14:textId="77777777" w:rsidR="00610360" w:rsidRDefault="00000000">
            <w:pPr>
              <w:spacing w:after="0"/>
            </w:pPr>
            <w:r>
              <w:rPr>
                <w:sz w:val="17"/>
              </w:rPr>
              <w:t>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47468F17" w14:textId="77777777" w:rsidR="00610360" w:rsidRDefault="00000000">
            <w:pPr>
              <w:spacing w:after="0"/>
            </w:pPr>
            <w:r>
              <w:rPr>
                <w:sz w:val="17"/>
              </w:rPr>
              <w:t>conjunction</w:t>
            </w:r>
          </w:p>
        </w:tc>
      </w:tr>
      <w:tr w:rsidR="00610360" w14:paraId="003FF06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878276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48C5097" w14:textId="77777777" w:rsidR="00610360" w:rsidRDefault="00000000">
            <w:pPr>
              <w:spacing w:after="0"/>
            </w:pPr>
            <w:r>
              <w:rPr>
                <w:sz w:val="17"/>
              </w:rPr>
              <w:t>ma</w:t>
            </w:r>
          </w:p>
        </w:tc>
        <w:tc>
          <w:tcPr>
            <w:tcW w:w="2592" w:type="dxa"/>
            <w:tcBorders>
              <w:top w:val="single" w:sz="4" w:space="0" w:color="D8E6EC"/>
              <w:left w:val="single" w:sz="4" w:space="0" w:color="D8E6EC"/>
              <w:bottom w:val="single" w:sz="4" w:space="0" w:color="D8E6EC"/>
              <w:right w:val="single" w:sz="4" w:space="0" w:color="D8E6EC"/>
            </w:tcBorders>
            <w:vAlign w:val="center"/>
          </w:tcPr>
          <w:p w14:paraId="25FC9736" w14:textId="77777777" w:rsidR="00610360" w:rsidRDefault="00000000">
            <w:pPr>
              <w:spacing w:after="0"/>
            </w:pPr>
            <w:r>
              <w:rPr>
                <w:sz w:val="17"/>
              </w:rPr>
              <w:t>but</w:t>
            </w:r>
          </w:p>
        </w:tc>
        <w:tc>
          <w:tcPr>
            <w:tcW w:w="2592" w:type="dxa"/>
            <w:tcBorders>
              <w:top w:val="single" w:sz="4" w:space="0" w:color="D8E6EC"/>
              <w:left w:val="single" w:sz="4" w:space="0" w:color="D8E6EC"/>
              <w:bottom w:val="single" w:sz="4" w:space="0" w:color="D8E6EC"/>
              <w:right w:val="single" w:sz="4" w:space="0" w:color="D8E6EC"/>
            </w:tcBorders>
            <w:vAlign w:val="center"/>
          </w:tcPr>
          <w:p w14:paraId="6641AABD" w14:textId="77777777" w:rsidR="00610360" w:rsidRDefault="00000000">
            <w:pPr>
              <w:spacing w:after="0"/>
            </w:pPr>
            <w:r>
              <w:rPr>
                <w:sz w:val="17"/>
              </w:rPr>
              <w:t>conjunction</w:t>
            </w:r>
          </w:p>
        </w:tc>
      </w:tr>
      <w:tr w:rsidR="00610360" w14:paraId="6D8095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F552F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17BA6A4" w14:textId="77777777" w:rsidR="00610360" w:rsidRDefault="00000000">
            <w:pPr>
              <w:spacing w:after="0"/>
            </w:pPr>
            <w:r>
              <w:rPr>
                <w:sz w:val="17"/>
              </w:rPr>
              <w:t>o</w:t>
            </w:r>
          </w:p>
        </w:tc>
        <w:tc>
          <w:tcPr>
            <w:tcW w:w="2592" w:type="dxa"/>
            <w:tcBorders>
              <w:top w:val="single" w:sz="4" w:space="0" w:color="D8E6EC"/>
              <w:left w:val="single" w:sz="4" w:space="0" w:color="D8E6EC"/>
              <w:bottom w:val="single" w:sz="4" w:space="0" w:color="D8E6EC"/>
              <w:right w:val="single" w:sz="4" w:space="0" w:color="D8E6EC"/>
            </w:tcBorders>
            <w:vAlign w:val="center"/>
          </w:tcPr>
          <w:p w14:paraId="2FB4C78F" w14:textId="77777777" w:rsidR="00610360" w:rsidRDefault="00000000">
            <w:pPr>
              <w:spacing w:after="0"/>
            </w:pPr>
            <w:r>
              <w:rPr>
                <w:sz w:val="17"/>
              </w:rPr>
              <w:t>or</w:t>
            </w:r>
          </w:p>
        </w:tc>
        <w:tc>
          <w:tcPr>
            <w:tcW w:w="2592" w:type="dxa"/>
            <w:tcBorders>
              <w:top w:val="single" w:sz="4" w:space="0" w:color="D8E6EC"/>
              <w:left w:val="single" w:sz="4" w:space="0" w:color="D8E6EC"/>
              <w:bottom w:val="single" w:sz="4" w:space="0" w:color="D8E6EC"/>
              <w:right w:val="single" w:sz="4" w:space="0" w:color="D8E6EC"/>
            </w:tcBorders>
            <w:vAlign w:val="center"/>
          </w:tcPr>
          <w:p w14:paraId="455874AB" w14:textId="77777777" w:rsidR="00610360" w:rsidRDefault="00000000">
            <w:pPr>
              <w:spacing w:after="0"/>
            </w:pPr>
            <w:r>
              <w:rPr>
                <w:sz w:val="17"/>
              </w:rPr>
              <w:t>conjunction</w:t>
            </w:r>
          </w:p>
        </w:tc>
      </w:tr>
      <w:tr w:rsidR="00610360" w14:paraId="4EAC79F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8E2A76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A3DF81C" w14:textId="77777777" w:rsidR="00610360" w:rsidRDefault="00000000">
            <w:pPr>
              <w:spacing w:after="0"/>
            </w:pPr>
            <w:r>
              <w:rPr>
                <w:sz w:val="17"/>
              </w:rPr>
              <w:t>si</w:t>
            </w:r>
          </w:p>
        </w:tc>
        <w:tc>
          <w:tcPr>
            <w:tcW w:w="2592" w:type="dxa"/>
            <w:tcBorders>
              <w:top w:val="single" w:sz="4" w:space="0" w:color="D8E6EC"/>
              <w:left w:val="single" w:sz="4" w:space="0" w:color="D8E6EC"/>
              <w:bottom w:val="single" w:sz="4" w:space="0" w:color="D8E6EC"/>
              <w:right w:val="single" w:sz="4" w:space="0" w:color="D8E6EC"/>
            </w:tcBorders>
            <w:vAlign w:val="center"/>
          </w:tcPr>
          <w:p w14:paraId="26641939" w14:textId="77777777" w:rsidR="00610360" w:rsidRDefault="00000000">
            <w:pPr>
              <w:spacing w:after="0"/>
            </w:pPr>
            <w:r>
              <w:rPr>
                <w:sz w:val="17"/>
              </w:rPr>
              <w:t>yes / if</w:t>
            </w:r>
          </w:p>
        </w:tc>
        <w:tc>
          <w:tcPr>
            <w:tcW w:w="2592" w:type="dxa"/>
            <w:tcBorders>
              <w:top w:val="single" w:sz="4" w:space="0" w:color="D8E6EC"/>
              <w:left w:val="single" w:sz="4" w:space="0" w:color="D8E6EC"/>
              <w:bottom w:val="single" w:sz="4" w:space="0" w:color="D8E6EC"/>
              <w:right w:val="single" w:sz="4" w:space="0" w:color="D8E6EC"/>
            </w:tcBorders>
            <w:vAlign w:val="center"/>
          </w:tcPr>
          <w:p w14:paraId="69286B62" w14:textId="77777777" w:rsidR="00610360" w:rsidRDefault="00000000">
            <w:pPr>
              <w:spacing w:after="0"/>
            </w:pPr>
            <w:r>
              <w:rPr>
                <w:sz w:val="17"/>
              </w:rPr>
              <w:t>particle</w:t>
            </w:r>
          </w:p>
        </w:tc>
      </w:tr>
      <w:tr w:rsidR="00610360" w14:paraId="2AF2C9C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D02A7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1F9C503" w14:textId="77777777" w:rsidR="00610360" w:rsidRDefault="00000000">
            <w:pPr>
              <w:spacing w:after="0"/>
            </w:pPr>
            <w:r>
              <w:rPr>
                <w:sz w:val="17"/>
              </w:rPr>
              <w:t>no</w:t>
            </w:r>
          </w:p>
        </w:tc>
        <w:tc>
          <w:tcPr>
            <w:tcW w:w="2592" w:type="dxa"/>
            <w:tcBorders>
              <w:top w:val="single" w:sz="4" w:space="0" w:color="D8E6EC"/>
              <w:left w:val="single" w:sz="4" w:space="0" w:color="D8E6EC"/>
              <w:bottom w:val="single" w:sz="4" w:space="0" w:color="D8E6EC"/>
              <w:right w:val="single" w:sz="4" w:space="0" w:color="D8E6EC"/>
            </w:tcBorders>
            <w:vAlign w:val="center"/>
          </w:tcPr>
          <w:p w14:paraId="7607DD40" w14:textId="77777777" w:rsidR="00610360" w:rsidRDefault="00000000">
            <w:pPr>
              <w:spacing w:after="0"/>
            </w:pPr>
            <w:r>
              <w:rPr>
                <w:sz w:val="17"/>
              </w:rPr>
              <w:t>no</w:t>
            </w:r>
          </w:p>
        </w:tc>
        <w:tc>
          <w:tcPr>
            <w:tcW w:w="2592" w:type="dxa"/>
            <w:tcBorders>
              <w:top w:val="single" w:sz="4" w:space="0" w:color="D8E6EC"/>
              <w:left w:val="single" w:sz="4" w:space="0" w:color="D8E6EC"/>
              <w:bottom w:val="single" w:sz="4" w:space="0" w:color="D8E6EC"/>
              <w:right w:val="single" w:sz="4" w:space="0" w:color="D8E6EC"/>
            </w:tcBorders>
            <w:vAlign w:val="center"/>
          </w:tcPr>
          <w:p w14:paraId="26BFE64C" w14:textId="77777777" w:rsidR="00610360" w:rsidRDefault="00000000">
            <w:pPr>
              <w:spacing w:after="0"/>
            </w:pPr>
            <w:r>
              <w:rPr>
                <w:sz w:val="17"/>
              </w:rPr>
              <w:t>particle</w:t>
            </w:r>
          </w:p>
        </w:tc>
      </w:tr>
      <w:tr w:rsidR="00610360" w14:paraId="2FEB028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F348F4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E6A1792" w14:textId="77777777" w:rsidR="00610360" w:rsidRDefault="00000000">
            <w:pPr>
              <w:spacing w:after="0"/>
            </w:pPr>
            <w:r>
              <w:rPr>
                <w:sz w:val="17"/>
              </w:rPr>
              <w:t>ne</w:t>
            </w:r>
          </w:p>
        </w:tc>
        <w:tc>
          <w:tcPr>
            <w:tcW w:w="2592" w:type="dxa"/>
            <w:tcBorders>
              <w:top w:val="single" w:sz="4" w:space="0" w:color="D8E6EC"/>
              <w:left w:val="single" w:sz="4" w:space="0" w:color="D8E6EC"/>
              <w:bottom w:val="single" w:sz="4" w:space="0" w:color="D8E6EC"/>
              <w:right w:val="single" w:sz="4" w:space="0" w:color="D8E6EC"/>
            </w:tcBorders>
            <w:vAlign w:val="center"/>
          </w:tcPr>
          <w:p w14:paraId="27172863" w14:textId="77777777" w:rsidR="00610360" w:rsidRDefault="00000000">
            <w:pPr>
              <w:spacing w:after="0"/>
            </w:pPr>
            <w:r>
              <w:rPr>
                <w:sz w:val="17"/>
              </w:rPr>
              <w:t>not</w:t>
            </w:r>
          </w:p>
        </w:tc>
        <w:tc>
          <w:tcPr>
            <w:tcW w:w="2592" w:type="dxa"/>
            <w:tcBorders>
              <w:top w:val="single" w:sz="4" w:space="0" w:color="D8E6EC"/>
              <w:left w:val="single" w:sz="4" w:space="0" w:color="D8E6EC"/>
              <w:bottom w:val="single" w:sz="4" w:space="0" w:color="D8E6EC"/>
              <w:right w:val="single" w:sz="4" w:space="0" w:color="D8E6EC"/>
            </w:tcBorders>
            <w:vAlign w:val="center"/>
          </w:tcPr>
          <w:p w14:paraId="3E752A78" w14:textId="77777777" w:rsidR="00610360" w:rsidRDefault="00000000">
            <w:pPr>
              <w:spacing w:after="0"/>
            </w:pPr>
            <w:r>
              <w:rPr>
                <w:sz w:val="17"/>
              </w:rPr>
              <w:t>negation marker</w:t>
            </w:r>
          </w:p>
        </w:tc>
      </w:tr>
      <w:tr w:rsidR="00610360" w14:paraId="14381FB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CCD31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DCA7E87" w14:textId="77777777" w:rsidR="00610360" w:rsidRDefault="00000000">
            <w:pPr>
              <w:spacing w:after="0"/>
            </w:pPr>
            <w:r>
              <w:rPr>
                <w:sz w:val="17"/>
              </w:rPr>
              <w:t>ku</w:t>
            </w:r>
          </w:p>
        </w:tc>
        <w:tc>
          <w:tcPr>
            <w:tcW w:w="2592" w:type="dxa"/>
            <w:tcBorders>
              <w:top w:val="single" w:sz="4" w:space="0" w:color="D8E6EC"/>
              <w:left w:val="single" w:sz="4" w:space="0" w:color="D8E6EC"/>
              <w:bottom w:val="single" w:sz="4" w:space="0" w:color="D8E6EC"/>
              <w:right w:val="single" w:sz="4" w:space="0" w:color="D8E6EC"/>
            </w:tcBorders>
            <w:vAlign w:val="center"/>
          </w:tcPr>
          <w:p w14:paraId="5C650032" w14:textId="77777777" w:rsidR="00610360" w:rsidRDefault="00000000">
            <w:pPr>
              <w:spacing w:after="0"/>
            </w:pPr>
            <w:r>
              <w:rPr>
                <w:sz w:val="17"/>
              </w:rPr>
              <w:t>yes/no question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9C56172" w14:textId="77777777" w:rsidR="00610360" w:rsidRDefault="00000000">
            <w:pPr>
              <w:spacing w:after="0"/>
            </w:pPr>
            <w:r>
              <w:rPr>
                <w:sz w:val="17"/>
              </w:rPr>
              <w:t>question marker</w:t>
            </w:r>
          </w:p>
        </w:tc>
      </w:tr>
      <w:tr w:rsidR="00610360" w14:paraId="305503C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82680E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82B352C" w14:textId="77777777" w:rsidR="00610360" w:rsidRDefault="00000000">
            <w:pPr>
              <w:spacing w:after="0"/>
            </w:pPr>
            <w:r>
              <w:rPr>
                <w:sz w:val="17"/>
              </w:rPr>
              <w:t>ke</w:t>
            </w:r>
          </w:p>
        </w:tc>
        <w:tc>
          <w:tcPr>
            <w:tcW w:w="2592" w:type="dxa"/>
            <w:tcBorders>
              <w:top w:val="single" w:sz="4" w:space="0" w:color="D8E6EC"/>
              <w:left w:val="single" w:sz="4" w:space="0" w:color="D8E6EC"/>
              <w:bottom w:val="single" w:sz="4" w:space="0" w:color="D8E6EC"/>
              <w:right w:val="single" w:sz="4" w:space="0" w:color="D8E6EC"/>
            </w:tcBorders>
            <w:vAlign w:val="center"/>
          </w:tcPr>
          <w:p w14:paraId="7CA38F01" w14:textId="77777777" w:rsidR="00610360" w:rsidRDefault="00000000">
            <w:pPr>
              <w:spacing w:after="0"/>
            </w:pPr>
            <w:r>
              <w:rPr>
                <w:sz w:val="17"/>
              </w:rPr>
              <w:t>what / that</w:t>
            </w:r>
          </w:p>
        </w:tc>
        <w:tc>
          <w:tcPr>
            <w:tcW w:w="2592" w:type="dxa"/>
            <w:tcBorders>
              <w:top w:val="single" w:sz="4" w:space="0" w:color="D8E6EC"/>
              <w:left w:val="single" w:sz="4" w:space="0" w:color="D8E6EC"/>
              <w:bottom w:val="single" w:sz="4" w:space="0" w:color="D8E6EC"/>
              <w:right w:val="single" w:sz="4" w:space="0" w:color="D8E6EC"/>
            </w:tcBorders>
            <w:vAlign w:val="center"/>
          </w:tcPr>
          <w:p w14:paraId="29B21825" w14:textId="77777777" w:rsidR="00610360" w:rsidRDefault="00000000">
            <w:pPr>
              <w:spacing w:after="0"/>
            </w:pPr>
            <w:r>
              <w:rPr>
                <w:sz w:val="17"/>
              </w:rPr>
              <w:t>question word</w:t>
            </w:r>
          </w:p>
        </w:tc>
      </w:tr>
      <w:tr w:rsidR="00610360" w14:paraId="24C8147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87FD0C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A7A0F94" w14:textId="77777777" w:rsidR="00610360" w:rsidRDefault="00000000">
            <w:pPr>
              <w:spacing w:after="0"/>
            </w:pPr>
            <w:r>
              <w:rPr>
                <w:sz w:val="17"/>
              </w:rPr>
              <w:t>ki</w:t>
            </w:r>
          </w:p>
        </w:tc>
        <w:tc>
          <w:tcPr>
            <w:tcW w:w="2592" w:type="dxa"/>
            <w:tcBorders>
              <w:top w:val="single" w:sz="4" w:space="0" w:color="D8E6EC"/>
              <w:left w:val="single" w:sz="4" w:space="0" w:color="D8E6EC"/>
              <w:bottom w:val="single" w:sz="4" w:space="0" w:color="D8E6EC"/>
              <w:right w:val="single" w:sz="4" w:space="0" w:color="D8E6EC"/>
            </w:tcBorders>
            <w:vAlign w:val="center"/>
          </w:tcPr>
          <w:p w14:paraId="67B48910" w14:textId="77777777" w:rsidR="00610360" w:rsidRDefault="00000000">
            <w:pPr>
              <w:spacing w:after="0"/>
            </w:pPr>
            <w:r>
              <w:rPr>
                <w:sz w:val="17"/>
              </w:rPr>
              <w:t>who</w:t>
            </w:r>
          </w:p>
        </w:tc>
        <w:tc>
          <w:tcPr>
            <w:tcW w:w="2592" w:type="dxa"/>
            <w:tcBorders>
              <w:top w:val="single" w:sz="4" w:space="0" w:color="D8E6EC"/>
              <w:left w:val="single" w:sz="4" w:space="0" w:color="D8E6EC"/>
              <w:bottom w:val="single" w:sz="4" w:space="0" w:color="D8E6EC"/>
              <w:right w:val="single" w:sz="4" w:space="0" w:color="D8E6EC"/>
            </w:tcBorders>
            <w:vAlign w:val="center"/>
          </w:tcPr>
          <w:p w14:paraId="13FB2506" w14:textId="77777777" w:rsidR="00610360" w:rsidRDefault="00000000">
            <w:pPr>
              <w:spacing w:after="0"/>
            </w:pPr>
            <w:r>
              <w:rPr>
                <w:sz w:val="17"/>
              </w:rPr>
              <w:t>question word</w:t>
            </w:r>
          </w:p>
        </w:tc>
      </w:tr>
      <w:tr w:rsidR="00610360" w14:paraId="44E56F4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AC62FC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0232276" w14:textId="77777777" w:rsidR="00610360" w:rsidRDefault="00000000">
            <w:pPr>
              <w:spacing w:after="0"/>
            </w:pPr>
            <w:r>
              <w:rPr>
                <w:sz w:val="17"/>
              </w:rPr>
              <w:t>ube</w:t>
            </w:r>
          </w:p>
        </w:tc>
        <w:tc>
          <w:tcPr>
            <w:tcW w:w="2592" w:type="dxa"/>
            <w:tcBorders>
              <w:top w:val="single" w:sz="4" w:space="0" w:color="D8E6EC"/>
              <w:left w:val="single" w:sz="4" w:space="0" w:color="D8E6EC"/>
              <w:bottom w:val="single" w:sz="4" w:space="0" w:color="D8E6EC"/>
              <w:right w:val="single" w:sz="4" w:space="0" w:color="D8E6EC"/>
            </w:tcBorders>
            <w:vAlign w:val="center"/>
          </w:tcPr>
          <w:p w14:paraId="2EEDBB72" w14:textId="77777777" w:rsidR="00610360" w:rsidRDefault="00000000">
            <w:pPr>
              <w:spacing w:after="0"/>
            </w:pPr>
            <w:r>
              <w:rPr>
                <w:sz w:val="17"/>
              </w:rPr>
              <w:t>where</w:t>
            </w:r>
          </w:p>
        </w:tc>
        <w:tc>
          <w:tcPr>
            <w:tcW w:w="2592" w:type="dxa"/>
            <w:tcBorders>
              <w:top w:val="single" w:sz="4" w:space="0" w:color="D8E6EC"/>
              <w:left w:val="single" w:sz="4" w:space="0" w:color="D8E6EC"/>
              <w:bottom w:val="single" w:sz="4" w:space="0" w:color="D8E6EC"/>
              <w:right w:val="single" w:sz="4" w:space="0" w:color="D8E6EC"/>
            </w:tcBorders>
            <w:vAlign w:val="center"/>
          </w:tcPr>
          <w:p w14:paraId="713CCF31" w14:textId="77777777" w:rsidR="00610360" w:rsidRDefault="00000000">
            <w:pPr>
              <w:spacing w:after="0"/>
            </w:pPr>
            <w:r>
              <w:rPr>
                <w:sz w:val="17"/>
              </w:rPr>
              <w:t>question word</w:t>
            </w:r>
          </w:p>
        </w:tc>
      </w:tr>
      <w:tr w:rsidR="00610360" w14:paraId="567484E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0EAE6F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EAB41FC" w14:textId="77777777" w:rsidR="00610360" w:rsidRDefault="00000000">
            <w:pPr>
              <w:spacing w:after="0"/>
            </w:pPr>
            <w:r>
              <w:rPr>
                <w:sz w:val="17"/>
              </w:rPr>
              <w:t>kan</w:t>
            </w:r>
          </w:p>
        </w:tc>
        <w:tc>
          <w:tcPr>
            <w:tcW w:w="2592" w:type="dxa"/>
            <w:tcBorders>
              <w:top w:val="single" w:sz="4" w:space="0" w:color="D8E6EC"/>
              <w:left w:val="single" w:sz="4" w:space="0" w:color="D8E6EC"/>
              <w:bottom w:val="single" w:sz="4" w:space="0" w:color="D8E6EC"/>
              <w:right w:val="single" w:sz="4" w:space="0" w:color="D8E6EC"/>
            </w:tcBorders>
            <w:vAlign w:val="center"/>
          </w:tcPr>
          <w:p w14:paraId="4B0F397D" w14:textId="77777777" w:rsidR="00610360" w:rsidRDefault="00000000">
            <w:pPr>
              <w:spacing w:after="0"/>
            </w:pPr>
            <w:r>
              <w:rPr>
                <w:sz w:val="17"/>
              </w:rPr>
              <w:t>when</w:t>
            </w:r>
          </w:p>
        </w:tc>
        <w:tc>
          <w:tcPr>
            <w:tcW w:w="2592" w:type="dxa"/>
            <w:tcBorders>
              <w:top w:val="single" w:sz="4" w:space="0" w:color="D8E6EC"/>
              <w:left w:val="single" w:sz="4" w:space="0" w:color="D8E6EC"/>
              <w:bottom w:val="single" w:sz="4" w:space="0" w:color="D8E6EC"/>
              <w:right w:val="single" w:sz="4" w:space="0" w:color="D8E6EC"/>
            </w:tcBorders>
            <w:vAlign w:val="center"/>
          </w:tcPr>
          <w:p w14:paraId="221D3B31" w14:textId="77777777" w:rsidR="00610360" w:rsidRDefault="00000000">
            <w:pPr>
              <w:spacing w:after="0"/>
            </w:pPr>
            <w:r>
              <w:rPr>
                <w:sz w:val="17"/>
              </w:rPr>
              <w:t>question word</w:t>
            </w:r>
          </w:p>
        </w:tc>
      </w:tr>
      <w:tr w:rsidR="00610360" w14:paraId="3CFE294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F1BF51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E96B617" w14:textId="77777777" w:rsidR="00610360" w:rsidRDefault="00000000">
            <w:pPr>
              <w:spacing w:after="0"/>
            </w:pPr>
            <w:r>
              <w:rPr>
                <w:sz w:val="17"/>
              </w:rPr>
              <w:t>kur</w:t>
            </w:r>
          </w:p>
        </w:tc>
        <w:tc>
          <w:tcPr>
            <w:tcW w:w="2592" w:type="dxa"/>
            <w:tcBorders>
              <w:top w:val="single" w:sz="4" w:space="0" w:color="D8E6EC"/>
              <w:left w:val="single" w:sz="4" w:space="0" w:color="D8E6EC"/>
              <w:bottom w:val="single" w:sz="4" w:space="0" w:color="D8E6EC"/>
              <w:right w:val="single" w:sz="4" w:space="0" w:color="D8E6EC"/>
            </w:tcBorders>
            <w:vAlign w:val="center"/>
          </w:tcPr>
          <w:p w14:paraId="76D493C7" w14:textId="77777777" w:rsidR="00610360" w:rsidRDefault="00000000">
            <w:pPr>
              <w:spacing w:after="0"/>
            </w:pPr>
            <w:r>
              <w:rPr>
                <w:sz w:val="17"/>
              </w:rPr>
              <w:t>why</w:t>
            </w:r>
          </w:p>
        </w:tc>
        <w:tc>
          <w:tcPr>
            <w:tcW w:w="2592" w:type="dxa"/>
            <w:tcBorders>
              <w:top w:val="single" w:sz="4" w:space="0" w:color="D8E6EC"/>
              <w:left w:val="single" w:sz="4" w:space="0" w:color="D8E6EC"/>
              <w:bottom w:val="single" w:sz="4" w:space="0" w:color="D8E6EC"/>
              <w:right w:val="single" w:sz="4" w:space="0" w:color="D8E6EC"/>
            </w:tcBorders>
            <w:vAlign w:val="center"/>
          </w:tcPr>
          <w:p w14:paraId="54362A36" w14:textId="77777777" w:rsidR="00610360" w:rsidRDefault="00000000">
            <w:pPr>
              <w:spacing w:after="0"/>
            </w:pPr>
            <w:r>
              <w:rPr>
                <w:sz w:val="17"/>
              </w:rPr>
              <w:t>question word</w:t>
            </w:r>
          </w:p>
        </w:tc>
      </w:tr>
      <w:tr w:rsidR="00610360" w14:paraId="28F742C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D81F2C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D4B139A" w14:textId="77777777" w:rsidR="00610360" w:rsidRDefault="00000000">
            <w:pPr>
              <w:spacing w:after="0"/>
            </w:pPr>
            <w:r>
              <w:rPr>
                <w:sz w:val="17"/>
              </w:rPr>
              <w:t>kom</w:t>
            </w:r>
          </w:p>
        </w:tc>
        <w:tc>
          <w:tcPr>
            <w:tcW w:w="2592" w:type="dxa"/>
            <w:tcBorders>
              <w:top w:val="single" w:sz="4" w:space="0" w:color="D8E6EC"/>
              <w:left w:val="single" w:sz="4" w:space="0" w:color="D8E6EC"/>
              <w:bottom w:val="single" w:sz="4" w:space="0" w:color="D8E6EC"/>
              <w:right w:val="single" w:sz="4" w:space="0" w:color="D8E6EC"/>
            </w:tcBorders>
            <w:vAlign w:val="center"/>
          </w:tcPr>
          <w:p w14:paraId="443C0962" w14:textId="77777777" w:rsidR="00610360" w:rsidRDefault="00000000">
            <w:pPr>
              <w:spacing w:after="0"/>
            </w:pPr>
            <w:r>
              <w:rPr>
                <w:sz w:val="17"/>
              </w:rPr>
              <w:t>how / as</w:t>
            </w:r>
          </w:p>
        </w:tc>
        <w:tc>
          <w:tcPr>
            <w:tcW w:w="2592" w:type="dxa"/>
            <w:tcBorders>
              <w:top w:val="single" w:sz="4" w:space="0" w:color="D8E6EC"/>
              <w:left w:val="single" w:sz="4" w:space="0" w:color="D8E6EC"/>
              <w:bottom w:val="single" w:sz="4" w:space="0" w:color="D8E6EC"/>
              <w:right w:val="single" w:sz="4" w:space="0" w:color="D8E6EC"/>
            </w:tcBorders>
            <w:vAlign w:val="center"/>
          </w:tcPr>
          <w:p w14:paraId="4E40D9FB" w14:textId="77777777" w:rsidR="00610360" w:rsidRDefault="00000000">
            <w:pPr>
              <w:spacing w:after="0"/>
            </w:pPr>
            <w:r>
              <w:rPr>
                <w:sz w:val="17"/>
              </w:rPr>
              <w:t>question word</w:t>
            </w:r>
          </w:p>
        </w:tc>
      </w:tr>
      <w:tr w:rsidR="00610360" w14:paraId="4F1678F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0CAC3C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DC4CB08" w14:textId="77777777" w:rsidR="00610360" w:rsidRDefault="00000000">
            <w:pPr>
              <w:spacing w:after="0"/>
            </w:pPr>
            <w:r>
              <w:rPr>
                <w:sz w:val="17"/>
              </w:rPr>
              <w:t>qual</w:t>
            </w:r>
          </w:p>
        </w:tc>
        <w:tc>
          <w:tcPr>
            <w:tcW w:w="2592" w:type="dxa"/>
            <w:tcBorders>
              <w:top w:val="single" w:sz="4" w:space="0" w:color="D8E6EC"/>
              <w:left w:val="single" w:sz="4" w:space="0" w:color="D8E6EC"/>
              <w:bottom w:val="single" w:sz="4" w:space="0" w:color="D8E6EC"/>
              <w:right w:val="single" w:sz="4" w:space="0" w:color="D8E6EC"/>
            </w:tcBorders>
            <w:vAlign w:val="center"/>
          </w:tcPr>
          <w:p w14:paraId="31ADDEC7" w14:textId="77777777" w:rsidR="00610360" w:rsidRDefault="00000000">
            <w:pPr>
              <w:spacing w:after="0"/>
            </w:pPr>
            <w:r>
              <w:rPr>
                <w:sz w:val="17"/>
              </w:rPr>
              <w:t>which</w:t>
            </w:r>
          </w:p>
        </w:tc>
        <w:tc>
          <w:tcPr>
            <w:tcW w:w="2592" w:type="dxa"/>
            <w:tcBorders>
              <w:top w:val="single" w:sz="4" w:space="0" w:color="D8E6EC"/>
              <w:left w:val="single" w:sz="4" w:space="0" w:color="D8E6EC"/>
              <w:bottom w:val="single" w:sz="4" w:space="0" w:color="D8E6EC"/>
              <w:right w:val="single" w:sz="4" w:space="0" w:color="D8E6EC"/>
            </w:tcBorders>
            <w:vAlign w:val="center"/>
          </w:tcPr>
          <w:p w14:paraId="76484F48" w14:textId="77777777" w:rsidR="00610360" w:rsidRDefault="00000000">
            <w:pPr>
              <w:spacing w:after="0"/>
            </w:pPr>
            <w:r>
              <w:rPr>
                <w:sz w:val="17"/>
              </w:rPr>
              <w:t>question word</w:t>
            </w:r>
          </w:p>
        </w:tc>
      </w:tr>
      <w:tr w:rsidR="00610360" w14:paraId="7A37079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2A6BB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2737E8E" w14:textId="77777777" w:rsidR="00610360" w:rsidRDefault="00000000">
            <w:pPr>
              <w:spacing w:after="0"/>
            </w:pPr>
            <w:r>
              <w:rPr>
                <w:sz w:val="17"/>
              </w:rPr>
              <w:t>quant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53CB126F" w14:textId="77777777" w:rsidR="00610360" w:rsidRDefault="00000000">
            <w:pPr>
              <w:spacing w:after="0"/>
            </w:pPr>
            <w:r>
              <w:rPr>
                <w:sz w:val="17"/>
              </w:rPr>
              <w:t>how much / how many</w:t>
            </w:r>
          </w:p>
        </w:tc>
        <w:tc>
          <w:tcPr>
            <w:tcW w:w="2592" w:type="dxa"/>
            <w:tcBorders>
              <w:top w:val="single" w:sz="4" w:space="0" w:color="D8E6EC"/>
              <w:left w:val="single" w:sz="4" w:space="0" w:color="D8E6EC"/>
              <w:bottom w:val="single" w:sz="4" w:space="0" w:color="D8E6EC"/>
              <w:right w:val="single" w:sz="4" w:space="0" w:color="D8E6EC"/>
            </w:tcBorders>
            <w:vAlign w:val="center"/>
          </w:tcPr>
          <w:p w14:paraId="308F081D" w14:textId="77777777" w:rsidR="00610360" w:rsidRDefault="00000000">
            <w:pPr>
              <w:spacing w:after="0"/>
            </w:pPr>
            <w:r>
              <w:rPr>
                <w:sz w:val="17"/>
              </w:rPr>
              <w:t>question word</w:t>
            </w:r>
          </w:p>
        </w:tc>
      </w:tr>
      <w:tr w:rsidR="00610360" w14:paraId="4E06969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2A270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8274FC4" w14:textId="77777777" w:rsidR="00610360" w:rsidRDefault="00000000">
            <w:pPr>
              <w:spacing w:after="0"/>
            </w:pPr>
            <w:r>
              <w:rPr>
                <w:sz w:val="17"/>
              </w:rPr>
              <w:t>ici</w:t>
            </w:r>
          </w:p>
        </w:tc>
        <w:tc>
          <w:tcPr>
            <w:tcW w:w="2592" w:type="dxa"/>
            <w:tcBorders>
              <w:top w:val="single" w:sz="4" w:space="0" w:color="D8E6EC"/>
              <w:left w:val="single" w:sz="4" w:space="0" w:color="D8E6EC"/>
              <w:bottom w:val="single" w:sz="4" w:space="0" w:color="D8E6EC"/>
              <w:right w:val="single" w:sz="4" w:space="0" w:color="D8E6EC"/>
            </w:tcBorders>
            <w:vAlign w:val="center"/>
          </w:tcPr>
          <w:p w14:paraId="472BFC74" w14:textId="77777777" w:rsidR="00610360" w:rsidRDefault="00000000">
            <w:pPr>
              <w:spacing w:after="0"/>
            </w:pPr>
            <w:r>
              <w:rPr>
                <w:sz w:val="17"/>
              </w:rPr>
              <w:t>here</w:t>
            </w:r>
          </w:p>
        </w:tc>
        <w:tc>
          <w:tcPr>
            <w:tcW w:w="2592" w:type="dxa"/>
            <w:tcBorders>
              <w:top w:val="single" w:sz="4" w:space="0" w:color="D8E6EC"/>
              <w:left w:val="single" w:sz="4" w:space="0" w:color="D8E6EC"/>
              <w:bottom w:val="single" w:sz="4" w:space="0" w:color="D8E6EC"/>
              <w:right w:val="single" w:sz="4" w:space="0" w:color="D8E6EC"/>
            </w:tcBorders>
            <w:vAlign w:val="center"/>
          </w:tcPr>
          <w:p w14:paraId="7D80B758" w14:textId="77777777" w:rsidR="00610360" w:rsidRDefault="00000000">
            <w:pPr>
              <w:spacing w:after="0"/>
            </w:pPr>
            <w:r>
              <w:rPr>
                <w:sz w:val="17"/>
              </w:rPr>
              <w:t>adverb</w:t>
            </w:r>
          </w:p>
        </w:tc>
      </w:tr>
      <w:tr w:rsidR="00610360" w14:paraId="19D7B14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CB0C3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1A0AE7E" w14:textId="77777777" w:rsidR="00610360" w:rsidRDefault="00000000">
            <w:pPr>
              <w:spacing w:after="0"/>
            </w:pPr>
            <w:r>
              <w:rPr>
                <w:sz w:val="17"/>
              </w:rPr>
              <w:t>isto</w:t>
            </w:r>
          </w:p>
        </w:tc>
        <w:tc>
          <w:tcPr>
            <w:tcW w:w="2592" w:type="dxa"/>
            <w:tcBorders>
              <w:top w:val="single" w:sz="4" w:space="0" w:color="D8E6EC"/>
              <w:left w:val="single" w:sz="4" w:space="0" w:color="D8E6EC"/>
              <w:bottom w:val="single" w:sz="4" w:space="0" w:color="D8E6EC"/>
              <w:right w:val="single" w:sz="4" w:space="0" w:color="D8E6EC"/>
            </w:tcBorders>
            <w:vAlign w:val="center"/>
          </w:tcPr>
          <w:p w14:paraId="2C52CBDA" w14:textId="77777777" w:rsidR="00610360" w:rsidRDefault="00000000">
            <w:pPr>
              <w:spacing w:after="0"/>
            </w:pPr>
            <w:r>
              <w:rPr>
                <w:sz w:val="17"/>
              </w:rPr>
              <w:t>this</w:t>
            </w:r>
          </w:p>
        </w:tc>
        <w:tc>
          <w:tcPr>
            <w:tcW w:w="2592" w:type="dxa"/>
            <w:tcBorders>
              <w:top w:val="single" w:sz="4" w:space="0" w:color="D8E6EC"/>
              <w:left w:val="single" w:sz="4" w:space="0" w:color="D8E6EC"/>
              <w:bottom w:val="single" w:sz="4" w:space="0" w:color="D8E6EC"/>
              <w:right w:val="single" w:sz="4" w:space="0" w:color="D8E6EC"/>
            </w:tcBorders>
            <w:vAlign w:val="center"/>
          </w:tcPr>
          <w:p w14:paraId="7F6326E2" w14:textId="77777777" w:rsidR="00610360" w:rsidRDefault="00000000">
            <w:pPr>
              <w:spacing w:after="0"/>
            </w:pPr>
            <w:r>
              <w:rPr>
                <w:sz w:val="17"/>
              </w:rPr>
              <w:t>demonstrative</w:t>
            </w:r>
          </w:p>
        </w:tc>
      </w:tr>
      <w:tr w:rsidR="00610360" w14:paraId="4C0450B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B7B58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BC98C5" w14:textId="77777777" w:rsidR="00610360" w:rsidRDefault="00000000">
            <w:pPr>
              <w:spacing w:after="0"/>
            </w:pPr>
            <w:r>
              <w:rPr>
                <w:sz w:val="17"/>
              </w:rPr>
              <w:t>ita</w:t>
            </w:r>
          </w:p>
        </w:tc>
        <w:tc>
          <w:tcPr>
            <w:tcW w:w="2592" w:type="dxa"/>
            <w:tcBorders>
              <w:top w:val="single" w:sz="4" w:space="0" w:color="D8E6EC"/>
              <w:left w:val="single" w:sz="4" w:space="0" w:color="D8E6EC"/>
              <w:bottom w:val="single" w:sz="4" w:space="0" w:color="D8E6EC"/>
              <w:right w:val="single" w:sz="4" w:space="0" w:color="D8E6EC"/>
            </w:tcBorders>
            <w:vAlign w:val="center"/>
          </w:tcPr>
          <w:p w14:paraId="4A3DA066" w14:textId="77777777" w:rsidR="00610360" w:rsidRDefault="00000000">
            <w:pPr>
              <w:spacing w:after="0"/>
            </w:pPr>
            <w:r>
              <w:rPr>
                <w:sz w:val="17"/>
              </w:rPr>
              <w:t>that</w:t>
            </w:r>
          </w:p>
        </w:tc>
        <w:tc>
          <w:tcPr>
            <w:tcW w:w="2592" w:type="dxa"/>
            <w:tcBorders>
              <w:top w:val="single" w:sz="4" w:space="0" w:color="D8E6EC"/>
              <w:left w:val="single" w:sz="4" w:space="0" w:color="D8E6EC"/>
              <w:bottom w:val="single" w:sz="4" w:space="0" w:color="D8E6EC"/>
              <w:right w:val="single" w:sz="4" w:space="0" w:color="D8E6EC"/>
            </w:tcBorders>
            <w:vAlign w:val="center"/>
          </w:tcPr>
          <w:p w14:paraId="393F49F0" w14:textId="77777777" w:rsidR="00610360" w:rsidRDefault="00000000">
            <w:pPr>
              <w:spacing w:after="0"/>
            </w:pPr>
            <w:r>
              <w:rPr>
                <w:sz w:val="17"/>
              </w:rPr>
              <w:t>demonstrative</w:t>
            </w:r>
          </w:p>
        </w:tc>
      </w:tr>
      <w:tr w:rsidR="00610360" w14:paraId="17F50F0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99056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70E521" w14:textId="77777777" w:rsidR="00610360" w:rsidRDefault="00000000">
            <w:pPr>
              <w:spacing w:after="0"/>
            </w:pPr>
            <w:r>
              <w:rPr>
                <w:sz w:val="17"/>
              </w:rPr>
              <w:t>tota</w:t>
            </w:r>
          </w:p>
        </w:tc>
        <w:tc>
          <w:tcPr>
            <w:tcW w:w="2592" w:type="dxa"/>
            <w:tcBorders>
              <w:top w:val="single" w:sz="4" w:space="0" w:color="D8E6EC"/>
              <w:left w:val="single" w:sz="4" w:space="0" w:color="D8E6EC"/>
              <w:bottom w:val="single" w:sz="4" w:space="0" w:color="D8E6EC"/>
              <w:right w:val="single" w:sz="4" w:space="0" w:color="D8E6EC"/>
            </w:tcBorders>
            <w:vAlign w:val="center"/>
          </w:tcPr>
          <w:p w14:paraId="07132358" w14:textId="77777777" w:rsidR="00610360" w:rsidRDefault="00000000">
            <w:pPr>
              <w:spacing w:after="0"/>
            </w:pPr>
            <w:r>
              <w:rPr>
                <w:sz w:val="17"/>
              </w:rPr>
              <w:t>all / whole</w:t>
            </w:r>
          </w:p>
        </w:tc>
        <w:tc>
          <w:tcPr>
            <w:tcW w:w="2592" w:type="dxa"/>
            <w:tcBorders>
              <w:top w:val="single" w:sz="4" w:space="0" w:color="D8E6EC"/>
              <w:left w:val="single" w:sz="4" w:space="0" w:color="D8E6EC"/>
              <w:bottom w:val="single" w:sz="4" w:space="0" w:color="D8E6EC"/>
              <w:right w:val="single" w:sz="4" w:space="0" w:color="D8E6EC"/>
            </w:tcBorders>
            <w:vAlign w:val="center"/>
          </w:tcPr>
          <w:p w14:paraId="043FA04B" w14:textId="77777777" w:rsidR="00610360" w:rsidRDefault="00000000">
            <w:pPr>
              <w:spacing w:after="0"/>
            </w:pPr>
            <w:r>
              <w:rPr>
                <w:sz w:val="17"/>
              </w:rPr>
              <w:t>quantifier</w:t>
            </w:r>
          </w:p>
        </w:tc>
      </w:tr>
      <w:tr w:rsidR="00610360" w14:paraId="5912496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4D3DD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14ABFA5" w14:textId="77777777" w:rsidR="00610360" w:rsidRDefault="00000000">
            <w:pPr>
              <w:spacing w:after="0"/>
            </w:pPr>
            <w:r>
              <w:rPr>
                <w:sz w:val="17"/>
              </w:rPr>
              <w:t>alga</w:t>
            </w:r>
          </w:p>
        </w:tc>
        <w:tc>
          <w:tcPr>
            <w:tcW w:w="2592" w:type="dxa"/>
            <w:tcBorders>
              <w:top w:val="single" w:sz="4" w:space="0" w:color="D8E6EC"/>
              <w:left w:val="single" w:sz="4" w:space="0" w:color="D8E6EC"/>
              <w:bottom w:val="single" w:sz="4" w:space="0" w:color="D8E6EC"/>
              <w:right w:val="single" w:sz="4" w:space="0" w:color="D8E6EC"/>
            </w:tcBorders>
            <w:vAlign w:val="center"/>
          </w:tcPr>
          <w:p w14:paraId="6BA6E28C" w14:textId="77777777" w:rsidR="00610360" w:rsidRDefault="00000000">
            <w:pPr>
              <w:spacing w:after="0"/>
            </w:pPr>
            <w:r>
              <w:rPr>
                <w:sz w:val="17"/>
              </w:rPr>
              <w:t>some</w:t>
            </w:r>
          </w:p>
        </w:tc>
        <w:tc>
          <w:tcPr>
            <w:tcW w:w="2592" w:type="dxa"/>
            <w:tcBorders>
              <w:top w:val="single" w:sz="4" w:space="0" w:color="D8E6EC"/>
              <w:left w:val="single" w:sz="4" w:space="0" w:color="D8E6EC"/>
              <w:bottom w:val="single" w:sz="4" w:space="0" w:color="D8E6EC"/>
              <w:right w:val="single" w:sz="4" w:space="0" w:color="D8E6EC"/>
            </w:tcBorders>
            <w:vAlign w:val="center"/>
          </w:tcPr>
          <w:p w14:paraId="7C4E0B3E" w14:textId="77777777" w:rsidR="00610360" w:rsidRDefault="00000000">
            <w:pPr>
              <w:spacing w:after="0"/>
            </w:pPr>
            <w:r>
              <w:rPr>
                <w:sz w:val="17"/>
              </w:rPr>
              <w:t>quantifier</w:t>
            </w:r>
          </w:p>
        </w:tc>
      </w:tr>
      <w:tr w:rsidR="00610360" w14:paraId="7CE299F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D97B6D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04DFA39" w14:textId="77777777" w:rsidR="00610360" w:rsidRDefault="00000000">
            <w:pPr>
              <w:spacing w:after="0"/>
            </w:pPr>
            <w:r>
              <w:rPr>
                <w:sz w:val="17"/>
              </w:rPr>
              <w:t>nula</w:t>
            </w:r>
          </w:p>
        </w:tc>
        <w:tc>
          <w:tcPr>
            <w:tcW w:w="2592" w:type="dxa"/>
            <w:tcBorders>
              <w:top w:val="single" w:sz="4" w:space="0" w:color="D8E6EC"/>
              <w:left w:val="single" w:sz="4" w:space="0" w:color="D8E6EC"/>
              <w:bottom w:val="single" w:sz="4" w:space="0" w:color="D8E6EC"/>
              <w:right w:val="single" w:sz="4" w:space="0" w:color="D8E6EC"/>
            </w:tcBorders>
            <w:vAlign w:val="center"/>
          </w:tcPr>
          <w:p w14:paraId="3A852550" w14:textId="77777777" w:rsidR="00610360" w:rsidRDefault="00000000">
            <w:pPr>
              <w:spacing w:after="0"/>
            </w:pPr>
            <w:r>
              <w:rPr>
                <w:sz w:val="17"/>
              </w:rPr>
              <w:t>none / no amount</w:t>
            </w:r>
          </w:p>
        </w:tc>
        <w:tc>
          <w:tcPr>
            <w:tcW w:w="2592" w:type="dxa"/>
            <w:tcBorders>
              <w:top w:val="single" w:sz="4" w:space="0" w:color="D8E6EC"/>
              <w:left w:val="single" w:sz="4" w:space="0" w:color="D8E6EC"/>
              <w:bottom w:val="single" w:sz="4" w:space="0" w:color="D8E6EC"/>
              <w:right w:val="single" w:sz="4" w:space="0" w:color="D8E6EC"/>
            </w:tcBorders>
            <w:vAlign w:val="center"/>
          </w:tcPr>
          <w:p w14:paraId="20F54847" w14:textId="77777777" w:rsidR="00610360" w:rsidRDefault="00000000">
            <w:pPr>
              <w:spacing w:after="0"/>
            </w:pPr>
            <w:r>
              <w:rPr>
                <w:sz w:val="17"/>
              </w:rPr>
              <w:t>quantifier</w:t>
            </w:r>
          </w:p>
        </w:tc>
      </w:tr>
      <w:tr w:rsidR="00610360" w14:paraId="0B361F0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C389DB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306AC47" w14:textId="77777777" w:rsidR="00610360" w:rsidRDefault="00000000">
            <w:pPr>
              <w:spacing w:after="0"/>
            </w:pPr>
            <w:r>
              <w:rPr>
                <w:sz w:val="17"/>
              </w:rPr>
              <w:t>kada</w:t>
            </w:r>
          </w:p>
        </w:tc>
        <w:tc>
          <w:tcPr>
            <w:tcW w:w="2592" w:type="dxa"/>
            <w:tcBorders>
              <w:top w:val="single" w:sz="4" w:space="0" w:color="D8E6EC"/>
              <w:left w:val="single" w:sz="4" w:space="0" w:color="D8E6EC"/>
              <w:bottom w:val="single" w:sz="4" w:space="0" w:color="D8E6EC"/>
              <w:right w:val="single" w:sz="4" w:space="0" w:color="D8E6EC"/>
            </w:tcBorders>
            <w:vAlign w:val="center"/>
          </w:tcPr>
          <w:p w14:paraId="720BE7DF" w14:textId="77777777" w:rsidR="00610360" w:rsidRDefault="00000000">
            <w:pPr>
              <w:spacing w:after="0"/>
            </w:pPr>
            <w:r>
              <w:rPr>
                <w:sz w:val="17"/>
              </w:rPr>
              <w:t>each / every</w:t>
            </w:r>
          </w:p>
        </w:tc>
        <w:tc>
          <w:tcPr>
            <w:tcW w:w="2592" w:type="dxa"/>
            <w:tcBorders>
              <w:top w:val="single" w:sz="4" w:space="0" w:color="D8E6EC"/>
              <w:left w:val="single" w:sz="4" w:space="0" w:color="D8E6EC"/>
              <w:bottom w:val="single" w:sz="4" w:space="0" w:color="D8E6EC"/>
              <w:right w:val="single" w:sz="4" w:space="0" w:color="D8E6EC"/>
            </w:tcBorders>
            <w:vAlign w:val="center"/>
          </w:tcPr>
          <w:p w14:paraId="4DCB4C2C" w14:textId="77777777" w:rsidR="00610360" w:rsidRDefault="00000000">
            <w:pPr>
              <w:spacing w:after="0"/>
            </w:pPr>
            <w:r>
              <w:rPr>
                <w:sz w:val="17"/>
              </w:rPr>
              <w:t>quantifier</w:t>
            </w:r>
          </w:p>
        </w:tc>
      </w:tr>
      <w:tr w:rsidR="00610360" w14:paraId="74D7D1D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6524B9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E2A5166" w14:textId="77777777" w:rsidR="00610360" w:rsidRDefault="00000000">
            <w:pPr>
              <w:spacing w:after="0"/>
            </w:pPr>
            <w:r>
              <w:rPr>
                <w:sz w:val="17"/>
              </w:rPr>
              <w:t>solo</w:t>
            </w:r>
          </w:p>
        </w:tc>
        <w:tc>
          <w:tcPr>
            <w:tcW w:w="2592" w:type="dxa"/>
            <w:tcBorders>
              <w:top w:val="single" w:sz="4" w:space="0" w:color="D8E6EC"/>
              <w:left w:val="single" w:sz="4" w:space="0" w:color="D8E6EC"/>
              <w:bottom w:val="single" w:sz="4" w:space="0" w:color="D8E6EC"/>
              <w:right w:val="single" w:sz="4" w:space="0" w:color="D8E6EC"/>
            </w:tcBorders>
            <w:vAlign w:val="center"/>
          </w:tcPr>
          <w:p w14:paraId="0881675C" w14:textId="77777777" w:rsidR="00610360" w:rsidRDefault="00000000">
            <w:pPr>
              <w:spacing w:after="0"/>
            </w:pPr>
            <w:r>
              <w:rPr>
                <w:sz w:val="17"/>
              </w:rPr>
              <w:t>only / alone</w:t>
            </w:r>
          </w:p>
        </w:tc>
        <w:tc>
          <w:tcPr>
            <w:tcW w:w="2592" w:type="dxa"/>
            <w:tcBorders>
              <w:top w:val="single" w:sz="4" w:space="0" w:color="D8E6EC"/>
              <w:left w:val="single" w:sz="4" w:space="0" w:color="D8E6EC"/>
              <w:bottom w:val="single" w:sz="4" w:space="0" w:color="D8E6EC"/>
              <w:right w:val="single" w:sz="4" w:space="0" w:color="D8E6EC"/>
            </w:tcBorders>
            <w:vAlign w:val="center"/>
          </w:tcPr>
          <w:p w14:paraId="6766FBD4" w14:textId="77777777" w:rsidR="00610360" w:rsidRDefault="00000000">
            <w:pPr>
              <w:spacing w:after="0"/>
            </w:pPr>
            <w:r>
              <w:rPr>
                <w:sz w:val="17"/>
              </w:rPr>
              <w:t>adverb</w:t>
            </w:r>
          </w:p>
        </w:tc>
      </w:tr>
      <w:tr w:rsidR="00610360" w14:paraId="0AA4870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699756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838C91B" w14:textId="77777777" w:rsidR="00610360" w:rsidRDefault="00000000">
            <w:pPr>
              <w:spacing w:after="0"/>
            </w:pPr>
            <w:r>
              <w:rPr>
                <w:sz w:val="17"/>
              </w:rPr>
              <w:t>ja</w:t>
            </w:r>
          </w:p>
        </w:tc>
        <w:tc>
          <w:tcPr>
            <w:tcW w:w="2592" w:type="dxa"/>
            <w:tcBorders>
              <w:top w:val="single" w:sz="4" w:space="0" w:color="D8E6EC"/>
              <w:left w:val="single" w:sz="4" w:space="0" w:color="D8E6EC"/>
              <w:bottom w:val="single" w:sz="4" w:space="0" w:color="D8E6EC"/>
              <w:right w:val="single" w:sz="4" w:space="0" w:color="D8E6EC"/>
            </w:tcBorders>
            <w:vAlign w:val="center"/>
          </w:tcPr>
          <w:p w14:paraId="5587D37E" w14:textId="77777777" w:rsidR="00610360" w:rsidRDefault="00000000">
            <w:pPr>
              <w:spacing w:after="0"/>
            </w:pPr>
            <w:r>
              <w:rPr>
                <w:sz w:val="17"/>
              </w:rPr>
              <w:t>already / perfect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6C97BF0" w14:textId="77777777" w:rsidR="00610360" w:rsidRDefault="00000000">
            <w:pPr>
              <w:spacing w:after="0"/>
            </w:pPr>
            <w:r>
              <w:rPr>
                <w:sz w:val="17"/>
              </w:rPr>
              <w:t>aspect marker</w:t>
            </w:r>
          </w:p>
        </w:tc>
      </w:tr>
      <w:tr w:rsidR="00610360" w14:paraId="1E93EDC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DBB23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B4FB533" w14:textId="77777777" w:rsidR="00610360" w:rsidRDefault="00000000">
            <w:pPr>
              <w:spacing w:after="0"/>
            </w:pPr>
            <w:r>
              <w:rPr>
                <w:sz w:val="17"/>
              </w:rPr>
              <w:t>nu</w:t>
            </w:r>
          </w:p>
        </w:tc>
        <w:tc>
          <w:tcPr>
            <w:tcW w:w="2592" w:type="dxa"/>
            <w:tcBorders>
              <w:top w:val="single" w:sz="4" w:space="0" w:color="D8E6EC"/>
              <w:left w:val="single" w:sz="4" w:space="0" w:color="D8E6EC"/>
              <w:bottom w:val="single" w:sz="4" w:space="0" w:color="D8E6EC"/>
              <w:right w:val="single" w:sz="4" w:space="0" w:color="D8E6EC"/>
            </w:tcBorders>
            <w:vAlign w:val="center"/>
          </w:tcPr>
          <w:p w14:paraId="1BE75699" w14:textId="77777777" w:rsidR="00610360" w:rsidRDefault="00000000">
            <w:pPr>
              <w:spacing w:after="0"/>
            </w:pPr>
            <w:r>
              <w:rPr>
                <w:sz w:val="17"/>
              </w:rPr>
              <w:t>now / current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4F1E2BB" w14:textId="77777777" w:rsidR="00610360" w:rsidRDefault="00000000">
            <w:pPr>
              <w:spacing w:after="0"/>
            </w:pPr>
            <w:r>
              <w:rPr>
                <w:sz w:val="17"/>
              </w:rPr>
              <w:t>aspect marker</w:t>
            </w:r>
          </w:p>
        </w:tc>
      </w:tr>
      <w:tr w:rsidR="00610360" w14:paraId="2271C84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16074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422A8D4" w14:textId="77777777" w:rsidR="00610360" w:rsidRDefault="00000000">
            <w:pPr>
              <w:spacing w:after="0"/>
            </w:pPr>
            <w:r>
              <w:rPr>
                <w:sz w:val="17"/>
              </w:rPr>
              <w:t>pa</w:t>
            </w:r>
          </w:p>
        </w:tc>
        <w:tc>
          <w:tcPr>
            <w:tcW w:w="2592" w:type="dxa"/>
            <w:tcBorders>
              <w:top w:val="single" w:sz="4" w:space="0" w:color="D8E6EC"/>
              <w:left w:val="single" w:sz="4" w:space="0" w:color="D8E6EC"/>
              <w:bottom w:val="single" w:sz="4" w:space="0" w:color="D8E6EC"/>
              <w:right w:val="single" w:sz="4" w:space="0" w:color="D8E6EC"/>
            </w:tcBorders>
            <w:vAlign w:val="center"/>
          </w:tcPr>
          <w:p w14:paraId="20B3AC07" w14:textId="77777777" w:rsidR="00610360" w:rsidRDefault="00000000">
            <w:pPr>
              <w:spacing w:after="0"/>
            </w:pPr>
            <w:r>
              <w:rPr>
                <w:sz w:val="17"/>
              </w:rPr>
              <w:t>past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7DB484F" w14:textId="77777777" w:rsidR="00610360" w:rsidRDefault="00000000">
            <w:pPr>
              <w:spacing w:after="0"/>
            </w:pPr>
            <w:r>
              <w:rPr>
                <w:sz w:val="17"/>
              </w:rPr>
              <w:t>tense marker</w:t>
            </w:r>
          </w:p>
        </w:tc>
      </w:tr>
      <w:tr w:rsidR="00610360" w14:paraId="385686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1D33D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55BB0F4" w14:textId="77777777" w:rsidR="00610360" w:rsidRDefault="00000000">
            <w:pPr>
              <w:spacing w:after="0"/>
            </w:pPr>
            <w:r>
              <w:rPr>
                <w:sz w:val="17"/>
              </w:rPr>
              <w:t>va</w:t>
            </w:r>
          </w:p>
        </w:tc>
        <w:tc>
          <w:tcPr>
            <w:tcW w:w="2592" w:type="dxa"/>
            <w:tcBorders>
              <w:top w:val="single" w:sz="4" w:space="0" w:color="D8E6EC"/>
              <w:left w:val="single" w:sz="4" w:space="0" w:color="D8E6EC"/>
              <w:bottom w:val="single" w:sz="4" w:space="0" w:color="D8E6EC"/>
              <w:right w:val="single" w:sz="4" w:space="0" w:color="D8E6EC"/>
            </w:tcBorders>
            <w:vAlign w:val="center"/>
          </w:tcPr>
          <w:p w14:paraId="19A04A4D" w14:textId="77777777" w:rsidR="00610360" w:rsidRDefault="00000000">
            <w:pPr>
              <w:spacing w:after="0"/>
            </w:pPr>
            <w:r>
              <w:rPr>
                <w:sz w:val="17"/>
              </w:rPr>
              <w:t>future marker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54F254B" w14:textId="77777777" w:rsidR="00610360" w:rsidRDefault="00000000">
            <w:pPr>
              <w:spacing w:after="0"/>
            </w:pPr>
            <w:r>
              <w:rPr>
                <w:sz w:val="17"/>
              </w:rPr>
              <w:t>tense marker</w:t>
            </w:r>
          </w:p>
        </w:tc>
      </w:tr>
    </w:tbl>
    <w:p w14:paraId="6A6D68A3" w14:textId="77777777" w:rsidR="00610360" w:rsidRDefault="00000000">
      <w:pPr>
        <w:pStyle w:val="Heading2"/>
        <w:spacing w:after="120"/>
      </w:pPr>
      <w:r>
        <w:rPr>
          <w:rFonts w:ascii="Aptos" w:hAnsi="Aptos"/>
        </w:rPr>
        <w:t>Pronouns and people</w:t>
      </w:r>
    </w:p>
    <w:tbl>
      <w:tblPr>
        <w:tblW w:w="0" w:type="auto"/>
        <w:jc w:val="center"/>
        <w:tblLook w:val="04A0" w:firstRow="1" w:lastRow="0" w:firstColumn="1" w:lastColumn="0" w:noHBand="0" w:noVBand="1"/>
      </w:tblPr>
      <w:tblGrid>
        <w:gridCol w:w="2592"/>
        <w:gridCol w:w="2592"/>
        <w:gridCol w:w="2592"/>
        <w:gridCol w:w="2592"/>
      </w:tblGrid>
      <w:tr w:rsidR="00610360" w14:paraId="2ADE4716"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25420AB"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075DF5D"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506E92C"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52C2D9B" w14:textId="77777777" w:rsidR="00610360" w:rsidRDefault="00000000">
            <w:pPr>
              <w:spacing w:after="0"/>
            </w:pPr>
            <w:r>
              <w:rPr>
                <w:b/>
                <w:color w:val="FFFFFF"/>
                <w:sz w:val="17"/>
              </w:rPr>
              <w:t>Note</w:t>
            </w:r>
          </w:p>
        </w:tc>
      </w:tr>
      <w:tr w:rsidR="00610360" w14:paraId="105624B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59DE2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EAD2D42" w14:textId="77777777" w:rsidR="00610360" w:rsidRDefault="00000000">
            <w:pPr>
              <w:spacing w:after="0"/>
            </w:pPr>
            <w:r>
              <w:rPr>
                <w:sz w:val="17"/>
              </w:rPr>
              <w:t>mi</w:t>
            </w:r>
          </w:p>
        </w:tc>
        <w:tc>
          <w:tcPr>
            <w:tcW w:w="2592" w:type="dxa"/>
            <w:tcBorders>
              <w:top w:val="single" w:sz="4" w:space="0" w:color="D8E6EC"/>
              <w:left w:val="single" w:sz="4" w:space="0" w:color="D8E6EC"/>
              <w:bottom w:val="single" w:sz="4" w:space="0" w:color="D8E6EC"/>
              <w:right w:val="single" w:sz="4" w:space="0" w:color="D8E6EC"/>
            </w:tcBorders>
            <w:vAlign w:val="center"/>
          </w:tcPr>
          <w:p w14:paraId="24ADE657" w14:textId="77777777" w:rsidR="00610360" w:rsidRDefault="00000000">
            <w:pPr>
              <w:spacing w:after="0"/>
            </w:pPr>
            <w:r>
              <w:rPr>
                <w:sz w:val="17"/>
              </w:rPr>
              <w:t>I / me / my</w:t>
            </w:r>
          </w:p>
        </w:tc>
        <w:tc>
          <w:tcPr>
            <w:tcW w:w="2592" w:type="dxa"/>
            <w:tcBorders>
              <w:top w:val="single" w:sz="4" w:space="0" w:color="D8E6EC"/>
              <w:left w:val="single" w:sz="4" w:space="0" w:color="D8E6EC"/>
              <w:bottom w:val="single" w:sz="4" w:space="0" w:color="D8E6EC"/>
              <w:right w:val="single" w:sz="4" w:space="0" w:color="D8E6EC"/>
            </w:tcBorders>
            <w:vAlign w:val="center"/>
          </w:tcPr>
          <w:p w14:paraId="3E6A5546" w14:textId="77777777" w:rsidR="00610360" w:rsidRDefault="00000000">
            <w:pPr>
              <w:spacing w:after="0"/>
            </w:pPr>
            <w:r>
              <w:rPr>
                <w:sz w:val="17"/>
              </w:rPr>
              <w:t>pronoun</w:t>
            </w:r>
          </w:p>
        </w:tc>
      </w:tr>
      <w:tr w:rsidR="00610360" w14:paraId="4224824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CB427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7C2B696" w14:textId="77777777" w:rsidR="00610360" w:rsidRDefault="00000000">
            <w:pPr>
              <w:spacing w:after="0"/>
            </w:pPr>
            <w:r>
              <w:rPr>
                <w:sz w:val="17"/>
              </w:rPr>
              <w:t>tu</w:t>
            </w:r>
          </w:p>
        </w:tc>
        <w:tc>
          <w:tcPr>
            <w:tcW w:w="2592" w:type="dxa"/>
            <w:tcBorders>
              <w:top w:val="single" w:sz="4" w:space="0" w:color="D8E6EC"/>
              <w:left w:val="single" w:sz="4" w:space="0" w:color="D8E6EC"/>
              <w:bottom w:val="single" w:sz="4" w:space="0" w:color="D8E6EC"/>
              <w:right w:val="single" w:sz="4" w:space="0" w:color="D8E6EC"/>
            </w:tcBorders>
            <w:vAlign w:val="center"/>
          </w:tcPr>
          <w:p w14:paraId="43E37807" w14:textId="77777777" w:rsidR="00610360" w:rsidRDefault="00000000">
            <w:pPr>
              <w:spacing w:after="0"/>
            </w:pPr>
            <w:r>
              <w:rPr>
                <w:sz w:val="17"/>
              </w:rPr>
              <w:t>you / your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08806EBA" w14:textId="77777777" w:rsidR="00610360" w:rsidRDefault="00000000">
            <w:pPr>
              <w:spacing w:after="0"/>
            </w:pPr>
            <w:r>
              <w:rPr>
                <w:sz w:val="17"/>
              </w:rPr>
              <w:t>pronoun</w:t>
            </w:r>
          </w:p>
        </w:tc>
      </w:tr>
      <w:tr w:rsidR="00610360" w14:paraId="2C0DDF4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DA7AEA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E4C922" w14:textId="77777777" w:rsidR="00610360" w:rsidRDefault="00000000">
            <w:pPr>
              <w:spacing w:after="0"/>
            </w:pPr>
            <w:r>
              <w:rPr>
                <w:sz w:val="17"/>
              </w:rPr>
              <w:t>il</w:t>
            </w:r>
          </w:p>
        </w:tc>
        <w:tc>
          <w:tcPr>
            <w:tcW w:w="2592" w:type="dxa"/>
            <w:tcBorders>
              <w:top w:val="single" w:sz="4" w:space="0" w:color="D8E6EC"/>
              <w:left w:val="single" w:sz="4" w:space="0" w:color="D8E6EC"/>
              <w:bottom w:val="single" w:sz="4" w:space="0" w:color="D8E6EC"/>
              <w:right w:val="single" w:sz="4" w:space="0" w:color="D8E6EC"/>
            </w:tcBorders>
            <w:vAlign w:val="center"/>
          </w:tcPr>
          <w:p w14:paraId="08051697" w14:textId="77777777" w:rsidR="00610360" w:rsidRDefault="00000000">
            <w:pPr>
              <w:spacing w:after="0"/>
            </w:pPr>
            <w:r>
              <w:rPr>
                <w:sz w:val="17"/>
              </w:rPr>
              <w:t>he / him / his</w:t>
            </w:r>
          </w:p>
        </w:tc>
        <w:tc>
          <w:tcPr>
            <w:tcW w:w="2592" w:type="dxa"/>
            <w:tcBorders>
              <w:top w:val="single" w:sz="4" w:space="0" w:color="D8E6EC"/>
              <w:left w:val="single" w:sz="4" w:space="0" w:color="D8E6EC"/>
              <w:bottom w:val="single" w:sz="4" w:space="0" w:color="D8E6EC"/>
              <w:right w:val="single" w:sz="4" w:space="0" w:color="D8E6EC"/>
            </w:tcBorders>
            <w:vAlign w:val="center"/>
          </w:tcPr>
          <w:p w14:paraId="46404E6F" w14:textId="77777777" w:rsidR="00610360" w:rsidRDefault="00000000">
            <w:pPr>
              <w:spacing w:after="0"/>
            </w:pPr>
            <w:r>
              <w:rPr>
                <w:sz w:val="17"/>
              </w:rPr>
              <w:t>pronoun</w:t>
            </w:r>
          </w:p>
        </w:tc>
      </w:tr>
      <w:tr w:rsidR="00610360" w14:paraId="4CF21AA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3B704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24FF4B8" w14:textId="77777777" w:rsidR="00610360" w:rsidRDefault="00000000">
            <w:pPr>
              <w:spacing w:after="0"/>
            </w:pPr>
            <w:r>
              <w:rPr>
                <w:sz w:val="17"/>
              </w:rPr>
              <w:t>ela</w:t>
            </w:r>
          </w:p>
        </w:tc>
        <w:tc>
          <w:tcPr>
            <w:tcW w:w="2592" w:type="dxa"/>
            <w:tcBorders>
              <w:top w:val="single" w:sz="4" w:space="0" w:color="D8E6EC"/>
              <w:left w:val="single" w:sz="4" w:space="0" w:color="D8E6EC"/>
              <w:bottom w:val="single" w:sz="4" w:space="0" w:color="D8E6EC"/>
              <w:right w:val="single" w:sz="4" w:space="0" w:color="D8E6EC"/>
            </w:tcBorders>
            <w:vAlign w:val="center"/>
          </w:tcPr>
          <w:p w14:paraId="706BF9E7" w14:textId="77777777" w:rsidR="00610360" w:rsidRDefault="00000000">
            <w:pPr>
              <w:spacing w:after="0"/>
            </w:pPr>
            <w:r>
              <w:rPr>
                <w:sz w:val="17"/>
              </w:rPr>
              <w:t>she / her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95F028F" w14:textId="77777777" w:rsidR="00610360" w:rsidRDefault="00000000">
            <w:pPr>
              <w:spacing w:after="0"/>
            </w:pPr>
            <w:r>
              <w:rPr>
                <w:sz w:val="17"/>
              </w:rPr>
              <w:t>pronoun</w:t>
            </w:r>
          </w:p>
        </w:tc>
      </w:tr>
      <w:tr w:rsidR="00610360" w14:paraId="1BD0651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EF5C93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6344A0C" w14:textId="77777777" w:rsidR="00610360" w:rsidRDefault="00000000">
            <w:pPr>
              <w:spacing w:after="0"/>
            </w:pPr>
            <w:r>
              <w:rPr>
                <w:sz w:val="17"/>
              </w:rPr>
              <w:t>lo</w:t>
            </w:r>
          </w:p>
        </w:tc>
        <w:tc>
          <w:tcPr>
            <w:tcW w:w="2592" w:type="dxa"/>
            <w:tcBorders>
              <w:top w:val="single" w:sz="4" w:space="0" w:color="D8E6EC"/>
              <w:left w:val="single" w:sz="4" w:space="0" w:color="D8E6EC"/>
              <w:bottom w:val="single" w:sz="4" w:space="0" w:color="D8E6EC"/>
              <w:right w:val="single" w:sz="4" w:space="0" w:color="D8E6EC"/>
            </w:tcBorders>
            <w:vAlign w:val="center"/>
          </w:tcPr>
          <w:p w14:paraId="0F0981E8" w14:textId="77777777" w:rsidR="00610360" w:rsidRDefault="00000000">
            <w:pPr>
              <w:spacing w:after="0"/>
            </w:pPr>
            <w:r>
              <w:rPr>
                <w:sz w:val="17"/>
              </w:rPr>
              <w:t>it / its</w:t>
            </w:r>
          </w:p>
        </w:tc>
        <w:tc>
          <w:tcPr>
            <w:tcW w:w="2592" w:type="dxa"/>
            <w:tcBorders>
              <w:top w:val="single" w:sz="4" w:space="0" w:color="D8E6EC"/>
              <w:left w:val="single" w:sz="4" w:space="0" w:color="D8E6EC"/>
              <w:bottom w:val="single" w:sz="4" w:space="0" w:color="D8E6EC"/>
              <w:right w:val="single" w:sz="4" w:space="0" w:color="D8E6EC"/>
            </w:tcBorders>
            <w:vAlign w:val="center"/>
          </w:tcPr>
          <w:p w14:paraId="7AC9690F" w14:textId="77777777" w:rsidR="00610360" w:rsidRDefault="00000000">
            <w:pPr>
              <w:spacing w:after="0"/>
            </w:pPr>
            <w:r>
              <w:rPr>
                <w:sz w:val="17"/>
              </w:rPr>
              <w:t>pronoun</w:t>
            </w:r>
          </w:p>
        </w:tc>
      </w:tr>
      <w:tr w:rsidR="00610360" w14:paraId="30BF10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4C36BA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8053A35" w14:textId="77777777" w:rsidR="00610360" w:rsidRDefault="00000000">
            <w:pPr>
              <w:spacing w:after="0"/>
            </w:pPr>
            <w:r>
              <w:rPr>
                <w:sz w:val="17"/>
              </w:rPr>
              <w:t>nos</w:t>
            </w:r>
          </w:p>
        </w:tc>
        <w:tc>
          <w:tcPr>
            <w:tcW w:w="2592" w:type="dxa"/>
            <w:tcBorders>
              <w:top w:val="single" w:sz="4" w:space="0" w:color="D8E6EC"/>
              <w:left w:val="single" w:sz="4" w:space="0" w:color="D8E6EC"/>
              <w:bottom w:val="single" w:sz="4" w:space="0" w:color="D8E6EC"/>
              <w:right w:val="single" w:sz="4" w:space="0" w:color="D8E6EC"/>
            </w:tcBorders>
            <w:vAlign w:val="center"/>
          </w:tcPr>
          <w:p w14:paraId="7B96F5F7" w14:textId="77777777" w:rsidR="00610360" w:rsidRDefault="00000000">
            <w:pPr>
              <w:spacing w:after="0"/>
            </w:pPr>
            <w:r>
              <w:rPr>
                <w:sz w:val="17"/>
              </w:rPr>
              <w:t>we / us / 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69670887" w14:textId="77777777" w:rsidR="00610360" w:rsidRDefault="00000000">
            <w:pPr>
              <w:spacing w:after="0"/>
            </w:pPr>
            <w:r>
              <w:rPr>
                <w:sz w:val="17"/>
              </w:rPr>
              <w:t>pronoun</w:t>
            </w:r>
          </w:p>
        </w:tc>
      </w:tr>
      <w:tr w:rsidR="00610360" w14:paraId="0B59FDE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E39A2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29D7FE5" w14:textId="77777777" w:rsidR="00610360" w:rsidRDefault="00000000">
            <w:pPr>
              <w:spacing w:after="0"/>
            </w:pPr>
            <w:r>
              <w:rPr>
                <w:sz w:val="17"/>
              </w:rPr>
              <w:t>vos</w:t>
            </w:r>
          </w:p>
        </w:tc>
        <w:tc>
          <w:tcPr>
            <w:tcW w:w="2592" w:type="dxa"/>
            <w:tcBorders>
              <w:top w:val="single" w:sz="4" w:space="0" w:color="D8E6EC"/>
              <w:left w:val="single" w:sz="4" w:space="0" w:color="D8E6EC"/>
              <w:bottom w:val="single" w:sz="4" w:space="0" w:color="D8E6EC"/>
              <w:right w:val="single" w:sz="4" w:space="0" w:color="D8E6EC"/>
            </w:tcBorders>
            <w:vAlign w:val="center"/>
          </w:tcPr>
          <w:p w14:paraId="5F4030BB" w14:textId="77777777" w:rsidR="00610360" w:rsidRDefault="00000000">
            <w:pPr>
              <w:spacing w:after="0"/>
            </w:pPr>
            <w:r>
              <w:rPr>
                <w:sz w:val="17"/>
              </w:rPr>
              <w:t>you plural / your plural</w:t>
            </w:r>
          </w:p>
        </w:tc>
        <w:tc>
          <w:tcPr>
            <w:tcW w:w="2592" w:type="dxa"/>
            <w:tcBorders>
              <w:top w:val="single" w:sz="4" w:space="0" w:color="D8E6EC"/>
              <w:left w:val="single" w:sz="4" w:space="0" w:color="D8E6EC"/>
              <w:bottom w:val="single" w:sz="4" w:space="0" w:color="D8E6EC"/>
              <w:right w:val="single" w:sz="4" w:space="0" w:color="D8E6EC"/>
            </w:tcBorders>
            <w:vAlign w:val="center"/>
          </w:tcPr>
          <w:p w14:paraId="3C9A6D25" w14:textId="77777777" w:rsidR="00610360" w:rsidRDefault="00000000">
            <w:pPr>
              <w:spacing w:after="0"/>
            </w:pPr>
            <w:r>
              <w:rPr>
                <w:sz w:val="17"/>
              </w:rPr>
              <w:t>pronoun</w:t>
            </w:r>
          </w:p>
        </w:tc>
      </w:tr>
      <w:tr w:rsidR="00610360" w14:paraId="2959EF2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66E827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89049F4" w14:textId="77777777" w:rsidR="00610360" w:rsidRDefault="00000000">
            <w:pPr>
              <w:spacing w:after="0"/>
            </w:pPr>
            <w:r>
              <w:rPr>
                <w:sz w:val="17"/>
              </w:rPr>
              <w:t>les</w:t>
            </w:r>
          </w:p>
        </w:tc>
        <w:tc>
          <w:tcPr>
            <w:tcW w:w="2592" w:type="dxa"/>
            <w:tcBorders>
              <w:top w:val="single" w:sz="4" w:space="0" w:color="D8E6EC"/>
              <w:left w:val="single" w:sz="4" w:space="0" w:color="D8E6EC"/>
              <w:bottom w:val="single" w:sz="4" w:space="0" w:color="D8E6EC"/>
              <w:right w:val="single" w:sz="4" w:space="0" w:color="D8E6EC"/>
            </w:tcBorders>
            <w:vAlign w:val="center"/>
          </w:tcPr>
          <w:p w14:paraId="4271E1FE" w14:textId="77777777" w:rsidR="00610360" w:rsidRDefault="00000000">
            <w:pPr>
              <w:spacing w:after="0"/>
            </w:pPr>
            <w:r>
              <w:rPr>
                <w:sz w:val="17"/>
              </w:rPr>
              <w:t>they / them / their</w:t>
            </w:r>
          </w:p>
        </w:tc>
        <w:tc>
          <w:tcPr>
            <w:tcW w:w="2592" w:type="dxa"/>
            <w:tcBorders>
              <w:top w:val="single" w:sz="4" w:space="0" w:color="D8E6EC"/>
              <w:left w:val="single" w:sz="4" w:space="0" w:color="D8E6EC"/>
              <w:bottom w:val="single" w:sz="4" w:space="0" w:color="D8E6EC"/>
              <w:right w:val="single" w:sz="4" w:space="0" w:color="D8E6EC"/>
            </w:tcBorders>
            <w:vAlign w:val="center"/>
          </w:tcPr>
          <w:p w14:paraId="25F7AAA3" w14:textId="77777777" w:rsidR="00610360" w:rsidRDefault="00000000">
            <w:pPr>
              <w:spacing w:after="0"/>
            </w:pPr>
            <w:r>
              <w:rPr>
                <w:sz w:val="17"/>
              </w:rPr>
              <w:t>pronoun</w:t>
            </w:r>
          </w:p>
        </w:tc>
      </w:tr>
      <w:tr w:rsidR="00610360" w14:paraId="0DF09B3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A379C8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27BE0B2" w14:textId="77777777" w:rsidR="00610360" w:rsidRDefault="00000000">
            <w:pPr>
              <w:spacing w:after="0"/>
            </w:pPr>
            <w:r>
              <w:rPr>
                <w:sz w:val="17"/>
              </w:rPr>
              <w:t>se</w:t>
            </w:r>
          </w:p>
        </w:tc>
        <w:tc>
          <w:tcPr>
            <w:tcW w:w="2592" w:type="dxa"/>
            <w:tcBorders>
              <w:top w:val="single" w:sz="4" w:space="0" w:color="D8E6EC"/>
              <w:left w:val="single" w:sz="4" w:space="0" w:color="D8E6EC"/>
              <w:bottom w:val="single" w:sz="4" w:space="0" w:color="D8E6EC"/>
              <w:right w:val="single" w:sz="4" w:space="0" w:color="D8E6EC"/>
            </w:tcBorders>
            <w:vAlign w:val="center"/>
          </w:tcPr>
          <w:p w14:paraId="2567F2CB" w14:textId="77777777" w:rsidR="00610360" w:rsidRDefault="00000000">
            <w:pPr>
              <w:spacing w:after="0"/>
            </w:pPr>
            <w:r>
              <w:rPr>
                <w:sz w:val="17"/>
              </w:rPr>
              <w:t>self / oneself / reflexive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1FDA1F54" w14:textId="77777777" w:rsidR="00610360" w:rsidRDefault="00000000">
            <w:pPr>
              <w:spacing w:after="0"/>
            </w:pPr>
            <w:r>
              <w:rPr>
                <w:sz w:val="17"/>
              </w:rPr>
              <w:t>pronoun</w:t>
            </w:r>
          </w:p>
        </w:tc>
      </w:tr>
      <w:tr w:rsidR="00610360" w14:paraId="7B22AC6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7FE55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F8F5D87" w14:textId="77777777" w:rsidR="00610360" w:rsidRDefault="00000000">
            <w:pPr>
              <w:spacing w:after="0"/>
            </w:pPr>
            <w:r>
              <w:rPr>
                <w:sz w:val="17"/>
              </w:rPr>
              <w:t>persona</w:t>
            </w:r>
          </w:p>
        </w:tc>
        <w:tc>
          <w:tcPr>
            <w:tcW w:w="2592" w:type="dxa"/>
            <w:tcBorders>
              <w:top w:val="single" w:sz="4" w:space="0" w:color="D8E6EC"/>
              <w:left w:val="single" w:sz="4" w:space="0" w:color="D8E6EC"/>
              <w:bottom w:val="single" w:sz="4" w:space="0" w:color="D8E6EC"/>
              <w:right w:val="single" w:sz="4" w:space="0" w:color="D8E6EC"/>
            </w:tcBorders>
            <w:vAlign w:val="center"/>
          </w:tcPr>
          <w:p w14:paraId="1A03F317" w14:textId="77777777" w:rsidR="00610360" w:rsidRDefault="00000000">
            <w:pPr>
              <w:spacing w:after="0"/>
            </w:pPr>
            <w:r>
              <w:rPr>
                <w:sz w:val="17"/>
              </w:rPr>
              <w:t>person</w:t>
            </w:r>
          </w:p>
        </w:tc>
        <w:tc>
          <w:tcPr>
            <w:tcW w:w="2592" w:type="dxa"/>
            <w:tcBorders>
              <w:top w:val="single" w:sz="4" w:space="0" w:color="D8E6EC"/>
              <w:left w:val="single" w:sz="4" w:space="0" w:color="D8E6EC"/>
              <w:bottom w:val="single" w:sz="4" w:space="0" w:color="D8E6EC"/>
              <w:right w:val="single" w:sz="4" w:space="0" w:color="D8E6EC"/>
            </w:tcBorders>
            <w:vAlign w:val="center"/>
          </w:tcPr>
          <w:p w14:paraId="2491742D" w14:textId="77777777" w:rsidR="00610360" w:rsidRDefault="00000000">
            <w:pPr>
              <w:spacing w:after="0"/>
            </w:pPr>
            <w:r>
              <w:rPr>
                <w:sz w:val="17"/>
              </w:rPr>
              <w:t>noun</w:t>
            </w:r>
          </w:p>
        </w:tc>
      </w:tr>
      <w:tr w:rsidR="00610360" w14:paraId="3CA1024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3BCA6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CD077B5" w14:textId="77777777" w:rsidR="00610360" w:rsidRDefault="00000000">
            <w:pPr>
              <w:spacing w:after="0"/>
            </w:pPr>
            <w:r>
              <w:rPr>
                <w:sz w:val="17"/>
              </w:rPr>
              <w:t>homo</w:t>
            </w:r>
          </w:p>
        </w:tc>
        <w:tc>
          <w:tcPr>
            <w:tcW w:w="2592" w:type="dxa"/>
            <w:tcBorders>
              <w:top w:val="single" w:sz="4" w:space="0" w:color="D8E6EC"/>
              <w:left w:val="single" w:sz="4" w:space="0" w:color="D8E6EC"/>
              <w:bottom w:val="single" w:sz="4" w:space="0" w:color="D8E6EC"/>
              <w:right w:val="single" w:sz="4" w:space="0" w:color="D8E6EC"/>
            </w:tcBorders>
            <w:vAlign w:val="center"/>
          </w:tcPr>
          <w:p w14:paraId="048D2DB4" w14:textId="77777777" w:rsidR="00610360" w:rsidRDefault="00000000">
            <w:pPr>
              <w:spacing w:after="0"/>
            </w:pPr>
            <w:r>
              <w:rPr>
                <w:sz w:val="17"/>
              </w:rPr>
              <w:t>human / person</w:t>
            </w:r>
          </w:p>
        </w:tc>
        <w:tc>
          <w:tcPr>
            <w:tcW w:w="2592" w:type="dxa"/>
            <w:tcBorders>
              <w:top w:val="single" w:sz="4" w:space="0" w:color="D8E6EC"/>
              <w:left w:val="single" w:sz="4" w:space="0" w:color="D8E6EC"/>
              <w:bottom w:val="single" w:sz="4" w:space="0" w:color="D8E6EC"/>
              <w:right w:val="single" w:sz="4" w:space="0" w:color="D8E6EC"/>
            </w:tcBorders>
            <w:vAlign w:val="center"/>
          </w:tcPr>
          <w:p w14:paraId="371F08CA" w14:textId="77777777" w:rsidR="00610360" w:rsidRDefault="00000000">
            <w:pPr>
              <w:spacing w:after="0"/>
            </w:pPr>
            <w:r>
              <w:rPr>
                <w:sz w:val="17"/>
              </w:rPr>
              <w:t>noun</w:t>
            </w:r>
          </w:p>
        </w:tc>
      </w:tr>
      <w:tr w:rsidR="00610360" w14:paraId="771E40F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7E12FE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4F800D8" w14:textId="77777777" w:rsidR="00610360" w:rsidRDefault="00000000">
            <w:pPr>
              <w:spacing w:after="0"/>
            </w:pPr>
            <w:r>
              <w:rPr>
                <w:sz w:val="17"/>
              </w:rPr>
              <w:t>amik</w:t>
            </w:r>
          </w:p>
        </w:tc>
        <w:tc>
          <w:tcPr>
            <w:tcW w:w="2592" w:type="dxa"/>
            <w:tcBorders>
              <w:top w:val="single" w:sz="4" w:space="0" w:color="D8E6EC"/>
              <w:left w:val="single" w:sz="4" w:space="0" w:color="D8E6EC"/>
              <w:bottom w:val="single" w:sz="4" w:space="0" w:color="D8E6EC"/>
              <w:right w:val="single" w:sz="4" w:space="0" w:color="D8E6EC"/>
            </w:tcBorders>
            <w:vAlign w:val="center"/>
          </w:tcPr>
          <w:p w14:paraId="19453A55" w14:textId="77777777" w:rsidR="00610360" w:rsidRDefault="00000000">
            <w:pPr>
              <w:spacing w:after="0"/>
            </w:pPr>
            <w:r>
              <w:rPr>
                <w:sz w:val="17"/>
              </w:rPr>
              <w:t>friend</w:t>
            </w:r>
          </w:p>
        </w:tc>
        <w:tc>
          <w:tcPr>
            <w:tcW w:w="2592" w:type="dxa"/>
            <w:tcBorders>
              <w:top w:val="single" w:sz="4" w:space="0" w:color="D8E6EC"/>
              <w:left w:val="single" w:sz="4" w:space="0" w:color="D8E6EC"/>
              <w:bottom w:val="single" w:sz="4" w:space="0" w:color="D8E6EC"/>
              <w:right w:val="single" w:sz="4" w:space="0" w:color="D8E6EC"/>
            </w:tcBorders>
            <w:vAlign w:val="center"/>
          </w:tcPr>
          <w:p w14:paraId="0FDB9CE2" w14:textId="77777777" w:rsidR="00610360" w:rsidRDefault="00000000">
            <w:pPr>
              <w:spacing w:after="0"/>
            </w:pPr>
            <w:r>
              <w:rPr>
                <w:sz w:val="17"/>
              </w:rPr>
              <w:t>noun</w:t>
            </w:r>
          </w:p>
        </w:tc>
      </w:tr>
      <w:tr w:rsidR="00610360" w14:paraId="0571BA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AE829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7D5C73B" w14:textId="77777777" w:rsidR="00610360" w:rsidRDefault="00000000">
            <w:pPr>
              <w:spacing w:after="0"/>
            </w:pPr>
            <w:r>
              <w:rPr>
                <w:sz w:val="17"/>
              </w:rPr>
              <w:t>parler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F49087D" w14:textId="77777777" w:rsidR="00610360" w:rsidRDefault="00000000">
            <w:pPr>
              <w:spacing w:after="0"/>
            </w:pPr>
            <w:r>
              <w:rPr>
                <w:sz w:val="17"/>
              </w:rPr>
              <w:t>speaker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FD76605" w14:textId="77777777" w:rsidR="00610360" w:rsidRDefault="00000000">
            <w:pPr>
              <w:spacing w:after="0"/>
            </w:pPr>
            <w:r>
              <w:rPr>
                <w:sz w:val="17"/>
              </w:rPr>
              <w:t>noun</w:t>
            </w:r>
          </w:p>
        </w:tc>
      </w:tr>
      <w:tr w:rsidR="00610360" w14:paraId="2151475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F9EA0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C938EFD" w14:textId="77777777" w:rsidR="00610360" w:rsidRDefault="00000000">
            <w:pPr>
              <w:spacing w:after="0"/>
            </w:pPr>
            <w:r>
              <w:rPr>
                <w:sz w:val="17"/>
              </w:rPr>
              <w:t>autor</w:t>
            </w:r>
          </w:p>
        </w:tc>
        <w:tc>
          <w:tcPr>
            <w:tcW w:w="2592" w:type="dxa"/>
            <w:tcBorders>
              <w:top w:val="single" w:sz="4" w:space="0" w:color="D8E6EC"/>
              <w:left w:val="single" w:sz="4" w:space="0" w:color="D8E6EC"/>
              <w:bottom w:val="single" w:sz="4" w:space="0" w:color="D8E6EC"/>
              <w:right w:val="single" w:sz="4" w:space="0" w:color="D8E6EC"/>
            </w:tcBorders>
            <w:vAlign w:val="center"/>
          </w:tcPr>
          <w:p w14:paraId="73E183B5" w14:textId="77777777" w:rsidR="00610360" w:rsidRDefault="00000000">
            <w:pPr>
              <w:spacing w:after="0"/>
            </w:pPr>
            <w:r>
              <w:rPr>
                <w:sz w:val="17"/>
              </w:rPr>
              <w:t>author</w:t>
            </w:r>
          </w:p>
        </w:tc>
        <w:tc>
          <w:tcPr>
            <w:tcW w:w="2592" w:type="dxa"/>
            <w:tcBorders>
              <w:top w:val="single" w:sz="4" w:space="0" w:color="D8E6EC"/>
              <w:left w:val="single" w:sz="4" w:space="0" w:color="D8E6EC"/>
              <w:bottom w:val="single" w:sz="4" w:space="0" w:color="D8E6EC"/>
              <w:right w:val="single" w:sz="4" w:space="0" w:color="D8E6EC"/>
            </w:tcBorders>
            <w:vAlign w:val="center"/>
          </w:tcPr>
          <w:p w14:paraId="2D86A413" w14:textId="77777777" w:rsidR="00610360" w:rsidRDefault="00000000">
            <w:pPr>
              <w:spacing w:after="0"/>
            </w:pPr>
            <w:r>
              <w:rPr>
                <w:sz w:val="17"/>
              </w:rPr>
              <w:t>noun</w:t>
            </w:r>
          </w:p>
        </w:tc>
      </w:tr>
      <w:tr w:rsidR="00610360" w14:paraId="7BE4122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62AB7A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D4AD2D" w14:textId="77777777" w:rsidR="00610360" w:rsidRDefault="00000000">
            <w:pPr>
              <w:spacing w:after="0"/>
            </w:pPr>
            <w:r>
              <w:rPr>
                <w:sz w:val="17"/>
              </w:rPr>
              <w:t>adult</w:t>
            </w:r>
          </w:p>
        </w:tc>
        <w:tc>
          <w:tcPr>
            <w:tcW w:w="2592" w:type="dxa"/>
            <w:tcBorders>
              <w:top w:val="single" w:sz="4" w:space="0" w:color="D8E6EC"/>
              <w:left w:val="single" w:sz="4" w:space="0" w:color="D8E6EC"/>
              <w:bottom w:val="single" w:sz="4" w:space="0" w:color="D8E6EC"/>
              <w:right w:val="single" w:sz="4" w:space="0" w:color="D8E6EC"/>
            </w:tcBorders>
            <w:vAlign w:val="center"/>
          </w:tcPr>
          <w:p w14:paraId="4D048EEF" w14:textId="77777777" w:rsidR="00610360" w:rsidRDefault="00000000">
            <w:pPr>
              <w:spacing w:after="0"/>
            </w:pPr>
            <w:r>
              <w:rPr>
                <w:sz w:val="17"/>
              </w:rPr>
              <w:t>adult</w:t>
            </w:r>
          </w:p>
        </w:tc>
        <w:tc>
          <w:tcPr>
            <w:tcW w:w="2592" w:type="dxa"/>
            <w:tcBorders>
              <w:top w:val="single" w:sz="4" w:space="0" w:color="D8E6EC"/>
              <w:left w:val="single" w:sz="4" w:space="0" w:color="D8E6EC"/>
              <w:bottom w:val="single" w:sz="4" w:space="0" w:color="D8E6EC"/>
              <w:right w:val="single" w:sz="4" w:space="0" w:color="D8E6EC"/>
            </w:tcBorders>
            <w:vAlign w:val="center"/>
          </w:tcPr>
          <w:p w14:paraId="42EC3CC4" w14:textId="77777777" w:rsidR="00610360" w:rsidRDefault="00000000">
            <w:pPr>
              <w:spacing w:after="0"/>
            </w:pPr>
            <w:r>
              <w:rPr>
                <w:sz w:val="17"/>
              </w:rPr>
              <w:t>noun/adjective</w:t>
            </w:r>
          </w:p>
        </w:tc>
      </w:tr>
      <w:tr w:rsidR="00610360" w14:paraId="2B1D2AE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799520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FED0473" w14:textId="77777777" w:rsidR="00610360" w:rsidRDefault="00000000">
            <w:pPr>
              <w:spacing w:after="0"/>
            </w:pPr>
            <w:r>
              <w:rPr>
                <w:sz w:val="17"/>
              </w:rPr>
              <w:t>infant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52D0A03E" w14:textId="77777777" w:rsidR="00610360" w:rsidRDefault="00000000">
            <w:pPr>
              <w:spacing w:after="0"/>
            </w:pPr>
            <w:r>
              <w:rPr>
                <w:sz w:val="17"/>
              </w:rPr>
              <w:t>baby / infant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28A05D04" w14:textId="77777777" w:rsidR="00610360" w:rsidRDefault="00000000">
            <w:pPr>
              <w:spacing w:after="0"/>
            </w:pPr>
            <w:r>
              <w:rPr>
                <w:sz w:val="17"/>
              </w:rPr>
              <w:t>noun</w:t>
            </w:r>
          </w:p>
        </w:tc>
      </w:tr>
      <w:tr w:rsidR="00610360" w14:paraId="2901382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903F8E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8714C20" w14:textId="77777777" w:rsidR="00610360" w:rsidRDefault="00000000">
            <w:pPr>
              <w:spacing w:after="0"/>
            </w:pPr>
            <w:r>
              <w:rPr>
                <w:sz w:val="17"/>
              </w:rPr>
              <w:t>juven</w:t>
            </w:r>
          </w:p>
        </w:tc>
        <w:tc>
          <w:tcPr>
            <w:tcW w:w="2592" w:type="dxa"/>
            <w:tcBorders>
              <w:top w:val="single" w:sz="4" w:space="0" w:color="D8E6EC"/>
              <w:left w:val="single" w:sz="4" w:space="0" w:color="D8E6EC"/>
              <w:bottom w:val="single" w:sz="4" w:space="0" w:color="D8E6EC"/>
              <w:right w:val="single" w:sz="4" w:space="0" w:color="D8E6EC"/>
            </w:tcBorders>
            <w:vAlign w:val="center"/>
          </w:tcPr>
          <w:p w14:paraId="3D825206" w14:textId="77777777" w:rsidR="00610360" w:rsidRDefault="00000000">
            <w:pPr>
              <w:spacing w:after="0"/>
            </w:pPr>
            <w:r>
              <w:rPr>
                <w:sz w:val="17"/>
              </w:rPr>
              <w:t>young person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B918752" w14:textId="77777777" w:rsidR="00610360" w:rsidRDefault="00000000">
            <w:pPr>
              <w:spacing w:after="0"/>
            </w:pPr>
            <w:r>
              <w:rPr>
                <w:sz w:val="17"/>
              </w:rPr>
              <w:t>noun/adjective</w:t>
            </w:r>
          </w:p>
        </w:tc>
      </w:tr>
      <w:tr w:rsidR="00610360" w14:paraId="2EDB8D2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ED3B7B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B3C8E67" w14:textId="77777777" w:rsidR="00610360" w:rsidRDefault="00000000">
            <w:pPr>
              <w:spacing w:after="0"/>
            </w:pPr>
            <w:r>
              <w:rPr>
                <w:sz w:val="17"/>
              </w:rPr>
              <w:t>parent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2D2FB67F" w14:textId="77777777" w:rsidR="00610360" w:rsidRDefault="00000000">
            <w:pPr>
              <w:spacing w:after="0"/>
            </w:pPr>
            <w:r>
              <w:rPr>
                <w:sz w:val="17"/>
              </w:rPr>
              <w:t>parent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1A78FF01" w14:textId="77777777" w:rsidR="00610360" w:rsidRDefault="00000000">
            <w:pPr>
              <w:spacing w:after="0"/>
            </w:pPr>
            <w:r>
              <w:rPr>
                <w:sz w:val="17"/>
              </w:rPr>
              <w:t>noun</w:t>
            </w:r>
          </w:p>
        </w:tc>
      </w:tr>
      <w:tr w:rsidR="00610360" w14:paraId="067365A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7C3B99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AB378D8" w14:textId="77777777" w:rsidR="00610360" w:rsidRDefault="00000000">
            <w:pPr>
              <w:spacing w:after="0"/>
            </w:pPr>
            <w:r>
              <w:rPr>
                <w:sz w:val="17"/>
              </w:rPr>
              <w:t>mater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22FF002" w14:textId="77777777" w:rsidR="00610360" w:rsidRDefault="00000000">
            <w:pPr>
              <w:spacing w:after="0"/>
            </w:pPr>
            <w:r>
              <w:rPr>
                <w:sz w:val="17"/>
              </w:rPr>
              <w:t>mother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41721AC" w14:textId="77777777" w:rsidR="00610360" w:rsidRDefault="00000000">
            <w:pPr>
              <w:spacing w:after="0"/>
            </w:pPr>
            <w:r>
              <w:rPr>
                <w:sz w:val="17"/>
              </w:rPr>
              <w:t>noun</w:t>
            </w:r>
          </w:p>
        </w:tc>
      </w:tr>
      <w:tr w:rsidR="00610360" w14:paraId="3E62581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40FA1E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6C32198" w14:textId="77777777" w:rsidR="00610360" w:rsidRDefault="00000000">
            <w:pPr>
              <w:spacing w:after="0"/>
            </w:pPr>
            <w:r>
              <w:rPr>
                <w:sz w:val="17"/>
              </w:rPr>
              <w:t>pater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6EC8EC5" w14:textId="77777777" w:rsidR="00610360" w:rsidRDefault="00000000">
            <w:pPr>
              <w:spacing w:after="0"/>
            </w:pPr>
            <w:r>
              <w:rPr>
                <w:sz w:val="17"/>
              </w:rPr>
              <w:t>father</w:t>
            </w:r>
          </w:p>
        </w:tc>
        <w:tc>
          <w:tcPr>
            <w:tcW w:w="2592" w:type="dxa"/>
            <w:tcBorders>
              <w:top w:val="single" w:sz="4" w:space="0" w:color="D8E6EC"/>
              <w:left w:val="single" w:sz="4" w:space="0" w:color="D8E6EC"/>
              <w:bottom w:val="single" w:sz="4" w:space="0" w:color="D8E6EC"/>
              <w:right w:val="single" w:sz="4" w:space="0" w:color="D8E6EC"/>
            </w:tcBorders>
            <w:vAlign w:val="center"/>
          </w:tcPr>
          <w:p w14:paraId="6C2E1180" w14:textId="77777777" w:rsidR="00610360" w:rsidRDefault="00000000">
            <w:pPr>
              <w:spacing w:after="0"/>
            </w:pPr>
            <w:r>
              <w:rPr>
                <w:sz w:val="17"/>
              </w:rPr>
              <w:t>noun</w:t>
            </w:r>
          </w:p>
        </w:tc>
      </w:tr>
      <w:tr w:rsidR="00610360" w14:paraId="558F568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DDAE05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0DD7652" w14:textId="77777777" w:rsidR="00610360" w:rsidRDefault="00000000">
            <w:pPr>
              <w:spacing w:after="0"/>
            </w:pPr>
            <w:r>
              <w:rPr>
                <w:sz w:val="17"/>
              </w:rPr>
              <w:t>fil</w:t>
            </w:r>
          </w:p>
        </w:tc>
        <w:tc>
          <w:tcPr>
            <w:tcW w:w="2592" w:type="dxa"/>
            <w:tcBorders>
              <w:top w:val="single" w:sz="4" w:space="0" w:color="D8E6EC"/>
              <w:left w:val="single" w:sz="4" w:space="0" w:color="D8E6EC"/>
              <w:bottom w:val="single" w:sz="4" w:space="0" w:color="D8E6EC"/>
              <w:right w:val="single" w:sz="4" w:space="0" w:color="D8E6EC"/>
            </w:tcBorders>
            <w:vAlign w:val="center"/>
          </w:tcPr>
          <w:p w14:paraId="3B110646" w14:textId="77777777" w:rsidR="00610360" w:rsidRDefault="00000000">
            <w:pPr>
              <w:spacing w:after="0"/>
            </w:pPr>
            <w:r>
              <w:rPr>
                <w:sz w:val="17"/>
              </w:rPr>
              <w:t>child / offspring</w:t>
            </w:r>
          </w:p>
        </w:tc>
        <w:tc>
          <w:tcPr>
            <w:tcW w:w="2592" w:type="dxa"/>
            <w:tcBorders>
              <w:top w:val="single" w:sz="4" w:space="0" w:color="D8E6EC"/>
              <w:left w:val="single" w:sz="4" w:space="0" w:color="D8E6EC"/>
              <w:bottom w:val="single" w:sz="4" w:space="0" w:color="D8E6EC"/>
              <w:right w:val="single" w:sz="4" w:space="0" w:color="D8E6EC"/>
            </w:tcBorders>
            <w:vAlign w:val="center"/>
          </w:tcPr>
          <w:p w14:paraId="172A8725" w14:textId="77777777" w:rsidR="00610360" w:rsidRDefault="00000000">
            <w:pPr>
              <w:spacing w:after="0"/>
            </w:pPr>
            <w:r>
              <w:rPr>
                <w:sz w:val="17"/>
              </w:rPr>
              <w:t>noun</w:t>
            </w:r>
          </w:p>
        </w:tc>
      </w:tr>
      <w:tr w:rsidR="00610360" w14:paraId="276849B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F6785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8729304" w14:textId="77777777" w:rsidR="00610360" w:rsidRDefault="00000000">
            <w:pPr>
              <w:spacing w:after="0"/>
            </w:pPr>
            <w:r>
              <w:rPr>
                <w:sz w:val="17"/>
              </w:rPr>
              <w:t>frate</w:t>
            </w:r>
          </w:p>
        </w:tc>
        <w:tc>
          <w:tcPr>
            <w:tcW w:w="2592" w:type="dxa"/>
            <w:tcBorders>
              <w:top w:val="single" w:sz="4" w:space="0" w:color="D8E6EC"/>
              <w:left w:val="single" w:sz="4" w:space="0" w:color="D8E6EC"/>
              <w:bottom w:val="single" w:sz="4" w:space="0" w:color="D8E6EC"/>
              <w:right w:val="single" w:sz="4" w:space="0" w:color="D8E6EC"/>
            </w:tcBorders>
            <w:vAlign w:val="center"/>
          </w:tcPr>
          <w:p w14:paraId="0E7EE755" w14:textId="77777777" w:rsidR="00610360" w:rsidRDefault="00000000">
            <w:pPr>
              <w:spacing w:after="0"/>
            </w:pPr>
            <w:r>
              <w:rPr>
                <w:sz w:val="17"/>
              </w:rPr>
              <w:t>sibling</w:t>
            </w:r>
          </w:p>
        </w:tc>
        <w:tc>
          <w:tcPr>
            <w:tcW w:w="2592" w:type="dxa"/>
            <w:tcBorders>
              <w:top w:val="single" w:sz="4" w:space="0" w:color="D8E6EC"/>
              <w:left w:val="single" w:sz="4" w:space="0" w:color="D8E6EC"/>
              <w:bottom w:val="single" w:sz="4" w:space="0" w:color="D8E6EC"/>
              <w:right w:val="single" w:sz="4" w:space="0" w:color="D8E6EC"/>
            </w:tcBorders>
            <w:vAlign w:val="center"/>
          </w:tcPr>
          <w:p w14:paraId="357D6A6B" w14:textId="77777777" w:rsidR="00610360" w:rsidRDefault="00000000">
            <w:pPr>
              <w:spacing w:after="0"/>
            </w:pPr>
            <w:r>
              <w:rPr>
                <w:sz w:val="17"/>
              </w:rPr>
              <w:t>noun</w:t>
            </w:r>
          </w:p>
        </w:tc>
      </w:tr>
      <w:tr w:rsidR="00610360" w14:paraId="5CDCC32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E19A5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7EB1521" w14:textId="77777777" w:rsidR="00610360" w:rsidRDefault="00000000">
            <w:pPr>
              <w:spacing w:after="0"/>
            </w:pPr>
            <w:r>
              <w:rPr>
                <w:sz w:val="17"/>
              </w:rPr>
              <w:t>familia</w:t>
            </w:r>
          </w:p>
        </w:tc>
        <w:tc>
          <w:tcPr>
            <w:tcW w:w="2592" w:type="dxa"/>
            <w:tcBorders>
              <w:top w:val="single" w:sz="4" w:space="0" w:color="D8E6EC"/>
              <w:left w:val="single" w:sz="4" w:space="0" w:color="D8E6EC"/>
              <w:bottom w:val="single" w:sz="4" w:space="0" w:color="D8E6EC"/>
              <w:right w:val="single" w:sz="4" w:space="0" w:color="D8E6EC"/>
            </w:tcBorders>
            <w:vAlign w:val="center"/>
          </w:tcPr>
          <w:p w14:paraId="10969A2A" w14:textId="77777777" w:rsidR="00610360" w:rsidRDefault="00000000">
            <w:pPr>
              <w:spacing w:after="0"/>
            </w:pPr>
            <w:r>
              <w:rPr>
                <w:sz w:val="17"/>
              </w:rPr>
              <w:t>family</w:t>
            </w:r>
          </w:p>
        </w:tc>
        <w:tc>
          <w:tcPr>
            <w:tcW w:w="2592" w:type="dxa"/>
            <w:tcBorders>
              <w:top w:val="single" w:sz="4" w:space="0" w:color="D8E6EC"/>
              <w:left w:val="single" w:sz="4" w:space="0" w:color="D8E6EC"/>
              <w:bottom w:val="single" w:sz="4" w:space="0" w:color="D8E6EC"/>
              <w:right w:val="single" w:sz="4" w:space="0" w:color="D8E6EC"/>
            </w:tcBorders>
            <w:vAlign w:val="center"/>
          </w:tcPr>
          <w:p w14:paraId="7CA4E471" w14:textId="77777777" w:rsidR="00610360" w:rsidRDefault="00000000">
            <w:pPr>
              <w:spacing w:after="0"/>
            </w:pPr>
            <w:r>
              <w:rPr>
                <w:sz w:val="17"/>
              </w:rPr>
              <w:t>noun</w:t>
            </w:r>
          </w:p>
        </w:tc>
      </w:tr>
      <w:tr w:rsidR="00610360" w14:paraId="7129E00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C38869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F8F2DC3" w14:textId="77777777" w:rsidR="00610360" w:rsidRDefault="00000000">
            <w:pPr>
              <w:spacing w:after="0"/>
            </w:pPr>
            <w:r>
              <w:rPr>
                <w:sz w:val="17"/>
              </w:rPr>
              <w:t>grupo</w:t>
            </w:r>
          </w:p>
        </w:tc>
        <w:tc>
          <w:tcPr>
            <w:tcW w:w="2592" w:type="dxa"/>
            <w:tcBorders>
              <w:top w:val="single" w:sz="4" w:space="0" w:color="D8E6EC"/>
              <w:left w:val="single" w:sz="4" w:space="0" w:color="D8E6EC"/>
              <w:bottom w:val="single" w:sz="4" w:space="0" w:color="D8E6EC"/>
              <w:right w:val="single" w:sz="4" w:space="0" w:color="D8E6EC"/>
            </w:tcBorders>
            <w:vAlign w:val="center"/>
          </w:tcPr>
          <w:p w14:paraId="72DB5772" w14:textId="77777777" w:rsidR="00610360" w:rsidRDefault="00000000">
            <w:pPr>
              <w:spacing w:after="0"/>
            </w:pPr>
            <w:r>
              <w:rPr>
                <w:sz w:val="17"/>
              </w:rPr>
              <w:t>group</w:t>
            </w:r>
          </w:p>
        </w:tc>
        <w:tc>
          <w:tcPr>
            <w:tcW w:w="2592" w:type="dxa"/>
            <w:tcBorders>
              <w:top w:val="single" w:sz="4" w:space="0" w:color="D8E6EC"/>
              <w:left w:val="single" w:sz="4" w:space="0" w:color="D8E6EC"/>
              <w:bottom w:val="single" w:sz="4" w:space="0" w:color="D8E6EC"/>
              <w:right w:val="single" w:sz="4" w:space="0" w:color="D8E6EC"/>
            </w:tcBorders>
            <w:vAlign w:val="center"/>
          </w:tcPr>
          <w:p w14:paraId="63B6A6CD" w14:textId="77777777" w:rsidR="00610360" w:rsidRDefault="00000000">
            <w:pPr>
              <w:spacing w:after="0"/>
            </w:pPr>
            <w:r>
              <w:rPr>
                <w:sz w:val="17"/>
              </w:rPr>
              <w:t>noun</w:t>
            </w:r>
          </w:p>
        </w:tc>
      </w:tr>
      <w:tr w:rsidR="00610360" w14:paraId="7B815DB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E83AF4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CE71446" w14:textId="77777777" w:rsidR="00610360" w:rsidRDefault="00000000">
            <w:pPr>
              <w:spacing w:after="0"/>
            </w:pPr>
            <w:r>
              <w:rPr>
                <w:sz w:val="17"/>
              </w:rPr>
              <w:t>popul</w:t>
            </w:r>
          </w:p>
        </w:tc>
        <w:tc>
          <w:tcPr>
            <w:tcW w:w="2592" w:type="dxa"/>
            <w:tcBorders>
              <w:top w:val="single" w:sz="4" w:space="0" w:color="D8E6EC"/>
              <w:left w:val="single" w:sz="4" w:space="0" w:color="D8E6EC"/>
              <w:bottom w:val="single" w:sz="4" w:space="0" w:color="D8E6EC"/>
              <w:right w:val="single" w:sz="4" w:space="0" w:color="D8E6EC"/>
            </w:tcBorders>
            <w:vAlign w:val="center"/>
          </w:tcPr>
          <w:p w14:paraId="58019C2B" w14:textId="77777777" w:rsidR="00610360" w:rsidRDefault="00000000">
            <w:pPr>
              <w:spacing w:after="0"/>
            </w:pPr>
            <w:r>
              <w:rPr>
                <w:sz w:val="17"/>
              </w:rPr>
              <w:t>people / populace</w:t>
            </w:r>
          </w:p>
        </w:tc>
        <w:tc>
          <w:tcPr>
            <w:tcW w:w="2592" w:type="dxa"/>
            <w:tcBorders>
              <w:top w:val="single" w:sz="4" w:space="0" w:color="D8E6EC"/>
              <w:left w:val="single" w:sz="4" w:space="0" w:color="D8E6EC"/>
              <w:bottom w:val="single" w:sz="4" w:space="0" w:color="D8E6EC"/>
              <w:right w:val="single" w:sz="4" w:space="0" w:color="D8E6EC"/>
            </w:tcBorders>
            <w:vAlign w:val="center"/>
          </w:tcPr>
          <w:p w14:paraId="50D0F630" w14:textId="77777777" w:rsidR="00610360" w:rsidRDefault="00000000">
            <w:pPr>
              <w:spacing w:after="0"/>
            </w:pPr>
            <w:r>
              <w:rPr>
                <w:sz w:val="17"/>
              </w:rPr>
              <w:t>noun</w:t>
            </w:r>
          </w:p>
        </w:tc>
      </w:tr>
      <w:tr w:rsidR="00610360" w14:paraId="453E0FF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F5EE6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1C6ED75" w14:textId="77777777" w:rsidR="00610360" w:rsidRDefault="00000000">
            <w:pPr>
              <w:spacing w:after="0"/>
            </w:pPr>
            <w:r>
              <w:rPr>
                <w:sz w:val="17"/>
              </w:rPr>
              <w:t>komunita</w:t>
            </w:r>
          </w:p>
        </w:tc>
        <w:tc>
          <w:tcPr>
            <w:tcW w:w="2592" w:type="dxa"/>
            <w:tcBorders>
              <w:top w:val="single" w:sz="4" w:space="0" w:color="D8E6EC"/>
              <w:left w:val="single" w:sz="4" w:space="0" w:color="D8E6EC"/>
              <w:bottom w:val="single" w:sz="4" w:space="0" w:color="D8E6EC"/>
              <w:right w:val="single" w:sz="4" w:space="0" w:color="D8E6EC"/>
            </w:tcBorders>
            <w:vAlign w:val="center"/>
          </w:tcPr>
          <w:p w14:paraId="779082C2" w14:textId="77777777" w:rsidR="00610360" w:rsidRDefault="00000000">
            <w:pPr>
              <w:spacing w:after="0"/>
            </w:pPr>
            <w:r>
              <w:rPr>
                <w:sz w:val="17"/>
              </w:rPr>
              <w:t>community</w:t>
            </w:r>
          </w:p>
        </w:tc>
        <w:tc>
          <w:tcPr>
            <w:tcW w:w="2592" w:type="dxa"/>
            <w:tcBorders>
              <w:top w:val="single" w:sz="4" w:space="0" w:color="D8E6EC"/>
              <w:left w:val="single" w:sz="4" w:space="0" w:color="D8E6EC"/>
              <w:bottom w:val="single" w:sz="4" w:space="0" w:color="D8E6EC"/>
              <w:right w:val="single" w:sz="4" w:space="0" w:color="D8E6EC"/>
            </w:tcBorders>
            <w:vAlign w:val="center"/>
          </w:tcPr>
          <w:p w14:paraId="7DF543FC" w14:textId="77777777" w:rsidR="00610360" w:rsidRDefault="00000000">
            <w:pPr>
              <w:spacing w:after="0"/>
            </w:pPr>
            <w:r>
              <w:rPr>
                <w:sz w:val="17"/>
              </w:rPr>
              <w:t>noun</w:t>
            </w:r>
          </w:p>
        </w:tc>
      </w:tr>
      <w:tr w:rsidR="00610360" w14:paraId="2BA7C16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8F71C1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AFE9D3D" w14:textId="77777777" w:rsidR="00610360" w:rsidRDefault="00000000">
            <w:pPr>
              <w:spacing w:after="0"/>
            </w:pPr>
            <w:r>
              <w:rPr>
                <w:sz w:val="17"/>
              </w:rPr>
              <w:t>viziner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4E30E31" w14:textId="77777777" w:rsidR="00610360" w:rsidRDefault="00000000">
            <w:pPr>
              <w:spacing w:after="0"/>
            </w:pPr>
            <w:r>
              <w:rPr>
                <w:sz w:val="17"/>
              </w:rPr>
              <w:t>neighbor</w:t>
            </w:r>
          </w:p>
        </w:tc>
        <w:tc>
          <w:tcPr>
            <w:tcW w:w="2592" w:type="dxa"/>
            <w:tcBorders>
              <w:top w:val="single" w:sz="4" w:space="0" w:color="D8E6EC"/>
              <w:left w:val="single" w:sz="4" w:space="0" w:color="D8E6EC"/>
              <w:bottom w:val="single" w:sz="4" w:space="0" w:color="D8E6EC"/>
              <w:right w:val="single" w:sz="4" w:space="0" w:color="D8E6EC"/>
            </w:tcBorders>
            <w:vAlign w:val="center"/>
          </w:tcPr>
          <w:p w14:paraId="25A45042" w14:textId="77777777" w:rsidR="00610360" w:rsidRDefault="00000000">
            <w:pPr>
              <w:spacing w:after="0"/>
            </w:pPr>
            <w:r>
              <w:rPr>
                <w:sz w:val="17"/>
              </w:rPr>
              <w:t>noun</w:t>
            </w:r>
          </w:p>
        </w:tc>
      </w:tr>
      <w:tr w:rsidR="00610360" w14:paraId="0599990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DB2721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1CEC920" w14:textId="77777777" w:rsidR="00610360" w:rsidRDefault="00000000">
            <w:pPr>
              <w:spacing w:after="0"/>
            </w:pPr>
            <w:r>
              <w:rPr>
                <w:sz w:val="17"/>
              </w:rPr>
              <w:t>kolega</w:t>
            </w:r>
          </w:p>
        </w:tc>
        <w:tc>
          <w:tcPr>
            <w:tcW w:w="2592" w:type="dxa"/>
            <w:tcBorders>
              <w:top w:val="single" w:sz="4" w:space="0" w:color="D8E6EC"/>
              <w:left w:val="single" w:sz="4" w:space="0" w:color="D8E6EC"/>
              <w:bottom w:val="single" w:sz="4" w:space="0" w:color="D8E6EC"/>
              <w:right w:val="single" w:sz="4" w:space="0" w:color="D8E6EC"/>
            </w:tcBorders>
            <w:vAlign w:val="center"/>
          </w:tcPr>
          <w:p w14:paraId="15068707" w14:textId="77777777" w:rsidR="00610360" w:rsidRDefault="00000000">
            <w:pPr>
              <w:spacing w:after="0"/>
            </w:pPr>
            <w:r>
              <w:rPr>
                <w:sz w:val="17"/>
              </w:rPr>
              <w:t>colleague</w:t>
            </w:r>
          </w:p>
        </w:tc>
        <w:tc>
          <w:tcPr>
            <w:tcW w:w="2592" w:type="dxa"/>
            <w:tcBorders>
              <w:top w:val="single" w:sz="4" w:space="0" w:color="D8E6EC"/>
              <w:left w:val="single" w:sz="4" w:space="0" w:color="D8E6EC"/>
              <w:bottom w:val="single" w:sz="4" w:space="0" w:color="D8E6EC"/>
              <w:right w:val="single" w:sz="4" w:space="0" w:color="D8E6EC"/>
            </w:tcBorders>
            <w:vAlign w:val="center"/>
          </w:tcPr>
          <w:p w14:paraId="3676C613" w14:textId="77777777" w:rsidR="00610360" w:rsidRDefault="00000000">
            <w:pPr>
              <w:spacing w:after="0"/>
            </w:pPr>
            <w:r>
              <w:rPr>
                <w:sz w:val="17"/>
              </w:rPr>
              <w:t>noun</w:t>
            </w:r>
          </w:p>
        </w:tc>
      </w:tr>
      <w:tr w:rsidR="00610360" w14:paraId="1930153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090580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C8D6D50" w14:textId="77777777" w:rsidR="00610360" w:rsidRDefault="00000000">
            <w:pPr>
              <w:spacing w:after="0"/>
            </w:pPr>
            <w:r>
              <w:rPr>
                <w:sz w:val="17"/>
              </w:rPr>
              <w:t>mas</w:t>
            </w:r>
          </w:p>
        </w:tc>
        <w:tc>
          <w:tcPr>
            <w:tcW w:w="2592" w:type="dxa"/>
            <w:tcBorders>
              <w:top w:val="single" w:sz="4" w:space="0" w:color="D8E6EC"/>
              <w:left w:val="single" w:sz="4" w:space="0" w:color="D8E6EC"/>
              <w:bottom w:val="single" w:sz="4" w:space="0" w:color="D8E6EC"/>
              <w:right w:val="single" w:sz="4" w:space="0" w:color="D8E6EC"/>
            </w:tcBorders>
            <w:vAlign w:val="center"/>
          </w:tcPr>
          <w:p w14:paraId="08A78A94" w14:textId="77777777" w:rsidR="00610360" w:rsidRDefault="00000000">
            <w:pPr>
              <w:spacing w:after="0"/>
            </w:pPr>
            <w:r>
              <w:rPr>
                <w:sz w:val="17"/>
              </w:rPr>
              <w:t>male / man</w:t>
            </w:r>
          </w:p>
        </w:tc>
        <w:tc>
          <w:tcPr>
            <w:tcW w:w="2592" w:type="dxa"/>
            <w:tcBorders>
              <w:top w:val="single" w:sz="4" w:space="0" w:color="D8E6EC"/>
              <w:left w:val="single" w:sz="4" w:space="0" w:color="D8E6EC"/>
              <w:bottom w:val="single" w:sz="4" w:space="0" w:color="D8E6EC"/>
              <w:right w:val="single" w:sz="4" w:space="0" w:color="D8E6EC"/>
            </w:tcBorders>
            <w:vAlign w:val="center"/>
          </w:tcPr>
          <w:p w14:paraId="1E7C14A1" w14:textId="77777777" w:rsidR="00610360" w:rsidRDefault="00000000">
            <w:pPr>
              <w:spacing w:after="0"/>
            </w:pPr>
            <w:r>
              <w:rPr>
                <w:sz w:val="17"/>
              </w:rPr>
              <w:t>noun/adjective</w:t>
            </w:r>
          </w:p>
        </w:tc>
      </w:tr>
      <w:tr w:rsidR="00610360" w14:paraId="0A95DD2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A9D52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2646ADA" w14:textId="77777777" w:rsidR="00610360" w:rsidRDefault="00000000">
            <w:pPr>
              <w:spacing w:after="0"/>
            </w:pPr>
            <w:r>
              <w:rPr>
                <w:sz w:val="17"/>
              </w:rPr>
              <w:t>fem</w:t>
            </w:r>
          </w:p>
        </w:tc>
        <w:tc>
          <w:tcPr>
            <w:tcW w:w="2592" w:type="dxa"/>
            <w:tcBorders>
              <w:top w:val="single" w:sz="4" w:space="0" w:color="D8E6EC"/>
              <w:left w:val="single" w:sz="4" w:space="0" w:color="D8E6EC"/>
              <w:bottom w:val="single" w:sz="4" w:space="0" w:color="D8E6EC"/>
              <w:right w:val="single" w:sz="4" w:space="0" w:color="D8E6EC"/>
            </w:tcBorders>
            <w:vAlign w:val="center"/>
          </w:tcPr>
          <w:p w14:paraId="416413EC" w14:textId="77777777" w:rsidR="00610360" w:rsidRDefault="00000000">
            <w:pPr>
              <w:spacing w:after="0"/>
            </w:pPr>
            <w:r>
              <w:rPr>
                <w:sz w:val="17"/>
              </w:rPr>
              <w:t>female / woman</w:t>
            </w:r>
          </w:p>
        </w:tc>
        <w:tc>
          <w:tcPr>
            <w:tcW w:w="2592" w:type="dxa"/>
            <w:tcBorders>
              <w:top w:val="single" w:sz="4" w:space="0" w:color="D8E6EC"/>
              <w:left w:val="single" w:sz="4" w:space="0" w:color="D8E6EC"/>
              <w:bottom w:val="single" w:sz="4" w:space="0" w:color="D8E6EC"/>
              <w:right w:val="single" w:sz="4" w:space="0" w:color="D8E6EC"/>
            </w:tcBorders>
            <w:vAlign w:val="center"/>
          </w:tcPr>
          <w:p w14:paraId="375D1FB3" w14:textId="77777777" w:rsidR="00610360" w:rsidRDefault="00000000">
            <w:pPr>
              <w:spacing w:after="0"/>
            </w:pPr>
            <w:r>
              <w:rPr>
                <w:sz w:val="17"/>
              </w:rPr>
              <w:t>noun/adjective</w:t>
            </w:r>
          </w:p>
        </w:tc>
      </w:tr>
      <w:tr w:rsidR="00610360" w14:paraId="795E76A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25149A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3835F83" w14:textId="77777777" w:rsidR="00610360" w:rsidRDefault="00000000">
            <w:pPr>
              <w:spacing w:after="0"/>
            </w:pPr>
            <w:r>
              <w:rPr>
                <w:sz w:val="17"/>
              </w:rPr>
              <w:t>nom</w:t>
            </w:r>
          </w:p>
        </w:tc>
        <w:tc>
          <w:tcPr>
            <w:tcW w:w="2592" w:type="dxa"/>
            <w:tcBorders>
              <w:top w:val="single" w:sz="4" w:space="0" w:color="D8E6EC"/>
              <w:left w:val="single" w:sz="4" w:space="0" w:color="D8E6EC"/>
              <w:bottom w:val="single" w:sz="4" w:space="0" w:color="D8E6EC"/>
              <w:right w:val="single" w:sz="4" w:space="0" w:color="D8E6EC"/>
            </w:tcBorders>
            <w:vAlign w:val="center"/>
          </w:tcPr>
          <w:p w14:paraId="11F4083F" w14:textId="77777777" w:rsidR="00610360" w:rsidRDefault="00000000">
            <w:pPr>
              <w:spacing w:after="0"/>
            </w:pPr>
            <w:r>
              <w:rPr>
                <w:sz w:val="17"/>
              </w:rPr>
              <w:t>name</w:t>
            </w:r>
          </w:p>
        </w:tc>
        <w:tc>
          <w:tcPr>
            <w:tcW w:w="2592" w:type="dxa"/>
            <w:tcBorders>
              <w:top w:val="single" w:sz="4" w:space="0" w:color="D8E6EC"/>
              <w:left w:val="single" w:sz="4" w:space="0" w:color="D8E6EC"/>
              <w:bottom w:val="single" w:sz="4" w:space="0" w:color="D8E6EC"/>
              <w:right w:val="single" w:sz="4" w:space="0" w:color="D8E6EC"/>
            </w:tcBorders>
            <w:vAlign w:val="center"/>
          </w:tcPr>
          <w:p w14:paraId="59ED22D7" w14:textId="77777777" w:rsidR="00610360" w:rsidRDefault="00000000">
            <w:pPr>
              <w:spacing w:after="0"/>
            </w:pPr>
            <w:r>
              <w:rPr>
                <w:sz w:val="17"/>
              </w:rPr>
              <w:t>noun</w:t>
            </w:r>
          </w:p>
        </w:tc>
      </w:tr>
      <w:tr w:rsidR="00610360" w14:paraId="55F34BD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7FB021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38C1E53" w14:textId="77777777" w:rsidR="00610360" w:rsidRDefault="00000000">
            <w:pPr>
              <w:spacing w:after="0"/>
            </w:pPr>
            <w:r>
              <w:rPr>
                <w:sz w:val="17"/>
              </w:rPr>
              <w:t>vose</w:t>
            </w:r>
          </w:p>
        </w:tc>
        <w:tc>
          <w:tcPr>
            <w:tcW w:w="2592" w:type="dxa"/>
            <w:tcBorders>
              <w:top w:val="single" w:sz="4" w:space="0" w:color="D8E6EC"/>
              <w:left w:val="single" w:sz="4" w:space="0" w:color="D8E6EC"/>
              <w:bottom w:val="single" w:sz="4" w:space="0" w:color="D8E6EC"/>
              <w:right w:val="single" w:sz="4" w:space="0" w:color="D8E6EC"/>
            </w:tcBorders>
            <w:vAlign w:val="center"/>
          </w:tcPr>
          <w:p w14:paraId="21741432" w14:textId="77777777" w:rsidR="00610360" w:rsidRDefault="00000000">
            <w:pPr>
              <w:spacing w:after="0"/>
            </w:pPr>
            <w:r>
              <w:rPr>
                <w:sz w:val="17"/>
              </w:rPr>
              <w:t>voice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7D3784EC" w14:textId="77777777" w:rsidR="00610360" w:rsidRDefault="00000000">
            <w:pPr>
              <w:spacing w:after="0"/>
            </w:pPr>
            <w:r>
              <w:rPr>
                <w:sz w:val="17"/>
              </w:rPr>
              <w:t>noun</w:t>
            </w:r>
          </w:p>
        </w:tc>
      </w:tr>
      <w:tr w:rsidR="00610360" w14:paraId="425E674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1B2607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32C50E8" w14:textId="77777777" w:rsidR="00610360" w:rsidRDefault="00000000">
            <w:pPr>
              <w:spacing w:after="0"/>
            </w:pPr>
            <w:r>
              <w:rPr>
                <w:sz w:val="17"/>
              </w:rPr>
              <w:t>fac</w:t>
            </w:r>
          </w:p>
        </w:tc>
        <w:tc>
          <w:tcPr>
            <w:tcW w:w="2592" w:type="dxa"/>
            <w:tcBorders>
              <w:top w:val="single" w:sz="4" w:space="0" w:color="D8E6EC"/>
              <w:left w:val="single" w:sz="4" w:space="0" w:color="D8E6EC"/>
              <w:bottom w:val="single" w:sz="4" w:space="0" w:color="D8E6EC"/>
              <w:right w:val="single" w:sz="4" w:space="0" w:color="D8E6EC"/>
            </w:tcBorders>
            <w:vAlign w:val="center"/>
          </w:tcPr>
          <w:p w14:paraId="3628C8CC" w14:textId="77777777" w:rsidR="00610360" w:rsidRDefault="00000000">
            <w:pPr>
              <w:spacing w:after="0"/>
            </w:pPr>
            <w:r>
              <w:rPr>
                <w:sz w:val="17"/>
              </w:rPr>
              <w:t>face</w:t>
            </w:r>
          </w:p>
        </w:tc>
        <w:tc>
          <w:tcPr>
            <w:tcW w:w="2592" w:type="dxa"/>
            <w:tcBorders>
              <w:top w:val="single" w:sz="4" w:space="0" w:color="D8E6EC"/>
              <w:left w:val="single" w:sz="4" w:space="0" w:color="D8E6EC"/>
              <w:bottom w:val="single" w:sz="4" w:space="0" w:color="D8E6EC"/>
              <w:right w:val="single" w:sz="4" w:space="0" w:color="D8E6EC"/>
            </w:tcBorders>
            <w:vAlign w:val="center"/>
          </w:tcPr>
          <w:p w14:paraId="55ABFEE4" w14:textId="77777777" w:rsidR="00610360" w:rsidRDefault="00000000">
            <w:pPr>
              <w:spacing w:after="0"/>
            </w:pPr>
            <w:r>
              <w:rPr>
                <w:sz w:val="17"/>
              </w:rPr>
              <w:t>noun</w:t>
            </w:r>
          </w:p>
        </w:tc>
      </w:tr>
    </w:tbl>
    <w:p w14:paraId="3AAD6264" w14:textId="77777777" w:rsidR="00610360" w:rsidRDefault="00000000">
      <w:pPr>
        <w:pStyle w:val="Heading2"/>
        <w:spacing w:after="120"/>
      </w:pPr>
      <w:r>
        <w:rPr>
          <w:rFonts w:ascii="Aptos" w:hAnsi="Aptos"/>
        </w:rPr>
        <w:t>Basic verbs</w:t>
      </w:r>
    </w:p>
    <w:tbl>
      <w:tblPr>
        <w:tblW w:w="0" w:type="auto"/>
        <w:jc w:val="center"/>
        <w:tblLook w:val="04A0" w:firstRow="1" w:lastRow="0" w:firstColumn="1" w:lastColumn="0" w:noHBand="0" w:noVBand="1"/>
      </w:tblPr>
      <w:tblGrid>
        <w:gridCol w:w="2592"/>
        <w:gridCol w:w="2592"/>
        <w:gridCol w:w="2592"/>
        <w:gridCol w:w="2592"/>
      </w:tblGrid>
      <w:tr w:rsidR="00610360" w14:paraId="7B80FDF2"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8A46E5F"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72AF666"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63B7042"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14E7F93" w14:textId="77777777" w:rsidR="00610360" w:rsidRDefault="00000000">
            <w:pPr>
              <w:spacing w:after="0"/>
            </w:pPr>
            <w:r>
              <w:rPr>
                <w:b/>
                <w:color w:val="FFFFFF"/>
                <w:sz w:val="17"/>
              </w:rPr>
              <w:t>Note</w:t>
            </w:r>
          </w:p>
        </w:tc>
      </w:tr>
      <w:tr w:rsidR="00610360" w14:paraId="581916A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E9B1B1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F69E8E3" w14:textId="77777777" w:rsidR="00610360" w:rsidRDefault="00000000">
            <w:pPr>
              <w:spacing w:after="0"/>
            </w:pPr>
            <w:r>
              <w:rPr>
                <w:sz w:val="17"/>
              </w:rPr>
              <w:t>es</w:t>
            </w:r>
          </w:p>
        </w:tc>
        <w:tc>
          <w:tcPr>
            <w:tcW w:w="2592" w:type="dxa"/>
            <w:tcBorders>
              <w:top w:val="single" w:sz="4" w:space="0" w:color="D8E6EC"/>
              <w:left w:val="single" w:sz="4" w:space="0" w:color="D8E6EC"/>
              <w:bottom w:val="single" w:sz="4" w:space="0" w:color="D8E6EC"/>
              <w:right w:val="single" w:sz="4" w:space="0" w:color="D8E6EC"/>
            </w:tcBorders>
            <w:vAlign w:val="center"/>
          </w:tcPr>
          <w:p w14:paraId="5D182F85" w14:textId="77777777" w:rsidR="00610360" w:rsidRDefault="00000000">
            <w:pPr>
              <w:spacing w:after="0"/>
            </w:pPr>
            <w:r>
              <w:rPr>
                <w:sz w:val="17"/>
              </w:rPr>
              <w:t>be / is / 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03E3E01B" w14:textId="77777777" w:rsidR="00610360" w:rsidRDefault="00000000">
            <w:pPr>
              <w:spacing w:after="0"/>
            </w:pPr>
            <w:r>
              <w:rPr>
                <w:sz w:val="17"/>
              </w:rPr>
              <w:t>verb</w:t>
            </w:r>
          </w:p>
        </w:tc>
      </w:tr>
      <w:tr w:rsidR="00610360" w14:paraId="2645795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87741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87C70C4" w14:textId="77777777" w:rsidR="00610360" w:rsidRDefault="00000000">
            <w:pPr>
              <w:spacing w:after="0"/>
            </w:pPr>
            <w:r>
              <w:rPr>
                <w:sz w:val="17"/>
              </w:rPr>
              <w:t>habe</w:t>
            </w:r>
          </w:p>
        </w:tc>
        <w:tc>
          <w:tcPr>
            <w:tcW w:w="2592" w:type="dxa"/>
            <w:tcBorders>
              <w:top w:val="single" w:sz="4" w:space="0" w:color="D8E6EC"/>
              <w:left w:val="single" w:sz="4" w:space="0" w:color="D8E6EC"/>
              <w:bottom w:val="single" w:sz="4" w:space="0" w:color="D8E6EC"/>
              <w:right w:val="single" w:sz="4" w:space="0" w:color="D8E6EC"/>
            </w:tcBorders>
            <w:vAlign w:val="center"/>
          </w:tcPr>
          <w:p w14:paraId="68FED8B5" w14:textId="77777777" w:rsidR="00610360" w:rsidRDefault="00000000">
            <w:pPr>
              <w:spacing w:after="0"/>
            </w:pPr>
            <w:r>
              <w:rPr>
                <w:sz w:val="17"/>
              </w:rPr>
              <w:t>have</w:t>
            </w:r>
          </w:p>
        </w:tc>
        <w:tc>
          <w:tcPr>
            <w:tcW w:w="2592" w:type="dxa"/>
            <w:tcBorders>
              <w:top w:val="single" w:sz="4" w:space="0" w:color="D8E6EC"/>
              <w:left w:val="single" w:sz="4" w:space="0" w:color="D8E6EC"/>
              <w:bottom w:val="single" w:sz="4" w:space="0" w:color="D8E6EC"/>
              <w:right w:val="single" w:sz="4" w:space="0" w:color="D8E6EC"/>
            </w:tcBorders>
            <w:vAlign w:val="center"/>
          </w:tcPr>
          <w:p w14:paraId="13CC78DD" w14:textId="77777777" w:rsidR="00610360" w:rsidRDefault="00000000">
            <w:pPr>
              <w:spacing w:after="0"/>
            </w:pPr>
            <w:r>
              <w:rPr>
                <w:sz w:val="17"/>
              </w:rPr>
              <w:t>verb</w:t>
            </w:r>
          </w:p>
        </w:tc>
      </w:tr>
      <w:tr w:rsidR="00610360" w14:paraId="7DEA6F1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24D149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21C973C" w14:textId="77777777" w:rsidR="00610360" w:rsidRDefault="00000000">
            <w:pPr>
              <w:spacing w:after="0"/>
            </w:pPr>
            <w:r>
              <w:rPr>
                <w:sz w:val="17"/>
              </w:rPr>
              <w:t>far</w:t>
            </w:r>
          </w:p>
        </w:tc>
        <w:tc>
          <w:tcPr>
            <w:tcW w:w="2592" w:type="dxa"/>
            <w:tcBorders>
              <w:top w:val="single" w:sz="4" w:space="0" w:color="D8E6EC"/>
              <w:left w:val="single" w:sz="4" w:space="0" w:color="D8E6EC"/>
              <w:bottom w:val="single" w:sz="4" w:space="0" w:color="D8E6EC"/>
              <w:right w:val="single" w:sz="4" w:space="0" w:color="D8E6EC"/>
            </w:tcBorders>
            <w:vAlign w:val="center"/>
          </w:tcPr>
          <w:p w14:paraId="4DE2CE95" w14:textId="77777777" w:rsidR="00610360" w:rsidRDefault="00000000">
            <w:pPr>
              <w:spacing w:after="0"/>
            </w:pPr>
            <w:r>
              <w:rPr>
                <w:sz w:val="17"/>
              </w:rPr>
              <w:t>do / make</w:t>
            </w:r>
          </w:p>
        </w:tc>
        <w:tc>
          <w:tcPr>
            <w:tcW w:w="2592" w:type="dxa"/>
            <w:tcBorders>
              <w:top w:val="single" w:sz="4" w:space="0" w:color="D8E6EC"/>
              <w:left w:val="single" w:sz="4" w:space="0" w:color="D8E6EC"/>
              <w:bottom w:val="single" w:sz="4" w:space="0" w:color="D8E6EC"/>
              <w:right w:val="single" w:sz="4" w:space="0" w:color="D8E6EC"/>
            </w:tcBorders>
            <w:vAlign w:val="center"/>
          </w:tcPr>
          <w:p w14:paraId="111C18A7" w14:textId="77777777" w:rsidR="00610360" w:rsidRDefault="00000000">
            <w:pPr>
              <w:spacing w:after="0"/>
            </w:pPr>
            <w:r>
              <w:rPr>
                <w:sz w:val="17"/>
              </w:rPr>
              <w:t>verb</w:t>
            </w:r>
          </w:p>
        </w:tc>
      </w:tr>
      <w:tr w:rsidR="00610360" w14:paraId="004C7D4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5B3EC6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281877D" w14:textId="77777777" w:rsidR="00610360" w:rsidRDefault="00000000">
            <w:pPr>
              <w:spacing w:after="0"/>
            </w:pPr>
            <w:r>
              <w:rPr>
                <w:sz w:val="17"/>
              </w:rPr>
              <w:t>krea</w:t>
            </w:r>
          </w:p>
        </w:tc>
        <w:tc>
          <w:tcPr>
            <w:tcW w:w="2592" w:type="dxa"/>
            <w:tcBorders>
              <w:top w:val="single" w:sz="4" w:space="0" w:color="D8E6EC"/>
              <w:left w:val="single" w:sz="4" w:space="0" w:color="D8E6EC"/>
              <w:bottom w:val="single" w:sz="4" w:space="0" w:color="D8E6EC"/>
              <w:right w:val="single" w:sz="4" w:space="0" w:color="D8E6EC"/>
            </w:tcBorders>
            <w:vAlign w:val="center"/>
          </w:tcPr>
          <w:p w14:paraId="3E3765E1" w14:textId="77777777" w:rsidR="00610360" w:rsidRDefault="00000000">
            <w:pPr>
              <w:spacing w:after="0"/>
            </w:pPr>
            <w:r>
              <w:rPr>
                <w:sz w:val="17"/>
              </w:rPr>
              <w:t>create</w:t>
            </w:r>
          </w:p>
        </w:tc>
        <w:tc>
          <w:tcPr>
            <w:tcW w:w="2592" w:type="dxa"/>
            <w:tcBorders>
              <w:top w:val="single" w:sz="4" w:space="0" w:color="D8E6EC"/>
              <w:left w:val="single" w:sz="4" w:space="0" w:color="D8E6EC"/>
              <w:bottom w:val="single" w:sz="4" w:space="0" w:color="D8E6EC"/>
              <w:right w:val="single" w:sz="4" w:space="0" w:color="D8E6EC"/>
            </w:tcBorders>
            <w:vAlign w:val="center"/>
          </w:tcPr>
          <w:p w14:paraId="6E4C4DAB" w14:textId="77777777" w:rsidR="00610360" w:rsidRDefault="00000000">
            <w:pPr>
              <w:spacing w:after="0"/>
            </w:pPr>
            <w:r>
              <w:rPr>
                <w:sz w:val="17"/>
              </w:rPr>
              <w:t>verb</w:t>
            </w:r>
          </w:p>
        </w:tc>
      </w:tr>
      <w:tr w:rsidR="00610360" w14:paraId="08C1C3B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16FC74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83C62CF" w14:textId="77777777" w:rsidR="00610360" w:rsidRDefault="00000000">
            <w:pPr>
              <w:spacing w:after="0"/>
            </w:pPr>
            <w:r>
              <w:rPr>
                <w:sz w:val="17"/>
              </w:rPr>
              <w:t>usa</w:t>
            </w:r>
          </w:p>
        </w:tc>
        <w:tc>
          <w:tcPr>
            <w:tcW w:w="2592" w:type="dxa"/>
            <w:tcBorders>
              <w:top w:val="single" w:sz="4" w:space="0" w:color="D8E6EC"/>
              <w:left w:val="single" w:sz="4" w:space="0" w:color="D8E6EC"/>
              <w:bottom w:val="single" w:sz="4" w:space="0" w:color="D8E6EC"/>
              <w:right w:val="single" w:sz="4" w:space="0" w:color="D8E6EC"/>
            </w:tcBorders>
            <w:vAlign w:val="center"/>
          </w:tcPr>
          <w:p w14:paraId="0FA75EA6" w14:textId="77777777" w:rsidR="00610360" w:rsidRDefault="00000000">
            <w:pPr>
              <w:spacing w:after="0"/>
            </w:pPr>
            <w:r>
              <w:rPr>
                <w:sz w:val="17"/>
              </w:rPr>
              <w:t>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22E6BBDD" w14:textId="77777777" w:rsidR="00610360" w:rsidRDefault="00000000">
            <w:pPr>
              <w:spacing w:after="0"/>
            </w:pPr>
            <w:r>
              <w:rPr>
                <w:sz w:val="17"/>
              </w:rPr>
              <w:t>verb</w:t>
            </w:r>
          </w:p>
        </w:tc>
      </w:tr>
      <w:tr w:rsidR="00610360" w14:paraId="095DC25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7F0D6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131861B" w14:textId="77777777" w:rsidR="00610360" w:rsidRDefault="00000000">
            <w:pPr>
              <w:spacing w:after="0"/>
            </w:pPr>
            <w:r>
              <w:rPr>
                <w:sz w:val="17"/>
              </w:rPr>
              <w:t>poder</w:t>
            </w:r>
          </w:p>
        </w:tc>
        <w:tc>
          <w:tcPr>
            <w:tcW w:w="2592" w:type="dxa"/>
            <w:tcBorders>
              <w:top w:val="single" w:sz="4" w:space="0" w:color="D8E6EC"/>
              <w:left w:val="single" w:sz="4" w:space="0" w:color="D8E6EC"/>
              <w:bottom w:val="single" w:sz="4" w:space="0" w:color="D8E6EC"/>
              <w:right w:val="single" w:sz="4" w:space="0" w:color="D8E6EC"/>
            </w:tcBorders>
            <w:vAlign w:val="center"/>
          </w:tcPr>
          <w:p w14:paraId="63F265F1" w14:textId="77777777" w:rsidR="00610360" w:rsidRDefault="00000000">
            <w:pPr>
              <w:spacing w:after="0"/>
            </w:pPr>
            <w:r>
              <w:rPr>
                <w:sz w:val="17"/>
              </w:rPr>
              <w:t>can / be able / power</w:t>
            </w:r>
          </w:p>
        </w:tc>
        <w:tc>
          <w:tcPr>
            <w:tcW w:w="2592" w:type="dxa"/>
            <w:tcBorders>
              <w:top w:val="single" w:sz="4" w:space="0" w:color="D8E6EC"/>
              <w:left w:val="single" w:sz="4" w:space="0" w:color="D8E6EC"/>
              <w:bottom w:val="single" w:sz="4" w:space="0" w:color="D8E6EC"/>
              <w:right w:val="single" w:sz="4" w:space="0" w:color="D8E6EC"/>
            </w:tcBorders>
            <w:vAlign w:val="center"/>
          </w:tcPr>
          <w:p w14:paraId="653DA7DD" w14:textId="77777777" w:rsidR="00610360" w:rsidRDefault="00000000">
            <w:pPr>
              <w:spacing w:after="0"/>
            </w:pPr>
            <w:r>
              <w:rPr>
                <w:sz w:val="17"/>
              </w:rPr>
              <w:t>verb/noun</w:t>
            </w:r>
          </w:p>
        </w:tc>
      </w:tr>
      <w:tr w:rsidR="00610360" w14:paraId="17B7498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F67E5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75ABD68" w14:textId="77777777" w:rsidR="00610360" w:rsidRDefault="00000000">
            <w:pPr>
              <w:spacing w:after="0"/>
            </w:pPr>
            <w:r>
              <w:rPr>
                <w:sz w:val="17"/>
              </w:rPr>
              <w:t>voli</w:t>
            </w:r>
          </w:p>
        </w:tc>
        <w:tc>
          <w:tcPr>
            <w:tcW w:w="2592" w:type="dxa"/>
            <w:tcBorders>
              <w:top w:val="single" w:sz="4" w:space="0" w:color="D8E6EC"/>
              <w:left w:val="single" w:sz="4" w:space="0" w:color="D8E6EC"/>
              <w:bottom w:val="single" w:sz="4" w:space="0" w:color="D8E6EC"/>
              <w:right w:val="single" w:sz="4" w:space="0" w:color="D8E6EC"/>
            </w:tcBorders>
            <w:vAlign w:val="center"/>
          </w:tcPr>
          <w:p w14:paraId="7F210FED" w14:textId="77777777" w:rsidR="00610360" w:rsidRDefault="00000000">
            <w:pPr>
              <w:spacing w:after="0"/>
            </w:pPr>
            <w:r>
              <w:rPr>
                <w:sz w:val="17"/>
              </w:rPr>
              <w:t>want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326CEC70" w14:textId="77777777" w:rsidR="00610360" w:rsidRDefault="00000000">
            <w:pPr>
              <w:spacing w:after="0"/>
            </w:pPr>
            <w:r>
              <w:rPr>
                <w:sz w:val="17"/>
              </w:rPr>
              <w:t>verb</w:t>
            </w:r>
          </w:p>
        </w:tc>
      </w:tr>
      <w:tr w:rsidR="00610360" w14:paraId="40B8D81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8D56E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24C9E7C" w14:textId="77777777" w:rsidR="00610360" w:rsidRDefault="00000000">
            <w:pPr>
              <w:spacing w:after="0"/>
            </w:pPr>
            <w:r>
              <w:rPr>
                <w:sz w:val="17"/>
              </w:rPr>
              <w:t>desira</w:t>
            </w:r>
          </w:p>
        </w:tc>
        <w:tc>
          <w:tcPr>
            <w:tcW w:w="2592" w:type="dxa"/>
            <w:tcBorders>
              <w:top w:val="single" w:sz="4" w:space="0" w:color="D8E6EC"/>
              <w:left w:val="single" w:sz="4" w:space="0" w:color="D8E6EC"/>
              <w:bottom w:val="single" w:sz="4" w:space="0" w:color="D8E6EC"/>
              <w:right w:val="single" w:sz="4" w:space="0" w:color="D8E6EC"/>
            </w:tcBorders>
            <w:vAlign w:val="center"/>
          </w:tcPr>
          <w:p w14:paraId="3068D38A" w14:textId="77777777" w:rsidR="00610360" w:rsidRDefault="00000000">
            <w:pPr>
              <w:spacing w:after="0"/>
            </w:pPr>
            <w:r>
              <w:rPr>
                <w:sz w:val="17"/>
              </w:rPr>
              <w:t>desire / wish</w:t>
            </w:r>
          </w:p>
        </w:tc>
        <w:tc>
          <w:tcPr>
            <w:tcW w:w="2592" w:type="dxa"/>
            <w:tcBorders>
              <w:top w:val="single" w:sz="4" w:space="0" w:color="D8E6EC"/>
              <w:left w:val="single" w:sz="4" w:space="0" w:color="D8E6EC"/>
              <w:bottom w:val="single" w:sz="4" w:space="0" w:color="D8E6EC"/>
              <w:right w:val="single" w:sz="4" w:space="0" w:color="D8E6EC"/>
            </w:tcBorders>
            <w:vAlign w:val="center"/>
          </w:tcPr>
          <w:p w14:paraId="40881C77" w14:textId="77777777" w:rsidR="00610360" w:rsidRDefault="00000000">
            <w:pPr>
              <w:spacing w:after="0"/>
            </w:pPr>
            <w:r>
              <w:rPr>
                <w:sz w:val="17"/>
              </w:rPr>
              <w:t>verb</w:t>
            </w:r>
          </w:p>
        </w:tc>
      </w:tr>
      <w:tr w:rsidR="00610360" w14:paraId="31A1886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46186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2224C62" w14:textId="77777777" w:rsidR="00610360" w:rsidRDefault="00000000">
            <w:pPr>
              <w:spacing w:after="0"/>
            </w:pPr>
            <w:r>
              <w:rPr>
                <w:sz w:val="17"/>
              </w:rPr>
              <w:t>nesesita</w:t>
            </w:r>
          </w:p>
        </w:tc>
        <w:tc>
          <w:tcPr>
            <w:tcW w:w="2592" w:type="dxa"/>
            <w:tcBorders>
              <w:top w:val="single" w:sz="4" w:space="0" w:color="D8E6EC"/>
              <w:left w:val="single" w:sz="4" w:space="0" w:color="D8E6EC"/>
              <w:bottom w:val="single" w:sz="4" w:space="0" w:color="D8E6EC"/>
              <w:right w:val="single" w:sz="4" w:space="0" w:color="D8E6EC"/>
            </w:tcBorders>
            <w:vAlign w:val="center"/>
          </w:tcPr>
          <w:p w14:paraId="68D90AD7" w14:textId="77777777" w:rsidR="00610360" w:rsidRDefault="00000000">
            <w:pPr>
              <w:spacing w:after="0"/>
            </w:pPr>
            <w:r>
              <w:rPr>
                <w:sz w:val="17"/>
              </w:rPr>
              <w:t>need</w:t>
            </w:r>
          </w:p>
        </w:tc>
        <w:tc>
          <w:tcPr>
            <w:tcW w:w="2592" w:type="dxa"/>
            <w:tcBorders>
              <w:top w:val="single" w:sz="4" w:space="0" w:color="D8E6EC"/>
              <w:left w:val="single" w:sz="4" w:space="0" w:color="D8E6EC"/>
              <w:bottom w:val="single" w:sz="4" w:space="0" w:color="D8E6EC"/>
              <w:right w:val="single" w:sz="4" w:space="0" w:color="D8E6EC"/>
            </w:tcBorders>
            <w:vAlign w:val="center"/>
          </w:tcPr>
          <w:p w14:paraId="6981BFA2" w14:textId="77777777" w:rsidR="00610360" w:rsidRDefault="00000000">
            <w:pPr>
              <w:spacing w:after="0"/>
            </w:pPr>
            <w:r>
              <w:rPr>
                <w:sz w:val="17"/>
              </w:rPr>
              <w:t>verb</w:t>
            </w:r>
          </w:p>
        </w:tc>
      </w:tr>
      <w:tr w:rsidR="00610360" w14:paraId="311152F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CFB06D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541AEF5" w14:textId="77777777" w:rsidR="00610360" w:rsidRDefault="00000000">
            <w:pPr>
              <w:spacing w:after="0"/>
            </w:pPr>
            <w:r>
              <w:rPr>
                <w:sz w:val="17"/>
              </w:rPr>
              <w:t>ama</w:t>
            </w:r>
          </w:p>
        </w:tc>
        <w:tc>
          <w:tcPr>
            <w:tcW w:w="2592" w:type="dxa"/>
            <w:tcBorders>
              <w:top w:val="single" w:sz="4" w:space="0" w:color="D8E6EC"/>
              <w:left w:val="single" w:sz="4" w:space="0" w:color="D8E6EC"/>
              <w:bottom w:val="single" w:sz="4" w:space="0" w:color="D8E6EC"/>
              <w:right w:val="single" w:sz="4" w:space="0" w:color="D8E6EC"/>
            </w:tcBorders>
            <w:vAlign w:val="center"/>
          </w:tcPr>
          <w:p w14:paraId="23E1D2D5" w14:textId="77777777" w:rsidR="00610360" w:rsidRDefault="00000000">
            <w:pPr>
              <w:spacing w:after="0"/>
            </w:pPr>
            <w:r>
              <w:rPr>
                <w:sz w:val="17"/>
              </w:rPr>
              <w:t>love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9620973" w14:textId="77777777" w:rsidR="00610360" w:rsidRDefault="00000000">
            <w:pPr>
              <w:spacing w:after="0"/>
            </w:pPr>
            <w:r>
              <w:rPr>
                <w:sz w:val="17"/>
              </w:rPr>
              <w:t>verb</w:t>
            </w:r>
          </w:p>
        </w:tc>
      </w:tr>
      <w:tr w:rsidR="00610360" w14:paraId="6758E4E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A8FE4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E2F2814" w14:textId="77777777" w:rsidR="00610360" w:rsidRDefault="00000000">
            <w:pPr>
              <w:spacing w:after="0"/>
            </w:pPr>
            <w:r>
              <w:rPr>
                <w:sz w:val="17"/>
              </w:rPr>
              <w:t>pensa</w:t>
            </w:r>
          </w:p>
        </w:tc>
        <w:tc>
          <w:tcPr>
            <w:tcW w:w="2592" w:type="dxa"/>
            <w:tcBorders>
              <w:top w:val="single" w:sz="4" w:space="0" w:color="D8E6EC"/>
              <w:left w:val="single" w:sz="4" w:space="0" w:color="D8E6EC"/>
              <w:bottom w:val="single" w:sz="4" w:space="0" w:color="D8E6EC"/>
              <w:right w:val="single" w:sz="4" w:space="0" w:color="D8E6EC"/>
            </w:tcBorders>
            <w:vAlign w:val="center"/>
          </w:tcPr>
          <w:p w14:paraId="22217C02" w14:textId="77777777" w:rsidR="00610360" w:rsidRDefault="00000000">
            <w:pPr>
              <w:spacing w:after="0"/>
            </w:pPr>
            <w:r>
              <w:rPr>
                <w:sz w:val="17"/>
              </w:rPr>
              <w:t>think</w:t>
            </w:r>
          </w:p>
        </w:tc>
        <w:tc>
          <w:tcPr>
            <w:tcW w:w="2592" w:type="dxa"/>
            <w:tcBorders>
              <w:top w:val="single" w:sz="4" w:space="0" w:color="D8E6EC"/>
              <w:left w:val="single" w:sz="4" w:space="0" w:color="D8E6EC"/>
              <w:bottom w:val="single" w:sz="4" w:space="0" w:color="D8E6EC"/>
              <w:right w:val="single" w:sz="4" w:space="0" w:color="D8E6EC"/>
            </w:tcBorders>
            <w:vAlign w:val="center"/>
          </w:tcPr>
          <w:p w14:paraId="799F1797" w14:textId="77777777" w:rsidR="00610360" w:rsidRDefault="00000000">
            <w:pPr>
              <w:spacing w:after="0"/>
            </w:pPr>
            <w:r>
              <w:rPr>
                <w:sz w:val="17"/>
              </w:rPr>
              <w:t>verb</w:t>
            </w:r>
          </w:p>
        </w:tc>
      </w:tr>
      <w:tr w:rsidR="00610360" w14:paraId="2EE01F6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852653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C02772D" w14:textId="77777777" w:rsidR="00610360" w:rsidRDefault="00000000">
            <w:pPr>
              <w:spacing w:after="0"/>
            </w:pPr>
            <w:r>
              <w:rPr>
                <w:sz w:val="17"/>
              </w:rPr>
              <w:t>sabe</w:t>
            </w:r>
          </w:p>
        </w:tc>
        <w:tc>
          <w:tcPr>
            <w:tcW w:w="2592" w:type="dxa"/>
            <w:tcBorders>
              <w:top w:val="single" w:sz="4" w:space="0" w:color="D8E6EC"/>
              <w:left w:val="single" w:sz="4" w:space="0" w:color="D8E6EC"/>
              <w:bottom w:val="single" w:sz="4" w:space="0" w:color="D8E6EC"/>
              <w:right w:val="single" w:sz="4" w:space="0" w:color="D8E6EC"/>
            </w:tcBorders>
            <w:vAlign w:val="center"/>
          </w:tcPr>
          <w:p w14:paraId="35A2E505" w14:textId="77777777" w:rsidR="00610360" w:rsidRDefault="00000000">
            <w:pPr>
              <w:spacing w:after="0"/>
            </w:pPr>
            <w:r>
              <w:rPr>
                <w:sz w:val="17"/>
              </w:rPr>
              <w:t>know</w:t>
            </w:r>
          </w:p>
        </w:tc>
        <w:tc>
          <w:tcPr>
            <w:tcW w:w="2592" w:type="dxa"/>
            <w:tcBorders>
              <w:top w:val="single" w:sz="4" w:space="0" w:color="D8E6EC"/>
              <w:left w:val="single" w:sz="4" w:space="0" w:color="D8E6EC"/>
              <w:bottom w:val="single" w:sz="4" w:space="0" w:color="D8E6EC"/>
              <w:right w:val="single" w:sz="4" w:space="0" w:color="D8E6EC"/>
            </w:tcBorders>
            <w:vAlign w:val="center"/>
          </w:tcPr>
          <w:p w14:paraId="4538CB68" w14:textId="77777777" w:rsidR="00610360" w:rsidRDefault="00000000">
            <w:pPr>
              <w:spacing w:after="0"/>
            </w:pPr>
            <w:r>
              <w:rPr>
                <w:sz w:val="17"/>
              </w:rPr>
              <w:t>verb</w:t>
            </w:r>
          </w:p>
        </w:tc>
      </w:tr>
      <w:tr w:rsidR="00610360" w14:paraId="0B1ED43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721D5A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80F92E9" w14:textId="77777777" w:rsidR="00610360" w:rsidRDefault="00000000">
            <w:pPr>
              <w:spacing w:after="0"/>
            </w:pPr>
            <w:r>
              <w:rPr>
                <w:sz w:val="17"/>
              </w:rPr>
              <w:t>kredi</w:t>
            </w:r>
          </w:p>
        </w:tc>
        <w:tc>
          <w:tcPr>
            <w:tcW w:w="2592" w:type="dxa"/>
            <w:tcBorders>
              <w:top w:val="single" w:sz="4" w:space="0" w:color="D8E6EC"/>
              <w:left w:val="single" w:sz="4" w:space="0" w:color="D8E6EC"/>
              <w:bottom w:val="single" w:sz="4" w:space="0" w:color="D8E6EC"/>
              <w:right w:val="single" w:sz="4" w:space="0" w:color="D8E6EC"/>
            </w:tcBorders>
            <w:vAlign w:val="center"/>
          </w:tcPr>
          <w:p w14:paraId="2883C38C" w14:textId="77777777" w:rsidR="00610360" w:rsidRDefault="00000000">
            <w:pPr>
              <w:spacing w:after="0"/>
            </w:pPr>
            <w:r>
              <w:rPr>
                <w:sz w:val="17"/>
              </w:rPr>
              <w:t>believe</w:t>
            </w:r>
          </w:p>
        </w:tc>
        <w:tc>
          <w:tcPr>
            <w:tcW w:w="2592" w:type="dxa"/>
            <w:tcBorders>
              <w:top w:val="single" w:sz="4" w:space="0" w:color="D8E6EC"/>
              <w:left w:val="single" w:sz="4" w:space="0" w:color="D8E6EC"/>
              <w:bottom w:val="single" w:sz="4" w:space="0" w:color="D8E6EC"/>
              <w:right w:val="single" w:sz="4" w:space="0" w:color="D8E6EC"/>
            </w:tcBorders>
            <w:vAlign w:val="center"/>
          </w:tcPr>
          <w:p w14:paraId="61F18F99" w14:textId="77777777" w:rsidR="00610360" w:rsidRDefault="00000000">
            <w:pPr>
              <w:spacing w:after="0"/>
            </w:pPr>
            <w:r>
              <w:rPr>
                <w:sz w:val="17"/>
              </w:rPr>
              <w:t>verb</w:t>
            </w:r>
          </w:p>
        </w:tc>
      </w:tr>
      <w:tr w:rsidR="00610360" w14:paraId="2487C2C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8BF666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1C8F210" w14:textId="77777777" w:rsidR="00610360" w:rsidRDefault="00000000">
            <w:pPr>
              <w:spacing w:after="0"/>
            </w:pPr>
            <w:r>
              <w:rPr>
                <w:sz w:val="17"/>
              </w:rPr>
              <w:t>senti</w:t>
            </w:r>
          </w:p>
        </w:tc>
        <w:tc>
          <w:tcPr>
            <w:tcW w:w="2592" w:type="dxa"/>
            <w:tcBorders>
              <w:top w:val="single" w:sz="4" w:space="0" w:color="D8E6EC"/>
              <w:left w:val="single" w:sz="4" w:space="0" w:color="D8E6EC"/>
              <w:bottom w:val="single" w:sz="4" w:space="0" w:color="D8E6EC"/>
              <w:right w:val="single" w:sz="4" w:space="0" w:color="D8E6EC"/>
            </w:tcBorders>
            <w:vAlign w:val="center"/>
          </w:tcPr>
          <w:p w14:paraId="34FB0576" w14:textId="77777777" w:rsidR="00610360" w:rsidRDefault="00000000">
            <w:pPr>
              <w:spacing w:after="0"/>
            </w:pPr>
            <w:r>
              <w:rPr>
                <w:sz w:val="17"/>
              </w:rPr>
              <w:t>feel</w:t>
            </w:r>
          </w:p>
        </w:tc>
        <w:tc>
          <w:tcPr>
            <w:tcW w:w="2592" w:type="dxa"/>
            <w:tcBorders>
              <w:top w:val="single" w:sz="4" w:space="0" w:color="D8E6EC"/>
              <w:left w:val="single" w:sz="4" w:space="0" w:color="D8E6EC"/>
              <w:bottom w:val="single" w:sz="4" w:space="0" w:color="D8E6EC"/>
              <w:right w:val="single" w:sz="4" w:space="0" w:color="D8E6EC"/>
            </w:tcBorders>
            <w:vAlign w:val="center"/>
          </w:tcPr>
          <w:p w14:paraId="1D0D5BCF" w14:textId="77777777" w:rsidR="00610360" w:rsidRDefault="00000000">
            <w:pPr>
              <w:spacing w:after="0"/>
            </w:pPr>
            <w:r>
              <w:rPr>
                <w:sz w:val="17"/>
              </w:rPr>
              <w:t>verb</w:t>
            </w:r>
          </w:p>
        </w:tc>
      </w:tr>
      <w:tr w:rsidR="00610360" w14:paraId="2851DF6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74931E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E0D29D1" w14:textId="77777777" w:rsidR="00610360" w:rsidRDefault="00000000">
            <w:pPr>
              <w:spacing w:after="0"/>
            </w:pPr>
            <w:r>
              <w:rPr>
                <w:sz w:val="17"/>
              </w:rPr>
              <w:t>vide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7A09ECCC" w14:textId="77777777" w:rsidR="00610360" w:rsidRDefault="00000000">
            <w:pPr>
              <w:spacing w:after="0"/>
            </w:pPr>
            <w:r>
              <w:rPr>
                <w:sz w:val="17"/>
              </w:rPr>
              <w:t>see</w:t>
            </w:r>
          </w:p>
        </w:tc>
        <w:tc>
          <w:tcPr>
            <w:tcW w:w="2592" w:type="dxa"/>
            <w:tcBorders>
              <w:top w:val="single" w:sz="4" w:space="0" w:color="D8E6EC"/>
              <w:left w:val="single" w:sz="4" w:space="0" w:color="D8E6EC"/>
              <w:bottom w:val="single" w:sz="4" w:space="0" w:color="D8E6EC"/>
              <w:right w:val="single" w:sz="4" w:space="0" w:color="D8E6EC"/>
            </w:tcBorders>
            <w:vAlign w:val="center"/>
          </w:tcPr>
          <w:p w14:paraId="69CE3EF3" w14:textId="77777777" w:rsidR="00610360" w:rsidRDefault="00000000">
            <w:pPr>
              <w:spacing w:after="0"/>
            </w:pPr>
            <w:r>
              <w:rPr>
                <w:sz w:val="17"/>
              </w:rPr>
              <w:t>verb</w:t>
            </w:r>
          </w:p>
        </w:tc>
      </w:tr>
      <w:tr w:rsidR="00610360" w14:paraId="1158543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7F40DD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8C3DD61" w14:textId="77777777" w:rsidR="00610360" w:rsidRDefault="00000000">
            <w:pPr>
              <w:spacing w:after="0"/>
            </w:pPr>
            <w:r>
              <w:rPr>
                <w:sz w:val="17"/>
              </w:rPr>
              <w:t>mira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D1097C6" w14:textId="77777777" w:rsidR="00610360" w:rsidRDefault="00000000">
            <w:pPr>
              <w:spacing w:after="0"/>
            </w:pPr>
            <w:r>
              <w:rPr>
                <w:sz w:val="17"/>
              </w:rPr>
              <w:t>look</w:t>
            </w:r>
          </w:p>
        </w:tc>
        <w:tc>
          <w:tcPr>
            <w:tcW w:w="2592" w:type="dxa"/>
            <w:tcBorders>
              <w:top w:val="single" w:sz="4" w:space="0" w:color="D8E6EC"/>
              <w:left w:val="single" w:sz="4" w:space="0" w:color="D8E6EC"/>
              <w:bottom w:val="single" w:sz="4" w:space="0" w:color="D8E6EC"/>
              <w:right w:val="single" w:sz="4" w:space="0" w:color="D8E6EC"/>
            </w:tcBorders>
            <w:vAlign w:val="center"/>
          </w:tcPr>
          <w:p w14:paraId="709B4FFB" w14:textId="77777777" w:rsidR="00610360" w:rsidRDefault="00000000">
            <w:pPr>
              <w:spacing w:after="0"/>
            </w:pPr>
            <w:r>
              <w:rPr>
                <w:sz w:val="17"/>
              </w:rPr>
              <w:t>verb</w:t>
            </w:r>
          </w:p>
        </w:tc>
      </w:tr>
      <w:tr w:rsidR="00610360" w14:paraId="071217A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A3513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86E99C6" w14:textId="77777777" w:rsidR="00610360" w:rsidRDefault="00000000">
            <w:pPr>
              <w:spacing w:after="0"/>
            </w:pPr>
            <w:r>
              <w:rPr>
                <w:sz w:val="17"/>
              </w:rPr>
              <w:t>aud</w:t>
            </w:r>
          </w:p>
        </w:tc>
        <w:tc>
          <w:tcPr>
            <w:tcW w:w="2592" w:type="dxa"/>
            <w:tcBorders>
              <w:top w:val="single" w:sz="4" w:space="0" w:color="D8E6EC"/>
              <w:left w:val="single" w:sz="4" w:space="0" w:color="D8E6EC"/>
              <w:bottom w:val="single" w:sz="4" w:space="0" w:color="D8E6EC"/>
              <w:right w:val="single" w:sz="4" w:space="0" w:color="D8E6EC"/>
            </w:tcBorders>
            <w:vAlign w:val="center"/>
          </w:tcPr>
          <w:p w14:paraId="160DF3A9" w14:textId="77777777" w:rsidR="00610360" w:rsidRDefault="00000000">
            <w:pPr>
              <w:spacing w:after="0"/>
            </w:pPr>
            <w:r>
              <w:rPr>
                <w:sz w:val="17"/>
              </w:rPr>
              <w:t>hear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30494CBF" w14:textId="77777777" w:rsidR="00610360" w:rsidRDefault="00000000">
            <w:pPr>
              <w:spacing w:after="0"/>
            </w:pPr>
            <w:r>
              <w:rPr>
                <w:sz w:val="17"/>
              </w:rPr>
              <w:t>verb</w:t>
            </w:r>
          </w:p>
        </w:tc>
      </w:tr>
      <w:tr w:rsidR="00610360" w14:paraId="64E490B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211F9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DC645E9" w14:textId="77777777" w:rsidR="00610360" w:rsidRDefault="00000000">
            <w:pPr>
              <w:spacing w:after="0"/>
            </w:pPr>
            <w:r>
              <w:rPr>
                <w:sz w:val="17"/>
              </w:rPr>
              <w:t>parla</w:t>
            </w:r>
          </w:p>
        </w:tc>
        <w:tc>
          <w:tcPr>
            <w:tcW w:w="2592" w:type="dxa"/>
            <w:tcBorders>
              <w:top w:val="single" w:sz="4" w:space="0" w:color="D8E6EC"/>
              <w:left w:val="single" w:sz="4" w:space="0" w:color="D8E6EC"/>
              <w:bottom w:val="single" w:sz="4" w:space="0" w:color="D8E6EC"/>
              <w:right w:val="single" w:sz="4" w:space="0" w:color="D8E6EC"/>
            </w:tcBorders>
            <w:vAlign w:val="center"/>
          </w:tcPr>
          <w:p w14:paraId="3A74FC39" w14:textId="77777777" w:rsidR="00610360" w:rsidRDefault="00000000">
            <w:pPr>
              <w:spacing w:after="0"/>
            </w:pPr>
            <w:r>
              <w:rPr>
                <w:sz w:val="17"/>
              </w:rPr>
              <w:t>speak</w:t>
            </w:r>
          </w:p>
        </w:tc>
        <w:tc>
          <w:tcPr>
            <w:tcW w:w="2592" w:type="dxa"/>
            <w:tcBorders>
              <w:top w:val="single" w:sz="4" w:space="0" w:color="D8E6EC"/>
              <w:left w:val="single" w:sz="4" w:space="0" w:color="D8E6EC"/>
              <w:bottom w:val="single" w:sz="4" w:space="0" w:color="D8E6EC"/>
              <w:right w:val="single" w:sz="4" w:space="0" w:color="D8E6EC"/>
            </w:tcBorders>
            <w:vAlign w:val="center"/>
          </w:tcPr>
          <w:p w14:paraId="34FCE4DC" w14:textId="77777777" w:rsidR="00610360" w:rsidRDefault="00000000">
            <w:pPr>
              <w:spacing w:after="0"/>
            </w:pPr>
            <w:r>
              <w:rPr>
                <w:sz w:val="17"/>
              </w:rPr>
              <w:t>verb</w:t>
            </w:r>
          </w:p>
        </w:tc>
      </w:tr>
      <w:tr w:rsidR="00610360" w14:paraId="640F2DD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903FD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BEE6EB4" w14:textId="77777777" w:rsidR="00610360" w:rsidRDefault="00000000">
            <w:pPr>
              <w:spacing w:after="0"/>
            </w:pPr>
            <w:r>
              <w:rPr>
                <w:sz w:val="17"/>
              </w:rPr>
              <w:t>dise</w:t>
            </w:r>
          </w:p>
        </w:tc>
        <w:tc>
          <w:tcPr>
            <w:tcW w:w="2592" w:type="dxa"/>
            <w:tcBorders>
              <w:top w:val="single" w:sz="4" w:space="0" w:color="D8E6EC"/>
              <w:left w:val="single" w:sz="4" w:space="0" w:color="D8E6EC"/>
              <w:bottom w:val="single" w:sz="4" w:space="0" w:color="D8E6EC"/>
              <w:right w:val="single" w:sz="4" w:space="0" w:color="D8E6EC"/>
            </w:tcBorders>
            <w:vAlign w:val="center"/>
          </w:tcPr>
          <w:p w14:paraId="1519C76F" w14:textId="77777777" w:rsidR="00610360" w:rsidRDefault="00000000">
            <w:pPr>
              <w:spacing w:after="0"/>
            </w:pPr>
            <w:r>
              <w:rPr>
                <w:sz w:val="17"/>
              </w:rPr>
              <w:t>say</w:t>
            </w:r>
          </w:p>
        </w:tc>
        <w:tc>
          <w:tcPr>
            <w:tcW w:w="2592" w:type="dxa"/>
            <w:tcBorders>
              <w:top w:val="single" w:sz="4" w:space="0" w:color="D8E6EC"/>
              <w:left w:val="single" w:sz="4" w:space="0" w:color="D8E6EC"/>
              <w:bottom w:val="single" w:sz="4" w:space="0" w:color="D8E6EC"/>
              <w:right w:val="single" w:sz="4" w:space="0" w:color="D8E6EC"/>
            </w:tcBorders>
            <w:vAlign w:val="center"/>
          </w:tcPr>
          <w:p w14:paraId="1904B136" w14:textId="77777777" w:rsidR="00610360" w:rsidRDefault="00000000">
            <w:pPr>
              <w:spacing w:after="0"/>
            </w:pPr>
            <w:r>
              <w:rPr>
                <w:sz w:val="17"/>
              </w:rPr>
              <w:t>verb</w:t>
            </w:r>
          </w:p>
        </w:tc>
      </w:tr>
      <w:tr w:rsidR="00610360" w14:paraId="112EAE1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5DBCE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8242402" w14:textId="77777777" w:rsidR="00610360" w:rsidRDefault="00000000">
            <w:pPr>
              <w:spacing w:after="0"/>
            </w:pPr>
            <w:r>
              <w:rPr>
                <w:sz w:val="17"/>
              </w:rPr>
              <w:t>responde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4D864EDF" w14:textId="77777777" w:rsidR="00610360" w:rsidRDefault="00000000">
            <w:pPr>
              <w:spacing w:after="0"/>
            </w:pPr>
            <w:r>
              <w:rPr>
                <w:sz w:val="17"/>
              </w:rPr>
              <w:t>answer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48C9B4D" w14:textId="77777777" w:rsidR="00610360" w:rsidRDefault="00000000">
            <w:pPr>
              <w:spacing w:after="0"/>
            </w:pPr>
            <w:r>
              <w:rPr>
                <w:sz w:val="17"/>
              </w:rPr>
              <w:t>verb</w:t>
            </w:r>
          </w:p>
        </w:tc>
      </w:tr>
      <w:tr w:rsidR="00610360" w14:paraId="191DC87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6D98F6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35E7314" w14:textId="77777777" w:rsidR="00610360" w:rsidRDefault="00000000">
            <w:pPr>
              <w:spacing w:after="0"/>
            </w:pPr>
            <w:r>
              <w:rPr>
                <w:sz w:val="17"/>
              </w:rPr>
              <w:t>skribe</w:t>
            </w:r>
          </w:p>
        </w:tc>
        <w:tc>
          <w:tcPr>
            <w:tcW w:w="2592" w:type="dxa"/>
            <w:tcBorders>
              <w:top w:val="single" w:sz="4" w:space="0" w:color="D8E6EC"/>
              <w:left w:val="single" w:sz="4" w:space="0" w:color="D8E6EC"/>
              <w:bottom w:val="single" w:sz="4" w:space="0" w:color="D8E6EC"/>
              <w:right w:val="single" w:sz="4" w:space="0" w:color="D8E6EC"/>
            </w:tcBorders>
            <w:vAlign w:val="center"/>
          </w:tcPr>
          <w:p w14:paraId="79717CE3" w14:textId="77777777" w:rsidR="00610360" w:rsidRDefault="00000000">
            <w:pPr>
              <w:spacing w:after="0"/>
            </w:pPr>
            <w:r>
              <w:rPr>
                <w:sz w:val="17"/>
              </w:rPr>
              <w:t>write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11D0FA44" w14:textId="77777777" w:rsidR="00610360" w:rsidRDefault="00000000">
            <w:pPr>
              <w:spacing w:after="0"/>
            </w:pPr>
            <w:r>
              <w:rPr>
                <w:sz w:val="17"/>
              </w:rPr>
              <w:t>verb</w:t>
            </w:r>
          </w:p>
        </w:tc>
      </w:tr>
      <w:tr w:rsidR="00610360" w14:paraId="72632AD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6A034D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B177A4F" w14:textId="77777777" w:rsidR="00610360" w:rsidRDefault="00000000">
            <w:pPr>
              <w:spacing w:after="0"/>
            </w:pPr>
            <w:r>
              <w:rPr>
                <w:sz w:val="17"/>
              </w:rPr>
              <w:t>lege</w:t>
            </w:r>
          </w:p>
        </w:tc>
        <w:tc>
          <w:tcPr>
            <w:tcW w:w="2592" w:type="dxa"/>
            <w:tcBorders>
              <w:top w:val="single" w:sz="4" w:space="0" w:color="D8E6EC"/>
              <w:left w:val="single" w:sz="4" w:space="0" w:color="D8E6EC"/>
              <w:bottom w:val="single" w:sz="4" w:space="0" w:color="D8E6EC"/>
              <w:right w:val="single" w:sz="4" w:space="0" w:color="D8E6EC"/>
            </w:tcBorders>
            <w:vAlign w:val="center"/>
          </w:tcPr>
          <w:p w14:paraId="7EBC2BF8" w14:textId="77777777" w:rsidR="00610360" w:rsidRDefault="00000000">
            <w:pPr>
              <w:spacing w:after="0"/>
            </w:pPr>
            <w:r>
              <w:rPr>
                <w:sz w:val="17"/>
              </w:rPr>
              <w:t>read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13EFD24A" w14:textId="77777777" w:rsidR="00610360" w:rsidRDefault="00000000">
            <w:pPr>
              <w:spacing w:after="0"/>
            </w:pPr>
            <w:r>
              <w:rPr>
                <w:sz w:val="17"/>
              </w:rPr>
              <w:t>verb</w:t>
            </w:r>
          </w:p>
        </w:tc>
      </w:tr>
      <w:tr w:rsidR="00610360" w14:paraId="17007D8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16F384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2CF8C76" w14:textId="77777777" w:rsidR="00610360" w:rsidRDefault="00000000">
            <w:pPr>
              <w:spacing w:after="0"/>
            </w:pPr>
            <w:r>
              <w:rPr>
                <w:sz w:val="17"/>
              </w:rPr>
              <w:t>aprende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6F4C3DF7" w14:textId="77777777" w:rsidR="00610360" w:rsidRDefault="00000000">
            <w:pPr>
              <w:spacing w:after="0"/>
            </w:pPr>
            <w:r>
              <w:rPr>
                <w:sz w:val="17"/>
              </w:rPr>
              <w:t>learn</w:t>
            </w:r>
          </w:p>
        </w:tc>
        <w:tc>
          <w:tcPr>
            <w:tcW w:w="2592" w:type="dxa"/>
            <w:tcBorders>
              <w:top w:val="single" w:sz="4" w:space="0" w:color="D8E6EC"/>
              <w:left w:val="single" w:sz="4" w:space="0" w:color="D8E6EC"/>
              <w:bottom w:val="single" w:sz="4" w:space="0" w:color="D8E6EC"/>
              <w:right w:val="single" w:sz="4" w:space="0" w:color="D8E6EC"/>
            </w:tcBorders>
            <w:vAlign w:val="center"/>
          </w:tcPr>
          <w:p w14:paraId="5AF2284A" w14:textId="77777777" w:rsidR="00610360" w:rsidRDefault="00000000">
            <w:pPr>
              <w:spacing w:after="0"/>
            </w:pPr>
            <w:r>
              <w:rPr>
                <w:sz w:val="17"/>
              </w:rPr>
              <w:t>verb</w:t>
            </w:r>
          </w:p>
        </w:tc>
      </w:tr>
      <w:tr w:rsidR="00610360" w14:paraId="21C24E4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8DC1A9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EF56420" w14:textId="77777777" w:rsidR="00610360" w:rsidRDefault="00000000">
            <w:pPr>
              <w:spacing w:after="0"/>
            </w:pPr>
            <w:r>
              <w:rPr>
                <w:sz w:val="17"/>
              </w:rPr>
              <w:t>eduka</w:t>
            </w:r>
          </w:p>
        </w:tc>
        <w:tc>
          <w:tcPr>
            <w:tcW w:w="2592" w:type="dxa"/>
            <w:tcBorders>
              <w:top w:val="single" w:sz="4" w:space="0" w:color="D8E6EC"/>
              <w:left w:val="single" w:sz="4" w:space="0" w:color="D8E6EC"/>
              <w:bottom w:val="single" w:sz="4" w:space="0" w:color="D8E6EC"/>
              <w:right w:val="single" w:sz="4" w:space="0" w:color="D8E6EC"/>
            </w:tcBorders>
            <w:vAlign w:val="center"/>
          </w:tcPr>
          <w:p w14:paraId="270F2C31" w14:textId="77777777" w:rsidR="00610360" w:rsidRDefault="00000000">
            <w:pPr>
              <w:spacing w:after="0"/>
            </w:pPr>
            <w:r>
              <w:rPr>
                <w:sz w:val="17"/>
              </w:rPr>
              <w:t>educate / teach</w:t>
            </w:r>
          </w:p>
        </w:tc>
        <w:tc>
          <w:tcPr>
            <w:tcW w:w="2592" w:type="dxa"/>
            <w:tcBorders>
              <w:top w:val="single" w:sz="4" w:space="0" w:color="D8E6EC"/>
              <w:left w:val="single" w:sz="4" w:space="0" w:color="D8E6EC"/>
              <w:bottom w:val="single" w:sz="4" w:space="0" w:color="D8E6EC"/>
              <w:right w:val="single" w:sz="4" w:space="0" w:color="D8E6EC"/>
            </w:tcBorders>
            <w:vAlign w:val="center"/>
          </w:tcPr>
          <w:p w14:paraId="0C1F245A" w14:textId="77777777" w:rsidR="00610360" w:rsidRDefault="00000000">
            <w:pPr>
              <w:spacing w:after="0"/>
            </w:pPr>
            <w:r>
              <w:rPr>
                <w:sz w:val="17"/>
              </w:rPr>
              <w:t>verb</w:t>
            </w:r>
          </w:p>
        </w:tc>
      </w:tr>
      <w:tr w:rsidR="00610360" w14:paraId="781AAA1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6422C3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3A666AA" w14:textId="77777777" w:rsidR="00610360" w:rsidRDefault="00000000">
            <w:pPr>
              <w:spacing w:after="0"/>
            </w:pPr>
            <w:r>
              <w:rPr>
                <w:sz w:val="17"/>
              </w:rPr>
              <w:t>komensa</w:t>
            </w:r>
          </w:p>
        </w:tc>
        <w:tc>
          <w:tcPr>
            <w:tcW w:w="2592" w:type="dxa"/>
            <w:tcBorders>
              <w:top w:val="single" w:sz="4" w:space="0" w:color="D8E6EC"/>
              <w:left w:val="single" w:sz="4" w:space="0" w:color="D8E6EC"/>
              <w:bottom w:val="single" w:sz="4" w:space="0" w:color="D8E6EC"/>
              <w:right w:val="single" w:sz="4" w:space="0" w:color="D8E6EC"/>
            </w:tcBorders>
            <w:vAlign w:val="center"/>
          </w:tcPr>
          <w:p w14:paraId="41BD3BD5" w14:textId="77777777" w:rsidR="00610360" w:rsidRDefault="00000000">
            <w:pPr>
              <w:spacing w:after="0"/>
            </w:pPr>
            <w:r>
              <w:rPr>
                <w:sz w:val="17"/>
              </w:rPr>
              <w:t>begin</w:t>
            </w:r>
          </w:p>
        </w:tc>
        <w:tc>
          <w:tcPr>
            <w:tcW w:w="2592" w:type="dxa"/>
            <w:tcBorders>
              <w:top w:val="single" w:sz="4" w:space="0" w:color="D8E6EC"/>
              <w:left w:val="single" w:sz="4" w:space="0" w:color="D8E6EC"/>
              <w:bottom w:val="single" w:sz="4" w:space="0" w:color="D8E6EC"/>
              <w:right w:val="single" w:sz="4" w:space="0" w:color="D8E6EC"/>
            </w:tcBorders>
            <w:vAlign w:val="center"/>
          </w:tcPr>
          <w:p w14:paraId="13AD3D70" w14:textId="77777777" w:rsidR="00610360" w:rsidRDefault="00000000">
            <w:pPr>
              <w:spacing w:after="0"/>
            </w:pPr>
            <w:r>
              <w:rPr>
                <w:sz w:val="17"/>
              </w:rPr>
              <w:t>verb</w:t>
            </w:r>
          </w:p>
        </w:tc>
      </w:tr>
      <w:tr w:rsidR="00610360" w14:paraId="363AF4C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1FCC56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92D89A2" w14:textId="77777777" w:rsidR="00610360" w:rsidRDefault="00000000">
            <w:pPr>
              <w:spacing w:after="0"/>
            </w:pPr>
            <w:r>
              <w:rPr>
                <w:sz w:val="17"/>
              </w:rPr>
              <w:t>fini</w:t>
            </w:r>
          </w:p>
        </w:tc>
        <w:tc>
          <w:tcPr>
            <w:tcW w:w="2592" w:type="dxa"/>
            <w:tcBorders>
              <w:top w:val="single" w:sz="4" w:space="0" w:color="D8E6EC"/>
              <w:left w:val="single" w:sz="4" w:space="0" w:color="D8E6EC"/>
              <w:bottom w:val="single" w:sz="4" w:space="0" w:color="D8E6EC"/>
              <w:right w:val="single" w:sz="4" w:space="0" w:color="D8E6EC"/>
            </w:tcBorders>
            <w:vAlign w:val="center"/>
          </w:tcPr>
          <w:p w14:paraId="7305F2CD" w14:textId="77777777" w:rsidR="00610360" w:rsidRDefault="00000000">
            <w:pPr>
              <w:spacing w:after="0"/>
            </w:pPr>
            <w:r>
              <w:rPr>
                <w:sz w:val="17"/>
              </w:rPr>
              <w:t>finish</w:t>
            </w:r>
          </w:p>
        </w:tc>
        <w:tc>
          <w:tcPr>
            <w:tcW w:w="2592" w:type="dxa"/>
            <w:tcBorders>
              <w:top w:val="single" w:sz="4" w:space="0" w:color="D8E6EC"/>
              <w:left w:val="single" w:sz="4" w:space="0" w:color="D8E6EC"/>
              <w:bottom w:val="single" w:sz="4" w:space="0" w:color="D8E6EC"/>
              <w:right w:val="single" w:sz="4" w:space="0" w:color="D8E6EC"/>
            </w:tcBorders>
            <w:vAlign w:val="center"/>
          </w:tcPr>
          <w:p w14:paraId="46409257" w14:textId="77777777" w:rsidR="00610360" w:rsidRDefault="00000000">
            <w:pPr>
              <w:spacing w:after="0"/>
            </w:pPr>
            <w:r>
              <w:rPr>
                <w:sz w:val="17"/>
              </w:rPr>
              <w:t>verb</w:t>
            </w:r>
          </w:p>
        </w:tc>
      </w:tr>
      <w:tr w:rsidR="00610360" w14:paraId="64EB1C5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CDB36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468AEAC" w14:textId="77777777" w:rsidR="00610360" w:rsidRDefault="00000000">
            <w:pPr>
              <w:spacing w:after="0"/>
            </w:pPr>
            <w:r>
              <w:rPr>
                <w:sz w:val="17"/>
              </w:rPr>
              <w:t>veni</w:t>
            </w:r>
          </w:p>
        </w:tc>
        <w:tc>
          <w:tcPr>
            <w:tcW w:w="2592" w:type="dxa"/>
            <w:tcBorders>
              <w:top w:val="single" w:sz="4" w:space="0" w:color="D8E6EC"/>
              <w:left w:val="single" w:sz="4" w:space="0" w:color="D8E6EC"/>
              <w:bottom w:val="single" w:sz="4" w:space="0" w:color="D8E6EC"/>
              <w:right w:val="single" w:sz="4" w:space="0" w:color="D8E6EC"/>
            </w:tcBorders>
            <w:vAlign w:val="center"/>
          </w:tcPr>
          <w:p w14:paraId="3F01A2B3" w14:textId="77777777" w:rsidR="00610360" w:rsidRDefault="00000000">
            <w:pPr>
              <w:spacing w:after="0"/>
            </w:pPr>
            <w:r>
              <w:rPr>
                <w:sz w:val="17"/>
              </w:rPr>
              <w:t>come</w:t>
            </w:r>
          </w:p>
        </w:tc>
        <w:tc>
          <w:tcPr>
            <w:tcW w:w="2592" w:type="dxa"/>
            <w:tcBorders>
              <w:top w:val="single" w:sz="4" w:space="0" w:color="D8E6EC"/>
              <w:left w:val="single" w:sz="4" w:space="0" w:color="D8E6EC"/>
              <w:bottom w:val="single" w:sz="4" w:space="0" w:color="D8E6EC"/>
              <w:right w:val="single" w:sz="4" w:space="0" w:color="D8E6EC"/>
            </w:tcBorders>
            <w:vAlign w:val="center"/>
          </w:tcPr>
          <w:p w14:paraId="3CCB78EE" w14:textId="77777777" w:rsidR="00610360" w:rsidRDefault="00000000">
            <w:pPr>
              <w:spacing w:after="0"/>
            </w:pPr>
            <w:r>
              <w:rPr>
                <w:sz w:val="17"/>
              </w:rPr>
              <w:t>verb</w:t>
            </w:r>
          </w:p>
        </w:tc>
      </w:tr>
      <w:tr w:rsidR="00610360" w14:paraId="0589F73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AAC678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30C0839" w14:textId="77777777" w:rsidR="00610360" w:rsidRDefault="00000000">
            <w:pPr>
              <w:spacing w:after="0"/>
            </w:pPr>
            <w:r>
              <w:rPr>
                <w:sz w:val="17"/>
              </w:rPr>
              <w:t>vade</w:t>
            </w:r>
          </w:p>
        </w:tc>
        <w:tc>
          <w:tcPr>
            <w:tcW w:w="2592" w:type="dxa"/>
            <w:tcBorders>
              <w:top w:val="single" w:sz="4" w:space="0" w:color="D8E6EC"/>
              <w:left w:val="single" w:sz="4" w:space="0" w:color="D8E6EC"/>
              <w:bottom w:val="single" w:sz="4" w:space="0" w:color="D8E6EC"/>
              <w:right w:val="single" w:sz="4" w:space="0" w:color="D8E6EC"/>
            </w:tcBorders>
            <w:vAlign w:val="center"/>
          </w:tcPr>
          <w:p w14:paraId="6FA4414E" w14:textId="77777777" w:rsidR="00610360" w:rsidRDefault="00000000">
            <w:pPr>
              <w:spacing w:after="0"/>
            </w:pPr>
            <w:r>
              <w:rPr>
                <w:sz w:val="17"/>
              </w:rPr>
              <w:t>go</w:t>
            </w:r>
          </w:p>
        </w:tc>
        <w:tc>
          <w:tcPr>
            <w:tcW w:w="2592" w:type="dxa"/>
            <w:tcBorders>
              <w:top w:val="single" w:sz="4" w:space="0" w:color="D8E6EC"/>
              <w:left w:val="single" w:sz="4" w:space="0" w:color="D8E6EC"/>
              <w:bottom w:val="single" w:sz="4" w:space="0" w:color="D8E6EC"/>
              <w:right w:val="single" w:sz="4" w:space="0" w:color="D8E6EC"/>
            </w:tcBorders>
            <w:vAlign w:val="center"/>
          </w:tcPr>
          <w:p w14:paraId="0B6A3BEF" w14:textId="77777777" w:rsidR="00610360" w:rsidRDefault="00000000">
            <w:pPr>
              <w:spacing w:after="0"/>
            </w:pPr>
            <w:r>
              <w:rPr>
                <w:sz w:val="17"/>
              </w:rPr>
              <w:t>verb</w:t>
            </w:r>
          </w:p>
        </w:tc>
      </w:tr>
      <w:tr w:rsidR="00610360" w14:paraId="6CDA566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8DD1BE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84EFA4" w14:textId="77777777" w:rsidR="00610360" w:rsidRDefault="00000000">
            <w:pPr>
              <w:spacing w:after="0"/>
            </w:pPr>
            <w:r>
              <w:rPr>
                <w:sz w:val="17"/>
              </w:rPr>
              <w:t>entra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7EA6EA7" w14:textId="77777777" w:rsidR="00610360" w:rsidRDefault="00000000">
            <w:pPr>
              <w:spacing w:after="0"/>
            </w:pPr>
            <w:r>
              <w:rPr>
                <w:sz w:val="17"/>
              </w:rPr>
              <w:t>enter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7A3AAC0" w14:textId="77777777" w:rsidR="00610360" w:rsidRDefault="00000000">
            <w:pPr>
              <w:spacing w:after="0"/>
            </w:pPr>
            <w:r>
              <w:rPr>
                <w:sz w:val="17"/>
              </w:rPr>
              <w:t>verb</w:t>
            </w:r>
          </w:p>
        </w:tc>
      </w:tr>
      <w:tr w:rsidR="00610360" w14:paraId="0E9C90F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F3262C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B0505CD" w14:textId="77777777" w:rsidR="00610360" w:rsidRDefault="00000000">
            <w:pPr>
              <w:spacing w:after="0"/>
            </w:pPr>
            <w:r>
              <w:rPr>
                <w:sz w:val="17"/>
              </w:rPr>
              <w:t>exi</w:t>
            </w:r>
          </w:p>
        </w:tc>
        <w:tc>
          <w:tcPr>
            <w:tcW w:w="2592" w:type="dxa"/>
            <w:tcBorders>
              <w:top w:val="single" w:sz="4" w:space="0" w:color="D8E6EC"/>
              <w:left w:val="single" w:sz="4" w:space="0" w:color="D8E6EC"/>
              <w:bottom w:val="single" w:sz="4" w:space="0" w:color="D8E6EC"/>
              <w:right w:val="single" w:sz="4" w:space="0" w:color="D8E6EC"/>
            </w:tcBorders>
            <w:vAlign w:val="center"/>
          </w:tcPr>
          <w:p w14:paraId="2ABC4D36" w14:textId="77777777" w:rsidR="00610360" w:rsidRDefault="00000000">
            <w:pPr>
              <w:spacing w:after="0"/>
            </w:pPr>
            <w:r>
              <w:rPr>
                <w:sz w:val="17"/>
              </w:rPr>
              <w:t>exit / go out</w:t>
            </w:r>
          </w:p>
        </w:tc>
        <w:tc>
          <w:tcPr>
            <w:tcW w:w="2592" w:type="dxa"/>
            <w:tcBorders>
              <w:top w:val="single" w:sz="4" w:space="0" w:color="D8E6EC"/>
              <w:left w:val="single" w:sz="4" w:space="0" w:color="D8E6EC"/>
              <w:bottom w:val="single" w:sz="4" w:space="0" w:color="D8E6EC"/>
              <w:right w:val="single" w:sz="4" w:space="0" w:color="D8E6EC"/>
            </w:tcBorders>
            <w:vAlign w:val="center"/>
          </w:tcPr>
          <w:p w14:paraId="14EACBE3" w14:textId="77777777" w:rsidR="00610360" w:rsidRDefault="00000000">
            <w:pPr>
              <w:spacing w:after="0"/>
            </w:pPr>
            <w:r>
              <w:rPr>
                <w:sz w:val="17"/>
              </w:rPr>
              <w:t>verb</w:t>
            </w:r>
          </w:p>
        </w:tc>
      </w:tr>
      <w:tr w:rsidR="00610360" w14:paraId="76F9BEA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771405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EBE6528" w14:textId="77777777" w:rsidR="00610360" w:rsidRDefault="00000000">
            <w:pPr>
              <w:spacing w:after="0"/>
            </w:pPr>
            <w:r>
              <w:rPr>
                <w:sz w:val="17"/>
              </w:rPr>
              <w:t>arriva</w:t>
            </w:r>
          </w:p>
        </w:tc>
        <w:tc>
          <w:tcPr>
            <w:tcW w:w="2592" w:type="dxa"/>
            <w:tcBorders>
              <w:top w:val="single" w:sz="4" w:space="0" w:color="D8E6EC"/>
              <w:left w:val="single" w:sz="4" w:space="0" w:color="D8E6EC"/>
              <w:bottom w:val="single" w:sz="4" w:space="0" w:color="D8E6EC"/>
              <w:right w:val="single" w:sz="4" w:space="0" w:color="D8E6EC"/>
            </w:tcBorders>
            <w:vAlign w:val="center"/>
          </w:tcPr>
          <w:p w14:paraId="293B8CAB" w14:textId="77777777" w:rsidR="00610360" w:rsidRDefault="00000000">
            <w:pPr>
              <w:spacing w:after="0"/>
            </w:pPr>
            <w:r>
              <w:rPr>
                <w:sz w:val="17"/>
              </w:rPr>
              <w:t>arrive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6C904D7E" w14:textId="77777777" w:rsidR="00610360" w:rsidRDefault="00000000">
            <w:pPr>
              <w:spacing w:after="0"/>
            </w:pPr>
            <w:r>
              <w:rPr>
                <w:sz w:val="17"/>
              </w:rPr>
              <w:t>verb</w:t>
            </w:r>
          </w:p>
        </w:tc>
      </w:tr>
      <w:tr w:rsidR="00610360" w14:paraId="7255A36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13EB7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53C9271" w14:textId="77777777" w:rsidR="00610360" w:rsidRDefault="00000000">
            <w:pPr>
              <w:spacing w:after="0"/>
            </w:pPr>
            <w:r>
              <w:rPr>
                <w:sz w:val="17"/>
              </w:rPr>
              <w:t>resta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1FCAAF9A" w14:textId="77777777" w:rsidR="00610360" w:rsidRDefault="00000000">
            <w:pPr>
              <w:spacing w:after="0"/>
            </w:pPr>
            <w:r>
              <w:rPr>
                <w:sz w:val="17"/>
              </w:rPr>
              <w:t>stay / remain</w:t>
            </w:r>
          </w:p>
        </w:tc>
        <w:tc>
          <w:tcPr>
            <w:tcW w:w="2592" w:type="dxa"/>
            <w:tcBorders>
              <w:top w:val="single" w:sz="4" w:space="0" w:color="D8E6EC"/>
              <w:left w:val="single" w:sz="4" w:space="0" w:color="D8E6EC"/>
              <w:bottom w:val="single" w:sz="4" w:space="0" w:color="D8E6EC"/>
              <w:right w:val="single" w:sz="4" w:space="0" w:color="D8E6EC"/>
            </w:tcBorders>
            <w:vAlign w:val="center"/>
          </w:tcPr>
          <w:p w14:paraId="3DBF636A" w14:textId="77777777" w:rsidR="00610360" w:rsidRDefault="00000000">
            <w:pPr>
              <w:spacing w:after="0"/>
            </w:pPr>
            <w:r>
              <w:rPr>
                <w:sz w:val="17"/>
              </w:rPr>
              <w:t>verb</w:t>
            </w:r>
          </w:p>
        </w:tc>
      </w:tr>
      <w:tr w:rsidR="00610360" w14:paraId="6C1CFF8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A69EA8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C57F81E" w14:textId="77777777" w:rsidR="00610360" w:rsidRDefault="00000000">
            <w:pPr>
              <w:spacing w:after="0"/>
            </w:pPr>
            <w:r>
              <w:rPr>
                <w:sz w:val="17"/>
              </w:rPr>
              <w:t>vive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5D66905" w14:textId="77777777" w:rsidR="00610360" w:rsidRDefault="00000000">
            <w:pPr>
              <w:spacing w:after="0"/>
            </w:pPr>
            <w:r>
              <w:rPr>
                <w:sz w:val="17"/>
              </w:rPr>
              <w:t>live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D87C1A7" w14:textId="77777777" w:rsidR="00610360" w:rsidRDefault="00000000">
            <w:pPr>
              <w:spacing w:after="0"/>
            </w:pPr>
            <w:r>
              <w:rPr>
                <w:sz w:val="17"/>
              </w:rPr>
              <w:t>verb</w:t>
            </w:r>
          </w:p>
        </w:tc>
      </w:tr>
      <w:tr w:rsidR="00610360" w14:paraId="34CF7D1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83D26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2BBD10" w14:textId="77777777" w:rsidR="00610360" w:rsidRDefault="00000000">
            <w:pPr>
              <w:spacing w:after="0"/>
            </w:pPr>
            <w:r>
              <w:rPr>
                <w:sz w:val="17"/>
              </w:rPr>
              <w:t>dormi</w:t>
            </w:r>
          </w:p>
        </w:tc>
        <w:tc>
          <w:tcPr>
            <w:tcW w:w="2592" w:type="dxa"/>
            <w:tcBorders>
              <w:top w:val="single" w:sz="4" w:space="0" w:color="D8E6EC"/>
              <w:left w:val="single" w:sz="4" w:space="0" w:color="D8E6EC"/>
              <w:bottom w:val="single" w:sz="4" w:space="0" w:color="D8E6EC"/>
              <w:right w:val="single" w:sz="4" w:space="0" w:color="D8E6EC"/>
            </w:tcBorders>
            <w:vAlign w:val="center"/>
          </w:tcPr>
          <w:p w14:paraId="7C01147B" w14:textId="77777777" w:rsidR="00610360" w:rsidRDefault="00000000">
            <w:pPr>
              <w:spacing w:after="0"/>
            </w:pPr>
            <w:r>
              <w:rPr>
                <w:sz w:val="17"/>
              </w:rPr>
              <w:t>sleep</w:t>
            </w:r>
          </w:p>
        </w:tc>
        <w:tc>
          <w:tcPr>
            <w:tcW w:w="2592" w:type="dxa"/>
            <w:tcBorders>
              <w:top w:val="single" w:sz="4" w:space="0" w:color="D8E6EC"/>
              <w:left w:val="single" w:sz="4" w:space="0" w:color="D8E6EC"/>
              <w:bottom w:val="single" w:sz="4" w:space="0" w:color="D8E6EC"/>
              <w:right w:val="single" w:sz="4" w:space="0" w:color="D8E6EC"/>
            </w:tcBorders>
            <w:vAlign w:val="center"/>
          </w:tcPr>
          <w:p w14:paraId="507BB4AF" w14:textId="77777777" w:rsidR="00610360" w:rsidRDefault="00000000">
            <w:pPr>
              <w:spacing w:after="0"/>
            </w:pPr>
            <w:r>
              <w:rPr>
                <w:sz w:val="17"/>
              </w:rPr>
              <w:t>verb</w:t>
            </w:r>
          </w:p>
        </w:tc>
      </w:tr>
      <w:tr w:rsidR="00610360" w14:paraId="2F87370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6FF655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EE000CA" w14:textId="77777777" w:rsidR="00610360" w:rsidRDefault="00000000">
            <w:pPr>
              <w:spacing w:after="0"/>
            </w:pPr>
            <w:r>
              <w:rPr>
                <w:sz w:val="17"/>
              </w:rPr>
              <w:t>bebe</w:t>
            </w:r>
          </w:p>
        </w:tc>
        <w:tc>
          <w:tcPr>
            <w:tcW w:w="2592" w:type="dxa"/>
            <w:tcBorders>
              <w:top w:val="single" w:sz="4" w:space="0" w:color="D8E6EC"/>
              <w:left w:val="single" w:sz="4" w:space="0" w:color="D8E6EC"/>
              <w:bottom w:val="single" w:sz="4" w:space="0" w:color="D8E6EC"/>
              <w:right w:val="single" w:sz="4" w:space="0" w:color="D8E6EC"/>
            </w:tcBorders>
            <w:vAlign w:val="center"/>
          </w:tcPr>
          <w:p w14:paraId="528B3014" w14:textId="77777777" w:rsidR="00610360" w:rsidRDefault="00000000">
            <w:pPr>
              <w:spacing w:after="0"/>
            </w:pPr>
            <w:r>
              <w:rPr>
                <w:sz w:val="17"/>
              </w:rPr>
              <w:t>drink</w:t>
            </w:r>
          </w:p>
        </w:tc>
        <w:tc>
          <w:tcPr>
            <w:tcW w:w="2592" w:type="dxa"/>
            <w:tcBorders>
              <w:top w:val="single" w:sz="4" w:space="0" w:color="D8E6EC"/>
              <w:left w:val="single" w:sz="4" w:space="0" w:color="D8E6EC"/>
              <w:bottom w:val="single" w:sz="4" w:space="0" w:color="D8E6EC"/>
              <w:right w:val="single" w:sz="4" w:space="0" w:color="D8E6EC"/>
            </w:tcBorders>
            <w:vAlign w:val="center"/>
          </w:tcPr>
          <w:p w14:paraId="40C06248" w14:textId="77777777" w:rsidR="00610360" w:rsidRDefault="00000000">
            <w:pPr>
              <w:spacing w:after="0"/>
            </w:pPr>
            <w:r>
              <w:rPr>
                <w:sz w:val="17"/>
              </w:rPr>
              <w:t>verb</w:t>
            </w:r>
          </w:p>
        </w:tc>
      </w:tr>
      <w:tr w:rsidR="00610360" w14:paraId="44434FC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156DD5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C760542" w14:textId="77777777" w:rsidR="00610360" w:rsidRDefault="00000000">
            <w:pPr>
              <w:spacing w:after="0"/>
            </w:pPr>
            <w:r>
              <w:rPr>
                <w:sz w:val="17"/>
              </w:rPr>
              <w:t>manja</w:t>
            </w:r>
          </w:p>
        </w:tc>
        <w:tc>
          <w:tcPr>
            <w:tcW w:w="2592" w:type="dxa"/>
            <w:tcBorders>
              <w:top w:val="single" w:sz="4" w:space="0" w:color="D8E6EC"/>
              <w:left w:val="single" w:sz="4" w:space="0" w:color="D8E6EC"/>
              <w:bottom w:val="single" w:sz="4" w:space="0" w:color="D8E6EC"/>
              <w:right w:val="single" w:sz="4" w:space="0" w:color="D8E6EC"/>
            </w:tcBorders>
            <w:vAlign w:val="center"/>
          </w:tcPr>
          <w:p w14:paraId="46B486B9" w14:textId="77777777" w:rsidR="00610360" w:rsidRDefault="00000000">
            <w:pPr>
              <w:spacing w:after="0"/>
            </w:pPr>
            <w:r>
              <w:rPr>
                <w:sz w:val="17"/>
              </w:rPr>
              <w:t>eat</w:t>
            </w:r>
          </w:p>
        </w:tc>
        <w:tc>
          <w:tcPr>
            <w:tcW w:w="2592" w:type="dxa"/>
            <w:tcBorders>
              <w:top w:val="single" w:sz="4" w:space="0" w:color="D8E6EC"/>
              <w:left w:val="single" w:sz="4" w:space="0" w:color="D8E6EC"/>
              <w:bottom w:val="single" w:sz="4" w:space="0" w:color="D8E6EC"/>
              <w:right w:val="single" w:sz="4" w:space="0" w:color="D8E6EC"/>
            </w:tcBorders>
            <w:vAlign w:val="center"/>
          </w:tcPr>
          <w:p w14:paraId="16A14791" w14:textId="77777777" w:rsidR="00610360" w:rsidRDefault="00000000">
            <w:pPr>
              <w:spacing w:after="0"/>
            </w:pPr>
            <w:r>
              <w:rPr>
                <w:sz w:val="17"/>
              </w:rPr>
              <w:t>verb</w:t>
            </w:r>
          </w:p>
        </w:tc>
      </w:tr>
      <w:tr w:rsidR="00610360" w14:paraId="15B56FD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5877C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DF8227B" w14:textId="77777777" w:rsidR="00610360" w:rsidRDefault="00000000">
            <w:pPr>
              <w:spacing w:after="0"/>
            </w:pPr>
            <w:r>
              <w:rPr>
                <w:sz w:val="17"/>
              </w:rPr>
              <w:t>prepara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34F6E9A" w14:textId="77777777" w:rsidR="00610360" w:rsidRDefault="00000000">
            <w:pPr>
              <w:spacing w:after="0"/>
            </w:pPr>
            <w:r>
              <w:rPr>
                <w:sz w:val="17"/>
              </w:rPr>
              <w:t>prepare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1952B9FA" w14:textId="77777777" w:rsidR="00610360" w:rsidRDefault="00000000">
            <w:pPr>
              <w:spacing w:after="0"/>
            </w:pPr>
            <w:r>
              <w:rPr>
                <w:sz w:val="17"/>
              </w:rPr>
              <w:t>verb</w:t>
            </w:r>
          </w:p>
        </w:tc>
      </w:tr>
      <w:tr w:rsidR="00610360" w14:paraId="1B5970D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9112B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4875DAF" w14:textId="77777777" w:rsidR="00610360" w:rsidRDefault="00000000">
            <w:pPr>
              <w:spacing w:after="0"/>
            </w:pPr>
            <w:r>
              <w:rPr>
                <w:sz w:val="17"/>
              </w:rPr>
              <w:t>compra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821B168" w14:textId="77777777" w:rsidR="00610360" w:rsidRDefault="00000000">
            <w:pPr>
              <w:spacing w:after="0"/>
            </w:pPr>
            <w:r>
              <w:rPr>
                <w:sz w:val="17"/>
              </w:rPr>
              <w:t>buy</w:t>
            </w:r>
          </w:p>
        </w:tc>
        <w:tc>
          <w:tcPr>
            <w:tcW w:w="2592" w:type="dxa"/>
            <w:tcBorders>
              <w:top w:val="single" w:sz="4" w:space="0" w:color="D8E6EC"/>
              <w:left w:val="single" w:sz="4" w:space="0" w:color="D8E6EC"/>
              <w:bottom w:val="single" w:sz="4" w:space="0" w:color="D8E6EC"/>
              <w:right w:val="single" w:sz="4" w:space="0" w:color="D8E6EC"/>
            </w:tcBorders>
            <w:vAlign w:val="center"/>
          </w:tcPr>
          <w:p w14:paraId="2F9FAA6A" w14:textId="77777777" w:rsidR="00610360" w:rsidRDefault="00000000">
            <w:pPr>
              <w:spacing w:after="0"/>
            </w:pPr>
            <w:r>
              <w:rPr>
                <w:sz w:val="17"/>
              </w:rPr>
              <w:t>verb</w:t>
            </w:r>
          </w:p>
        </w:tc>
      </w:tr>
      <w:tr w:rsidR="00610360" w14:paraId="79963E3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14B854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945016F" w14:textId="77777777" w:rsidR="00610360" w:rsidRDefault="00000000">
            <w:pPr>
              <w:spacing w:after="0"/>
            </w:pPr>
            <w:r>
              <w:rPr>
                <w:sz w:val="17"/>
              </w:rPr>
              <w:t>vende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4754D6D7" w14:textId="77777777" w:rsidR="00610360" w:rsidRDefault="00000000">
            <w:pPr>
              <w:spacing w:after="0"/>
            </w:pPr>
            <w:r>
              <w:rPr>
                <w:sz w:val="17"/>
              </w:rPr>
              <w:t>sell</w:t>
            </w:r>
          </w:p>
        </w:tc>
        <w:tc>
          <w:tcPr>
            <w:tcW w:w="2592" w:type="dxa"/>
            <w:tcBorders>
              <w:top w:val="single" w:sz="4" w:space="0" w:color="D8E6EC"/>
              <w:left w:val="single" w:sz="4" w:space="0" w:color="D8E6EC"/>
              <w:bottom w:val="single" w:sz="4" w:space="0" w:color="D8E6EC"/>
              <w:right w:val="single" w:sz="4" w:space="0" w:color="D8E6EC"/>
            </w:tcBorders>
            <w:vAlign w:val="center"/>
          </w:tcPr>
          <w:p w14:paraId="1CC2D5F1" w14:textId="77777777" w:rsidR="00610360" w:rsidRDefault="00000000">
            <w:pPr>
              <w:spacing w:after="0"/>
            </w:pPr>
            <w:r>
              <w:rPr>
                <w:sz w:val="17"/>
              </w:rPr>
              <w:t>verb</w:t>
            </w:r>
          </w:p>
        </w:tc>
      </w:tr>
      <w:tr w:rsidR="00610360" w14:paraId="1E50537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3DE932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BF6B9F" w14:textId="77777777" w:rsidR="00610360" w:rsidRDefault="00000000">
            <w:pPr>
              <w:spacing w:after="0"/>
            </w:pPr>
            <w:r>
              <w:rPr>
                <w:sz w:val="17"/>
              </w:rPr>
              <w:t>pay</w:t>
            </w:r>
          </w:p>
        </w:tc>
        <w:tc>
          <w:tcPr>
            <w:tcW w:w="2592" w:type="dxa"/>
            <w:tcBorders>
              <w:top w:val="single" w:sz="4" w:space="0" w:color="D8E6EC"/>
              <w:left w:val="single" w:sz="4" w:space="0" w:color="D8E6EC"/>
              <w:bottom w:val="single" w:sz="4" w:space="0" w:color="D8E6EC"/>
              <w:right w:val="single" w:sz="4" w:space="0" w:color="D8E6EC"/>
            </w:tcBorders>
            <w:vAlign w:val="center"/>
          </w:tcPr>
          <w:p w14:paraId="36909EA9" w14:textId="77777777" w:rsidR="00610360" w:rsidRDefault="00000000">
            <w:pPr>
              <w:spacing w:after="0"/>
            </w:pPr>
            <w:r>
              <w:rPr>
                <w:sz w:val="17"/>
              </w:rPr>
              <w:t>pay</w:t>
            </w:r>
          </w:p>
        </w:tc>
        <w:tc>
          <w:tcPr>
            <w:tcW w:w="2592" w:type="dxa"/>
            <w:tcBorders>
              <w:top w:val="single" w:sz="4" w:space="0" w:color="D8E6EC"/>
              <w:left w:val="single" w:sz="4" w:space="0" w:color="D8E6EC"/>
              <w:bottom w:val="single" w:sz="4" w:space="0" w:color="D8E6EC"/>
              <w:right w:val="single" w:sz="4" w:space="0" w:color="D8E6EC"/>
            </w:tcBorders>
            <w:vAlign w:val="center"/>
          </w:tcPr>
          <w:p w14:paraId="65238273" w14:textId="77777777" w:rsidR="00610360" w:rsidRDefault="00000000">
            <w:pPr>
              <w:spacing w:after="0"/>
            </w:pPr>
            <w:r>
              <w:rPr>
                <w:sz w:val="17"/>
              </w:rPr>
              <w:t>verb</w:t>
            </w:r>
          </w:p>
        </w:tc>
      </w:tr>
      <w:tr w:rsidR="00610360" w14:paraId="0FF1068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9DCB7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293CE5A" w14:textId="77777777" w:rsidR="00610360" w:rsidRDefault="00000000">
            <w:pPr>
              <w:spacing w:after="0"/>
            </w:pPr>
            <w:r>
              <w:rPr>
                <w:sz w:val="17"/>
              </w:rPr>
              <w:t>kosta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5B603407" w14:textId="77777777" w:rsidR="00610360" w:rsidRDefault="00000000">
            <w:pPr>
              <w:spacing w:after="0"/>
            </w:pPr>
            <w:r>
              <w:rPr>
                <w:sz w:val="17"/>
              </w:rPr>
              <w:t>cost</w:t>
            </w:r>
          </w:p>
        </w:tc>
        <w:tc>
          <w:tcPr>
            <w:tcW w:w="2592" w:type="dxa"/>
            <w:tcBorders>
              <w:top w:val="single" w:sz="4" w:space="0" w:color="D8E6EC"/>
              <w:left w:val="single" w:sz="4" w:space="0" w:color="D8E6EC"/>
              <w:bottom w:val="single" w:sz="4" w:space="0" w:color="D8E6EC"/>
              <w:right w:val="single" w:sz="4" w:space="0" w:color="D8E6EC"/>
            </w:tcBorders>
            <w:vAlign w:val="center"/>
          </w:tcPr>
          <w:p w14:paraId="14B8C883" w14:textId="77777777" w:rsidR="00610360" w:rsidRDefault="00000000">
            <w:pPr>
              <w:spacing w:after="0"/>
            </w:pPr>
            <w:r>
              <w:rPr>
                <w:sz w:val="17"/>
              </w:rPr>
              <w:t>verb/noun</w:t>
            </w:r>
          </w:p>
        </w:tc>
      </w:tr>
      <w:tr w:rsidR="00610360" w14:paraId="0E31A80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93768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037EA72" w14:textId="77777777" w:rsidR="00610360" w:rsidRDefault="00000000">
            <w:pPr>
              <w:spacing w:after="0"/>
            </w:pPr>
            <w:r>
              <w:rPr>
                <w:sz w:val="17"/>
              </w:rPr>
              <w:t>porta</w:t>
            </w:r>
          </w:p>
        </w:tc>
        <w:tc>
          <w:tcPr>
            <w:tcW w:w="2592" w:type="dxa"/>
            <w:tcBorders>
              <w:top w:val="single" w:sz="4" w:space="0" w:color="D8E6EC"/>
              <w:left w:val="single" w:sz="4" w:space="0" w:color="D8E6EC"/>
              <w:bottom w:val="single" w:sz="4" w:space="0" w:color="D8E6EC"/>
              <w:right w:val="single" w:sz="4" w:space="0" w:color="D8E6EC"/>
            </w:tcBorders>
            <w:vAlign w:val="center"/>
          </w:tcPr>
          <w:p w14:paraId="6C29EE7A" w14:textId="77777777" w:rsidR="00610360" w:rsidRDefault="00000000">
            <w:pPr>
              <w:spacing w:after="0"/>
            </w:pPr>
            <w:r>
              <w:rPr>
                <w:sz w:val="17"/>
              </w:rPr>
              <w:t>carry / door</w:t>
            </w:r>
          </w:p>
        </w:tc>
        <w:tc>
          <w:tcPr>
            <w:tcW w:w="2592" w:type="dxa"/>
            <w:tcBorders>
              <w:top w:val="single" w:sz="4" w:space="0" w:color="D8E6EC"/>
              <w:left w:val="single" w:sz="4" w:space="0" w:color="D8E6EC"/>
              <w:bottom w:val="single" w:sz="4" w:space="0" w:color="D8E6EC"/>
              <w:right w:val="single" w:sz="4" w:space="0" w:color="D8E6EC"/>
            </w:tcBorders>
            <w:vAlign w:val="center"/>
          </w:tcPr>
          <w:p w14:paraId="1FAEC113" w14:textId="77777777" w:rsidR="00610360" w:rsidRDefault="00000000">
            <w:pPr>
              <w:spacing w:after="0"/>
            </w:pPr>
            <w:r>
              <w:rPr>
                <w:sz w:val="17"/>
              </w:rPr>
              <w:t>verb/noun</w:t>
            </w:r>
          </w:p>
        </w:tc>
      </w:tr>
      <w:tr w:rsidR="00610360" w14:paraId="23764B7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208023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84AB501" w14:textId="77777777" w:rsidR="00610360" w:rsidRDefault="00000000">
            <w:pPr>
              <w:spacing w:after="0"/>
            </w:pPr>
            <w:r>
              <w:rPr>
                <w:sz w:val="17"/>
              </w:rPr>
              <w:t>mete</w:t>
            </w:r>
          </w:p>
        </w:tc>
        <w:tc>
          <w:tcPr>
            <w:tcW w:w="2592" w:type="dxa"/>
            <w:tcBorders>
              <w:top w:val="single" w:sz="4" w:space="0" w:color="D8E6EC"/>
              <w:left w:val="single" w:sz="4" w:space="0" w:color="D8E6EC"/>
              <w:bottom w:val="single" w:sz="4" w:space="0" w:color="D8E6EC"/>
              <w:right w:val="single" w:sz="4" w:space="0" w:color="D8E6EC"/>
            </w:tcBorders>
            <w:vAlign w:val="center"/>
          </w:tcPr>
          <w:p w14:paraId="550EAED8" w14:textId="77777777" w:rsidR="00610360" w:rsidRDefault="00000000">
            <w:pPr>
              <w:spacing w:after="0"/>
            </w:pPr>
            <w:r>
              <w:rPr>
                <w:sz w:val="17"/>
              </w:rPr>
              <w:t>put</w:t>
            </w:r>
          </w:p>
        </w:tc>
        <w:tc>
          <w:tcPr>
            <w:tcW w:w="2592" w:type="dxa"/>
            <w:tcBorders>
              <w:top w:val="single" w:sz="4" w:space="0" w:color="D8E6EC"/>
              <w:left w:val="single" w:sz="4" w:space="0" w:color="D8E6EC"/>
              <w:bottom w:val="single" w:sz="4" w:space="0" w:color="D8E6EC"/>
              <w:right w:val="single" w:sz="4" w:space="0" w:color="D8E6EC"/>
            </w:tcBorders>
            <w:vAlign w:val="center"/>
          </w:tcPr>
          <w:p w14:paraId="2F567940" w14:textId="77777777" w:rsidR="00610360" w:rsidRDefault="00000000">
            <w:pPr>
              <w:spacing w:after="0"/>
            </w:pPr>
            <w:r>
              <w:rPr>
                <w:sz w:val="17"/>
              </w:rPr>
              <w:t>verb</w:t>
            </w:r>
          </w:p>
        </w:tc>
      </w:tr>
      <w:tr w:rsidR="00610360" w14:paraId="79C4948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3ADFF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9ADD8BF" w14:textId="77777777" w:rsidR="00610360" w:rsidRDefault="00000000">
            <w:pPr>
              <w:spacing w:after="0"/>
            </w:pPr>
            <w:r>
              <w:rPr>
                <w:sz w:val="17"/>
              </w:rPr>
              <w:t>prende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2D60FA12" w14:textId="77777777" w:rsidR="00610360" w:rsidRDefault="00000000">
            <w:pPr>
              <w:spacing w:after="0"/>
            </w:pPr>
            <w:r>
              <w:rPr>
                <w:sz w:val="17"/>
              </w:rPr>
              <w:t>take</w:t>
            </w:r>
          </w:p>
        </w:tc>
        <w:tc>
          <w:tcPr>
            <w:tcW w:w="2592" w:type="dxa"/>
            <w:tcBorders>
              <w:top w:val="single" w:sz="4" w:space="0" w:color="D8E6EC"/>
              <w:left w:val="single" w:sz="4" w:space="0" w:color="D8E6EC"/>
              <w:bottom w:val="single" w:sz="4" w:space="0" w:color="D8E6EC"/>
              <w:right w:val="single" w:sz="4" w:space="0" w:color="D8E6EC"/>
            </w:tcBorders>
            <w:vAlign w:val="center"/>
          </w:tcPr>
          <w:p w14:paraId="7C66407A" w14:textId="77777777" w:rsidR="00610360" w:rsidRDefault="00000000">
            <w:pPr>
              <w:spacing w:after="0"/>
            </w:pPr>
            <w:r>
              <w:rPr>
                <w:sz w:val="17"/>
              </w:rPr>
              <w:t>verb</w:t>
            </w:r>
          </w:p>
        </w:tc>
      </w:tr>
      <w:tr w:rsidR="00610360" w14:paraId="0781796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8239B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EDBA89" w14:textId="77777777" w:rsidR="00610360" w:rsidRDefault="00000000">
            <w:pPr>
              <w:spacing w:after="0"/>
            </w:pPr>
            <w:r>
              <w:rPr>
                <w:sz w:val="17"/>
              </w:rPr>
              <w:t>da</w:t>
            </w:r>
          </w:p>
        </w:tc>
        <w:tc>
          <w:tcPr>
            <w:tcW w:w="2592" w:type="dxa"/>
            <w:tcBorders>
              <w:top w:val="single" w:sz="4" w:space="0" w:color="D8E6EC"/>
              <w:left w:val="single" w:sz="4" w:space="0" w:color="D8E6EC"/>
              <w:bottom w:val="single" w:sz="4" w:space="0" w:color="D8E6EC"/>
              <w:right w:val="single" w:sz="4" w:space="0" w:color="D8E6EC"/>
            </w:tcBorders>
            <w:vAlign w:val="center"/>
          </w:tcPr>
          <w:p w14:paraId="0E1A006D" w14:textId="77777777" w:rsidR="00610360" w:rsidRDefault="00000000">
            <w:pPr>
              <w:spacing w:after="0"/>
            </w:pPr>
            <w:r>
              <w:rPr>
                <w:sz w:val="17"/>
              </w:rPr>
              <w:t>give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168F0362" w14:textId="77777777" w:rsidR="00610360" w:rsidRDefault="00000000">
            <w:pPr>
              <w:spacing w:after="0"/>
            </w:pPr>
            <w:r>
              <w:rPr>
                <w:sz w:val="17"/>
              </w:rPr>
              <w:t>verb</w:t>
            </w:r>
          </w:p>
        </w:tc>
      </w:tr>
      <w:tr w:rsidR="00610360" w14:paraId="67E04F5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D1B441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A10718F" w14:textId="77777777" w:rsidR="00610360" w:rsidRDefault="00000000">
            <w:pPr>
              <w:spacing w:after="0"/>
            </w:pPr>
            <w:r>
              <w:rPr>
                <w:sz w:val="17"/>
              </w:rPr>
              <w:t>reseve</w:t>
            </w:r>
          </w:p>
        </w:tc>
        <w:tc>
          <w:tcPr>
            <w:tcW w:w="2592" w:type="dxa"/>
            <w:tcBorders>
              <w:top w:val="single" w:sz="4" w:space="0" w:color="D8E6EC"/>
              <w:left w:val="single" w:sz="4" w:space="0" w:color="D8E6EC"/>
              <w:bottom w:val="single" w:sz="4" w:space="0" w:color="D8E6EC"/>
              <w:right w:val="single" w:sz="4" w:space="0" w:color="D8E6EC"/>
            </w:tcBorders>
            <w:vAlign w:val="center"/>
          </w:tcPr>
          <w:p w14:paraId="13E16C2B" w14:textId="77777777" w:rsidR="00610360" w:rsidRDefault="00000000">
            <w:pPr>
              <w:spacing w:after="0"/>
            </w:pPr>
            <w:r>
              <w:rPr>
                <w:sz w:val="17"/>
              </w:rPr>
              <w:t>receive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9FF72B4" w14:textId="77777777" w:rsidR="00610360" w:rsidRDefault="00000000">
            <w:pPr>
              <w:spacing w:after="0"/>
            </w:pPr>
            <w:r>
              <w:rPr>
                <w:sz w:val="17"/>
              </w:rPr>
              <w:t>verb</w:t>
            </w:r>
          </w:p>
        </w:tc>
      </w:tr>
      <w:tr w:rsidR="00610360" w14:paraId="3EB137F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35172D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6AE48BE" w14:textId="77777777" w:rsidR="00610360" w:rsidRDefault="00000000">
            <w:pPr>
              <w:spacing w:after="0"/>
            </w:pPr>
            <w:r>
              <w:rPr>
                <w:sz w:val="17"/>
              </w:rPr>
              <w:t>abri</w:t>
            </w:r>
          </w:p>
        </w:tc>
        <w:tc>
          <w:tcPr>
            <w:tcW w:w="2592" w:type="dxa"/>
            <w:tcBorders>
              <w:top w:val="single" w:sz="4" w:space="0" w:color="D8E6EC"/>
              <w:left w:val="single" w:sz="4" w:space="0" w:color="D8E6EC"/>
              <w:bottom w:val="single" w:sz="4" w:space="0" w:color="D8E6EC"/>
              <w:right w:val="single" w:sz="4" w:space="0" w:color="D8E6EC"/>
            </w:tcBorders>
            <w:vAlign w:val="center"/>
          </w:tcPr>
          <w:p w14:paraId="672956D2" w14:textId="77777777" w:rsidR="00610360" w:rsidRDefault="00000000">
            <w:pPr>
              <w:spacing w:after="0"/>
            </w:pPr>
            <w:r>
              <w:rPr>
                <w:sz w:val="17"/>
              </w:rPr>
              <w:t>open</w:t>
            </w:r>
          </w:p>
        </w:tc>
        <w:tc>
          <w:tcPr>
            <w:tcW w:w="2592" w:type="dxa"/>
            <w:tcBorders>
              <w:top w:val="single" w:sz="4" w:space="0" w:color="D8E6EC"/>
              <w:left w:val="single" w:sz="4" w:space="0" w:color="D8E6EC"/>
              <w:bottom w:val="single" w:sz="4" w:space="0" w:color="D8E6EC"/>
              <w:right w:val="single" w:sz="4" w:space="0" w:color="D8E6EC"/>
            </w:tcBorders>
            <w:vAlign w:val="center"/>
          </w:tcPr>
          <w:p w14:paraId="37F4A02A" w14:textId="77777777" w:rsidR="00610360" w:rsidRDefault="00000000">
            <w:pPr>
              <w:spacing w:after="0"/>
            </w:pPr>
            <w:r>
              <w:rPr>
                <w:sz w:val="17"/>
              </w:rPr>
              <w:t>verb</w:t>
            </w:r>
          </w:p>
        </w:tc>
      </w:tr>
      <w:tr w:rsidR="00610360" w14:paraId="684D8C8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BD986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78BDFA4" w14:textId="77777777" w:rsidR="00610360" w:rsidRDefault="00000000">
            <w:pPr>
              <w:spacing w:after="0"/>
            </w:pPr>
            <w:r>
              <w:rPr>
                <w:sz w:val="17"/>
              </w:rPr>
              <w:t>ferma</w:t>
            </w:r>
          </w:p>
        </w:tc>
        <w:tc>
          <w:tcPr>
            <w:tcW w:w="2592" w:type="dxa"/>
            <w:tcBorders>
              <w:top w:val="single" w:sz="4" w:space="0" w:color="D8E6EC"/>
              <w:left w:val="single" w:sz="4" w:space="0" w:color="D8E6EC"/>
              <w:bottom w:val="single" w:sz="4" w:space="0" w:color="D8E6EC"/>
              <w:right w:val="single" w:sz="4" w:space="0" w:color="D8E6EC"/>
            </w:tcBorders>
            <w:vAlign w:val="center"/>
          </w:tcPr>
          <w:p w14:paraId="6C0F499A" w14:textId="77777777" w:rsidR="00610360" w:rsidRDefault="00000000">
            <w:pPr>
              <w:spacing w:after="0"/>
            </w:pPr>
            <w:r>
              <w:rPr>
                <w:sz w:val="17"/>
              </w:rPr>
              <w:t>close / shut</w:t>
            </w:r>
          </w:p>
        </w:tc>
        <w:tc>
          <w:tcPr>
            <w:tcW w:w="2592" w:type="dxa"/>
            <w:tcBorders>
              <w:top w:val="single" w:sz="4" w:space="0" w:color="D8E6EC"/>
              <w:left w:val="single" w:sz="4" w:space="0" w:color="D8E6EC"/>
              <w:bottom w:val="single" w:sz="4" w:space="0" w:color="D8E6EC"/>
              <w:right w:val="single" w:sz="4" w:space="0" w:color="D8E6EC"/>
            </w:tcBorders>
            <w:vAlign w:val="center"/>
          </w:tcPr>
          <w:p w14:paraId="21878D89" w14:textId="77777777" w:rsidR="00610360" w:rsidRDefault="00000000">
            <w:pPr>
              <w:spacing w:after="0"/>
            </w:pPr>
            <w:r>
              <w:rPr>
                <w:sz w:val="17"/>
              </w:rPr>
              <w:t>verb</w:t>
            </w:r>
          </w:p>
        </w:tc>
      </w:tr>
      <w:tr w:rsidR="00610360" w14:paraId="7522DD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14BCA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09659E9" w14:textId="77777777" w:rsidR="00610360" w:rsidRDefault="00000000">
            <w:pPr>
              <w:spacing w:after="0"/>
            </w:pPr>
            <w:r>
              <w:rPr>
                <w:sz w:val="17"/>
              </w:rPr>
              <w:t>lava</w:t>
            </w:r>
          </w:p>
        </w:tc>
        <w:tc>
          <w:tcPr>
            <w:tcW w:w="2592" w:type="dxa"/>
            <w:tcBorders>
              <w:top w:val="single" w:sz="4" w:space="0" w:color="D8E6EC"/>
              <w:left w:val="single" w:sz="4" w:space="0" w:color="D8E6EC"/>
              <w:bottom w:val="single" w:sz="4" w:space="0" w:color="D8E6EC"/>
              <w:right w:val="single" w:sz="4" w:space="0" w:color="D8E6EC"/>
            </w:tcBorders>
            <w:vAlign w:val="center"/>
          </w:tcPr>
          <w:p w14:paraId="53043A87" w14:textId="77777777" w:rsidR="00610360" w:rsidRDefault="00000000">
            <w:pPr>
              <w:spacing w:after="0"/>
            </w:pPr>
            <w:r>
              <w:rPr>
                <w:sz w:val="17"/>
              </w:rPr>
              <w:t>wash</w:t>
            </w:r>
          </w:p>
        </w:tc>
        <w:tc>
          <w:tcPr>
            <w:tcW w:w="2592" w:type="dxa"/>
            <w:tcBorders>
              <w:top w:val="single" w:sz="4" w:space="0" w:color="D8E6EC"/>
              <w:left w:val="single" w:sz="4" w:space="0" w:color="D8E6EC"/>
              <w:bottom w:val="single" w:sz="4" w:space="0" w:color="D8E6EC"/>
              <w:right w:val="single" w:sz="4" w:space="0" w:color="D8E6EC"/>
            </w:tcBorders>
            <w:vAlign w:val="center"/>
          </w:tcPr>
          <w:p w14:paraId="644639C3" w14:textId="77777777" w:rsidR="00610360" w:rsidRDefault="00000000">
            <w:pPr>
              <w:spacing w:after="0"/>
            </w:pPr>
            <w:r>
              <w:rPr>
                <w:sz w:val="17"/>
              </w:rPr>
              <w:t>verb</w:t>
            </w:r>
          </w:p>
        </w:tc>
      </w:tr>
      <w:tr w:rsidR="00610360" w14:paraId="6D67EB7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8C2AC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D51812F" w14:textId="77777777" w:rsidR="00610360" w:rsidRDefault="00000000">
            <w:pPr>
              <w:spacing w:after="0"/>
            </w:pPr>
            <w:r>
              <w:rPr>
                <w:sz w:val="17"/>
              </w:rPr>
              <w:t>movi</w:t>
            </w:r>
          </w:p>
        </w:tc>
        <w:tc>
          <w:tcPr>
            <w:tcW w:w="2592" w:type="dxa"/>
            <w:tcBorders>
              <w:top w:val="single" w:sz="4" w:space="0" w:color="D8E6EC"/>
              <w:left w:val="single" w:sz="4" w:space="0" w:color="D8E6EC"/>
              <w:bottom w:val="single" w:sz="4" w:space="0" w:color="D8E6EC"/>
              <w:right w:val="single" w:sz="4" w:space="0" w:color="D8E6EC"/>
            </w:tcBorders>
            <w:vAlign w:val="center"/>
          </w:tcPr>
          <w:p w14:paraId="3AD5DC10" w14:textId="77777777" w:rsidR="00610360" w:rsidRDefault="00000000">
            <w:pPr>
              <w:spacing w:after="0"/>
            </w:pPr>
            <w:r>
              <w:rPr>
                <w:sz w:val="17"/>
              </w:rPr>
              <w:t>move</w:t>
            </w:r>
          </w:p>
        </w:tc>
        <w:tc>
          <w:tcPr>
            <w:tcW w:w="2592" w:type="dxa"/>
            <w:tcBorders>
              <w:top w:val="single" w:sz="4" w:space="0" w:color="D8E6EC"/>
              <w:left w:val="single" w:sz="4" w:space="0" w:color="D8E6EC"/>
              <w:bottom w:val="single" w:sz="4" w:space="0" w:color="D8E6EC"/>
              <w:right w:val="single" w:sz="4" w:space="0" w:color="D8E6EC"/>
            </w:tcBorders>
            <w:vAlign w:val="center"/>
          </w:tcPr>
          <w:p w14:paraId="3968328C" w14:textId="77777777" w:rsidR="00610360" w:rsidRDefault="00000000">
            <w:pPr>
              <w:spacing w:after="0"/>
            </w:pPr>
            <w:r>
              <w:rPr>
                <w:sz w:val="17"/>
              </w:rPr>
              <w:t>verb</w:t>
            </w:r>
          </w:p>
        </w:tc>
      </w:tr>
      <w:tr w:rsidR="00610360" w14:paraId="6AFB59F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6C02BF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5626097" w14:textId="77777777" w:rsidR="00610360" w:rsidRDefault="00000000">
            <w:pPr>
              <w:spacing w:after="0"/>
            </w:pPr>
            <w:r>
              <w:rPr>
                <w:sz w:val="17"/>
              </w:rPr>
              <w:t>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3A2068DB" w14:textId="77777777" w:rsidR="00610360" w:rsidRDefault="00000000">
            <w:pPr>
              <w:spacing w:after="0"/>
            </w:pPr>
            <w:r>
              <w:rPr>
                <w:sz w:val="17"/>
              </w:rPr>
              <w:t>stand / be located</w:t>
            </w:r>
          </w:p>
        </w:tc>
        <w:tc>
          <w:tcPr>
            <w:tcW w:w="2592" w:type="dxa"/>
            <w:tcBorders>
              <w:top w:val="single" w:sz="4" w:space="0" w:color="D8E6EC"/>
              <w:left w:val="single" w:sz="4" w:space="0" w:color="D8E6EC"/>
              <w:bottom w:val="single" w:sz="4" w:space="0" w:color="D8E6EC"/>
              <w:right w:val="single" w:sz="4" w:space="0" w:color="D8E6EC"/>
            </w:tcBorders>
            <w:vAlign w:val="center"/>
          </w:tcPr>
          <w:p w14:paraId="086377E6" w14:textId="77777777" w:rsidR="00610360" w:rsidRDefault="00000000">
            <w:pPr>
              <w:spacing w:after="0"/>
            </w:pPr>
            <w:r>
              <w:rPr>
                <w:sz w:val="17"/>
              </w:rPr>
              <w:t>verb</w:t>
            </w:r>
          </w:p>
        </w:tc>
      </w:tr>
      <w:tr w:rsidR="00610360" w14:paraId="637386A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7B7476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D3AF8D5" w14:textId="77777777" w:rsidR="00610360" w:rsidRDefault="00000000">
            <w:pPr>
              <w:spacing w:after="0"/>
            </w:pPr>
            <w:r>
              <w:rPr>
                <w:sz w:val="17"/>
              </w:rPr>
              <w:t>labora</w:t>
            </w:r>
          </w:p>
        </w:tc>
        <w:tc>
          <w:tcPr>
            <w:tcW w:w="2592" w:type="dxa"/>
            <w:tcBorders>
              <w:top w:val="single" w:sz="4" w:space="0" w:color="D8E6EC"/>
              <w:left w:val="single" w:sz="4" w:space="0" w:color="D8E6EC"/>
              <w:bottom w:val="single" w:sz="4" w:space="0" w:color="D8E6EC"/>
              <w:right w:val="single" w:sz="4" w:space="0" w:color="D8E6EC"/>
            </w:tcBorders>
            <w:vAlign w:val="center"/>
          </w:tcPr>
          <w:p w14:paraId="3A68E8FB" w14:textId="77777777" w:rsidR="00610360" w:rsidRDefault="00000000">
            <w:pPr>
              <w:spacing w:after="0"/>
            </w:pPr>
            <w:r>
              <w:rPr>
                <w:sz w:val="17"/>
              </w:rPr>
              <w:t>work</w:t>
            </w:r>
          </w:p>
        </w:tc>
        <w:tc>
          <w:tcPr>
            <w:tcW w:w="2592" w:type="dxa"/>
            <w:tcBorders>
              <w:top w:val="single" w:sz="4" w:space="0" w:color="D8E6EC"/>
              <w:left w:val="single" w:sz="4" w:space="0" w:color="D8E6EC"/>
              <w:bottom w:val="single" w:sz="4" w:space="0" w:color="D8E6EC"/>
              <w:right w:val="single" w:sz="4" w:space="0" w:color="D8E6EC"/>
            </w:tcBorders>
            <w:vAlign w:val="center"/>
          </w:tcPr>
          <w:p w14:paraId="65BECAB6" w14:textId="77777777" w:rsidR="00610360" w:rsidRDefault="00000000">
            <w:pPr>
              <w:spacing w:after="0"/>
            </w:pPr>
            <w:r>
              <w:rPr>
                <w:sz w:val="17"/>
              </w:rPr>
              <w:t>verb</w:t>
            </w:r>
          </w:p>
        </w:tc>
      </w:tr>
      <w:tr w:rsidR="00610360" w14:paraId="1D6BA81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027D8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496865A" w14:textId="77777777" w:rsidR="00610360" w:rsidRDefault="00000000">
            <w:pPr>
              <w:spacing w:after="0"/>
            </w:pPr>
            <w:r>
              <w:rPr>
                <w:sz w:val="17"/>
              </w:rPr>
              <w:t>servi</w:t>
            </w:r>
          </w:p>
        </w:tc>
        <w:tc>
          <w:tcPr>
            <w:tcW w:w="2592" w:type="dxa"/>
            <w:tcBorders>
              <w:top w:val="single" w:sz="4" w:space="0" w:color="D8E6EC"/>
              <w:left w:val="single" w:sz="4" w:space="0" w:color="D8E6EC"/>
              <w:bottom w:val="single" w:sz="4" w:space="0" w:color="D8E6EC"/>
              <w:right w:val="single" w:sz="4" w:space="0" w:color="D8E6EC"/>
            </w:tcBorders>
            <w:vAlign w:val="center"/>
          </w:tcPr>
          <w:p w14:paraId="6DACEA28" w14:textId="77777777" w:rsidR="00610360" w:rsidRDefault="00000000">
            <w:pPr>
              <w:spacing w:after="0"/>
            </w:pPr>
            <w:r>
              <w:rPr>
                <w:sz w:val="17"/>
              </w:rPr>
              <w:t>serve</w:t>
            </w:r>
          </w:p>
        </w:tc>
        <w:tc>
          <w:tcPr>
            <w:tcW w:w="2592" w:type="dxa"/>
            <w:tcBorders>
              <w:top w:val="single" w:sz="4" w:space="0" w:color="D8E6EC"/>
              <w:left w:val="single" w:sz="4" w:space="0" w:color="D8E6EC"/>
              <w:bottom w:val="single" w:sz="4" w:space="0" w:color="D8E6EC"/>
              <w:right w:val="single" w:sz="4" w:space="0" w:color="D8E6EC"/>
            </w:tcBorders>
            <w:vAlign w:val="center"/>
          </w:tcPr>
          <w:p w14:paraId="1D9FFAF7" w14:textId="77777777" w:rsidR="00610360" w:rsidRDefault="00000000">
            <w:pPr>
              <w:spacing w:after="0"/>
            </w:pPr>
            <w:r>
              <w:rPr>
                <w:sz w:val="17"/>
              </w:rPr>
              <w:t>verb</w:t>
            </w:r>
          </w:p>
        </w:tc>
      </w:tr>
      <w:tr w:rsidR="00610360" w14:paraId="4E46948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61BD2A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46CD371" w14:textId="77777777" w:rsidR="00610360" w:rsidRDefault="00000000">
            <w:pPr>
              <w:spacing w:after="0"/>
            </w:pPr>
            <w:r>
              <w:rPr>
                <w:sz w:val="17"/>
              </w:rPr>
              <w:t>ajuda</w:t>
            </w:r>
          </w:p>
        </w:tc>
        <w:tc>
          <w:tcPr>
            <w:tcW w:w="2592" w:type="dxa"/>
            <w:tcBorders>
              <w:top w:val="single" w:sz="4" w:space="0" w:color="D8E6EC"/>
              <w:left w:val="single" w:sz="4" w:space="0" w:color="D8E6EC"/>
              <w:bottom w:val="single" w:sz="4" w:space="0" w:color="D8E6EC"/>
              <w:right w:val="single" w:sz="4" w:space="0" w:color="D8E6EC"/>
            </w:tcBorders>
            <w:vAlign w:val="center"/>
          </w:tcPr>
          <w:p w14:paraId="4DF8652D" w14:textId="77777777" w:rsidR="00610360" w:rsidRDefault="00000000">
            <w:pPr>
              <w:spacing w:after="0"/>
            </w:pPr>
            <w:r>
              <w:rPr>
                <w:sz w:val="17"/>
              </w:rPr>
              <w:t>help</w:t>
            </w:r>
          </w:p>
        </w:tc>
        <w:tc>
          <w:tcPr>
            <w:tcW w:w="2592" w:type="dxa"/>
            <w:tcBorders>
              <w:top w:val="single" w:sz="4" w:space="0" w:color="D8E6EC"/>
              <w:left w:val="single" w:sz="4" w:space="0" w:color="D8E6EC"/>
              <w:bottom w:val="single" w:sz="4" w:space="0" w:color="D8E6EC"/>
              <w:right w:val="single" w:sz="4" w:space="0" w:color="D8E6EC"/>
            </w:tcBorders>
            <w:vAlign w:val="center"/>
          </w:tcPr>
          <w:p w14:paraId="4D4E41FE" w14:textId="77777777" w:rsidR="00610360" w:rsidRDefault="00000000">
            <w:pPr>
              <w:spacing w:after="0"/>
            </w:pPr>
            <w:r>
              <w:rPr>
                <w:sz w:val="17"/>
              </w:rPr>
              <w:t>verb/noun</w:t>
            </w:r>
          </w:p>
        </w:tc>
      </w:tr>
      <w:tr w:rsidR="00610360" w14:paraId="72171F4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BCBE1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7D41612" w14:textId="77777777" w:rsidR="00610360" w:rsidRDefault="00000000">
            <w:pPr>
              <w:spacing w:after="0"/>
            </w:pPr>
            <w:r>
              <w:rPr>
                <w:sz w:val="17"/>
              </w:rPr>
              <w:t>protekte</w:t>
            </w:r>
          </w:p>
        </w:tc>
        <w:tc>
          <w:tcPr>
            <w:tcW w:w="2592" w:type="dxa"/>
            <w:tcBorders>
              <w:top w:val="single" w:sz="4" w:space="0" w:color="D8E6EC"/>
              <w:left w:val="single" w:sz="4" w:space="0" w:color="D8E6EC"/>
              <w:bottom w:val="single" w:sz="4" w:space="0" w:color="D8E6EC"/>
              <w:right w:val="single" w:sz="4" w:space="0" w:color="D8E6EC"/>
            </w:tcBorders>
            <w:vAlign w:val="center"/>
          </w:tcPr>
          <w:p w14:paraId="7E5F9B75" w14:textId="77777777" w:rsidR="00610360" w:rsidRDefault="00000000">
            <w:pPr>
              <w:spacing w:after="0"/>
            </w:pPr>
            <w:r>
              <w:rPr>
                <w:sz w:val="17"/>
              </w:rPr>
              <w:t>protect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34DBDF6D" w14:textId="77777777" w:rsidR="00610360" w:rsidRDefault="00000000">
            <w:pPr>
              <w:spacing w:after="0"/>
            </w:pPr>
            <w:r>
              <w:rPr>
                <w:sz w:val="17"/>
              </w:rPr>
              <w:t>verb</w:t>
            </w:r>
          </w:p>
        </w:tc>
      </w:tr>
      <w:tr w:rsidR="00610360" w14:paraId="4C9C08F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16E57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56DF2F4" w14:textId="77777777" w:rsidR="00610360" w:rsidRDefault="00000000">
            <w:pPr>
              <w:spacing w:after="0"/>
            </w:pPr>
            <w:r>
              <w:rPr>
                <w:sz w:val="17"/>
              </w:rPr>
              <w:t>trova</w:t>
            </w:r>
          </w:p>
        </w:tc>
        <w:tc>
          <w:tcPr>
            <w:tcW w:w="2592" w:type="dxa"/>
            <w:tcBorders>
              <w:top w:val="single" w:sz="4" w:space="0" w:color="D8E6EC"/>
              <w:left w:val="single" w:sz="4" w:space="0" w:color="D8E6EC"/>
              <w:bottom w:val="single" w:sz="4" w:space="0" w:color="D8E6EC"/>
              <w:right w:val="single" w:sz="4" w:space="0" w:color="D8E6EC"/>
            </w:tcBorders>
            <w:vAlign w:val="center"/>
          </w:tcPr>
          <w:p w14:paraId="360E43B2" w14:textId="77777777" w:rsidR="00610360" w:rsidRDefault="00000000">
            <w:pPr>
              <w:spacing w:after="0"/>
            </w:pPr>
            <w:r>
              <w:rPr>
                <w:sz w:val="17"/>
              </w:rPr>
              <w:t>find</w:t>
            </w:r>
          </w:p>
        </w:tc>
        <w:tc>
          <w:tcPr>
            <w:tcW w:w="2592" w:type="dxa"/>
            <w:tcBorders>
              <w:top w:val="single" w:sz="4" w:space="0" w:color="D8E6EC"/>
              <w:left w:val="single" w:sz="4" w:space="0" w:color="D8E6EC"/>
              <w:bottom w:val="single" w:sz="4" w:space="0" w:color="D8E6EC"/>
              <w:right w:val="single" w:sz="4" w:space="0" w:color="D8E6EC"/>
            </w:tcBorders>
            <w:vAlign w:val="center"/>
          </w:tcPr>
          <w:p w14:paraId="5C47E153" w14:textId="77777777" w:rsidR="00610360" w:rsidRDefault="00000000">
            <w:pPr>
              <w:spacing w:after="0"/>
            </w:pPr>
            <w:r>
              <w:rPr>
                <w:sz w:val="17"/>
              </w:rPr>
              <w:t>verb</w:t>
            </w:r>
          </w:p>
        </w:tc>
      </w:tr>
      <w:tr w:rsidR="00610360" w14:paraId="77F7C1B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90FCC9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E285177" w14:textId="77777777" w:rsidR="00610360" w:rsidRDefault="00000000">
            <w:pPr>
              <w:spacing w:after="0"/>
            </w:pPr>
            <w:r>
              <w:rPr>
                <w:sz w:val="17"/>
              </w:rPr>
              <w:t>perde</w:t>
            </w:r>
          </w:p>
        </w:tc>
        <w:tc>
          <w:tcPr>
            <w:tcW w:w="2592" w:type="dxa"/>
            <w:tcBorders>
              <w:top w:val="single" w:sz="4" w:space="0" w:color="D8E6EC"/>
              <w:left w:val="single" w:sz="4" w:space="0" w:color="D8E6EC"/>
              <w:bottom w:val="single" w:sz="4" w:space="0" w:color="D8E6EC"/>
              <w:right w:val="single" w:sz="4" w:space="0" w:color="D8E6EC"/>
            </w:tcBorders>
            <w:vAlign w:val="center"/>
          </w:tcPr>
          <w:p w14:paraId="3BC9F3D5" w14:textId="77777777" w:rsidR="00610360" w:rsidRDefault="00000000">
            <w:pPr>
              <w:spacing w:after="0"/>
            </w:pPr>
            <w:r>
              <w:rPr>
                <w:sz w:val="17"/>
              </w:rPr>
              <w:t>lose</w:t>
            </w:r>
          </w:p>
        </w:tc>
        <w:tc>
          <w:tcPr>
            <w:tcW w:w="2592" w:type="dxa"/>
            <w:tcBorders>
              <w:top w:val="single" w:sz="4" w:space="0" w:color="D8E6EC"/>
              <w:left w:val="single" w:sz="4" w:space="0" w:color="D8E6EC"/>
              <w:bottom w:val="single" w:sz="4" w:space="0" w:color="D8E6EC"/>
              <w:right w:val="single" w:sz="4" w:space="0" w:color="D8E6EC"/>
            </w:tcBorders>
            <w:vAlign w:val="center"/>
          </w:tcPr>
          <w:p w14:paraId="4D9C15A9" w14:textId="77777777" w:rsidR="00610360" w:rsidRDefault="00000000">
            <w:pPr>
              <w:spacing w:after="0"/>
            </w:pPr>
            <w:r>
              <w:rPr>
                <w:sz w:val="17"/>
              </w:rPr>
              <w:t>verb</w:t>
            </w:r>
          </w:p>
        </w:tc>
      </w:tr>
      <w:tr w:rsidR="00610360" w14:paraId="08DF076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CF9B1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57CB252" w14:textId="77777777" w:rsidR="00610360" w:rsidRDefault="00000000">
            <w:pPr>
              <w:spacing w:after="0"/>
            </w:pPr>
            <w:r>
              <w:rPr>
                <w:sz w:val="17"/>
              </w:rPr>
              <w:t>buska</w:t>
            </w:r>
          </w:p>
        </w:tc>
        <w:tc>
          <w:tcPr>
            <w:tcW w:w="2592" w:type="dxa"/>
            <w:tcBorders>
              <w:top w:val="single" w:sz="4" w:space="0" w:color="D8E6EC"/>
              <w:left w:val="single" w:sz="4" w:space="0" w:color="D8E6EC"/>
              <w:bottom w:val="single" w:sz="4" w:space="0" w:color="D8E6EC"/>
              <w:right w:val="single" w:sz="4" w:space="0" w:color="D8E6EC"/>
            </w:tcBorders>
            <w:vAlign w:val="center"/>
          </w:tcPr>
          <w:p w14:paraId="6BD1B0DA" w14:textId="77777777" w:rsidR="00610360" w:rsidRDefault="00000000">
            <w:pPr>
              <w:spacing w:after="0"/>
            </w:pPr>
            <w:r>
              <w:rPr>
                <w:sz w:val="17"/>
              </w:rPr>
              <w:t>look for / seek</w:t>
            </w:r>
          </w:p>
        </w:tc>
        <w:tc>
          <w:tcPr>
            <w:tcW w:w="2592" w:type="dxa"/>
            <w:tcBorders>
              <w:top w:val="single" w:sz="4" w:space="0" w:color="D8E6EC"/>
              <w:left w:val="single" w:sz="4" w:space="0" w:color="D8E6EC"/>
              <w:bottom w:val="single" w:sz="4" w:space="0" w:color="D8E6EC"/>
              <w:right w:val="single" w:sz="4" w:space="0" w:color="D8E6EC"/>
            </w:tcBorders>
            <w:vAlign w:val="center"/>
          </w:tcPr>
          <w:p w14:paraId="667A9CD2" w14:textId="77777777" w:rsidR="00610360" w:rsidRDefault="00000000">
            <w:pPr>
              <w:spacing w:after="0"/>
            </w:pPr>
            <w:r>
              <w:rPr>
                <w:sz w:val="17"/>
              </w:rPr>
              <w:t>verb</w:t>
            </w:r>
          </w:p>
        </w:tc>
      </w:tr>
      <w:tr w:rsidR="00610360" w14:paraId="71AA47D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F2C799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842BC3B" w14:textId="77777777" w:rsidR="00610360" w:rsidRDefault="00000000">
            <w:pPr>
              <w:spacing w:after="0"/>
            </w:pPr>
            <w:r>
              <w:rPr>
                <w:sz w:val="17"/>
              </w:rPr>
              <w:t>kompara</w:t>
            </w:r>
          </w:p>
        </w:tc>
        <w:tc>
          <w:tcPr>
            <w:tcW w:w="2592" w:type="dxa"/>
            <w:tcBorders>
              <w:top w:val="single" w:sz="4" w:space="0" w:color="D8E6EC"/>
              <w:left w:val="single" w:sz="4" w:space="0" w:color="D8E6EC"/>
              <w:bottom w:val="single" w:sz="4" w:space="0" w:color="D8E6EC"/>
              <w:right w:val="single" w:sz="4" w:space="0" w:color="D8E6EC"/>
            </w:tcBorders>
            <w:vAlign w:val="center"/>
          </w:tcPr>
          <w:p w14:paraId="533BD376" w14:textId="77777777" w:rsidR="00610360" w:rsidRDefault="00000000">
            <w:pPr>
              <w:spacing w:after="0"/>
            </w:pPr>
            <w:r>
              <w:rPr>
                <w:sz w:val="17"/>
              </w:rPr>
              <w:t>compare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392C4044" w14:textId="77777777" w:rsidR="00610360" w:rsidRDefault="00000000">
            <w:pPr>
              <w:spacing w:after="0"/>
            </w:pPr>
            <w:r>
              <w:rPr>
                <w:sz w:val="17"/>
              </w:rPr>
              <w:t>verb</w:t>
            </w:r>
          </w:p>
        </w:tc>
      </w:tr>
      <w:tr w:rsidR="00610360" w14:paraId="7472437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930CD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05FCF19" w14:textId="77777777" w:rsidR="00610360" w:rsidRDefault="00000000">
            <w:pPr>
              <w:spacing w:after="0"/>
            </w:pPr>
            <w:r>
              <w:rPr>
                <w:sz w:val="17"/>
              </w:rPr>
              <w:t>deside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1698C0C2" w14:textId="77777777" w:rsidR="00610360" w:rsidRDefault="00000000">
            <w:pPr>
              <w:spacing w:after="0"/>
            </w:pPr>
            <w:r>
              <w:rPr>
                <w:sz w:val="17"/>
              </w:rPr>
              <w:t>deside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7D27A1AC" w14:textId="77777777" w:rsidR="00610360" w:rsidRDefault="00000000">
            <w:pPr>
              <w:spacing w:after="0"/>
            </w:pPr>
            <w:r>
              <w:rPr>
                <w:sz w:val="17"/>
              </w:rPr>
              <w:t>verb</w:t>
            </w:r>
          </w:p>
        </w:tc>
      </w:tr>
      <w:tr w:rsidR="00610360" w14:paraId="7093666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92E8F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5016477" w14:textId="77777777" w:rsidR="00610360" w:rsidRDefault="00000000">
            <w:pPr>
              <w:spacing w:after="0"/>
            </w:pPr>
            <w:r>
              <w:rPr>
                <w:sz w:val="17"/>
              </w:rPr>
              <w:t>explika</w:t>
            </w:r>
          </w:p>
        </w:tc>
        <w:tc>
          <w:tcPr>
            <w:tcW w:w="2592" w:type="dxa"/>
            <w:tcBorders>
              <w:top w:val="single" w:sz="4" w:space="0" w:color="D8E6EC"/>
              <w:left w:val="single" w:sz="4" w:space="0" w:color="D8E6EC"/>
              <w:bottom w:val="single" w:sz="4" w:space="0" w:color="D8E6EC"/>
              <w:right w:val="single" w:sz="4" w:space="0" w:color="D8E6EC"/>
            </w:tcBorders>
            <w:vAlign w:val="center"/>
          </w:tcPr>
          <w:p w14:paraId="6177FD4C" w14:textId="77777777" w:rsidR="00610360" w:rsidRDefault="00000000">
            <w:pPr>
              <w:spacing w:after="0"/>
            </w:pPr>
            <w:r>
              <w:rPr>
                <w:sz w:val="17"/>
              </w:rPr>
              <w:t>explain</w:t>
            </w:r>
          </w:p>
        </w:tc>
        <w:tc>
          <w:tcPr>
            <w:tcW w:w="2592" w:type="dxa"/>
            <w:tcBorders>
              <w:top w:val="single" w:sz="4" w:space="0" w:color="D8E6EC"/>
              <w:left w:val="single" w:sz="4" w:space="0" w:color="D8E6EC"/>
              <w:bottom w:val="single" w:sz="4" w:space="0" w:color="D8E6EC"/>
              <w:right w:val="single" w:sz="4" w:space="0" w:color="D8E6EC"/>
            </w:tcBorders>
            <w:vAlign w:val="center"/>
          </w:tcPr>
          <w:p w14:paraId="533D452B" w14:textId="77777777" w:rsidR="00610360" w:rsidRDefault="00000000">
            <w:pPr>
              <w:spacing w:after="0"/>
            </w:pPr>
            <w:r>
              <w:rPr>
                <w:sz w:val="17"/>
              </w:rPr>
              <w:t>verb</w:t>
            </w:r>
          </w:p>
        </w:tc>
      </w:tr>
      <w:tr w:rsidR="00610360" w14:paraId="3C50490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1CD3B5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96A470F" w14:textId="77777777" w:rsidR="00610360" w:rsidRDefault="00000000">
            <w:pPr>
              <w:spacing w:after="0"/>
            </w:pPr>
            <w:r>
              <w:rPr>
                <w:sz w:val="17"/>
              </w:rPr>
              <w:t>komprende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1D34C4BF" w14:textId="77777777" w:rsidR="00610360" w:rsidRDefault="00000000">
            <w:pPr>
              <w:spacing w:after="0"/>
            </w:pPr>
            <w:r>
              <w:rPr>
                <w:sz w:val="17"/>
              </w:rPr>
              <w:t>understand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0C6C9301" w14:textId="77777777" w:rsidR="00610360" w:rsidRDefault="00000000">
            <w:pPr>
              <w:spacing w:after="0"/>
            </w:pPr>
            <w:r>
              <w:rPr>
                <w:sz w:val="17"/>
              </w:rPr>
              <w:t>verb</w:t>
            </w:r>
          </w:p>
        </w:tc>
      </w:tr>
      <w:tr w:rsidR="00610360" w14:paraId="7C82108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F0D9BA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81A46C3" w14:textId="77777777" w:rsidR="00610360" w:rsidRDefault="00000000">
            <w:pPr>
              <w:spacing w:after="0"/>
            </w:pPr>
            <w:r>
              <w:rPr>
                <w:sz w:val="17"/>
              </w:rPr>
              <w:t>repete</w:t>
            </w:r>
          </w:p>
        </w:tc>
        <w:tc>
          <w:tcPr>
            <w:tcW w:w="2592" w:type="dxa"/>
            <w:tcBorders>
              <w:top w:val="single" w:sz="4" w:space="0" w:color="D8E6EC"/>
              <w:left w:val="single" w:sz="4" w:space="0" w:color="D8E6EC"/>
              <w:bottom w:val="single" w:sz="4" w:space="0" w:color="D8E6EC"/>
              <w:right w:val="single" w:sz="4" w:space="0" w:color="D8E6EC"/>
            </w:tcBorders>
            <w:vAlign w:val="center"/>
          </w:tcPr>
          <w:p w14:paraId="23199E0E" w14:textId="77777777" w:rsidR="00610360" w:rsidRDefault="00000000">
            <w:pPr>
              <w:spacing w:after="0"/>
            </w:pPr>
            <w:r>
              <w:rPr>
                <w:sz w:val="17"/>
              </w:rPr>
              <w:t>repeat</w:t>
            </w:r>
          </w:p>
        </w:tc>
        <w:tc>
          <w:tcPr>
            <w:tcW w:w="2592" w:type="dxa"/>
            <w:tcBorders>
              <w:top w:val="single" w:sz="4" w:space="0" w:color="D8E6EC"/>
              <w:left w:val="single" w:sz="4" w:space="0" w:color="D8E6EC"/>
              <w:bottom w:val="single" w:sz="4" w:space="0" w:color="D8E6EC"/>
              <w:right w:val="single" w:sz="4" w:space="0" w:color="D8E6EC"/>
            </w:tcBorders>
            <w:vAlign w:val="center"/>
          </w:tcPr>
          <w:p w14:paraId="28D13244" w14:textId="77777777" w:rsidR="00610360" w:rsidRDefault="00000000">
            <w:pPr>
              <w:spacing w:after="0"/>
            </w:pPr>
            <w:r>
              <w:rPr>
                <w:sz w:val="17"/>
              </w:rPr>
              <w:t>verb</w:t>
            </w:r>
          </w:p>
        </w:tc>
      </w:tr>
      <w:tr w:rsidR="00610360" w14:paraId="3D1F47E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4BFE86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14277AC" w14:textId="77777777" w:rsidR="00610360" w:rsidRDefault="00000000">
            <w:pPr>
              <w:spacing w:after="0"/>
            </w:pPr>
            <w:r>
              <w:rPr>
                <w:sz w:val="17"/>
              </w:rPr>
              <w:t>apela</w:t>
            </w:r>
          </w:p>
        </w:tc>
        <w:tc>
          <w:tcPr>
            <w:tcW w:w="2592" w:type="dxa"/>
            <w:tcBorders>
              <w:top w:val="single" w:sz="4" w:space="0" w:color="D8E6EC"/>
              <w:left w:val="single" w:sz="4" w:space="0" w:color="D8E6EC"/>
              <w:bottom w:val="single" w:sz="4" w:space="0" w:color="D8E6EC"/>
              <w:right w:val="single" w:sz="4" w:space="0" w:color="D8E6EC"/>
            </w:tcBorders>
            <w:vAlign w:val="center"/>
          </w:tcPr>
          <w:p w14:paraId="1DF608A8" w14:textId="77777777" w:rsidR="00610360" w:rsidRDefault="00000000">
            <w:pPr>
              <w:spacing w:after="0"/>
            </w:pPr>
            <w:r>
              <w:rPr>
                <w:sz w:val="17"/>
              </w:rPr>
              <w:t>call / phone</w:t>
            </w:r>
          </w:p>
        </w:tc>
        <w:tc>
          <w:tcPr>
            <w:tcW w:w="2592" w:type="dxa"/>
            <w:tcBorders>
              <w:top w:val="single" w:sz="4" w:space="0" w:color="D8E6EC"/>
              <w:left w:val="single" w:sz="4" w:space="0" w:color="D8E6EC"/>
              <w:bottom w:val="single" w:sz="4" w:space="0" w:color="D8E6EC"/>
              <w:right w:val="single" w:sz="4" w:space="0" w:color="D8E6EC"/>
            </w:tcBorders>
            <w:vAlign w:val="center"/>
          </w:tcPr>
          <w:p w14:paraId="02B6E296" w14:textId="77777777" w:rsidR="00610360" w:rsidRDefault="00000000">
            <w:pPr>
              <w:spacing w:after="0"/>
            </w:pPr>
            <w:r>
              <w:rPr>
                <w:sz w:val="17"/>
              </w:rPr>
              <w:t>verb</w:t>
            </w:r>
          </w:p>
        </w:tc>
      </w:tr>
      <w:tr w:rsidR="00610360" w14:paraId="69200AD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415E6E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747D3B5" w14:textId="77777777" w:rsidR="00610360" w:rsidRDefault="00000000">
            <w:pPr>
              <w:spacing w:after="0"/>
            </w:pPr>
            <w:r>
              <w:rPr>
                <w:sz w:val="17"/>
              </w:rPr>
              <w:t>konekte</w:t>
            </w:r>
          </w:p>
        </w:tc>
        <w:tc>
          <w:tcPr>
            <w:tcW w:w="2592" w:type="dxa"/>
            <w:tcBorders>
              <w:top w:val="single" w:sz="4" w:space="0" w:color="D8E6EC"/>
              <w:left w:val="single" w:sz="4" w:space="0" w:color="D8E6EC"/>
              <w:bottom w:val="single" w:sz="4" w:space="0" w:color="D8E6EC"/>
              <w:right w:val="single" w:sz="4" w:space="0" w:color="D8E6EC"/>
            </w:tcBorders>
            <w:vAlign w:val="center"/>
          </w:tcPr>
          <w:p w14:paraId="69918B9C" w14:textId="77777777" w:rsidR="00610360" w:rsidRDefault="00000000">
            <w:pPr>
              <w:spacing w:after="0"/>
            </w:pPr>
            <w:r>
              <w:rPr>
                <w:sz w:val="17"/>
              </w:rPr>
              <w:t>connect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0FA5DD1B" w14:textId="77777777" w:rsidR="00610360" w:rsidRDefault="00000000">
            <w:pPr>
              <w:spacing w:after="0"/>
            </w:pPr>
            <w:r>
              <w:rPr>
                <w:sz w:val="17"/>
              </w:rPr>
              <w:t>verb</w:t>
            </w:r>
          </w:p>
        </w:tc>
      </w:tr>
    </w:tbl>
    <w:p w14:paraId="0D4C65CC" w14:textId="77777777" w:rsidR="00610360" w:rsidRDefault="00000000">
      <w:pPr>
        <w:pStyle w:val="Heading2"/>
        <w:spacing w:after="120"/>
      </w:pPr>
      <w:r>
        <w:rPr>
          <w:rFonts w:ascii="Aptos" w:hAnsi="Aptos"/>
        </w:rPr>
        <w:t>Adjectives and adverbs</w:t>
      </w:r>
    </w:p>
    <w:tbl>
      <w:tblPr>
        <w:tblW w:w="0" w:type="auto"/>
        <w:jc w:val="center"/>
        <w:tblLook w:val="04A0" w:firstRow="1" w:lastRow="0" w:firstColumn="1" w:lastColumn="0" w:noHBand="0" w:noVBand="1"/>
      </w:tblPr>
      <w:tblGrid>
        <w:gridCol w:w="2592"/>
        <w:gridCol w:w="2592"/>
        <w:gridCol w:w="2592"/>
        <w:gridCol w:w="2592"/>
      </w:tblGrid>
      <w:tr w:rsidR="00610360" w14:paraId="495DACA0"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6EA0379"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A9413EC"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DCD0BD7"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E4C1F67" w14:textId="77777777" w:rsidR="00610360" w:rsidRDefault="00000000">
            <w:pPr>
              <w:spacing w:after="0"/>
            </w:pPr>
            <w:r>
              <w:rPr>
                <w:b/>
                <w:color w:val="FFFFFF"/>
                <w:sz w:val="17"/>
              </w:rPr>
              <w:t>Note</w:t>
            </w:r>
          </w:p>
        </w:tc>
      </w:tr>
      <w:tr w:rsidR="00610360" w14:paraId="4605050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9B459D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6E7F756" w14:textId="77777777" w:rsidR="00610360" w:rsidRDefault="00000000">
            <w:pPr>
              <w:spacing w:after="0"/>
            </w:pPr>
            <w:r>
              <w:rPr>
                <w:sz w:val="17"/>
              </w:rPr>
              <w:t>bon</w:t>
            </w:r>
          </w:p>
        </w:tc>
        <w:tc>
          <w:tcPr>
            <w:tcW w:w="2592" w:type="dxa"/>
            <w:tcBorders>
              <w:top w:val="single" w:sz="4" w:space="0" w:color="D8E6EC"/>
              <w:left w:val="single" w:sz="4" w:space="0" w:color="D8E6EC"/>
              <w:bottom w:val="single" w:sz="4" w:space="0" w:color="D8E6EC"/>
              <w:right w:val="single" w:sz="4" w:space="0" w:color="D8E6EC"/>
            </w:tcBorders>
            <w:vAlign w:val="center"/>
          </w:tcPr>
          <w:p w14:paraId="0C084A61" w14:textId="77777777" w:rsidR="00610360" w:rsidRDefault="00000000">
            <w:pPr>
              <w:spacing w:after="0"/>
            </w:pPr>
            <w:r>
              <w:rPr>
                <w:sz w:val="17"/>
              </w:rPr>
              <w:t>good</w:t>
            </w:r>
          </w:p>
        </w:tc>
        <w:tc>
          <w:tcPr>
            <w:tcW w:w="2592" w:type="dxa"/>
            <w:tcBorders>
              <w:top w:val="single" w:sz="4" w:space="0" w:color="D8E6EC"/>
              <w:left w:val="single" w:sz="4" w:space="0" w:color="D8E6EC"/>
              <w:bottom w:val="single" w:sz="4" w:space="0" w:color="D8E6EC"/>
              <w:right w:val="single" w:sz="4" w:space="0" w:color="D8E6EC"/>
            </w:tcBorders>
            <w:vAlign w:val="center"/>
          </w:tcPr>
          <w:p w14:paraId="351A1E31" w14:textId="77777777" w:rsidR="00610360" w:rsidRDefault="00000000">
            <w:pPr>
              <w:spacing w:after="0"/>
            </w:pPr>
            <w:r>
              <w:rPr>
                <w:sz w:val="17"/>
              </w:rPr>
              <w:t>adjective</w:t>
            </w:r>
          </w:p>
        </w:tc>
      </w:tr>
      <w:tr w:rsidR="00610360" w14:paraId="7FD6770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9FE05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56D9BC2" w14:textId="77777777" w:rsidR="00610360" w:rsidRDefault="00000000">
            <w:pPr>
              <w:spacing w:after="0"/>
            </w:pPr>
            <w:r>
              <w:rPr>
                <w:sz w:val="17"/>
              </w:rPr>
              <w:t>bene</w:t>
            </w:r>
          </w:p>
        </w:tc>
        <w:tc>
          <w:tcPr>
            <w:tcW w:w="2592" w:type="dxa"/>
            <w:tcBorders>
              <w:top w:val="single" w:sz="4" w:space="0" w:color="D8E6EC"/>
              <w:left w:val="single" w:sz="4" w:space="0" w:color="D8E6EC"/>
              <w:bottom w:val="single" w:sz="4" w:space="0" w:color="D8E6EC"/>
              <w:right w:val="single" w:sz="4" w:space="0" w:color="D8E6EC"/>
            </w:tcBorders>
            <w:vAlign w:val="center"/>
          </w:tcPr>
          <w:p w14:paraId="28FD1F85" w14:textId="77777777" w:rsidR="00610360" w:rsidRDefault="00000000">
            <w:pPr>
              <w:spacing w:after="0"/>
            </w:pPr>
            <w:r>
              <w:rPr>
                <w:sz w:val="17"/>
              </w:rPr>
              <w:t>well</w:t>
            </w:r>
          </w:p>
        </w:tc>
        <w:tc>
          <w:tcPr>
            <w:tcW w:w="2592" w:type="dxa"/>
            <w:tcBorders>
              <w:top w:val="single" w:sz="4" w:space="0" w:color="D8E6EC"/>
              <w:left w:val="single" w:sz="4" w:space="0" w:color="D8E6EC"/>
              <w:bottom w:val="single" w:sz="4" w:space="0" w:color="D8E6EC"/>
              <w:right w:val="single" w:sz="4" w:space="0" w:color="D8E6EC"/>
            </w:tcBorders>
            <w:vAlign w:val="center"/>
          </w:tcPr>
          <w:p w14:paraId="11AEF415" w14:textId="77777777" w:rsidR="00610360" w:rsidRDefault="00000000">
            <w:pPr>
              <w:spacing w:after="0"/>
            </w:pPr>
            <w:r>
              <w:rPr>
                <w:sz w:val="17"/>
              </w:rPr>
              <w:t>adverb</w:t>
            </w:r>
          </w:p>
        </w:tc>
      </w:tr>
      <w:tr w:rsidR="00610360" w14:paraId="3918BFC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1A170F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9773502" w14:textId="77777777" w:rsidR="00610360" w:rsidRDefault="00000000">
            <w:pPr>
              <w:spacing w:after="0"/>
            </w:pPr>
            <w:r>
              <w:rPr>
                <w:sz w:val="17"/>
              </w:rPr>
              <w:t>mal</w:t>
            </w:r>
          </w:p>
        </w:tc>
        <w:tc>
          <w:tcPr>
            <w:tcW w:w="2592" w:type="dxa"/>
            <w:tcBorders>
              <w:top w:val="single" w:sz="4" w:space="0" w:color="D8E6EC"/>
              <w:left w:val="single" w:sz="4" w:space="0" w:color="D8E6EC"/>
              <w:bottom w:val="single" w:sz="4" w:space="0" w:color="D8E6EC"/>
              <w:right w:val="single" w:sz="4" w:space="0" w:color="D8E6EC"/>
            </w:tcBorders>
            <w:vAlign w:val="center"/>
          </w:tcPr>
          <w:p w14:paraId="3D394493" w14:textId="77777777" w:rsidR="00610360" w:rsidRDefault="00000000">
            <w:pPr>
              <w:spacing w:after="0"/>
            </w:pPr>
            <w:r>
              <w:rPr>
                <w:sz w:val="17"/>
              </w:rPr>
              <w:t>bad / opposite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590893BE" w14:textId="77777777" w:rsidR="00610360" w:rsidRDefault="00000000">
            <w:pPr>
              <w:spacing w:after="0"/>
            </w:pPr>
            <w:r>
              <w:rPr>
                <w:sz w:val="17"/>
              </w:rPr>
              <w:t>adjective/prefix</w:t>
            </w:r>
          </w:p>
        </w:tc>
      </w:tr>
      <w:tr w:rsidR="00610360" w14:paraId="2A85D81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823AB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01451C1" w14:textId="77777777" w:rsidR="00610360" w:rsidRDefault="00000000">
            <w:pPr>
              <w:spacing w:after="0"/>
            </w:pPr>
            <w:r>
              <w:rPr>
                <w:sz w:val="17"/>
              </w:rPr>
              <w:t>clar</w:t>
            </w:r>
          </w:p>
        </w:tc>
        <w:tc>
          <w:tcPr>
            <w:tcW w:w="2592" w:type="dxa"/>
            <w:tcBorders>
              <w:top w:val="single" w:sz="4" w:space="0" w:color="D8E6EC"/>
              <w:left w:val="single" w:sz="4" w:space="0" w:color="D8E6EC"/>
              <w:bottom w:val="single" w:sz="4" w:space="0" w:color="D8E6EC"/>
              <w:right w:val="single" w:sz="4" w:space="0" w:color="D8E6EC"/>
            </w:tcBorders>
            <w:vAlign w:val="center"/>
          </w:tcPr>
          <w:p w14:paraId="569144EF" w14:textId="77777777" w:rsidR="00610360" w:rsidRDefault="00000000">
            <w:pPr>
              <w:spacing w:after="0"/>
            </w:pPr>
            <w:r>
              <w:rPr>
                <w:sz w:val="17"/>
              </w:rPr>
              <w:t>clear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1E0E6D5A" w14:textId="77777777" w:rsidR="00610360" w:rsidRDefault="00000000">
            <w:pPr>
              <w:spacing w:after="0"/>
            </w:pPr>
            <w:r>
              <w:rPr>
                <w:sz w:val="17"/>
              </w:rPr>
              <w:t>adjective</w:t>
            </w:r>
          </w:p>
        </w:tc>
      </w:tr>
      <w:tr w:rsidR="00610360" w14:paraId="2A59851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BBF74E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AF54CAA" w14:textId="77777777" w:rsidR="00610360" w:rsidRDefault="00000000">
            <w:pPr>
              <w:spacing w:after="0"/>
            </w:pPr>
            <w:r>
              <w:rPr>
                <w:sz w:val="17"/>
              </w:rPr>
              <w:t>clar</w:t>
            </w:r>
          </w:p>
        </w:tc>
        <w:tc>
          <w:tcPr>
            <w:tcW w:w="2592" w:type="dxa"/>
            <w:tcBorders>
              <w:top w:val="single" w:sz="4" w:space="0" w:color="D8E6EC"/>
              <w:left w:val="single" w:sz="4" w:space="0" w:color="D8E6EC"/>
              <w:bottom w:val="single" w:sz="4" w:space="0" w:color="D8E6EC"/>
              <w:right w:val="single" w:sz="4" w:space="0" w:color="D8E6EC"/>
            </w:tcBorders>
            <w:vAlign w:val="center"/>
          </w:tcPr>
          <w:p w14:paraId="1F8AE1D0" w14:textId="77777777" w:rsidR="00610360" w:rsidRDefault="00000000">
            <w:pPr>
              <w:spacing w:after="0"/>
            </w:pPr>
            <w:r>
              <w:rPr>
                <w:sz w:val="17"/>
              </w:rPr>
              <w:t>clear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2E05AA0D" w14:textId="77777777" w:rsidR="00610360" w:rsidRDefault="00000000">
            <w:pPr>
              <w:spacing w:after="0"/>
            </w:pPr>
            <w:r>
              <w:rPr>
                <w:sz w:val="17"/>
              </w:rPr>
              <w:t>root/adjective</w:t>
            </w:r>
          </w:p>
        </w:tc>
      </w:tr>
      <w:tr w:rsidR="00610360" w14:paraId="2A81C21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754CC4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B2DADB7" w14:textId="77777777" w:rsidR="00610360" w:rsidRDefault="00000000">
            <w:pPr>
              <w:spacing w:after="0"/>
            </w:pPr>
            <w:r>
              <w:rPr>
                <w:sz w:val="17"/>
              </w:rPr>
              <w:t>simple</w:t>
            </w:r>
          </w:p>
        </w:tc>
        <w:tc>
          <w:tcPr>
            <w:tcW w:w="2592" w:type="dxa"/>
            <w:tcBorders>
              <w:top w:val="single" w:sz="4" w:space="0" w:color="D8E6EC"/>
              <w:left w:val="single" w:sz="4" w:space="0" w:color="D8E6EC"/>
              <w:bottom w:val="single" w:sz="4" w:space="0" w:color="D8E6EC"/>
              <w:right w:val="single" w:sz="4" w:space="0" w:color="D8E6EC"/>
            </w:tcBorders>
            <w:vAlign w:val="center"/>
          </w:tcPr>
          <w:p w14:paraId="426E0ADD" w14:textId="77777777" w:rsidR="00610360" w:rsidRDefault="00000000">
            <w:pPr>
              <w:spacing w:after="0"/>
            </w:pPr>
            <w:r>
              <w:rPr>
                <w:sz w:val="17"/>
              </w:rPr>
              <w:t>simple</w:t>
            </w:r>
          </w:p>
        </w:tc>
        <w:tc>
          <w:tcPr>
            <w:tcW w:w="2592" w:type="dxa"/>
            <w:tcBorders>
              <w:top w:val="single" w:sz="4" w:space="0" w:color="D8E6EC"/>
              <w:left w:val="single" w:sz="4" w:space="0" w:color="D8E6EC"/>
              <w:bottom w:val="single" w:sz="4" w:space="0" w:color="D8E6EC"/>
              <w:right w:val="single" w:sz="4" w:space="0" w:color="D8E6EC"/>
            </w:tcBorders>
            <w:vAlign w:val="center"/>
          </w:tcPr>
          <w:p w14:paraId="12A3A1C5" w14:textId="77777777" w:rsidR="00610360" w:rsidRDefault="00000000">
            <w:pPr>
              <w:spacing w:after="0"/>
            </w:pPr>
            <w:r>
              <w:rPr>
                <w:sz w:val="17"/>
              </w:rPr>
              <w:t>adjective</w:t>
            </w:r>
          </w:p>
        </w:tc>
      </w:tr>
      <w:tr w:rsidR="00610360" w14:paraId="07EBA52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F0060D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9032E8" w14:textId="77777777" w:rsidR="00610360" w:rsidRDefault="00000000">
            <w:pPr>
              <w:spacing w:after="0"/>
            </w:pPr>
            <w:r>
              <w:rPr>
                <w:sz w:val="17"/>
              </w:rPr>
              <w:t>fasil</w:t>
            </w:r>
          </w:p>
        </w:tc>
        <w:tc>
          <w:tcPr>
            <w:tcW w:w="2592" w:type="dxa"/>
            <w:tcBorders>
              <w:top w:val="single" w:sz="4" w:space="0" w:color="D8E6EC"/>
              <w:left w:val="single" w:sz="4" w:space="0" w:color="D8E6EC"/>
              <w:bottom w:val="single" w:sz="4" w:space="0" w:color="D8E6EC"/>
              <w:right w:val="single" w:sz="4" w:space="0" w:color="D8E6EC"/>
            </w:tcBorders>
            <w:vAlign w:val="center"/>
          </w:tcPr>
          <w:p w14:paraId="22FDD276" w14:textId="77777777" w:rsidR="00610360" w:rsidRDefault="00000000">
            <w:pPr>
              <w:spacing w:after="0"/>
            </w:pPr>
            <w:r>
              <w:rPr>
                <w:sz w:val="17"/>
              </w:rPr>
              <w:t>easy</w:t>
            </w:r>
          </w:p>
        </w:tc>
        <w:tc>
          <w:tcPr>
            <w:tcW w:w="2592" w:type="dxa"/>
            <w:tcBorders>
              <w:top w:val="single" w:sz="4" w:space="0" w:color="D8E6EC"/>
              <w:left w:val="single" w:sz="4" w:space="0" w:color="D8E6EC"/>
              <w:bottom w:val="single" w:sz="4" w:space="0" w:color="D8E6EC"/>
              <w:right w:val="single" w:sz="4" w:space="0" w:color="D8E6EC"/>
            </w:tcBorders>
            <w:vAlign w:val="center"/>
          </w:tcPr>
          <w:p w14:paraId="7E7FCD15" w14:textId="77777777" w:rsidR="00610360" w:rsidRDefault="00000000">
            <w:pPr>
              <w:spacing w:after="0"/>
            </w:pPr>
            <w:r>
              <w:rPr>
                <w:sz w:val="17"/>
              </w:rPr>
              <w:t>adjective</w:t>
            </w:r>
          </w:p>
        </w:tc>
      </w:tr>
      <w:tr w:rsidR="00610360" w14:paraId="69A40BA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2A984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B2021CC" w14:textId="77777777" w:rsidR="00610360" w:rsidRDefault="00000000">
            <w:pPr>
              <w:spacing w:after="0"/>
            </w:pPr>
            <w:r>
              <w:rPr>
                <w:sz w:val="17"/>
              </w:rPr>
              <w:t>difisil</w:t>
            </w:r>
          </w:p>
        </w:tc>
        <w:tc>
          <w:tcPr>
            <w:tcW w:w="2592" w:type="dxa"/>
            <w:tcBorders>
              <w:top w:val="single" w:sz="4" w:space="0" w:color="D8E6EC"/>
              <w:left w:val="single" w:sz="4" w:space="0" w:color="D8E6EC"/>
              <w:bottom w:val="single" w:sz="4" w:space="0" w:color="D8E6EC"/>
              <w:right w:val="single" w:sz="4" w:space="0" w:color="D8E6EC"/>
            </w:tcBorders>
            <w:vAlign w:val="center"/>
          </w:tcPr>
          <w:p w14:paraId="7ABD78D4" w14:textId="77777777" w:rsidR="00610360" w:rsidRDefault="00000000">
            <w:pPr>
              <w:spacing w:after="0"/>
            </w:pPr>
            <w:r>
              <w:rPr>
                <w:sz w:val="17"/>
              </w:rPr>
              <w:t>difficult</w:t>
            </w:r>
          </w:p>
        </w:tc>
        <w:tc>
          <w:tcPr>
            <w:tcW w:w="2592" w:type="dxa"/>
            <w:tcBorders>
              <w:top w:val="single" w:sz="4" w:space="0" w:color="D8E6EC"/>
              <w:left w:val="single" w:sz="4" w:space="0" w:color="D8E6EC"/>
              <w:bottom w:val="single" w:sz="4" w:space="0" w:color="D8E6EC"/>
              <w:right w:val="single" w:sz="4" w:space="0" w:color="D8E6EC"/>
            </w:tcBorders>
            <w:vAlign w:val="center"/>
          </w:tcPr>
          <w:p w14:paraId="51D16888" w14:textId="77777777" w:rsidR="00610360" w:rsidRDefault="00000000">
            <w:pPr>
              <w:spacing w:after="0"/>
            </w:pPr>
            <w:r>
              <w:rPr>
                <w:sz w:val="17"/>
              </w:rPr>
              <w:t>adjective</w:t>
            </w:r>
          </w:p>
        </w:tc>
      </w:tr>
      <w:tr w:rsidR="00610360" w14:paraId="7D247FD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5F4B1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3CFF018" w14:textId="77777777" w:rsidR="00610360" w:rsidRDefault="00000000">
            <w:pPr>
              <w:spacing w:after="0"/>
            </w:pPr>
            <w:r>
              <w:rPr>
                <w:sz w:val="17"/>
              </w:rPr>
              <w:t>grande</w:t>
            </w:r>
          </w:p>
        </w:tc>
        <w:tc>
          <w:tcPr>
            <w:tcW w:w="2592" w:type="dxa"/>
            <w:tcBorders>
              <w:top w:val="single" w:sz="4" w:space="0" w:color="D8E6EC"/>
              <w:left w:val="single" w:sz="4" w:space="0" w:color="D8E6EC"/>
              <w:bottom w:val="single" w:sz="4" w:space="0" w:color="D8E6EC"/>
              <w:right w:val="single" w:sz="4" w:space="0" w:color="D8E6EC"/>
            </w:tcBorders>
            <w:vAlign w:val="center"/>
          </w:tcPr>
          <w:p w14:paraId="1B3A9A8B" w14:textId="77777777" w:rsidR="00610360" w:rsidRDefault="00000000">
            <w:pPr>
              <w:spacing w:after="0"/>
            </w:pPr>
            <w:r>
              <w:rPr>
                <w:sz w:val="17"/>
              </w:rPr>
              <w:t>big / great</w:t>
            </w:r>
          </w:p>
        </w:tc>
        <w:tc>
          <w:tcPr>
            <w:tcW w:w="2592" w:type="dxa"/>
            <w:tcBorders>
              <w:top w:val="single" w:sz="4" w:space="0" w:color="D8E6EC"/>
              <w:left w:val="single" w:sz="4" w:space="0" w:color="D8E6EC"/>
              <w:bottom w:val="single" w:sz="4" w:space="0" w:color="D8E6EC"/>
              <w:right w:val="single" w:sz="4" w:space="0" w:color="D8E6EC"/>
            </w:tcBorders>
            <w:vAlign w:val="center"/>
          </w:tcPr>
          <w:p w14:paraId="32478776" w14:textId="77777777" w:rsidR="00610360" w:rsidRDefault="00000000">
            <w:pPr>
              <w:spacing w:after="0"/>
            </w:pPr>
            <w:r>
              <w:rPr>
                <w:sz w:val="17"/>
              </w:rPr>
              <w:t>adjective</w:t>
            </w:r>
          </w:p>
        </w:tc>
      </w:tr>
      <w:tr w:rsidR="00610360" w14:paraId="6E6F177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C499AB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EC08A0A" w14:textId="77777777" w:rsidR="00610360" w:rsidRDefault="00000000">
            <w:pPr>
              <w:spacing w:after="0"/>
            </w:pPr>
            <w:r>
              <w:rPr>
                <w:sz w:val="17"/>
              </w:rPr>
              <w:t>petit</w:t>
            </w:r>
          </w:p>
        </w:tc>
        <w:tc>
          <w:tcPr>
            <w:tcW w:w="2592" w:type="dxa"/>
            <w:tcBorders>
              <w:top w:val="single" w:sz="4" w:space="0" w:color="D8E6EC"/>
              <w:left w:val="single" w:sz="4" w:space="0" w:color="D8E6EC"/>
              <w:bottom w:val="single" w:sz="4" w:space="0" w:color="D8E6EC"/>
              <w:right w:val="single" w:sz="4" w:space="0" w:color="D8E6EC"/>
            </w:tcBorders>
            <w:vAlign w:val="center"/>
          </w:tcPr>
          <w:p w14:paraId="2B7C6059" w14:textId="77777777" w:rsidR="00610360" w:rsidRDefault="00000000">
            <w:pPr>
              <w:spacing w:after="0"/>
            </w:pPr>
            <w:r>
              <w:rPr>
                <w:sz w:val="17"/>
              </w:rPr>
              <w:t>small</w:t>
            </w:r>
          </w:p>
        </w:tc>
        <w:tc>
          <w:tcPr>
            <w:tcW w:w="2592" w:type="dxa"/>
            <w:tcBorders>
              <w:top w:val="single" w:sz="4" w:space="0" w:color="D8E6EC"/>
              <w:left w:val="single" w:sz="4" w:space="0" w:color="D8E6EC"/>
              <w:bottom w:val="single" w:sz="4" w:space="0" w:color="D8E6EC"/>
              <w:right w:val="single" w:sz="4" w:space="0" w:color="D8E6EC"/>
            </w:tcBorders>
            <w:vAlign w:val="center"/>
          </w:tcPr>
          <w:p w14:paraId="5D891171" w14:textId="77777777" w:rsidR="00610360" w:rsidRDefault="00000000">
            <w:pPr>
              <w:spacing w:after="0"/>
            </w:pPr>
            <w:r>
              <w:rPr>
                <w:sz w:val="17"/>
              </w:rPr>
              <w:t>adjective</w:t>
            </w:r>
          </w:p>
        </w:tc>
      </w:tr>
      <w:tr w:rsidR="00610360" w14:paraId="552EBF9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6E3C39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AD2400E" w14:textId="77777777" w:rsidR="00610360" w:rsidRDefault="00000000">
            <w:pPr>
              <w:spacing w:after="0"/>
            </w:pPr>
            <w:r>
              <w:rPr>
                <w:sz w:val="17"/>
              </w:rPr>
              <w:t>longa</w:t>
            </w:r>
          </w:p>
        </w:tc>
        <w:tc>
          <w:tcPr>
            <w:tcW w:w="2592" w:type="dxa"/>
            <w:tcBorders>
              <w:top w:val="single" w:sz="4" w:space="0" w:color="D8E6EC"/>
              <w:left w:val="single" w:sz="4" w:space="0" w:color="D8E6EC"/>
              <w:bottom w:val="single" w:sz="4" w:space="0" w:color="D8E6EC"/>
              <w:right w:val="single" w:sz="4" w:space="0" w:color="D8E6EC"/>
            </w:tcBorders>
            <w:vAlign w:val="center"/>
          </w:tcPr>
          <w:p w14:paraId="4EF043A2" w14:textId="77777777" w:rsidR="00610360" w:rsidRDefault="00000000">
            <w:pPr>
              <w:spacing w:after="0"/>
            </w:pPr>
            <w:r>
              <w:rPr>
                <w:sz w:val="17"/>
              </w:rPr>
              <w:t>long</w:t>
            </w:r>
          </w:p>
        </w:tc>
        <w:tc>
          <w:tcPr>
            <w:tcW w:w="2592" w:type="dxa"/>
            <w:tcBorders>
              <w:top w:val="single" w:sz="4" w:space="0" w:color="D8E6EC"/>
              <w:left w:val="single" w:sz="4" w:space="0" w:color="D8E6EC"/>
              <w:bottom w:val="single" w:sz="4" w:space="0" w:color="D8E6EC"/>
              <w:right w:val="single" w:sz="4" w:space="0" w:color="D8E6EC"/>
            </w:tcBorders>
            <w:vAlign w:val="center"/>
          </w:tcPr>
          <w:p w14:paraId="725F82ED" w14:textId="77777777" w:rsidR="00610360" w:rsidRDefault="00000000">
            <w:pPr>
              <w:spacing w:after="0"/>
            </w:pPr>
            <w:r>
              <w:rPr>
                <w:sz w:val="17"/>
              </w:rPr>
              <w:t>adjective</w:t>
            </w:r>
          </w:p>
        </w:tc>
      </w:tr>
      <w:tr w:rsidR="00610360" w14:paraId="1E0FF37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D783F7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926D87A" w14:textId="77777777" w:rsidR="00610360" w:rsidRDefault="00000000">
            <w:pPr>
              <w:spacing w:after="0"/>
            </w:pPr>
            <w:r>
              <w:rPr>
                <w:sz w:val="17"/>
              </w:rPr>
              <w:t>kurta</w:t>
            </w:r>
          </w:p>
        </w:tc>
        <w:tc>
          <w:tcPr>
            <w:tcW w:w="2592" w:type="dxa"/>
            <w:tcBorders>
              <w:top w:val="single" w:sz="4" w:space="0" w:color="D8E6EC"/>
              <w:left w:val="single" w:sz="4" w:space="0" w:color="D8E6EC"/>
              <w:bottom w:val="single" w:sz="4" w:space="0" w:color="D8E6EC"/>
              <w:right w:val="single" w:sz="4" w:space="0" w:color="D8E6EC"/>
            </w:tcBorders>
            <w:vAlign w:val="center"/>
          </w:tcPr>
          <w:p w14:paraId="324B6EB4" w14:textId="77777777" w:rsidR="00610360" w:rsidRDefault="00000000">
            <w:pPr>
              <w:spacing w:after="0"/>
            </w:pPr>
            <w:r>
              <w:rPr>
                <w:sz w:val="17"/>
              </w:rPr>
              <w:t>short</w:t>
            </w:r>
          </w:p>
        </w:tc>
        <w:tc>
          <w:tcPr>
            <w:tcW w:w="2592" w:type="dxa"/>
            <w:tcBorders>
              <w:top w:val="single" w:sz="4" w:space="0" w:color="D8E6EC"/>
              <w:left w:val="single" w:sz="4" w:space="0" w:color="D8E6EC"/>
              <w:bottom w:val="single" w:sz="4" w:space="0" w:color="D8E6EC"/>
              <w:right w:val="single" w:sz="4" w:space="0" w:color="D8E6EC"/>
            </w:tcBorders>
            <w:vAlign w:val="center"/>
          </w:tcPr>
          <w:p w14:paraId="12E2B394" w14:textId="77777777" w:rsidR="00610360" w:rsidRDefault="00000000">
            <w:pPr>
              <w:spacing w:after="0"/>
            </w:pPr>
            <w:r>
              <w:rPr>
                <w:sz w:val="17"/>
              </w:rPr>
              <w:t>adjective</w:t>
            </w:r>
          </w:p>
        </w:tc>
      </w:tr>
      <w:tr w:rsidR="00610360" w14:paraId="64B2B25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FC90C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84BB727" w14:textId="77777777" w:rsidR="00610360" w:rsidRDefault="00000000">
            <w:pPr>
              <w:spacing w:after="0"/>
            </w:pPr>
            <w:r>
              <w:rPr>
                <w:sz w:val="17"/>
              </w:rPr>
              <w:t>larga</w:t>
            </w:r>
          </w:p>
        </w:tc>
        <w:tc>
          <w:tcPr>
            <w:tcW w:w="2592" w:type="dxa"/>
            <w:tcBorders>
              <w:top w:val="single" w:sz="4" w:space="0" w:color="D8E6EC"/>
              <w:left w:val="single" w:sz="4" w:space="0" w:color="D8E6EC"/>
              <w:bottom w:val="single" w:sz="4" w:space="0" w:color="D8E6EC"/>
              <w:right w:val="single" w:sz="4" w:space="0" w:color="D8E6EC"/>
            </w:tcBorders>
            <w:vAlign w:val="center"/>
          </w:tcPr>
          <w:p w14:paraId="1BBE333B" w14:textId="77777777" w:rsidR="00610360" w:rsidRDefault="00000000">
            <w:pPr>
              <w:spacing w:after="0"/>
            </w:pPr>
            <w:r>
              <w:rPr>
                <w:sz w:val="17"/>
              </w:rPr>
              <w:t>wide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6AC00CA9" w14:textId="77777777" w:rsidR="00610360" w:rsidRDefault="00000000">
            <w:pPr>
              <w:spacing w:after="0"/>
            </w:pPr>
            <w:r>
              <w:rPr>
                <w:sz w:val="17"/>
              </w:rPr>
              <w:t>adjective</w:t>
            </w:r>
          </w:p>
        </w:tc>
      </w:tr>
      <w:tr w:rsidR="00610360" w14:paraId="79828D2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671AD7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218AEF5" w14:textId="77777777" w:rsidR="00610360" w:rsidRDefault="00000000">
            <w:pPr>
              <w:spacing w:after="0"/>
            </w:pPr>
            <w:r>
              <w:rPr>
                <w:sz w:val="17"/>
              </w:rPr>
              <w:t>alta</w:t>
            </w:r>
          </w:p>
        </w:tc>
        <w:tc>
          <w:tcPr>
            <w:tcW w:w="2592" w:type="dxa"/>
            <w:tcBorders>
              <w:top w:val="single" w:sz="4" w:space="0" w:color="D8E6EC"/>
              <w:left w:val="single" w:sz="4" w:space="0" w:color="D8E6EC"/>
              <w:bottom w:val="single" w:sz="4" w:space="0" w:color="D8E6EC"/>
              <w:right w:val="single" w:sz="4" w:space="0" w:color="D8E6EC"/>
            </w:tcBorders>
            <w:vAlign w:val="center"/>
          </w:tcPr>
          <w:p w14:paraId="47FCC917" w14:textId="77777777" w:rsidR="00610360" w:rsidRDefault="00000000">
            <w:pPr>
              <w:spacing w:after="0"/>
            </w:pPr>
            <w:r>
              <w:rPr>
                <w:sz w:val="17"/>
              </w:rPr>
              <w:t>high / tall</w:t>
            </w:r>
          </w:p>
        </w:tc>
        <w:tc>
          <w:tcPr>
            <w:tcW w:w="2592" w:type="dxa"/>
            <w:tcBorders>
              <w:top w:val="single" w:sz="4" w:space="0" w:color="D8E6EC"/>
              <w:left w:val="single" w:sz="4" w:space="0" w:color="D8E6EC"/>
              <w:bottom w:val="single" w:sz="4" w:space="0" w:color="D8E6EC"/>
              <w:right w:val="single" w:sz="4" w:space="0" w:color="D8E6EC"/>
            </w:tcBorders>
            <w:vAlign w:val="center"/>
          </w:tcPr>
          <w:p w14:paraId="47BB5A43" w14:textId="77777777" w:rsidR="00610360" w:rsidRDefault="00000000">
            <w:pPr>
              <w:spacing w:after="0"/>
            </w:pPr>
            <w:r>
              <w:rPr>
                <w:sz w:val="17"/>
              </w:rPr>
              <w:t>adjective</w:t>
            </w:r>
          </w:p>
        </w:tc>
      </w:tr>
      <w:tr w:rsidR="00610360" w14:paraId="1978093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06F43E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78CCA42" w14:textId="77777777" w:rsidR="00610360" w:rsidRDefault="00000000">
            <w:pPr>
              <w:spacing w:after="0"/>
            </w:pPr>
            <w:r>
              <w:rPr>
                <w:sz w:val="17"/>
              </w:rPr>
              <w:t>basa</w:t>
            </w:r>
          </w:p>
        </w:tc>
        <w:tc>
          <w:tcPr>
            <w:tcW w:w="2592" w:type="dxa"/>
            <w:tcBorders>
              <w:top w:val="single" w:sz="4" w:space="0" w:color="D8E6EC"/>
              <w:left w:val="single" w:sz="4" w:space="0" w:color="D8E6EC"/>
              <w:bottom w:val="single" w:sz="4" w:space="0" w:color="D8E6EC"/>
              <w:right w:val="single" w:sz="4" w:space="0" w:color="D8E6EC"/>
            </w:tcBorders>
            <w:vAlign w:val="center"/>
          </w:tcPr>
          <w:p w14:paraId="1F3841E9" w14:textId="77777777" w:rsidR="00610360" w:rsidRDefault="00000000">
            <w:pPr>
              <w:spacing w:after="0"/>
            </w:pPr>
            <w:r>
              <w:rPr>
                <w:sz w:val="17"/>
              </w:rPr>
              <w:t>low / base</w:t>
            </w:r>
          </w:p>
        </w:tc>
        <w:tc>
          <w:tcPr>
            <w:tcW w:w="2592" w:type="dxa"/>
            <w:tcBorders>
              <w:top w:val="single" w:sz="4" w:space="0" w:color="D8E6EC"/>
              <w:left w:val="single" w:sz="4" w:space="0" w:color="D8E6EC"/>
              <w:bottom w:val="single" w:sz="4" w:space="0" w:color="D8E6EC"/>
              <w:right w:val="single" w:sz="4" w:space="0" w:color="D8E6EC"/>
            </w:tcBorders>
            <w:vAlign w:val="center"/>
          </w:tcPr>
          <w:p w14:paraId="4C454BC1" w14:textId="77777777" w:rsidR="00610360" w:rsidRDefault="00000000">
            <w:pPr>
              <w:spacing w:after="0"/>
            </w:pPr>
            <w:r>
              <w:rPr>
                <w:sz w:val="17"/>
              </w:rPr>
              <w:t>adjective/noun</w:t>
            </w:r>
          </w:p>
        </w:tc>
      </w:tr>
      <w:tr w:rsidR="00610360" w14:paraId="05BB807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D06AEF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722838" w14:textId="77777777" w:rsidR="00610360" w:rsidRDefault="00000000">
            <w:pPr>
              <w:spacing w:after="0"/>
            </w:pPr>
            <w:r>
              <w:rPr>
                <w:sz w:val="17"/>
              </w:rPr>
              <w:t>nova</w:t>
            </w:r>
          </w:p>
        </w:tc>
        <w:tc>
          <w:tcPr>
            <w:tcW w:w="2592" w:type="dxa"/>
            <w:tcBorders>
              <w:top w:val="single" w:sz="4" w:space="0" w:color="D8E6EC"/>
              <w:left w:val="single" w:sz="4" w:space="0" w:color="D8E6EC"/>
              <w:bottom w:val="single" w:sz="4" w:space="0" w:color="D8E6EC"/>
              <w:right w:val="single" w:sz="4" w:space="0" w:color="D8E6EC"/>
            </w:tcBorders>
            <w:vAlign w:val="center"/>
          </w:tcPr>
          <w:p w14:paraId="5A7DCFEC" w14:textId="77777777" w:rsidR="00610360" w:rsidRDefault="00000000">
            <w:pPr>
              <w:spacing w:after="0"/>
            </w:pPr>
            <w:r>
              <w:rPr>
                <w:sz w:val="17"/>
              </w:rPr>
              <w:t>new</w:t>
            </w:r>
          </w:p>
        </w:tc>
        <w:tc>
          <w:tcPr>
            <w:tcW w:w="2592" w:type="dxa"/>
            <w:tcBorders>
              <w:top w:val="single" w:sz="4" w:space="0" w:color="D8E6EC"/>
              <w:left w:val="single" w:sz="4" w:space="0" w:color="D8E6EC"/>
              <w:bottom w:val="single" w:sz="4" w:space="0" w:color="D8E6EC"/>
              <w:right w:val="single" w:sz="4" w:space="0" w:color="D8E6EC"/>
            </w:tcBorders>
            <w:vAlign w:val="center"/>
          </w:tcPr>
          <w:p w14:paraId="279E7A03" w14:textId="77777777" w:rsidR="00610360" w:rsidRDefault="00000000">
            <w:pPr>
              <w:spacing w:after="0"/>
            </w:pPr>
            <w:r>
              <w:rPr>
                <w:sz w:val="17"/>
              </w:rPr>
              <w:t>adjective</w:t>
            </w:r>
          </w:p>
        </w:tc>
      </w:tr>
      <w:tr w:rsidR="00610360" w14:paraId="4DF4806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3AF6C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219B23E" w14:textId="77777777" w:rsidR="00610360" w:rsidRDefault="00000000">
            <w:pPr>
              <w:spacing w:after="0"/>
            </w:pPr>
            <w:r>
              <w:rPr>
                <w:sz w:val="17"/>
              </w:rPr>
              <w:t>olda</w:t>
            </w:r>
          </w:p>
        </w:tc>
        <w:tc>
          <w:tcPr>
            <w:tcW w:w="2592" w:type="dxa"/>
            <w:tcBorders>
              <w:top w:val="single" w:sz="4" w:space="0" w:color="D8E6EC"/>
              <w:left w:val="single" w:sz="4" w:space="0" w:color="D8E6EC"/>
              <w:bottom w:val="single" w:sz="4" w:space="0" w:color="D8E6EC"/>
              <w:right w:val="single" w:sz="4" w:space="0" w:color="D8E6EC"/>
            </w:tcBorders>
            <w:vAlign w:val="center"/>
          </w:tcPr>
          <w:p w14:paraId="6ED7C3B8" w14:textId="77777777" w:rsidR="00610360" w:rsidRDefault="00000000">
            <w:pPr>
              <w:spacing w:after="0"/>
            </w:pPr>
            <w:r>
              <w:rPr>
                <w:sz w:val="17"/>
              </w:rPr>
              <w:t>old</w:t>
            </w:r>
          </w:p>
        </w:tc>
        <w:tc>
          <w:tcPr>
            <w:tcW w:w="2592" w:type="dxa"/>
            <w:tcBorders>
              <w:top w:val="single" w:sz="4" w:space="0" w:color="D8E6EC"/>
              <w:left w:val="single" w:sz="4" w:space="0" w:color="D8E6EC"/>
              <w:bottom w:val="single" w:sz="4" w:space="0" w:color="D8E6EC"/>
              <w:right w:val="single" w:sz="4" w:space="0" w:color="D8E6EC"/>
            </w:tcBorders>
            <w:vAlign w:val="center"/>
          </w:tcPr>
          <w:p w14:paraId="667C69D2" w14:textId="77777777" w:rsidR="00610360" w:rsidRDefault="00000000">
            <w:pPr>
              <w:spacing w:after="0"/>
            </w:pPr>
            <w:r>
              <w:rPr>
                <w:sz w:val="17"/>
              </w:rPr>
              <w:t>adjective</w:t>
            </w:r>
          </w:p>
        </w:tc>
      </w:tr>
      <w:tr w:rsidR="00610360" w14:paraId="7B20E2F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7EF6EA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773BD39" w14:textId="77777777" w:rsidR="00610360" w:rsidRDefault="00000000">
            <w:pPr>
              <w:spacing w:after="0"/>
            </w:pPr>
            <w:r>
              <w:rPr>
                <w:sz w:val="17"/>
              </w:rPr>
              <w:t>joven</w:t>
            </w:r>
          </w:p>
        </w:tc>
        <w:tc>
          <w:tcPr>
            <w:tcW w:w="2592" w:type="dxa"/>
            <w:tcBorders>
              <w:top w:val="single" w:sz="4" w:space="0" w:color="D8E6EC"/>
              <w:left w:val="single" w:sz="4" w:space="0" w:color="D8E6EC"/>
              <w:bottom w:val="single" w:sz="4" w:space="0" w:color="D8E6EC"/>
              <w:right w:val="single" w:sz="4" w:space="0" w:color="D8E6EC"/>
            </w:tcBorders>
            <w:vAlign w:val="center"/>
          </w:tcPr>
          <w:p w14:paraId="2E2F3064" w14:textId="77777777" w:rsidR="00610360" w:rsidRDefault="00000000">
            <w:pPr>
              <w:spacing w:after="0"/>
            </w:pPr>
            <w:r>
              <w:rPr>
                <w:sz w:val="17"/>
              </w:rPr>
              <w:t>young</w:t>
            </w:r>
          </w:p>
        </w:tc>
        <w:tc>
          <w:tcPr>
            <w:tcW w:w="2592" w:type="dxa"/>
            <w:tcBorders>
              <w:top w:val="single" w:sz="4" w:space="0" w:color="D8E6EC"/>
              <w:left w:val="single" w:sz="4" w:space="0" w:color="D8E6EC"/>
              <w:bottom w:val="single" w:sz="4" w:space="0" w:color="D8E6EC"/>
              <w:right w:val="single" w:sz="4" w:space="0" w:color="D8E6EC"/>
            </w:tcBorders>
            <w:vAlign w:val="center"/>
          </w:tcPr>
          <w:p w14:paraId="63602965" w14:textId="77777777" w:rsidR="00610360" w:rsidRDefault="00000000">
            <w:pPr>
              <w:spacing w:after="0"/>
            </w:pPr>
            <w:r>
              <w:rPr>
                <w:sz w:val="17"/>
              </w:rPr>
              <w:t>adjective</w:t>
            </w:r>
          </w:p>
        </w:tc>
      </w:tr>
      <w:tr w:rsidR="00610360" w14:paraId="35BFE76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7AF8D9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4D8E4A7" w14:textId="77777777" w:rsidR="00610360" w:rsidRDefault="00000000">
            <w:pPr>
              <w:spacing w:after="0"/>
            </w:pPr>
            <w:r>
              <w:rPr>
                <w:sz w:val="17"/>
              </w:rPr>
              <w:t>rapide</w:t>
            </w:r>
          </w:p>
        </w:tc>
        <w:tc>
          <w:tcPr>
            <w:tcW w:w="2592" w:type="dxa"/>
            <w:tcBorders>
              <w:top w:val="single" w:sz="4" w:space="0" w:color="D8E6EC"/>
              <w:left w:val="single" w:sz="4" w:space="0" w:color="D8E6EC"/>
              <w:bottom w:val="single" w:sz="4" w:space="0" w:color="D8E6EC"/>
              <w:right w:val="single" w:sz="4" w:space="0" w:color="D8E6EC"/>
            </w:tcBorders>
            <w:vAlign w:val="center"/>
          </w:tcPr>
          <w:p w14:paraId="6FC8B6FA" w14:textId="77777777" w:rsidR="00610360" w:rsidRDefault="00000000">
            <w:pPr>
              <w:spacing w:after="0"/>
            </w:pPr>
            <w:r>
              <w:rPr>
                <w:sz w:val="17"/>
              </w:rPr>
              <w:t>fast / quickly</w:t>
            </w:r>
          </w:p>
        </w:tc>
        <w:tc>
          <w:tcPr>
            <w:tcW w:w="2592" w:type="dxa"/>
            <w:tcBorders>
              <w:top w:val="single" w:sz="4" w:space="0" w:color="D8E6EC"/>
              <w:left w:val="single" w:sz="4" w:space="0" w:color="D8E6EC"/>
              <w:bottom w:val="single" w:sz="4" w:space="0" w:color="D8E6EC"/>
              <w:right w:val="single" w:sz="4" w:space="0" w:color="D8E6EC"/>
            </w:tcBorders>
            <w:vAlign w:val="center"/>
          </w:tcPr>
          <w:p w14:paraId="02208CA2" w14:textId="77777777" w:rsidR="00610360" w:rsidRDefault="00000000">
            <w:pPr>
              <w:spacing w:after="0"/>
            </w:pPr>
            <w:r>
              <w:rPr>
                <w:sz w:val="17"/>
              </w:rPr>
              <w:t>adjective/adverb</w:t>
            </w:r>
          </w:p>
        </w:tc>
      </w:tr>
      <w:tr w:rsidR="00610360" w14:paraId="720DB58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E1D88B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E123EE6" w14:textId="77777777" w:rsidR="00610360" w:rsidRDefault="00000000">
            <w:pPr>
              <w:spacing w:after="0"/>
            </w:pPr>
            <w:r>
              <w:rPr>
                <w:sz w:val="17"/>
              </w:rPr>
              <w:t>lenta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4D03F1C5" w14:textId="77777777" w:rsidR="00610360" w:rsidRDefault="00000000">
            <w:pPr>
              <w:spacing w:after="0"/>
            </w:pPr>
            <w:r>
              <w:rPr>
                <w:sz w:val="17"/>
              </w:rPr>
              <w:t>slow / slowly</w:t>
            </w:r>
          </w:p>
        </w:tc>
        <w:tc>
          <w:tcPr>
            <w:tcW w:w="2592" w:type="dxa"/>
            <w:tcBorders>
              <w:top w:val="single" w:sz="4" w:space="0" w:color="D8E6EC"/>
              <w:left w:val="single" w:sz="4" w:space="0" w:color="D8E6EC"/>
              <w:bottom w:val="single" w:sz="4" w:space="0" w:color="D8E6EC"/>
              <w:right w:val="single" w:sz="4" w:space="0" w:color="D8E6EC"/>
            </w:tcBorders>
            <w:vAlign w:val="center"/>
          </w:tcPr>
          <w:p w14:paraId="2B5EE1EB" w14:textId="77777777" w:rsidR="00610360" w:rsidRDefault="00000000">
            <w:pPr>
              <w:spacing w:after="0"/>
            </w:pPr>
            <w:r>
              <w:rPr>
                <w:sz w:val="17"/>
              </w:rPr>
              <w:t>adjective/adverb</w:t>
            </w:r>
          </w:p>
        </w:tc>
      </w:tr>
      <w:tr w:rsidR="00610360" w14:paraId="6E27D8F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2FB09D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3B53D52" w14:textId="77777777" w:rsidR="00610360" w:rsidRDefault="00000000">
            <w:pPr>
              <w:spacing w:after="0"/>
            </w:pPr>
            <w:r>
              <w:rPr>
                <w:sz w:val="17"/>
              </w:rPr>
              <w:t>forte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1AFE3FD1" w14:textId="77777777" w:rsidR="00610360" w:rsidRDefault="00000000">
            <w:pPr>
              <w:spacing w:after="0"/>
            </w:pPr>
            <w:r>
              <w:rPr>
                <w:sz w:val="17"/>
              </w:rPr>
              <w:t>strong</w:t>
            </w:r>
          </w:p>
        </w:tc>
        <w:tc>
          <w:tcPr>
            <w:tcW w:w="2592" w:type="dxa"/>
            <w:tcBorders>
              <w:top w:val="single" w:sz="4" w:space="0" w:color="D8E6EC"/>
              <w:left w:val="single" w:sz="4" w:space="0" w:color="D8E6EC"/>
              <w:bottom w:val="single" w:sz="4" w:space="0" w:color="D8E6EC"/>
              <w:right w:val="single" w:sz="4" w:space="0" w:color="D8E6EC"/>
            </w:tcBorders>
            <w:vAlign w:val="center"/>
          </w:tcPr>
          <w:p w14:paraId="26E30447" w14:textId="77777777" w:rsidR="00610360" w:rsidRDefault="00000000">
            <w:pPr>
              <w:spacing w:after="0"/>
            </w:pPr>
            <w:r>
              <w:rPr>
                <w:sz w:val="17"/>
              </w:rPr>
              <w:t>adjective</w:t>
            </w:r>
          </w:p>
        </w:tc>
      </w:tr>
      <w:tr w:rsidR="00610360" w14:paraId="03C5F3F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9BBF01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9F5C91F" w14:textId="77777777" w:rsidR="00610360" w:rsidRDefault="00000000">
            <w:pPr>
              <w:spacing w:after="0"/>
            </w:pPr>
            <w:r>
              <w:rPr>
                <w:sz w:val="17"/>
              </w:rPr>
              <w:t>feliz</w:t>
            </w:r>
          </w:p>
        </w:tc>
        <w:tc>
          <w:tcPr>
            <w:tcW w:w="2592" w:type="dxa"/>
            <w:tcBorders>
              <w:top w:val="single" w:sz="4" w:space="0" w:color="D8E6EC"/>
              <w:left w:val="single" w:sz="4" w:space="0" w:color="D8E6EC"/>
              <w:bottom w:val="single" w:sz="4" w:space="0" w:color="D8E6EC"/>
              <w:right w:val="single" w:sz="4" w:space="0" w:color="D8E6EC"/>
            </w:tcBorders>
            <w:vAlign w:val="center"/>
          </w:tcPr>
          <w:p w14:paraId="353150ED" w14:textId="77777777" w:rsidR="00610360" w:rsidRDefault="00000000">
            <w:pPr>
              <w:spacing w:after="0"/>
            </w:pPr>
            <w:r>
              <w:rPr>
                <w:sz w:val="17"/>
              </w:rPr>
              <w:t>happy</w:t>
            </w:r>
          </w:p>
        </w:tc>
        <w:tc>
          <w:tcPr>
            <w:tcW w:w="2592" w:type="dxa"/>
            <w:tcBorders>
              <w:top w:val="single" w:sz="4" w:space="0" w:color="D8E6EC"/>
              <w:left w:val="single" w:sz="4" w:space="0" w:color="D8E6EC"/>
              <w:bottom w:val="single" w:sz="4" w:space="0" w:color="D8E6EC"/>
              <w:right w:val="single" w:sz="4" w:space="0" w:color="D8E6EC"/>
            </w:tcBorders>
            <w:vAlign w:val="center"/>
          </w:tcPr>
          <w:p w14:paraId="3FFA6372" w14:textId="77777777" w:rsidR="00610360" w:rsidRDefault="00000000">
            <w:pPr>
              <w:spacing w:after="0"/>
            </w:pPr>
            <w:r>
              <w:rPr>
                <w:sz w:val="17"/>
              </w:rPr>
              <w:t>adjective</w:t>
            </w:r>
          </w:p>
        </w:tc>
      </w:tr>
      <w:tr w:rsidR="00610360" w14:paraId="72F1AF0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2D259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B0904E6" w14:textId="77777777" w:rsidR="00610360" w:rsidRDefault="00000000">
            <w:pPr>
              <w:spacing w:after="0"/>
            </w:pPr>
            <w:r>
              <w:rPr>
                <w:sz w:val="17"/>
              </w:rPr>
              <w:t>trista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340DD7FA" w14:textId="77777777" w:rsidR="00610360" w:rsidRDefault="00000000">
            <w:pPr>
              <w:spacing w:after="0"/>
            </w:pPr>
            <w:r>
              <w:rPr>
                <w:sz w:val="17"/>
              </w:rPr>
              <w:t>sad</w:t>
            </w:r>
          </w:p>
        </w:tc>
        <w:tc>
          <w:tcPr>
            <w:tcW w:w="2592" w:type="dxa"/>
            <w:tcBorders>
              <w:top w:val="single" w:sz="4" w:space="0" w:color="D8E6EC"/>
              <w:left w:val="single" w:sz="4" w:space="0" w:color="D8E6EC"/>
              <w:bottom w:val="single" w:sz="4" w:space="0" w:color="D8E6EC"/>
              <w:right w:val="single" w:sz="4" w:space="0" w:color="D8E6EC"/>
            </w:tcBorders>
            <w:vAlign w:val="center"/>
          </w:tcPr>
          <w:p w14:paraId="1223654B" w14:textId="77777777" w:rsidR="00610360" w:rsidRDefault="00000000">
            <w:pPr>
              <w:spacing w:after="0"/>
            </w:pPr>
            <w:r>
              <w:rPr>
                <w:sz w:val="17"/>
              </w:rPr>
              <w:t>adjective</w:t>
            </w:r>
          </w:p>
        </w:tc>
      </w:tr>
      <w:tr w:rsidR="00610360" w14:paraId="75B0CE5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CD5B0D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CEEBCAA" w14:textId="77777777" w:rsidR="00610360" w:rsidRDefault="00000000">
            <w:pPr>
              <w:spacing w:after="0"/>
            </w:pPr>
            <w:r>
              <w:rPr>
                <w:sz w:val="17"/>
              </w:rPr>
              <w:t>sana</w:t>
            </w:r>
          </w:p>
        </w:tc>
        <w:tc>
          <w:tcPr>
            <w:tcW w:w="2592" w:type="dxa"/>
            <w:tcBorders>
              <w:top w:val="single" w:sz="4" w:space="0" w:color="D8E6EC"/>
              <w:left w:val="single" w:sz="4" w:space="0" w:color="D8E6EC"/>
              <w:bottom w:val="single" w:sz="4" w:space="0" w:color="D8E6EC"/>
              <w:right w:val="single" w:sz="4" w:space="0" w:color="D8E6EC"/>
            </w:tcBorders>
            <w:vAlign w:val="center"/>
          </w:tcPr>
          <w:p w14:paraId="1DC8B04F" w14:textId="77777777" w:rsidR="00610360" w:rsidRDefault="00000000">
            <w:pPr>
              <w:spacing w:after="0"/>
            </w:pPr>
            <w:r>
              <w:rPr>
                <w:sz w:val="17"/>
              </w:rPr>
              <w:t>healthy</w:t>
            </w:r>
          </w:p>
        </w:tc>
        <w:tc>
          <w:tcPr>
            <w:tcW w:w="2592" w:type="dxa"/>
            <w:tcBorders>
              <w:top w:val="single" w:sz="4" w:space="0" w:color="D8E6EC"/>
              <w:left w:val="single" w:sz="4" w:space="0" w:color="D8E6EC"/>
              <w:bottom w:val="single" w:sz="4" w:space="0" w:color="D8E6EC"/>
              <w:right w:val="single" w:sz="4" w:space="0" w:color="D8E6EC"/>
            </w:tcBorders>
            <w:vAlign w:val="center"/>
          </w:tcPr>
          <w:p w14:paraId="37208591" w14:textId="77777777" w:rsidR="00610360" w:rsidRDefault="00000000">
            <w:pPr>
              <w:spacing w:after="0"/>
            </w:pPr>
            <w:r>
              <w:rPr>
                <w:sz w:val="17"/>
              </w:rPr>
              <w:t>adjective</w:t>
            </w:r>
          </w:p>
        </w:tc>
      </w:tr>
      <w:tr w:rsidR="00610360" w14:paraId="5E42EE5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AE9929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DA96561" w14:textId="77777777" w:rsidR="00610360" w:rsidRDefault="00000000">
            <w:pPr>
              <w:spacing w:after="0"/>
            </w:pPr>
            <w:r>
              <w:rPr>
                <w:sz w:val="17"/>
              </w:rPr>
              <w:t>sekura</w:t>
            </w:r>
          </w:p>
        </w:tc>
        <w:tc>
          <w:tcPr>
            <w:tcW w:w="2592" w:type="dxa"/>
            <w:tcBorders>
              <w:top w:val="single" w:sz="4" w:space="0" w:color="D8E6EC"/>
              <w:left w:val="single" w:sz="4" w:space="0" w:color="D8E6EC"/>
              <w:bottom w:val="single" w:sz="4" w:space="0" w:color="D8E6EC"/>
              <w:right w:val="single" w:sz="4" w:space="0" w:color="D8E6EC"/>
            </w:tcBorders>
            <w:vAlign w:val="center"/>
          </w:tcPr>
          <w:p w14:paraId="36A2E865" w14:textId="77777777" w:rsidR="00610360" w:rsidRDefault="00000000">
            <w:pPr>
              <w:spacing w:after="0"/>
            </w:pPr>
            <w:r>
              <w:rPr>
                <w:sz w:val="17"/>
              </w:rPr>
              <w:t>safe / secure</w:t>
            </w:r>
          </w:p>
        </w:tc>
        <w:tc>
          <w:tcPr>
            <w:tcW w:w="2592" w:type="dxa"/>
            <w:tcBorders>
              <w:top w:val="single" w:sz="4" w:space="0" w:color="D8E6EC"/>
              <w:left w:val="single" w:sz="4" w:space="0" w:color="D8E6EC"/>
              <w:bottom w:val="single" w:sz="4" w:space="0" w:color="D8E6EC"/>
              <w:right w:val="single" w:sz="4" w:space="0" w:color="D8E6EC"/>
            </w:tcBorders>
            <w:vAlign w:val="center"/>
          </w:tcPr>
          <w:p w14:paraId="22BA4056" w14:textId="77777777" w:rsidR="00610360" w:rsidRDefault="00000000">
            <w:pPr>
              <w:spacing w:after="0"/>
            </w:pPr>
            <w:r>
              <w:rPr>
                <w:sz w:val="17"/>
              </w:rPr>
              <w:t>adjective</w:t>
            </w:r>
          </w:p>
        </w:tc>
      </w:tr>
      <w:tr w:rsidR="00610360" w14:paraId="75D030E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8BD99C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CC146E7" w14:textId="77777777" w:rsidR="00610360" w:rsidRDefault="00000000">
            <w:pPr>
              <w:spacing w:after="0"/>
            </w:pPr>
            <w:r>
              <w:rPr>
                <w:sz w:val="17"/>
              </w:rPr>
              <w:t>real</w:t>
            </w:r>
          </w:p>
        </w:tc>
        <w:tc>
          <w:tcPr>
            <w:tcW w:w="2592" w:type="dxa"/>
            <w:tcBorders>
              <w:top w:val="single" w:sz="4" w:space="0" w:color="D8E6EC"/>
              <w:left w:val="single" w:sz="4" w:space="0" w:color="D8E6EC"/>
              <w:bottom w:val="single" w:sz="4" w:space="0" w:color="D8E6EC"/>
              <w:right w:val="single" w:sz="4" w:space="0" w:color="D8E6EC"/>
            </w:tcBorders>
            <w:vAlign w:val="center"/>
          </w:tcPr>
          <w:p w14:paraId="0DC9DD12" w14:textId="77777777" w:rsidR="00610360" w:rsidRDefault="00000000">
            <w:pPr>
              <w:spacing w:after="0"/>
            </w:pPr>
            <w:r>
              <w:rPr>
                <w:sz w:val="17"/>
              </w:rPr>
              <w:t>real</w:t>
            </w:r>
          </w:p>
        </w:tc>
        <w:tc>
          <w:tcPr>
            <w:tcW w:w="2592" w:type="dxa"/>
            <w:tcBorders>
              <w:top w:val="single" w:sz="4" w:space="0" w:color="D8E6EC"/>
              <w:left w:val="single" w:sz="4" w:space="0" w:color="D8E6EC"/>
              <w:bottom w:val="single" w:sz="4" w:space="0" w:color="D8E6EC"/>
              <w:right w:val="single" w:sz="4" w:space="0" w:color="D8E6EC"/>
            </w:tcBorders>
            <w:vAlign w:val="center"/>
          </w:tcPr>
          <w:p w14:paraId="1432A427" w14:textId="77777777" w:rsidR="00610360" w:rsidRDefault="00000000">
            <w:pPr>
              <w:spacing w:after="0"/>
            </w:pPr>
            <w:r>
              <w:rPr>
                <w:sz w:val="17"/>
              </w:rPr>
              <w:t>adjective</w:t>
            </w:r>
          </w:p>
        </w:tc>
      </w:tr>
      <w:tr w:rsidR="00610360" w14:paraId="394C893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EEFF0D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5F85946" w14:textId="77777777" w:rsidR="00610360" w:rsidRDefault="00000000">
            <w:pPr>
              <w:spacing w:after="0"/>
            </w:pPr>
            <w:r>
              <w:rPr>
                <w:sz w:val="17"/>
              </w:rPr>
              <w:t>posibla</w:t>
            </w:r>
          </w:p>
        </w:tc>
        <w:tc>
          <w:tcPr>
            <w:tcW w:w="2592" w:type="dxa"/>
            <w:tcBorders>
              <w:top w:val="single" w:sz="4" w:space="0" w:color="D8E6EC"/>
              <w:left w:val="single" w:sz="4" w:space="0" w:color="D8E6EC"/>
              <w:bottom w:val="single" w:sz="4" w:space="0" w:color="D8E6EC"/>
              <w:right w:val="single" w:sz="4" w:space="0" w:color="D8E6EC"/>
            </w:tcBorders>
            <w:vAlign w:val="center"/>
          </w:tcPr>
          <w:p w14:paraId="0385D077" w14:textId="77777777" w:rsidR="00610360" w:rsidRDefault="00000000">
            <w:pPr>
              <w:spacing w:after="0"/>
            </w:pPr>
            <w:r>
              <w:rPr>
                <w:sz w:val="17"/>
              </w:rPr>
              <w:t>possible</w:t>
            </w:r>
          </w:p>
        </w:tc>
        <w:tc>
          <w:tcPr>
            <w:tcW w:w="2592" w:type="dxa"/>
            <w:tcBorders>
              <w:top w:val="single" w:sz="4" w:space="0" w:color="D8E6EC"/>
              <w:left w:val="single" w:sz="4" w:space="0" w:color="D8E6EC"/>
              <w:bottom w:val="single" w:sz="4" w:space="0" w:color="D8E6EC"/>
              <w:right w:val="single" w:sz="4" w:space="0" w:color="D8E6EC"/>
            </w:tcBorders>
            <w:vAlign w:val="center"/>
          </w:tcPr>
          <w:p w14:paraId="3F9B0646" w14:textId="77777777" w:rsidR="00610360" w:rsidRDefault="00000000">
            <w:pPr>
              <w:spacing w:after="0"/>
            </w:pPr>
            <w:r>
              <w:rPr>
                <w:sz w:val="17"/>
              </w:rPr>
              <w:t>adjective</w:t>
            </w:r>
          </w:p>
        </w:tc>
      </w:tr>
      <w:tr w:rsidR="00610360" w14:paraId="3226BBD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839D2E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D5C0D41" w14:textId="77777777" w:rsidR="00610360" w:rsidRDefault="00000000">
            <w:pPr>
              <w:spacing w:after="0"/>
            </w:pPr>
            <w:r>
              <w:rPr>
                <w:sz w:val="17"/>
              </w:rPr>
              <w:t>just</w:t>
            </w:r>
          </w:p>
        </w:tc>
        <w:tc>
          <w:tcPr>
            <w:tcW w:w="2592" w:type="dxa"/>
            <w:tcBorders>
              <w:top w:val="single" w:sz="4" w:space="0" w:color="D8E6EC"/>
              <w:left w:val="single" w:sz="4" w:space="0" w:color="D8E6EC"/>
              <w:bottom w:val="single" w:sz="4" w:space="0" w:color="D8E6EC"/>
              <w:right w:val="single" w:sz="4" w:space="0" w:color="D8E6EC"/>
            </w:tcBorders>
            <w:vAlign w:val="center"/>
          </w:tcPr>
          <w:p w14:paraId="7F7558B1" w14:textId="77777777" w:rsidR="00610360" w:rsidRDefault="00000000">
            <w:pPr>
              <w:spacing w:after="0"/>
            </w:pPr>
            <w:r>
              <w:rPr>
                <w:sz w:val="17"/>
              </w:rPr>
              <w:t>just / fair</w:t>
            </w:r>
          </w:p>
        </w:tc>
        <w:tc>
          <w:tcPr>
            <w:tcW w:w="2592" w:type="dxa"/>
            <w:tcBorders>
              <w:top w:val="single" w:sz="4" w:space="0" w:color="D8E6EC"/>
              <w:left w:val="single" w:sz="4" w:space="0" w:color="D8E6EC"/>
              <w:bottom w:val="single" w:sz="4" w:space="0" w:color="D8E6EC"/>
              <w:right w:val="single" w:sz="4" w:space="0" w:color="D8E6EC"/>
            </w:tcBorders>
            <w:vAlign w:val="center"/>
          </w:tcPr>
          <w:p w14:paraId="53D875A9" w14:textId="77777777" w:rsidR="00610360" w:rsidRDefault="00000000">
            <w:pPr>
              <w:spacing w:after="0"/>
            </w:pPr>
            <w:r>
              <w:rPr>
                <w:sz w:val="17"/>
              </w:rPr>
              <w:t>adjective</w:t>
            </w:r>
          </w:p>
        </w:tc>
      </w:tr>
      <w:tr w:rsidR="00610360" w14:paraId="549AE38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3022DE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5A8EE15" w14:textId="77777777" w:rsidR="00610360" w:rsidRDefault="00000000">
            <w:pPr>
              <w:spacing w:after="0"/>
            </w:pPr>
            <w:r>
              <w:rPr>
                <w:sz w:val="17"/>
              </w:rPr>
              <w:t>prudent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4CC287AD" w14:textId="77777777" w:rsidR="00610360" w:rsidRDefault="00000000">
            <w:pPr>
              <w:spacing w:after="0"/>
            </w:pPr>
            <w:r>
              <w:rPr>
                <w:sz w:val="17"/>
              </w:rPr>
              <w:t>sensible / practical</w:t>
            </w:r>
          </w:p>
        </w:tc>
        <w:tc>
          <w:tcPr>
            <w:tcW w:w="2592" w:type="dxa"/>
            <w:tcBorders>
              <w:top w:val="single" w:sz="4" w:space="0" w:color="D8E6EC"/>
              <w:left w:val="single" w:sz="4" w:space="0" w:color="D8E6EC"/>
              <w:bottom w:val="single" w:sz="4" w:space="0" w:color="D8E6EC"/>
              <w:right w:val="single" w:sz="4" w:space="0" w:color="D8E6EC"/>
            </w:tcBorders>
            <w:vAlign w:val="center"/>
          </w:tcPr>
          <w:p w14:paraId="5DDBCED7" w14:textId="77777777" w:rsidR="00610360" w:rsidRDefault="00000000">
            <w:pPr>
              <w:spacing w:after="0"/>
            </w:pPr>
            <w:r>
              <w:rPr>
                <w:sz w:val="17"/>
              </w:rPr>
              <w:t>adjective</w:t>
            </w:r>
          </w:p>
        </w:tc>
      </w:tr>
      <w:tr w:rsidR="00610360" w14:paraId="5C07DC6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17683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E05EC54" w14:textId="77777777" w:rsidR="00610360" w:rsidRDefault="00000000">
            <w:pPr>
              <w:spacing w:after="0"/>
            </w:pPr>
            <w:r>
              <w:rPr>
                <w:sz w:val="17"/>
              </w:rPr>
              <w:t>sensitiv</w:t>
            </w:r>
          </w:p>
        </w:tc>
        <w:tc>
          <w:tcPr>
            <w:tcW w:w="2592" w:type="dxa"/>
            <w:tcBorders>
              <w:top w:val="single" w:sz="4" w:space="0" w:color="D8E6EC"/>
              <w:left w:val="single" w:sz="4" w:space="0" w:color="D8E6EC"/>
              <w:bottom w:val="single" w:sz="4" w:space="0" w:color="D8E6EC"/>
              <w:right w:val="single" w:sz="4" w:space="0" w:color="D8E6EC"/>
            </w:tcBorders>
            <w:vAlign w:val="center"/>
          </w:tcPr>
          <w:p w14:paraId="4448575D" w14:textId="77777777" w:rsidR="00610360" w:rsidRDefault="00000000">
            <w:pPr>
              <w:spacing w:after="0"/>
            </w:pPr>
            <w:r>
              <w:rPr>
                <w:sz w:val="17"/>
              </w:rPr>
              <w:t>sensitive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64C6693" w14:textId="77777777" w:rsidR="00610360" w:rsidRDefault="00000000">
            <w:pPr>
              <w:spacing w:after="0"/>
            </w:pPr>
            <w:r>
              <w:rPr>
                <w:sz w:val="17"/>
              </w:rPr>
              <w:t>adjective</w:t>
            </w:r>
          </w:p>
        </w:tc>
      </w:tr>
      <w:tr w:rsidR="00610360" w14:paraId="42465FE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4A06FA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9E85800" w14:textId="77777777" w:rsidR="00610360" w:rsidRDefault="00000000">
            <w:pPr>
              <w:spacing w:after="0"/>
            </w:pPr>
            <w:r>
              <w:rPr>
                <w:sz w:val="17"/>
              </w:rPr>
              <w:t>ofisial</w:t>
            </w:r>
          </w:p>
        </w:tc>
        <w:tc>
          <w:tcPr>
            <w:tcW w:w="2592" w:type="dxa"/>
            <w:tcBorders>
              <w:top w:val="single" w:sz="4" w:space="0" w:color="D8E6EC"/>
              <w:left w:val="single" w:sz="4" w:space="0" w:color="D8E6EC"/>
              <w:bottom w:val="single" w:sz="4" w:space="0" w:color="D8E6EC"/>
              <w:right w:val="single" w:sz="4" w:space="0" w:color="D8E6EC"/>
            </w:tcBorders>
            <w:vAlign w:val="center"/>
          </w:tcPr>
          <w:p w14:paraId="3184B4EB" w14:textId="77777777" w:rsidR="00610360" w:rsidRDefault="00000000">
            <w:pPr>
              <w:spacing w:after="0"/>
            </w:pPr>
            <w:r>
              <w:rPr>
                <w:sz w:val="17"/>
              </w:rPr>
              <w:t>official</w:t>
            </w:r>
          </w:p>
        </w:tc>
        <w:tc>
          <w:tcPr>
            <w:tcW w:w="2592" w:type="dxa"/>
            <w:tcBorders>
              <w:top w:val="single" w:sz="4" w:space="0" w:color="D8E6EC"/>
              <w:left w:val="single" w:sz="4" w:space="0" w:color="D8E6EC"/>
              <w:bottom w:val="single" w:sz="4" w:space="0" w:color="D8E6EC"/>
              <w:right w:val="single" w:sz="4" w:space="0" w:color="D8E6EC"/>
            </w:tcBorders>
            <w:vAlign w:val="center"/>
          </w:tcPr>
          <w:p w14:paraId="4B1D68B2" w14:textId="77777777" w:rsidR="00610360" w:rsidRDefault="00000000">
            <w:pPr>
              <w:spacing w:after="0"/>
            </w:pPr>
            <w:r>
              <w:rPr>
                <w:sz w:val="17"/>
              </w:rPr>
              <w:t>adjective</w:t>
            </w:r>
          </w:p>
        </w:tc>
      </w:tr>
      <w:tr w:rsidR="00610360" w14:paraId="137400B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0D95E8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E0C63CB" w14:textId="77777777" w:rsidR="00610360" w:rsidRDefault="00000000">
            <w:pPr>
              <w:spacing w:after="0"/>
            </w:pPr>
            <w:r>
              <w:rPr>
                <w:sz w:val="17"/>
              </w:rPr>
              <w:t>publik</w:t>
            </w:r>
          </w:p>
        </w:tc>
        <w:tc>
          <w:tcPr>
            <w:tcW w:w="2592" w:type="dxa"/>
            <w:tcBorders>
              <w:top w:val="single" w:sz="4" w:space="0" w:color="D8E6EC"/>
              <w:left w:val="single" w:sz="4" w:space="0" w:color="D8E6EC"/>
              <w:bottom w:val="single" w:sz="4" w:space="0" w:color="D8E6EC"/>
              <w:right w:val="single" w:sz="4" w:space="0" w:color="D8E6EC"/>
            </w:tcBorders>
            <w:vAlign w:val="center"/>
          </w:tcPr>
          <w:p w14:paraId="4C5D3B29" w14:textId="77777777" w:rsidR="00610360" w:rsidRDefault="00000000">
            <w:pPr>
              <w:spacing w:after="0"/>
            </w:pPr>
            <w:r>
              <w:rPr>
                <w:sz w:val="17"/>
              </w:rPr>
              <w:t>publik</w:t>
            </w:r>
          </w:p>
        </w:tc>
        <w:tc>
          <w:tcPr>
            <w:tcW w:w="2592" w:type="dxa"/>
            <w:tcBorders>
              <w:top w:val="single" w:sz="4" w:space="0" w:color="D8E6EC"/>
              <w:left w:val="single" w:sz="4" w:space="0" w:color="D8E6EC"/>
              <w:bottom w:val="single" w:sz="4" w:space="0" w:color="D8E6EC"/>
              <w:right w:val="single" w:sz="4" w:space="0" w:color="D8E6EC"/>
            </w:tcBorders>
            <w:vAlign w:val="center"/>
          </w:tcPr>
          <w:p w14:paraId="2FB37A9F" w14:textId="77777777" w:rsidR="00610360" w:rsidRDefault="00000000">
            <w:pPr>
              <w:spacing w:after="0"/>
            </w:pPr>
            <w:r>
              <w:rPr>
                <w:sz w:val="17"/>
              </w:rPr>
              <w:t>adjective</w:t>
            </w:r>
          </w:p>
        </w:tc>
      </w:tr>
      <w:tr w:rsidR="00610360" w14:paraId="22217A1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4CA6A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BA32325" w14:textId="77777777" w:rsidR="00610360" w:rsidRDefault="00000000">
            <w:pPr>
              <w:spacing w:after="0"/>
            </w:pPr>
            <w:r>
              <w:rPr>
                <w:sz w:val="17"/>
              </w:rPr>
              <w:t>privat</w:t>
            </w:r>
          </w:p>
        </w:tc>
        <w:tc>
          <w:tcPr>
            <w:tcW w:w="2592" w:type="dxa"/>
            <w:tcBorders>
              <w:top w:val="single" w:sz="4" w:space="0" w:color="D8E6EC"/>
              <w:left w:val="single" w:sz="4" w:space="0" w:color="D8E6EC"/>
              <w:bottom w:val="single" w:sz="4" w:space="0" w:color="D8E6EC"/>
              <w:right w:val="single" w:sz="4" w:space="0" w:color="D8E6EC"/>
            </w:tcBorders>
            <w:vAlign w:val="center"/>
          </w:tcPr>
          <w:p w14:paraId="6C883CA6" w14:textId="77777777" w:rsidR="00610360" w:rsidRDefault="00000000">
            <w:pPr>
              <w:spacing w:after="0"/>
            </w:pPr>
            <w:r>
              <w:rPr>
                <w:sz w:val="17"/>
              </w:rPr>
              <w:t>private</w:t>
            </w:r>
          </w:p>
        </w:tc>
        <w:tc>
          <w:tcPr>
            <w:tcW w:w="2592" w:type="dxa"/>
            <w:tcBorders>
              <w:top w:val="single" w:sz="4" w:space="0" w:color="D8E6EC"/>
              <w:left w:val="single" w:sz="4" w:space="0" w:color="D8E6EC"/>
              <w:bottom w:val="single" w:sz="4" w:space="0" w:color="D8E6EC"/>
              <w:right w:val="single" w:sz="4" w:space="0" w:color="D8E6EC"/>
            </w:tcBorders>
            <w:vAlign w:val="center"/>
          </w:tcPr>
          <w:p w14:paraId="418B9009" w14:textId="77777777" w:rsidR="00610360" w:rsidRDefault="00000000">
            <w:pPr>
              <w:spacing w:after="0"/>
            </w:pPr>
            <w:r>
              <w:rPr>
                <w:sz w:val="17"/>
              </w:rPr>
              <w:t>adjective</w:t>
            </w:r>
          </w:p>
        </w:tc>
      </w:tr>
      <w:tr w:rsidR="00610360" w14:paraId="4A09F3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956AA5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CD286FB" w14:textId="77777777" w:rsidR="00610360" w:rsidRDefault="00000000">
            <w:pPr>
              <w:spacing w:after="0"/>
            </w:pPr>
            <w:r>
              <w:rPr>
                <w:sz w:val="17"/>
              </w:rPr>
              <w:t>direkt</w:t>
            </w:r>
          </w:p>
        </w:tc>
        <w:tc>
          <w:tcPr>
            <w:tcW w:w="2592" w:type="dxa"/>
            <w:tcBorders>
              <w:top w:val="single" w:sz="4" w:space="0" w:color="D8E6EC"/>
              <w:left w:val="single" w:sz="4" w:space="0" w:color="D8E6EC"/>
              <w:bottom w:val="single" w:sz="4" w:space="0" w:color="D8E6EC"/>
              <w:right w:val="single" w:sz="4" w:space="0" w:color="D8E6EC"/>
            </w:tcBorders>
            <w:vAlign w:val="center"/>
          </w:tcPr>
          <w:p w14:paraId="039112E5" w14:textId="77777777" w:rsidR="00610360" w:rsidRDefault="00000000">
            <w:pPr>
              <w:spacing w:after="0"/>
            </w:pPr>
            <w:r>
              <w:rPr>
                <w:sz w:val="17"/>
              </w:rPr>
              <w:t>direct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6F8E8825" w14:textId="77777777" w:rsidR="00610360" w:rsidRDefault="00000000">
            <w:pPr>
              <w:spacing w:after="0"/>
            </w:pPr>
            <w:r>
              <w:rPr>
                <w:sz w:val="17"/>
              </w:rPr>
              <w:t>adjective</w:t>
            </w:r>
          </w:p>
        </w:tc>
      </w:tr>
      <w:tr w:rsidR="00610360" w14:paraId="56A144C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ABDD3B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F703B2B" w14:textId="77777777" w:rsidR="00610360" w:rsidRDefault="00000000">
            <w:pPr>
              <w:spacing w:after="0"/>
            </w:pPr>
            <w:r>
              <w:rPr>
                <w:sz w:val="17"/>
              </w:rPr>
              <w:t>komun</w:t>
            </w:r>
          </w:p>
        </w:tc>
        <w:tc>
          <w:tcPr>
            <w:tcW w:w="2592" w:type="dxa"/>
            <w:tcBorders>
              <w:top w:val="single" w:sz="4" w:space="0" w:color="D8E6EC"/>
              <w:left w:val="single" w:sz="4" w:space="0" w:color="D8E6EC"/>
              <w:bottom w:val="single" w:sz="4" w:space="0" w:color="D8E6EC"/>
              <w:right w:val="single" w:sz="4" w:space="0" w:color="D8E6EC"/>
            </w:tcBorders>
            <w:vAlign w:val="center"/>
          </w:tcPr>
          <w:p w14:paraId="6F9ACE3D" w14:textId="77777777" w:rsidR="00610360" w:rsidRDefault="00000000">
            <w:pPr>
              <w:spacing w:after="0"/>
            </w:pPr>
            <w:r>
              <w:rPr>
                <w:sz w:val="17"/>
              </w:rPr>
              <w:t>common</w:t>
            </w:r>
          </w:p>
        </w:tc>
        <w:tc>
          <w:tcPr>
            <w:tcW w:w="2592" w:type="dxa"/>
            <w:tcBorders>
              <w:top w:val="single" w:sz="4" w:space="0" w:color="D8E6EC"/>
              <w:left w:val="single" w:sz="4" w:space="0" w:color="D8E6EC"/>
              <w:bottom w:val="single" w:sz="4" w:space="0" w:color="D8E6EC"/>
              <w:right w:val="single" w:sz="4" w:space="0" w:color="D8E6EC"/>
            </w:tcBorders>
            <w:vAlign w:val="center"/>
          </w:tcPr>
          <w:p w14:paraId="20E6F066" w14:textId="77777777" w:rsidR="00610360" w:rsidRDefault="00000000">
            <w:pPr>
              <w:spacing w:after="0"/>
            </w:pPr>
            <w:r>
              <w:rPr>
                <w:sz w:val="17"/>
              </w:rPr>
              <w:t>adjective</w:t>
            </w:r>
          </w:p>
        </w:tc>
      </w:tr>
      <w:tr w:rsidR="00610360" w14:paraId="5B22BC9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3D9852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AD6F03B" w14:textId="77777777" w:rsidR="00610360" w:rsidRDefault="00000000">
            <w:pPr>
              <w:spacing w:after="0"/>
            </w:pPr>
            <w:r>
              <w:rPr>
                <w:sz w:val="17"/>
              </w:rPr>
              <w:t>lokal</w:t>
            </w:r>
          </w:p>
        </w:tc>
        <w:tc>
          <w:tcPr>
            <w:tcW w:w="2592" w:type="dxa"/>
            <w:tcBorders>
              <w:top w:val="single" w:sz="4" w:space="0" w:color="D8E6EC"/>
              <w:left w:val="single" w:sz="4" w:space="0" w:color="D8E6EC"/>
              <w:bottom w:val="single" w:sz="4" w:space="0" w:color="D8E6EC"/>
              <w:right w:val="single" w:sz="4" w:space="0" w:color="D8E6EC"/>
            </w:tcBorders>
            <w:vAlign w:val="center"/>
          </w:tcPr>
          <w:p w14:paraId="32CADBF4" w14:textId="77777777" w:rsidR="00610360" w:rsidRDefault="00000000">
            <w:pPr>
              <w:spacing w:after="0"/>
            </w:pPr>
            <w:r>
              <w:rPr>
                <w:sz w:val="17"/>
              </w:rPr>
              <w:t>lokal</w:t>
            </w:r>
          </w:p>
        </w:tc>
        <w:tc>
          <w:tcPr>
            <w:tcW w:w="2592" w:type="dxa"/>
            <w:tcBorders>
              <w:top w:val="single" w:sz="4" w:space="0" w:color="D8E6EC"/>
              <w:left w:val="single" w:sz="4" w:space="0" w:color="D8E6EC"/>
              <w:bottom w:val="single" w:sz="4" w:space="0" w:color="D8E6EC"/>
              <w:right w:val="single" w:sz="4" w:space="0" w:color="D8E6EC"/>
            </w:tcBorders>
            <w:vAlign w:val="center"/>
          </w:tcPr>
          <w:p w14:paraId="2B64F549" w14:textId="77777777" w:rsidR="00610360" w:rsidRDefault="00000000">
            <w:pPr>
              <w:spacing w:after="0"/>
            </w:pPr>
            <w:r>
              <w:rPr>
                <w:sz w:val="17"/>
              </w:rPr>
              <w:t>adjective</w:t>
            </w:r>
          </w:p>
        </w:tc>
      </w:tr>
      <w:tr w:rsidR="00610360" w14:paraId="27C04C9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AA139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DBDA7A6" w14:textId="77777777" w:rsidR="00610360" w:rsidRDefault="00000000">
            <w:pPr>
              <w:spacing w:after="0"/>
            </w:pPr>
            <w:r>
              <w:rPr>
                <w:sz w:val="17"/>
              </w:rPr>
              <w:t>international</w:t>
            </w:r>
          </w:p>
        </w:tc>
        <w:tc>
          <w:tcPr>
            <w:tcW w:w="2592" w:type="dxa"/>
            <w:tcBorders>
              <w:top w:val="single" w:sz="4" w:space="0" w:color="D8E6EC"/>
              <w:left w:val="single" w:sz="4" w:space="0" w:color="D8E6EC"/>
              <w:bottom w:val="single" w:sz="4" w:space="0" w:color="D8E6EC"/>
              <w:right w:val="single" w:sz="4" w:space="0" w:color="D8E6EC"/>
            </w:tcBorders>
            <w:vAlign w:val="center"/>
          </w:tcPr>
          <w:p w14:paraId="2FD55C74" w14:textId="77777777" w:rsidR="00610360" w:rsidRDefault="00000000">
            <w:pPr>
              <w:spacing w:after="0"/>
            </w:pPr>
            <w:r>
              <w:rPr>
                <w:sz w:val="17"/>
              </w:rPr>
              <w:t>international</w:t>
            </w:r>
          </w:p>
        </w:tc>
        <w:tc>
          <w:tcPr>
            <w:tcW w:w="2592" w:type="dxa"/>
            <w:tcBorders>
              <w:top w:val="single" w:sz="4" w:space="0" w:color="D8E6EC"/>
              <w:left w:val="single" w:sz="4" w:space="0" w:color="D8E6EC"/>
              <w:bottom w:val="single" w:sz="4" w:space="0" w:color="D8E6EC"/>
              <w:right w:val="single" w:sz="4" w:space="0" w:color="D8E6EC"/>
            </w:tcBorders>
            <w:vAlign w:val="center"/>
          </w:tcPr>
          <w:p w14:paraId="27489D1E" w14:textId="77777777" w:rsidR="00610360" w:rsidRDefault="00000000">
            <w:pPr>
              <w:spacing w:after="0"/>
            </w:pPr>
            <w:r>
              <w:rPr>
                <w:sz w:val="17"/>
              </w:rPr>
              <w:t>adjective</w:t>
            </w:r>
          </w:p>
        </w:tc>
      </w:tr>
      <w:tr w:rsidR="00610360" w14:paraId="1D0D89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47C5C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77C2E1A" w14:textId="77777777" w:rsidR="00610360" w:rsidRDefault="00000000">
            <w:pPr>
              <w:spacing w:after="0"/>
            </w:pPr>
            <w:r>
              <w:rPr>
                <w:sz w:val="17"/>
              </w:rPr>
              <w:t>moderno</w:t>
            </w:r>
          </w:p>
        </w:tc>
        <w:tc>
          <w:tcPr>
            <w:tcW w:w="2592" w:type="dxa"/>
            <w:tcBorders>
              <w:top w:val="single" w:sz="4" w:space="0" w:color="D8E6EC"/>
              <w:left w:val="single" w:sz="4" w:space="0" w:color="D8E6EC"/>
              <w:bottom w:val="single" w:sz="4" w:space="0" w:color="D8E6EC"/>
              <w:right w:val="single" w:sz="4" w:space="0" w:color="D8E6EC"/>
            </w:tcBorders>
            <w:vAlign w:val="center"/>
          </w:tcPr>
          <w:p w14:paraId="3201731D" w14:textId="77777777" w:rsidR="00610360" w:rsidRDefault="00000000">
            <w:pPr>
              <w:spacing w:after="0"/>
            </w:pPr>
            <w:r>
              <w:rPr>
                <w:sz w:val="17"/>
              </w:rPr>
              <w:t>modern</w:t>
            </w:r>
          </w:p>
        </w:tc>
        <w:tc>
          <w:tcPr>
            <w:tcW w:w="2592" w:type="dxa"/>
            <w:tcBorders>
              <w:top w:val="single" w:sz="4" w:space="0" w:color="D8E6EC"/>
              <w:left w:val="single" w:sz="4" w:space="0" w:color="D8E6EC"/>
              <w:bottom w:val="single" w:sz="4" w:space="0" w:color="D8E6EC"/>
              <w:right w:val="single" w:sz="4" w:space="0" w:color="D8E6EC"/>
            </w:tcBorders>
            <w:vAlign w:val="center"/>
          </w:tcPr>
          <w:p w14:paraId="7CA9E6F0" w14:textId="77777777" w:rsidR="00610360" w:rsidRDefault="00000000">
            <w:pPr>
              <w:spacing w:after="0"/>
            </w:pPr>
            <w:r>
              <w:rPr>
                <w:sz w:val="17"/>
              </w:rPr>
              <w:t>adjective</w:t>
            </w:r>
          </w:p>
        </w:tc>
      </w:tr>
      <w:tr w:rsidR="00610360" w14:paraId="3BFC9C7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5B782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1D0898" w14:textId="77777777" w:rsidR="00610360" w:rsidRDefault="00000000">
            <w:pPr>
              <w:spacing w:after="0"/>
            </w:pPr>
            <w:r>
              <w:rPr>
                <w:sz w:val="17"/>
              </w:rPr>
              <w:t>liber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7DF914D" w14:textId="77777777" w:rsidR="00610360" w:rsidRDefault="00000000">
            <w:pPr>
              <w:spacing w:after="0"/>
            </w:pPr>
            <w:r>
              <w:rPr>
                <w:sz w:val="17"/>
              </w:rPr>
              <w:t>free</w:t>
            </w:r>
          </w:p>
        </w:tc>
        <w:tc>
          <w:tcPr>
            <w:tcW w:w="2592" w:type="dxa"/>
            <w:tcBorders>
              <w:top w:val="single" w:sz="4" w:space="0" w:color="D8E6EC"/>
              <w:left w:val="single" w:sz="4" w:space="0" w:color="D8E6EC"/>
              <w:bottom w:val="single" w:sz="4" w:space="0" w:color="D8E6EC"/>
              <w:right w:val="single" w:sz="4" w:space="0" w:color="D8E6EC"/>
            </w:tcBorders>
            <w:vAlign w:val="center"/>
          </w:tcPr>
          <w:p w14:paraId="66D607F8" w14:textId="77777777" w:rsidR="00610360" w:rsidRDefault="00000000">
            <w:pPr>
              <w:spacing w:after="0"/>
            </w:pPr>
            <w:r>
              <w:rPr>
                <w:sz w:val="17"/>
              </w:rPr>
              <w:t>adjective</w:t>
            </w:r>
          </w:p>
        </w:tc>
      </w:tr>
      <w:tr w:rsidR="00610360" w14:paraId="64E31A5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0C811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BC117BD" w14:textId="77777777" w:rsidR="00610360" w:rsidRDefault="00000000">
            <w:pPr>
              <w:spacing w:after="0"/>
            </w:pPr>
            <w:r>
              <w:rPr>
                <w:sz w:val="17"/>
              </w:rPr>
              <w:t>vera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9B872F8" w14:textId="77777777" w:rsidR="00610360" w:rsidRDefault="00000000">
            <w:pPr>
              <w:spacing w:after="0"/>
            </w:pPr>
            <w:r>
              <w:rPr>
                <w:sz w:val="17"/>
              </w:rPr>
              <w:t>true</w:t>
            </w:r>
          </w:p>
        </w:tc>
        <w:tc>
          <w:tcPr>
            <w:tcW w:w="2592" w:type="dxa"/>
            <w:tcBorders>
              <w:top w:val="single" w:sz="4" w:space="0" w:color="D8E6EC"/>
              <w:left w:val="single" w:sz="4" w:space="0" w:color="D8E6EC"/>
              <w:bottom w:val="single" w:sz="4" w:space="0" w:color="D8E6EC"/>
              <w:right w:val="single" w:sz="4" w:space="0" w:color="D8E6EC"/>
            </w:tcBorders>
            <w:vAlign w:val="center"/>
          </w:tcPr>
          <w:p w14:paraId="241F6E9C" w14:textId="77777777" w:rsidR="00610360" w:rsidRDefault="00000000">
            <w:pPr>
              <w:spacing w:after="0"/>
            </w:pPr>
            <w:r>
              <w:rPr>
                <w:sz w:val="17"/>
              </w:rPr>
              <w:t>adjective</w:t>
            </w:r>
          </w:p>
        </w:tc>
      </w:tr>
      <w:tr w:rsidR="00610360" w14:paraId="0F631FD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776098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658EB19" w14:textId="77777777" w:rsidR="00610360" w:rsidRDefault="00000000">
            <w:pPr>
              <w:spacing w:after="0"/>
            </w:pPr>
            <w:r>
              <w:rPr>
                <w:sz w:val="17"/>
              </w:rPr>
              <w:t>falsa</w:t>
            </w:r>
          </w:p>
        </w:tc>
        <w:tc>
          <w:tcPr>
            <w:tcW w:w="2592" w:type="dxa"/>
            <w:tcBorders>
              <w:top w:val="single" w:sz="4" w:space="0" w:color="D8E6EC"/>
              <w:left w:val="single" w:sz="4" w:space="0" w:color="D8E6EC"/>
              <w:bottom w:val="single" w:sz="4" w:space="0" w:color="D8E6EC"/>
              <w:right w:val="single" w:sz="4" w:space="0" w:color="D8E6EC"/>
            </w:tcBorders>
            <w:vAlign w:val="center"/>
          </w:tcPr>
          <w:p w14:paraId="1C3FCA38" w14:textId="77777777" w:rsidR="00610360" w:rsidRDefault="00000000">
            <w:pPr>
              <w:spacing w:after="0"/>
            </w:pPr>
            <w:r>
              <w:rPr>
                <w:sz w:val="17"/>
              </w:rPr>
              <w:t>false</w:t>
            </w:r>
          </w:p>
        </w:tc>
        <w:tc>
          <w:tcPr>
            <w:tcW w:w="2592" w:type="dxa"/>
            <w:tcBorders>
              <w:top w:val="single" w:sz="4" w:space="0" w:color="D8E6EC"/>
              <w:left w:val="single" w:sz="4" w:space="0" w:color="D8E6EC"/>
              <w:bottom w:val="single" w:sz="4" w:space="0" w:color="D8E6EC"/>
              <w:right w:val="single" w:sz="4" w:space="0" w:color="D8E6EC"/>
            </w:tcBorders>
            <w:vAlign w:val="center"/>
          </w:tcPr>
          <w:p w14:paraId="563D794B" w14:textId="77777777" w:rsidR="00610360" w:rsidRDefault="00000000">
            <w:pPr>
              <w:spacing w:after="0"/>
            </w:pPr>
            <w:r>
              <w:rPr>
                <w:sz w:val="17"/>
              </w:rPr>
              <w:t>adjective</w:t>
            </w:r>
          </w:p>
        </w:tc>
      </w:tr>
      <w:tr w:rsidR="00610360" w14:paraId="4F574CA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8CA578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58C7B49" w14:textId="77777777" w:rsidR="00610360" w:rsidRDefault="00000000">
            <w:pPr>
              <w:spacing w:after="0"/>
            </w:pPr>
            <w:r>
              <w:rPr>
                <w:sz w:val="17"/>
              </w:rPr>
              <w:t>important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69625D8F" w14:textId="77777777" w:rsidR="00610360" w:rsidRDefault="00000000">
            <w:pPr>
              <w:spacing w:after="0"/>
            </w:pPr>
            <w:r>
              <w:rPr>
                <w:sz w:val="17"/>
              </w:rPr>
              <w:t>important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7DAC2012" w14:textId="77777777" w:rsidR="00610360" w:rsidRDefault="00000000">
            <w:pPr>
              <w:spacing w:after="0"/>
            </w:pPr>
            <w:r>
              <w:rPr>
                <w:sz w:val="17"/>
              </w:rPr>
              <w:t>adjective</w:t>
            </w:r>
          </w:p>
        </w:tc>
      </w:tr>
      <w:tr w:rsidR="00610360" w14:paraId="12019A3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3253F5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6FB08A7" w14:textId="77777777" w:rsidR="00610360" w:rsidRDefault="00000000">
            <w:pPr>
              <w:spacing w:after="0"/>
            </w:pPr>
            <w:r>
              <w:rPr>
                <w:sz w:val="17"/>
              </w:rPr>
              <w:t>multe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87BCAC" w14:textId="77777777" w:rsidR="00610360" w:rsidRDefault="00000000">
            <w:pPr>
              <w:spacing w:after="0"/>
            </w:pPr>
            <w:r>
              <w:rPr>
                <w:sz w:val="17"/>
              </w:rPr>
              <w:t>many / much</w:t>
            </w:r>
          </w:p>
        </w:tc>
        <w:tc>
          <w:tcPr>
            <w:tcW w:w="2592" w:type="dxa"/>
            <w:tcBorders>
              <w:top w:val="single" w:sz="4" w:space="0" w:color="D8E6EC"/>
              <w:left w:val="single" w:sz="4" w:space="0" w:color="D8E6EC"/>
              <w:bottom w:val="single" w:sz="4" w:space="0" w:color="D8E6EC"/>
              <w:right w:val="single" w:sz="4" w:space="0" w:color="D8E6EC"/>
            </w:tcBorders>
            <w:vAlign w:val="center"/>
          </w:tcPr>
          <w:p w14:paraId="7D5DC954" w14:textId="77777777" w:rsidR="00610360" w:rsidRDefault="00000000">
            <w:pPr>
              <w:spacing w:after="0"/>
            </w:pPr>
            <w:r>
              <w:rPr>
                <w:sz w:val="17"/>
              </w:rPr>
              <w:t>adjective/adverb</w:t>
            </w:r>
          </w:p>
        </w:tc>
      </w:tr>
      <w:tr w:rsidR="00610360" w14:paraId="24E7DB9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86362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1D94266" w14:textId="77777777" w:rsidR="00610360" w:rsidRDefault="00000000">
            <w:pPr>
              <w:spacing w:after="0"/>
            </w:pPr>
            <w:r>
              <w:rPr>
                <w:sz w:val="17"/>
              </w:rPr>
              <w:t>poka</w:t>
            </w:r>
          </w:p>
        </w:tc>
        <w:tc>
          <w:tcPr>
            <w:tcW w:w="2592" w:type="dxa"/>
            <w:tcBorders>
              <w:top w:val="single" w:sz="4" w:space="0" w:color="D8E6EC"/>
              <w:left w:val="single" w:sz="4" w:space="0" w:color="D8E6EC"/>
              <w:bottom w:val="single" w:sz="4" w:space="0" w:color="D8E6EC"/>
              <w:right w:val="single" w:sz="4" w:space="0" w:color="D8E6EC"/>
            </w:tcBorders>
            <w:vAlign w:val="center"/>
          </w:tcPr>
          <w:p w14:paraId="16D52C08" w14:textId="77777777" w:rsidR="00610360" w:rsidRDefault="00000000">
            <w:pPr>
              <w:spacing w:after="0"/>
            </w:pPr>
            <w:r>
              <w:rPr>
                <w:sz w:val="17"/>
              </w:rPr>
              <w:t>few / little</w:t>
            </w:r>
          </w:p>
        </w:tc>
        <w:tc>
          <w:tcPr>
            <w:tcW w:w="2592" w:type="dxa"/>
            <w:tcBorders>
              <w:top w:val="single" w:sz="4" w:space="0" w:color="D8E6EC"/>
              <w:left w:val="single" w:sz="4" w:space="0" w:color="D8E6EC"/>
              <w:bottom w:val="single" w:sz="4" w:space="0" w:color="D8E6EC"/>
              <w:right w:val="single" w:sz="4" w:space="0" w:color="D8E6EC"/>
            </w:tcBorders>
            <w:vAlign w:val="center"/>
          </w:tcPr>
          <w:p w14:paraId="0B06F4BE" w14:textId="77777777" w:rsidR="00610360" w:rsidRDefault="00000000">
            <w:pPr>
              <w:spacing w:after="0"/>
            </w:pPr>
            <w:r>
              <w:rPr>
                <w:sz w:val="17"/>
              </w:rPr>
              <w:t>adjective/adverb</w:t>
            </w:r>
          </w:p>
        </w:tc>
      </w:tr>
      <w:tr w:rsidR="00610360" w14:paraId="457B138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DFFD0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4FAF931" w14:textId="77777777" w:rsidR="00610360" w:rsidRDefault="00000000">
            <w:pPr>
              <w:spacing w:after="0"/>
            </w:pPr>
            <w:r>
              <w:rPr>
                <w:sz w:val="17"/>
              </w:rPr>
              <w:t>plus</w:t>
            </w:r>
          </w:p>
        </w:tc>
        <w:tc>
          <w:tcPr>
            <w:tcW w:w="2592" w:type="dxa"/>
            <w:tcBorders>
              <w:top w:val="single" w:sz="4" w:space="0" w:color="D8E6EC"/>
              <w:left w:val="single" w:sz="4" w:space="0" w:color="D8E6EC"/>
              <w:bottom w:val="single" w:sz="4" w:space="0" w:color="D8E6EC"/>
              <w:right w:val="single" w:sz="4" w:space="0" w:color="D8E6EC"/>
            </w:tcBorders>
            <w:vAlign w:val="center"/>
          </w:tcPr>
          <w:p w14:paraId="6B36AC2F" w14:textId="77777777" w:rsidR="00610360" w:rsidRDefault="00000000">
            <w:pPr>
              <w:spacing w:after="0"/>
            </w:pPr>
            <w:r>
              <w:rPr>
                <w:sz w:val="17"/>
              </w:rPr>
              <w:t>more</w:t>
            </w:r>
          </w:p>
        </w:tc>
        <w:tc>
          <w:tcPr>
            <w:tcW w:w="2592" w:type="dxa"/>
            <w:tcBorders>
              <w:top w:val="single" w:sz="4" w:space="0" w:color="D8E6EC"/>
              <w:left w:val="single" w:sz="4" w:space="0" w:color="D8E6EC"/>
              <w:bottom w:val="single" w:sz="4" w:space="0" w:color="D8E6EC"/>
              <w:right w:val="single" w:sz="4" w:space="0" w:color="D8E6EC"/>
            </w:tcBorders>
            <w:vAlign w:val="center"/>
          </w:tcPr>
          <w:p w14:paraId="2B7869AE" w14:textId="77777777" w:rsidR="00610360" w:rsidRDefault="00000000">
            <w:pPr>
              <w:spacing w:after="0"/>
            </w:pPr>
            <w:r>
              <w:rPr>
                <w:sz w:val="17"/>
              </w:rPr>
              <w:t>comparison</w:t>
            </w:r>
          </w:p>
        </w:tc>
      </w:tr>
      <w:tr w:rsidR="00610360" w14:paraId="4B60712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DA9CBC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5FC97E6" w14:textId="77777777" w:rsidR="00610360" w:rsidRDefault="00000000">
            <w:pPr>
              <w:spacing w:after="0"/>
            </w:pPr>
            <w:r>
              <w:rPr>
                <w:sz w:val="17"/>
              </w:rPr>
              <w:t>minus</w:t>
            </w:r>
          </w:p>
        </w:tc>
        <w:tc>
          <w:tcPr>
            <w:tcW w:w="2592" w:type="dxa"/>
            <w:tcBorders>
              <w:top w:val="single" w:sz="4" w:space="0" w:color="D8E6EC"/>
              <w:left w:val="single" w:sz="4" w:space="0" w:color="D8E6EC"/>
              <w:bottom w:val="single" w:sz="4" w:space="0" w:color="D8E6EC"/>
              <w:right w:val="single" w:sz="4" w:space="0" w:color="D8E6EC"/>
            </w:tcBorders>
            <w:vAlign w:val="center"/>
          </w:tcPr>
          <w:p w14:paraId="165C01EA" w14:textId="77777777" w:rsidR="00610360" w:rsidRDefault="00000000">
            <w:pPr>
              <w:spacing w:after="0"/>
            </w:pPr>
            <w:r>
              <w:rPr>
                <w:sz w:val="17"/>
              </w:rPr>
              <w:t>less</w:t>
            </w:r>
          </w:p>
        </w:tc>
        <w:tc>
          <w:tcPr>
            <w:tcW w:w="2592" w:type="dxa"/>
            <w:tcBorders>
              <w:top w:val="single" w:sz="4" w:space="0" w:color="D8E6EC"/>
              <w:left w:val="single" w:sz="4" w:space="0" w:color="D8E6EC"/>
              <w:bottom w:val="single" w:sz="4" w:space="0" w:color="D8E6EC"/>
              <w:right w:val="single" w:sz="4" w:space="0" w:color="D8E6EC"/>
            </w:tcBorders>
            <w:vAlign w:val="center"/>
          </w:tcPr>
          <w:p w14:paraId="62C219B0" w14:textId="77777777" w:rsidR="00610360" w:rsidRDefault="00000000">
            <w:pPr>
              <w:spacing w:after="0"/>
            </w:pPr>
            <w:r>
              <w:rPr>
                <w:sz w:val="17"/>
              </w:rPr>
              <w:t>comparison</w:t>
            </w:r>
          </w:p>
        </w:tc>
      </w:tr>
      <w:tr w:rsidR="00610360" w14:paraId="40FB0BA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DE25E9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0542DF0" w14:textId="77777777" w:rsidR="00610360" w:rsidRDefault="00000000">
            <w:pPr>
              <w:spacing w:after="0"/>
            </w:pPr>
            <w:r>
              <w:rPr>
                <w:sz w:val="17"/>
              </w:rPr>
              <w:t>max</w:t>
            </w:r>
          </w:p>
        </w:tc>
        <w:tc>
          <w:tcPr>
            <w:tcW w:w="2592" w:type="dxa"/>
            <w:tcBorders>
              <w:top w:val="single" w:sz="4" w:space="0" w:color="D8E6EC"/>
              <w:left w:val="single" w:sz="4" w:space="0" w:color="D8E6EC"/>
              <w:bottom w:val="single" w:sz="4" w:space="0" w:color="D8E6EC"/>
              <w:right w:val="single" w:sz="4" w:space="0" w:color="D8E6EC"/>
            </w:tcBorders>
            <w:vAlign w:val="center"/>
          </w:tcPr>
          <w:p w14:paraId="38730A8F" w14:textId="77777777" w:rsidR="00610360" w:rsidRDefault="00000000">
            <w:pPr>
              <w:spacing w:after="0"/>
            </w:pPr>
            <w:r>
              <w:rPr>
                <w:sz w:val="17"/>
              </w:rPr>
              <w:t>most / maximum</w:t>
            </w:r>
          </w:p>
        </w:tc>
        <w:tc>
          <w:tcPr>
            <w:tcW w:w="2592" w:type="dxa"/>
            <w:tcBorders>
              <w:top w:val="single" w:sz="4" w:space="0" w:color="D8E6EC"/>
              <w:left w:val="single" w:sz="4" w:space="0" w:color="D8E6EC"/>
              <w:bottom w:val="single" w:sz="4" w:space="0" w:color="D8E6EC"/>
              <w:right w:val="single" w:sz="4" w:space="0" w:color="D8E6EC"/>
            </w:tcBorders>
            <w:vAlign w:val="center"/>
          </w:tcPr>
          <w:p w14:paraId="3068D689" w14:textId="77777777" w:rsidR="00610360" w:rsidRDefault="00000000">
            <w:pPr>
              <w:spacing w:after="0"/>
            </w:pPr>
            <w:r>
              <w:rPr>
                <w:sz w:val="17"/>
              </w:rPr>
              <w:t>comparison</w:t>
            </w:r>
          </w:p>
        </w:tc>
      </w:tr>
      <w:tr w:rsidR="00610360" w14:paraId="3D1BAD3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9FBD7B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D908371" w14:textId="77777777" w:rsidR="00610360" w:rsidRDefault="00000000">
            <w:pPr>
              <w:spacing w:after="0"/>
            </w:pPr>
            <w:r>
              <w:rPr>
                <w:sz w:val="17"/>
              </w:rPr>
              <w:t>min</w:t>
            </w:r>
          </w:p>
        </w:tc>
        <w:tc>
          <w:tcPr>
            <w:tcW w:w="2592" w:type="dxa"/>
            <w:tcBorders>
              <w:top w:val="single" w:sz="4" w:space="0" w:color="D8E6EC"/>
              <w:left w:val="single" w:sz="4" w:space="0" w:color="D8E6EC"/>
              <w:bottom w:val="single" w:sz="4" w:space="0" w:color="D8E6EC"/>
              <w:right w:val="single" w:sz="4" w:space="0" w:color="D8E6EC"/>
            </w:tcBorders>
            <w:vAlign w:val="center"/>
          </w:tcPr>
          <w:p w14:paraId="3C0F63C9" w14:textId="77777777" w:rsidR="00610360" w:rsidRDefault="00000000">
            <w:pPr>
              <w:spacing w:after="0"/>
            </w:pPr>
            <w:r>
              <w:rPr>
                <w:sz w:val="17"/>
              </w:rPr>
              <w:t>least / minimum</w:t>
            </w:r>
          </w:p>
        </w:tc>
        <w:tc>
          <w:tcPr>
            <w:tcW w:w="2592" w:type="dxa"/>
            <w:tcBorders>
              <w:top w:val="single" w:sz="4" w:space="0" w:color="D8E6EC"/>
              <w:left w:val="single" w:sz="4" w:space="0" w:color="D8E6EC"/>
              <w:bottom w:val="single" w:sz="4" w:space="0" w:color="D8E6EC"/>
              <w:right w:val="single" w:sz="4" w:space="0" w:color="D8E6EC"/>
            </w:tcBorders>
            <w:vAlign w:val="center"/>
          </w:tcPr>
          <w:p w14:paraId="3573F8C7" w14:textId="77777777" w:rsidR="00610360" w:rsidRDefault="00000000">
            <w:pPr>
              <w:spacing w:after="0"/>
            </w:pPr>
            <w:r>
              <w:rPr>
                <w:sz w:val="17"/>
              </w:rPr>
              <w:t>comparison</w:t>
            </w:r>
          </w:p>
        </w:tc>
      </w:tr>
    </w:tbl>
    <w:p w14:paraId="69D08598" w14:textId="77777777" w:rsidR="00610360" w:rsidRDefault="00000000">
      <w:pPr>
        <w:pStyle w:val="Heading2"/>
        <w:spacing w:after="120"/>
      </w:pPr>
      <w:r>
        <w:rPr>
          <w:rFonts w:ascii="Aptos" w:hAnsi="Aptos"/>
        </w:rPr>
        <w:t>Home and daily life</w:t>
      </w:r>
    </w:p>
    <w:tbl>
      <w:tblPr>
        <w:tblW w:w="0" w:type="auto"/>
        <w:jc w:val="center"/>
        <w:tblLook w:val="04A0" w:firstRow="1" w:lastRow="0" w:firstColumn="1" w:lastColumn="0" w:noHBand="0" w:noVBand="1"/>
      </w:tblPr>
      <w:tblGrid>
        <w:gridCol w:w="2592"/>
        <w:gridCol w:w="2592"/>
        <w:gridCol w:w="2592"/>
        <w:gridCol w:w="2592"/>
      </w:tblGrid>
      <w:tr w:rsidR="00610360" w14:paraId="6E4DF415"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FA21306"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7C0C239"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8E7ADB2"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AFF46DA" w14:textId="77777777" w:rsidR="00610360" w:rsidRDefault="00000000">
            <w:pPr>
              <w:spacing w:after="0"/>
            </w:pPr>
            <w:r>
              <w:rPr>
                <w:b/>
                <w:color w:val="FFFFFF"/>
                <w:sz w:val="17"/>
              </w:rPr>
              <w:t>Note</w:t>
            </w:r>
          </w:p>
        </w:tc>
      </w:tr>
      <w:tr w:rsidR="00610360" w14:paraId="28B6390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F99B02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606CE6A" w14:textId="77777777" w:rsidR="00610360" w:rsidRDefault="00000000">
            <w:pPr>
              <w:spacing w:after="0"/>
            </w:pPr>
            <w:r>
              <w:rPr>
                <w:sz w:val="17"/>
              </w:rPr>
              <w:t>dom</w:t>
            </w:r>
          </w:p>
        </w:tc>
        <w:tc>
          <w:tcPr>
            <w:tcW w:w="2592" w:type="dxa"/>
            <w:tcBorders>
              <w:top w:val="single" w:sz="4" w:space="0" w:color="D8E6EC"/>
              <w:left w:val="single" w:sz="4" w:space="0" w:color="D8E6EC"/>
              <w:bottom w:val="single" w:sz="4" w:space="0" w:color="D8E6EC"/>
              <w:right w:val="single" w:sz="4" w:space="0" w:color="D8E6EC"/>
            </w:tcBorders>
            <w:vAlign w:val="center"/>
          </w:tcPr>
          <w:p w14:paraId="4E29659D" w14:textId="77777777" w:rsidR="00610360" w:rsidRDefault="00000000">
            <w:pPr>
              <w:spacing w:after="0"/>
            </w:pPr>
            <w:r>
              <w:rPr>
                <w:sz w:val="17"/>
              </w:rPr>
              <w:t>home</w:t>
            </w:r>
          </w:p>
        </w:tc>
        <w:tc>
          <w:tcPr>
            <w:tcW w:w="2592" w:type="dxa"/>
            <w:tcBorders>
              <w:top w:val="single" w:sz="4" w:space="0" w:color="D8E6EC"/>
              <w:left w:val="single" w:sz="4" w:space="0" w:color="D8E6EC"/>
              <w:bottom w:val="single" w:sz="4" w:space="0" w:color="D8E6EC"/>
              <w:right w:val="single" w:sz="4" w:space="0" w:color="D8E6EC"/>
            </w:tcBorders>
            <w:vAlign w:val="center"/>
          </w:tcPr>
          <w:p w14:paraId="252C1F37" w14:textId="77777777" w:rsidR="00610360" w:rsidRDefault="00000000">
            <w:pPr>
              <w:spacing w:after="0"/>
            </w:pPr>
            <w:r>
              <w:rPr>
                <w:sz w:val="17"/>
              </w:rPr>
              <w:t>noun</w:t>
            </w:r>
          </w:p>
        </w:tc>
      </w:tr>
      <w:tr w:rsidR="00610360" w14:paraId="5601368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1B6964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4B05912" w14:textId="77777777" w:rsidR="00610360" w:rsidRDefault="00000000">
            <w:pPr>
              <w:spacing w:after="0"/>
            </w:pPr>
            <w:r>
              <w:rPr>
                <w:sz w:val="17"/>
              </w:rPr>
              <w:t>kasa</w:t>
            </w:r>
          </w:p>
        </w:tc>
        <w:tc>
          <w:tcPr>
            <w:tcW w:w="2592" w:type="dxa"/>
            <w:tcBorders>
              <w:top w:val="single" w:sz="4" w:space="0" w:color="D8E6EC"/>
              <w:left w:val="single" w:sz="4" w:space="0" w:color="D8E6EC"/>
              <w:bottom w:val="single" w:sz="4" w:space="0" w:color="D8E6EC"/>
              <w:right w:val="single" w:sz="4" w:space="0" w:color="D8E6EC"/>
            </w:tcBorders>
            <w:vAlign w:val="center"/>
          </w:tcPr>
          <w:p w14:paraId="7C55C667" w14:textId="77777777" w:rsidR="00610360" w:rsidRDefault="00000000">
            <w:pPr>
              <w:spacing w:after="0"/>
            </w:pPr>
            <w:r>
              <w:rPr>
                <w:sz w:val="17"/>
              </w:rPr>
              <w:t>house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01A94679" w14:textId="77777777" w:rsidR="00610360" w:rsidRDefault="00000000">
            <w:pPr>
              <w:spacing w:after="0"/>
            </w:pPr>
            <w:r>
              <w:rPr>
                <w:sz w:val="17"/>
              </w:rPr>
              <w:t>noun</w:t>
            </w:r>
          </w:p>
        </w:tc>
      </w:tr>
      <w:tr w:rsidR="00610360" w14:paraId="4265E1E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796613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F1D584C" w14:textId="77777777" w:rsidR="00610360" w:rsidRDefault="00000000">
            <w:pPr>
              <w:spacing w:after="0"/>
            </w:pPr>
            <w:r>
              <w:rPr>
                <w:sz w:val="17"/>
              </w:rPr>
              <w:t>kamera</w:t>
            </w:r>
          </w:p>
        </w:tc>
        <w:tc>
          <w:tcPr>
            <w:tcW w:w="2592" w:type="dxa"/>
            <w:tcBorders>
              <w:top w:val="single" w:sz="4" w:space="0" w:color="D8E6EC"/>
              <w:left w:val="single" w:sz="4" w:space="0" w:color="D8E6EC"/>
              <w:bottom w:val="single" w:sz="4" w:space="0" w:color="D8E6EC"/>
              <w:right w:val="single" w:sz="4" w:space="0" w:color="D8E6EC"/>
            </w:tcBorders>
            <w:vAlign w:val="center"/>
          </w:tcPr>
          <w:p w14:paraId="13D12E1C" w14:textId="77777777" w:rsidR="00610360" w:rsidRDefault="00000000">
            <w:pPr>
              <w:spacing w:after="0"/>
            </w:pPr>
            <w:r>
              <w:rPr>
                <w:sz w:val="17"/>
              </w:rPr>
              <w:t>room / chamber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AE29B1F" w14:textId="77777777" w:rsidR="00610360" w:rsidRDefault="00000000">
            <w:pPr>
              <w:spacing w:after="0"/>
            </w:pPr>
            <w:r>
              <w:rPr>
                <w:sz w:val="17"/>
              </w:rPr>
              <w:t>noun</w:t>
            </w:r>
          </w:p>
        </w:tc>
      </w:tr>
      <w:tr w:rsidR="00610360" w14:paraId="7217DA5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9976AF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0EFC46D" w14:textId="77777777" w:rsidR="00610360" w:rsidRDefault="00000000">
            <w:pPr>
              <w:spacing w:after="0"/>
            </w:pPr>
            <w:r>
              <w:rPr>
                <w:sz w:val="17"/>
              </w:rPr>
              <w:t>kuizina</w:t>
            </w:r>
          </w:p>
        </w:tc>
        <w:tc>
          <w:tcPr>
            <w:tcW w:w="2592" w:type="dxa"/>
            <w:tcBorders>
              <w:top w:val="single" w:sz="4" w:space="0" w:color="D8E6EC"/>
              <w:left w:val="single" w:sz="4" w:space="0" w:color="D8E6EC"/>
              <w:bottom w:val="single" w:sz="4" w:space="0" w:color="D8E6EC"/>
              <w:right w:val="single" w:sz="4" w:space="0" w:color="D8E6EC"/>
            </w:tcBorders>
            <w:vAlign w:val="center"/>
          </w:tcPr>
          <w:p w14:paraId="294F47A4" w14:textId="77777777" w:rsidR="00610360" w:rsidRDefault="00000000">
            <w:pPr>
              <w:spacing w:after="0"/>
            </w:pPr>
            <w:r>
              <w:rPr>
                <w:sz w:val="17"/>
              </w:rPr>
              <w:t>kitchen</w:t>
            </w:r>
          </w:p>
        </w:tc>
        <w:tc>
          <w:tcPr>
            <w:tcW w:w="2592" w:type="dxa"/>
            <w:tcBorders>
              <w:top w:val="single" w:sz="4" w:space="0" w:color="D8E6EC"/>
              <w:left w:val="single" w:sz="4" w:space="0" w:color="D8E6EC"/>
              <w:bottom w:val="single" w:sz="4" w:space="0" w:color="D8E6EC"/>
              <w:right w:val="single" w:sz="4" w:space="0" w:color="D8E6EC"/>
            </w:tcBorders>
            <w:vAlign w:val="center"/>
          </w:tcPr>
          <w:p w14:paraId="617C2156" w14:textId="77777777" w:rsidR="00610360" w:rsidRDefault="00000000">
            <w:pPr>
              <w:spacing w:after="0"/>
            </w:pPr>
            <w:r>
              <w:rPr>
                <w:sz w:val="17"/>
              </w:rPr>
              <w:t>noun</w:t>
            </w:r>
          </w:p>
        </w:tc>
      </w:tr>
      <w:tr w:rsidR="00610360" w14:paraId="20B79B5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821719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60E6F50" w14:textId="77777777" w:rsidR="00610360" w:rsidRDefault="00000000">
            <w:pPr>
              <w:spacing w:after="0"/>
            </w:pPr>
            <w:r>
              <w:rPr>
                <w:sz w:val="17"/>
              </w:rPr>
              <w:t>toalet</w:t>
            </w:r>
          </w:p>
        </w:tc>
        <w:tc>
          <w:tcPr>
            <w:tcW w:w="2592" w:type="dxa"/>
            <w:tcBorders>
              <w:top w:val="single" w:sz="4" w:space="0" w:color="D8E6EC"/>
              <w:left w:val="single" w:sz="4" w:space="0" w:color="D8E6EC"/>
              <w:bottom w:val="single" w:sz="4" w:space="0" w:color="D8E6EC"/>
              <w:right w:val="single" w:sz="4" w:space="0" w:color="D8E6EC"/>
            </w:tcBorders>
            <w:vAlign w:val="center"/>
          </w:tcPr>
          <w:p w14:paraId="02D12D47" w14:textId="77777777" w:rsidR="00610360" w:rsidRDefault="00000000">
            <w:pPr>
              <w:spacing w:after="0"/>
            </w:pPr>
            <w:r>
              <w:rPr>
                <w:sz w:val="17"/>
              </w:rPr>
              <w:t>bathroom / toilet</w:t>
            </w:r>
          </w:p>
        </w:tc>
        <w:tc>
          <w:tcPr>
            <w:tcW w:w="2592" w:type="dxa"/>
            <w:tcBorders>
              <w:top w:val="single" w:sz="4" w:space="0" w:color="D8E6EC"/>
              <w:left w:val="single" w:sz="4" w:space="0" w:color="D8E6EC"/>
              <w:bottom w:val="single" w:sz="4" w:space="0" w:color="D8E6EC"/>
              <w:right w:val="single" w:sz="4" w:space="0" w:color="D8E6EC"/>
            </w:tcBorders>
            <w:vAlign w:val="center"/>
          </w:tcPr>
          <w:p w14:paraId="2DC2AEC6" w14:textId="77777777" w:rsidR="00610360" w:rsidRDefault="00000000">
            <w:pPr>
              <w:spacing w:after="0"/>
            </w:pPr>
            <w:r>
              <w:rPr>
                <w:sz w:val="17"/>
              </w:rPr>
              <w:t>noun</w:t>
            </w:r>
          </w:p>
        </w:tc>
      </w:tr>
      <w:tr w:rsidR="00610360" w14:paraId="382A922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ECEB53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B0BC931" w14:textId="77777777" w:rsidR="00610360" w:rsidRDefault="00000000">
            <w:pPr>
              <w:spacing w:after="0"/>
            </w:pPr>
            <w:r>
              <w:rPr>
                <w:sz w:val="17"/>
              </w:rPr>
              <w:t>fenestra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E322316" w14:textId="77777777" w:rsidR="00610360" w:rsidRDefault="00000000">
            <w:pPr>
              <w:spacing w:after="0"/>
            </w:pPr>
            <w:r>
              <w:rPr>
                <w:sz w:val="17"/>
              </w:rPr>
              <w:t>window</w:t>
            </w:r>
          </w:p>
        </w:tc>
        <w:tc>
          <w:tcPr>
            <w:tcW w:w="2592" w:type="dxa"/>
            <w:tcBorders>
              <w:top w:val="single" w:sz="4" w:space="0" w:color="D8E6EC"/>
              <w:left w:val="single" w:sz="4" w:space="0" w:color="D8E6EC"/>
              <w:bottom w:val="single" w:sz="4" w:space="0" w:color="D8E6EC"/>
              <w:right w:val="single" w:sz="4" w:space="0" w:color="D8E6EC"/>
            </w:tcBorders>
            <w:vAlign w:val="center"/>
          </w:tcPr>
          <w:p w14:paraId="5478C501" w14:textId="77777777" w:rsidR="00610360" w:rsidRDefault="00000000">
            <w:pPr>
              <w:spacing w:after="0"/>
            </w:pPr>
            <w:r>
              <w:rPr>
                <w:sz w:val="17"/>
              </w:rPr>
              <w:t>noun</w:t>
            </w:r>
          </w:p>
        </w:tc>
      </w:tr>
      <w:tr w:rsidR="00610360" w14:paraId="31EFF7E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436A7E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FD35348" w14:textId="77777777" w:rsidR="00610360" w:rsidRDefault="00000000">
            <w:pPr>
              <w:spacing w:after="0"/>
            </w:pPr>
            <w:r>
              <w:rPr>
                <w:sz w:val="17"/>
              </w:rPr>
              <w:t>mensa</w:t>
            </w:r>
          </w:p>
        </w:tc>
        <w:tc>
          <w:tcPr>
            <w:tcW w:w="2592" w:type="dxa"/>
            <w:tcBorders>
              <w:top w:val="single" w:sz="4" w:space="0" w:color="D8E6EC"/>
              <w:left w:val="single" w:sz="4" w:space="0" w:color="D8E6EC"/>
              <w:bottom w:val="single" w:sz="4" w:space="0" w:color="D8E6EC"/>
              <w:right w:val="single" w:sz="4" w:space="0" w:color="D8E6EC"/>
            </w:tcBorders>
            <w:vAlign w:val="center"/>
          </w:tcPr>
          <w:p w14:paraId="792EC440" w14:textId="77777777" w:rsidR="00610360" w:rsidRDefault="00000000">
            <w:pPr>
              <w:spacing w:after="0"/>
            </w:pPr>
            <w:r>
              <w:rPr>
                <w:sz w:val="17"/>
              </w:rPr>
              <w:t>table</w:t>
            </w:r>
          </w:p>
        </w:tc>
        <w:tc>
          <w:tcPr>
            <w:tcW w:w="2592" w:type="dxa"/>
            <w:tcBorders>
              <w:top w:val="single" w:sz="4" w:space="0" w:color="D8E6EC"/>
              <w:left w:val="single" w:sz="4" w:space="0" w:color="D8E6EC"/>
              <w:bottom w:val="single" w:sz="4" w:space="0" w:color="D8E6EC"/>
              <w:right w:val="single" w:sz="4" w:space="0" w:color="D8E6EC"/>
            </w:tcBorders>
            <w:vAlign w:val="center"/>
          </w:tcPr>
          <w:p w14:paraId="122BB5F3" w14:textId="77777777" w:rsidR="00610360" w:rsidRDefault="00000000">
            <w:pPr>
              <w:spacing w:after="0"/>
            </w:pPr>
            <w:r>
              <w:rPr>
                <w:sz w:val="17"/>
              </w:rPr>
              <w:t>noun</w:t>
            </w:r>
          </w:p>
        </w:tc>
      </w:tr>
      <w:tr w:rsidR="00610360" w14:paraId="2E68BA3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07385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608EAAC" w14:textId="77777777" w:rsidR="00610360" w:rsidRDefault="00000000">
            <w:pPr>
              <w:spacing w:after="0"/>
            </w:pPr>
            <w:r>
              <w:rPr>
                <w:sz w:val="17"/>
              </w:rPr>
              <w:t>sedia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2F1FA180" w14:textId="77777777" w:rsidR="00610360" w:rsidRDefault="00000000">
            <w:pPr>
              <w:spacing w:after="0"/>
            </w:pPr>
            <w:r>
              <w:rPr>
                <w:sz w:val="17"/>
              </w:rPr>
              <w:t>chair</w:t>
            </w:r>
          </w:p>
        </w:tc>
        <w:tc>
          <w:tcPr>
            <w:tcW w:w="2592" w:type="dxa"/>
            <w:tcBorders>
              <w:top w:val="single" w:sz="4" w:space="0" w:color="D8E6EC"/>
              <w:left w:val="single" w:sz="4" w:space="0" w:color="D8E6EC"/>
              <w:bottom w:val="single" w:sz="4" w:space="0" w:color="D8E6EC"/>
              <w:right w:val="single" w:sz="4" w:space="0" w:color="D8E6EC"/>
            </w:tcBorders>
            <w:vAlign w:val="center"/>
          </w:tcPr>
          <w:p w14:paraId="6B837D3F" w14:textId="77777777" w:rsidR="00610360" w:rsidRDefault="00000000">
            <w:pPr>
              <w:spacing w:after="0"/>
            </w:pPr>
            <w:r>
              <w:rPr>
                <w:sz w:val="17"/>
              </w:rPr>
              <w:t>noun</w:t>
            </w:r>
          </w:p>
        </w:tc>
      </w:tr>
      <w:tr w:rsidR="00610360" w14:paraId="4627D41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BDCD2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673B824" w14:textId="77777777" w:rsidR="00610360" w:rsidRDefault="00000000">
            <w:pPr>
              <w:spacing w:after="0"/>
            </w:pPr>
            <w:r>
              <w:rPr>
                <w:sz w:val="17"/>
              </w:rPr>
              <w:t>leto</w:t>
            </w:r>
          </w:p>
        </w:tc>
        <w:tc>
          <w:tcPr>
            <w:tcW w:w="2592" w:type="dxa"/>
            <w:tcBorders>
              <w:top w:val="single" w:sz="4" w:space="0" w:color="D8E6EC"/>
              <w:left w:val="single" w:sz="4" w:space="0" w:color="D8E6EC"/>
              <w:bottom w:val="single" w:sz="4" w:space="0" w:color="D8E6EC"/>
              <w:right w:val="single" w:sz="4" w:space="0" w:color="D8E6EC"/>
            </w:tcBorders>
            <w:vAlign w:val="center"/>
          </w:tcPr>
          <w:p w14:paraId="606C23A8" w14:textId="77777777" w:rsidR="00610360" w:rsidRDefault="00000000">
            <w:pPr>
              <w:spacing w:after="0"/>
            </w:pPr>
            <w:r>
              <w:rPr>
                <w:sz w:val="17"/>
              </w:rPr>
              <w:t>bed</w:t>
            </w:r>
          </w:p>
        </w:tc>
        <w:tc>
          <w:tcPr>
            <w:tcW w:w="2592" w:type="dxa"/>
            <w:tcBorders>
              <w:top w:val="single" w:sz="4" w:space="0" w:color="D8E6EC"/>
              <w:left w:val="single" w:sz="4" w:space="0" w:color="D8E6EC"/>
              <w:bottom w:val="single" w:sz="4" w:space="0" w:color="D8E6EC"/>
              <w:right w:val="single" w:sz="4" w:space="0" w:color="D8E6EC"/>
            </w:tcBorders>
            <w:vAlign w:val="center"/>
          </w:tcPr>
          <w:p w14:paraId="2FA0C810" w14:textId="77777777" w:rsidR="00610360" w:rsidRDefault="00000000">
            <w:pPr>
              <w:spacing w:after="0"/>
            </w:pPr>
            <w:r>
              <w:rPr>
                <w:sz w:val="17"/>
              </w:rPr>
              <w:t>noun</w:t>
            </w:r>
          </w:p>
        </w:tc>
      </w:tr>
      <w:tr w:rsidR="00610360" w14:paraId="2A65142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100851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BFEC489" w14:textId="77777777" w:rsidR="00610360" w:rsidRDefault="00000000">
            <w:pPr>
              <w:spacing w:after="0"/>
            </w:pPr>
            <w:r>
              <w:rPr>
                <w:sz w:val="17"/>
              </w:rPr>
              <w:t>lamp</w:t>
            </w:r>
          </w:p>
        </w:tc>
        <w:tc>
          <w:tcPr>
            <w:tcW w:w="2592" w:type="dxa"/>
            <w:tcBorders>
              <w:top w:val="single" w:sz="4" w:space="0" w:color="D8E6EC"/>
              <w:left w:val="single" w:sz="4" w:space="0" w:color="D8E6EC"/>
              <w:bottom w:val="single" w:sz="4" w:space="0" w:color="D8E6EC"/>
              <w:right w:val="single" w:sz="4" w:space="0" w:color="D8E6EC"/>
            </w:tcBorders>
            <w:vAlign w:val="center"/>
          </w:tcPr>
          <w:p w14:paraId="47C674F1" w14:textId="77777777" w:rsidR="00610360" w:rsidRDefault="00000000">
            <w:pPr>
              <w:spacing w:after="0"/>
            </w:pPr>
            <w:r>
              <w:rPr>
                <w:sz w:val="17"/>
              </w:rPr>
              <w:t>lamp</w:t>
            </w:r>
          </w:p>
        </w:tc>
        <w:tc>
          <w:tcPr>
            <w:tcW w:w="2592" w:type="dxa"/>
            <w:tcBorders>
              <w:top w:val="single" w:sz="4" w:space="0" w:color="D8E6EC"/>
              <w:left w:val="single" w:sz="4" w:space="0" w:color="D8E6EC"/>
              <w:bottom w:val="single" w:sz="4" w:space="0" w:color="D8E6EC"/>
              <w:right w:val="single" w:sz="4" w:space="0" w:color="D8E6EC"/>
            </w:tcBorders>
            <w:vAlign w:val="center"/>
          </w:tcPr>
          <w:p w14:paraId="2381173C" w14:textId="77777777" w:rsidR="00610360" w:rsidRDefault="00000000">
            <w:pPr>
              <w:spacing w:after="0"/>
            </w:pPr>
            <w:r>
              <w:rPr>
                <w:sz w:val="17"/>
              </w:rPr>
              <w:t>noun</w:t>
            </w:r>
          </w:p>
        </w:tc>
      </w:tr>
      <w:tr w:rsidR="00610360" w14:paraId="24E3A34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C27D8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A564C5A" w14:textId="77777777" w:rsidR="00610360" w:rsidRDefault="00000000">
            <w:pPr>
              <w:spacing w:after="0"/>
            </w:pPr>
            <w:r>
              <w:rPr>
                <w:sz w:val="17"/>
              </w:rPr>
              <w:t>lume</w:t>
            </w:r>
          </w:p>
        </w:tc>
        <w:tc>
          <w:tcPr>
            <w:tcW w:w="2592" w:type="dxa"/>
            <w:tcBorders>
              <w:top w:val="single" w:sz="4" w:space="0" w:color="D8E6EC"/>
              <w:left w:val="single" w:sz="4" w:space="0" w:color="D8E6EC"/>
              <w:bottom w:val="single" w:sz="4" w:space="0" w:color="D8E6EC"/>
              <w:right w:val="single" w:sz="4" w:space="0" w:color="D8E6EC"/>
            </w:tcBorders>
            <w:vAlign w:val="center"/>
          </w:tcPr>
          <w:p w14:paraId="5BBC0E42" w14:textId="77777777" w:rsidR="00610360" w:rsidRDefault="00000000">
            <w:pPr>
              <w:spacing w:after="0"/>
            </w:pPr>
            <w:r>
              <w:rPr>
                <w:sz w:val="17"/>
              </w:rPr>
              <w:t>light</w:t>
            </w:r>
          </w:p>
        </w:tc>
        <w:tc>
          <w:tcPr>
            <w:tcW w:w="2592" w:type="dxa"/>
            <w:tcBorders>
              <w:top w:val="single" w:sz="4" w:space="0" w:color="D8E6EC"/>
              <w:left w:val="single" w:sz="4" w:space="0" w:color="D8E6EC"/>
              <w:bottom w:val="single" w:sz="4" w:space="0" w:color="D8E6EC"/>
              <w:right w:val="single" w:sz="4" w:space="0" w:color="D8E6EC"/>
            </w:tcBorders>
            <w:vAlign w:val="center"/>
          </w:tcPr>
          <w:p w14:paraId="587BEA98" w14:textId="77777777" w:rsidR="00610360" w:rsidRDefault="00000000">
            <w:pPr>
              <w:spacing w:after="0"/>
            </w:pPr>
            <w:r>
              <w:rPr>
                <w:sz w:val="17"/>
              </w:rPr>
              <w:t>noun</w:t>
            </w:r>
          </w:p>
        </w:tc>
      </w:tr>
      <w:tr w:rsidR="00610360" w14:paraId="2C3DB69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BFBE7B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9F5E453" w14:textId="77777777" w:rsidR="00610360" w:rsidRDefault="00000000">
            <w:pPr>
              <w:spacing w:after="0"/>
            </w:pPr>
            <w:r>
              <w:rPr>
                <w:sz w:val="17"/>
              </w:rPr>
              <w:t>vesti</w:t>
            </w:r>
          </w:p>
        </w:tc>
        <w:tc>
          <w:tcPr>
            <w:tcW w:w="2592" w:type="dxa"/>
            <w:tcBorders>
              <w:top w:val="single" w:sz="4" w:space="0" w:color="D8E6EC"/>
              <w:left w:val="single" w:sz="4" w:space="0" w:color="D8E6EC"/>
              <w:bottom w:val="single" w:sz="4" w:space="0" w:color="D8E6EC"/>
              <w:right w:val="single" w:sz="4" w:space="0" w:color="D8E6EC"/>
            </w:tcBorders>
            <w:vAlign w:val="center"/>
          </w:tcPr>
          <w:p w14:paraId="09451381" w14:textId="77777777" w:rsidR="00610360" w:rsidRDefault="00000000">
            <w:pPr>
              <w:spacing w:after="0"/>
            </w:pPr>
            <w:r>
              <w:rPr>
                <w:sz w:val="17"/>
              </w:rPr>
              <w:t>clothing</w:t>
            </w:r>
          </w:p>
        </w:tc>
        <w:tc>
          <w:tcPr>
            <w:tcW w:w="2592" w:type="dxa"/>
            <w:tcBorders>
              <w:top w:val="single" w:sz="4" w:space="0" w:color="D8E6EC"/>
              <w:left w:val="single" w:sz="4" w:space="0" w:color="D8E6EC"/>
              <w:bottom w:val="single" w:sz="4" w:space="0" w:color="D8E6EC"/>
              <w:right w:val="single" w:sz="4" w:space="0" w:color="D8E6EC"/>
            </w:tcBorders>
            <w:vAlign w:val="center"/>
          </w:tcPr>
          <w:p w14:paraId="3A09FD0D" w14:textId="77777777" w:rsidR="00610360" w:rsidRDefault="00000000">
            <w:pPr>
              <w:spacing w:after="0"/>
            </w:pPr>
            <w:r>
              <w:rPr>
                <w:sz w:val="17"/>
              </w:rPr>
              <w:t>noun</w:t>
            </w:r>
          </w:p>
        </w:tc>
      </w:tr>
      <w:tr w:rsidR="00610360" w14:paraId="115033D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693652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9D3567" w14:textId="77777777" w:rsidR="00610360" w:rsidRDefault="00000000">
            <w:pPr>
              <w:spacing w:after="0"/>
            </w:pPr>
            <w:r>
              <w:rPr>
                <w:sz w:val="17"/>
              </w:rPr>
              <w:t>shua</w:t>
            </w:r>
          </w:p>
        </w:tc>
        <w:tc>
          <w:tcPr>
            <w:tcW w:w="2592" w:type="dxa"/>
            <w:tcBorders>
              <w:top w:val="single" w:sz="4" w:space="0" w:color="D8E6EC"/>
              <w:left w:val="single" w:sz="4" w:space="0" w:color="D8E6EC"/>
              <w:bottom w:val="single" w:sz="4" w:space="0" w:color="D8E6EC"/>
              <w:right w:val="single" w:sz="4" w:space="0" w:color="D8E6EC"/>
            </w:tcBorders>
            <w:vAlign w:val="center"/>
          </w:tcPr>
          <w:p w14:paraId="7D16AA3F" w14:textId="77777777" w:rsidR="00610360" w:rsidRDefault="00000000">
            <w:pPr>
              <w:spacing w:after="0"/>
            </w:pPr>
            <w:r>
              <w:rPr>
                <w:sz w:val="17"/>
              </w:rPr>
              <w:t>shoe</w:t>
            </w:r>
          </w:p>
        </w:tc>
        <w:tc>
          <w:tcPr>
            <w:tcW w:w="2592" w:type="dxa"/>
            <w:tcBorders>
              <w:top w:val="single" w:sz="4" w:space="0" w:color="D8E6EC"/>
              <w:left w:val="single" w:sz="4" w:space="0" w:color="D8E6EC"/>
              <w:bottom w:val="single" w:sz="4" w:space="0" w:color="D8E6EC"/>
              <w:right w:val="single" w:sz="4" w:space="0" w:color="D8E6EC"/>
            </w:tcBorders>
            <w:vAlign w:val="center"/>
          </w:tcPr>
          <w:p w14:paraId="698E4093" w14:textId="77777777" w:rsidR="00610360" w:rsidRDefault="00000000">
            <w:pPr>
              <w:spacing w:after="0"/>
            </w:pPr>
            <w:r>
              <w:rPr>
                <w:sz w:val="17"/>
              </w:rPr>
              <w:t>noun</w:t>
            </w:r>
          </w:p>
        </w:tc>
      </w:tr>
      <w:tr w:rsidR="00610360" w14:paraId="3629143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CE0F91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DC2016F" w14:textId="77777777" w:rsidR="00610360" w:rsidRDefault="00000000">
            <w:pPr>
              <w:spacing w:after="0"/>
            </w:pPr>
            <w:r>
              <w:rPr>
                <w:sz w:val="17"/>
              </w:rPr>
              <w:t>sak</w:t>
            </w:r>
          </w:p>
        </w:tc>
        <w:tc>
          <w:tcPr>
            <w:tcW w:w="2592" w:type="dxa"/>
            <w:tcBorders>
              <w:top w:val="single" w:sz="4" w:space="0" w:color="D8E6EC"/>
              <w:left w:val="single" w:sz="4" w:space="0" w:color="D8E6EC"/>
              <w:bottom w:val="single" w:sz="4" w:space="0" w:color="D8E6EC"/>
              <w:right w:val="single" w:sz="4" w:space="0" w:color="D8E6EC"/>
            </w:tcBorders>
            <w:vAlign w:val="center"/>
          </w:tcPr>
          <w:p w14:paraId="46BE0419" w14:textId="77777777" w:rsidR="00610360" w:rsidRDefault="00000000">
            <w:pPr>
              <w:spacing w:after="0"/>
            </w:pPr>
            <w:r>
              <w:rPr>
                <w:sz w:val="17"/>
              </w:rPr>
              <w:t>bag</w:t>
            </w:r>
          </w:p>
        </w:tc>
        <w:tc>
          <w:tcPr>
            <w:tcW w:w="2592" w:type="dxa"/>
            <w:tcBorders>
              <w:top w:val="single" w:sz="4" w:space="0" w:color="D8E6EC"/>
              <w:left w:val="single" w:sz="4" w:space="0" w:color="D8E6EC"/>
              <w:bottom w:val="single" w:sz="4" w:space="0" w:color="D8E6EC"/>
              <w:right w:val="single" w:sz="4" w:space="0" w:color="D8E6EC"/>
            </w:tcBorders>
            <w:vAlign w:val="center"/>
          </w:tcPr>
          <w:p w14:paraId="02B007D4" w14:textId="77777777" w:rsidR="00610360" w:rsidRDefault="00000000">
            <w:pPr>
              <w:spacing w:after="0"/>
            </w:pPr>
            <w:r>
              <w:rPr>
                <w:sz w:val="17"/>
              </w:rPr>
              <w:t>noun</w:t>
            </w:r>
          </w:p>
        </w:tc>
      </w:tr>
      <w:tr w:rsidR="00610360" w14:paraId="03212F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0F8CD9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3F4A56D" w14:textId="77777777" w:rsidR="00610360" w:rsidRDefault="00000000">
            <w:pPr>
              <w:spacing w:after="0"/>
            </w:pPr>
            <w:r>
              <w:rPr>
                <w:sz w:val="17"/>
              </w:rPr>
              <w:t>klave</w:t>
            </w:r>
          </w:p>
        </w:tc>
        <w:tc>
          <w:tcPr>
            <w:tcW w:w="2592" w:type="dxa"/>
            <w:tcBorders>
              <w:top w:val="single" w:sz="4" w:space="0" w:color="D8E6EC"/>
              <w:left w:val="single" w:sz="4" w:space="0" w:color="D8E6EC"/>
              <w:bottom w:val="single" w:sz="4" w:space="0" w:color="D8E6EC"/>
              <w:right w:val="single" w:sz="4" w:space="0" w:color="D8E6EC"/>
            </w:tcBorders>
            <w:vAlign w:val="center"/>
          </w:tcPr>
          <w:p w14:paraId="1B7B1294" w14:textId="77777777" w:rsidR="00610360" w:rsidRDefault="00000000">
            <w:pPr>
              <w:spacing w:after="0"/>
            </w:pPr>
            <w:r>
              <w:rPr>
                <w:sz w:val="17"/>
              </w:rPr>
              <w:t>key</w:t>
            </w:r>
          </w:p>
        </w:tc>
        <w:tc>
          <w:tcPr>
            <w:tcW w:w="2592" w:type="dxa"/>
            <w:tcBorders>
              <w:top w:val="single" w:sz="4" w:space="0" w:color="D8E6EC"/>
              <w:left w:val="single" w:sz="4" w:space="0" w:color="D8E6EC"/>
              <w:bottom w:val="single" w:sz="4" w:space="0" w:color="D8E6EC"/>
              <w:right w:val="single" w:sz="4" w:space="0" w:color="D8E6EC"/>
            </w:tcBorders>
            <w:vAlign w:val="center"/>
          </w:tcPr>
          <w:p w14:paraId="5B847249" w14:textId="77777777" w:rsidR="00610360" w:rsidRDefault="00000000">
            <w:pPr>
              <w:spacing w:after="0"/>
            </w:pPr>
            <w:r>
              <w:rPr>
                <w:sz w:val="17"/>
              </w:rPr>
              <w:t>noun</w:t>
            </w:r>
          </w:p>
        </w:tc>
      </w:tr>
      <w:tr w:rsidR="00610360" w14:paraId="42296C4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16684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5AB36E0" w14:textId="77777777" w:rsidR="00610360" w:rsidRDefault="00000000">
            <w:pPr>
              <w:spacing w:after="0"/>
            </w:pPr>
            <w:r>
              <w:rPr>
                <w:sz w:val="17"/>
              </w:rPr>
              <w:t>instrument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6464FA00" w14:textId="77777777" w:rsidR="00610360" w:rsidRDefault="00000000">
            <w:pPr>
              <w:spacing w:after="0"/>
            </w:pPr>
            <w:r>
              <w:rPr>
                <w:sz w:val="17"/>
              </w:rPr>
              <w:t>tool / instrument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10D7CEE9" w14:textId="77777777" w:rsidR="00610360" w:rsidRDefault="00000000">
            <w:pPr>
              <w:spacing w:after="0"/>
            </w:pPr>
            <w:r>
              <w:rPr>
                <w:sz w:val="17"/>
              </w:rPr>
              <w:t>noun</w:t>
            </w:r>
          </w:p>
        </w:tc>
      </w:tr>
      <w:tr w:rsidR="00610360" w14:paraId="2923C88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A2AC88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65B2DB1" w14:textId="77777777" w:rsidR="00610360" w:rsidRDefault="00000000">
            <w:pPr>
              <w:spacing w:after="0"/>
            </w:pPr>
            <w:r>
              <w:rPr>
                <w:sz w:val="17"/>
              </w:rPr>
              <w:t>makina</w:t>
            </w:r>
          </w:p>
        </w:tc>
        <w:tc>
          <w:tcPr>
            <w:tcW w:w="2592" w:type="dxa"/>
            <w:tcBorders>
              <w:top w:val="single" w:sz="4" w:space="0" w:color="D8E6EC"/>
              <w:left w:val="single" w:sz="4" w:space="0" w:color="D8E6EC"/>
              <w:bottom w:val="single" w:sz="4" w:space="0" w:color="D8E6EC"/>
              <w:right w:val="single" w:sz="4" w:space="0" w:color="D8E6EC"/>
            </w:tcBorders>
            <w:vAlign w:val="center"/>
          </w:tcPr>
          <w:p w14:paraId="52F4D2EA" w14:textId="77777777" w:rsidR="00610360" w:rsidRDefault="00000000">
            <w:pPr>
              <w:spacing w:after="0"/>
            </w:pPr>
            <w:r>
              <w:rPr>
                <w:sz w:val="17"/>
              </w:rPr>
              <w:t>machine</w:t>
            </w:r>
          </w:p>
        </w:tc>
        <w:tc>
          <w:tcPr>
            <w:tcW w:w="2592" w:type="dxa"/>
            <w:tcBorders>
              <w:top w:val="single" w:sz="4" w:space="0" w:color="D8E6EC"/>
              <w:left w:val="single" w:sz="4" w:space="0" w:color="D8E6EC"/>
              <w:bottom w:val="single" w:sz="4" w:space="0" w:color="D8E6EC"/>
              <w:right w:val="single" w:sz="4" w:space="0" w:color="D8E6EC"/>
            </w:tcBorders>
            <w:vAlign w:val="center"/>
          </w:tcPr>
          <w:p w14:paraId="154C3F44" w14:textId="77777777" w:rsidR="00610360" w:rsidRDefault="00000000">
            <w:pPr>
              <w:spacing w:after="0"/>
            </w:pPr>
            <w:r>
              <w:rPr>
                <w:sz w:val="17"/>
              </w:rPr>
              <w:t>noun</w:t>
            </w:r>
          </w:p>
        </w:tc>
      </w:tr>
      <w:tr w:rsidR="00610360" w14:paraId="6035D6E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D0BF0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F3E5806" w14:textId="77777777" w:rsidR="00610360" w:rsidRDefault="00000000">
            <w:pPr>
              <w:spacing w:after="0"/>
            </w:pPr>
            <w:r>
              <w:rPr>
                <w:sz w:val="17"/>
              </w:rPr>
              <w:t>aparato</w:t>
            </w:r>
          </w:p>
        </w:tc>
        <w:tc>
          <w:tcPr>
            <w:tcW w:w="2592" w:type="dxa"/>
            <w:tcBorders>
              <w:top w:val="single" w:sz="4" w:space="0" w:color="D8E6EC"/>
              <w:left w:val="single" w:sz="4" w:space="0" w:color="D8E6EC"/>
              <w:bottom w:val="single" w:sz="4" w:space="0" w:color="D8E6EC"/>
              <w:right w:val="single" w:sz="4" w:space="0" w:color="D8E6EC"/>
            </w:tcBorders>
            <w:vAlign w:val="center"/>
          </w:tcPr>
          <w:p w14:paraId="25C3B326" w14:textId="77777777" w:rsidR="00610360" w:rsidRDefault="00000000">
            <w:pPr>
              <w:spacing w:after="0"/>
            </w:pPr>
            <w:r>
              <w:rPr>
                <w:sz w:val="17"/>
              </w:rPr>
              <w:t>device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5FBC91E5" w14:textId="77777777" w:rsidR="00610360" w:rsidRDefault="00000000">
            <w:pPr>
              <w:spacing w:after="0"/>
            </w:pPr>
            <w:r>
              <w:rPr>
                <w:sz w:val="17"/>
              </w:rPr>
              <w:t>noun</w:t>
            </w:r>
          </w:p>
        </w:tc>
      </w:tr>
      <w:tr w:rsidR="00610360" w14:paraId="194CF45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825E8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070DECD" w14:textId="77777777" w:rsidR="00610360" w:rsidRDefault="00000000">
            <w:pPr>
              <w:spacing w:after="0"/>
            </w:pPr>
            <w:r>
              <w:rPr>
                <w:sz w:val="17"/>
              </w:rPr>
              <w:t>papel</w:t>
            </w:r>
          </w:p>
        </w:tc>
        <w:tc>
          <w:tcPr>
            <w:tcW w:w="2592" w:type="dxa"/>
            <w:tcBorders>
              <w:top w:val="single" w:sz="4" w:space="0" w:color="D8E6EC"/>
              <w:left w:val="single" w:sz="4" w:space="0" w:color="D8E6EC"/>
              <w:bottom w:val="single" w:sz="4" w:space="0" w:color="D8E6EC"/>
              <w:right w:val="single" w:sz="4" w:space="0" w:color="D8E6EC"/>
            </w:tcBorders>
            <w:vAlign w:val="center"/>
          </w:tcPr>
          <w:p w14:paraId="052000B8" w14:textId="77777777" w:rsidR="00610360" w:rsidRDefault="00000000">
            <w:pPr>
              <w:spacing w:after="0"/>
            </w:pPr>
            <w:r>
              <w:rPr>
                <w:sz w:val="17"/>
              </w:rPr>
              <w:t>paper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7C846B2" w14:textId="77777777" w:rsidR="00610360" w:rsidRDefault="00000000">
            <w:pPr>
              <w:spacing w:after="0"/>
            </w:pPr>
            <w:r>
              <w:rPr>
                <w:sz w:val="17"/>
              </w:rPr>
              <w:t>noun</w:t>
            </w:r>
          </w:p>
        </w:tc>
      </w:tr>
      <w:tr w:rsidR="00610360" w14:paraId="266344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8456CE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A6F39C6" w14:textId="77777777" w:rsidR="00610360" w:rsidRDefault="00000000">
            <w:pPr>
              <w:spacing w:after="0"/>
            </w:pPr>
            <w:r>
              <w:rPr>
                <w:sz w:val="17"/>
              </w:rPr>
              <w:t>charta</w:t>
            </w:r>
          </w:p>
        </w:tc>
        <w:tc>
          <w:tcPr>
            <w:tcW w:w="2592" w:type="dxa"/>
            <w:tcBorders>
              <w:top w:val="single" w:sz="4" w:space="0" w:color="D8E6EC"/>
              <w:left w:val="single" w:sz="4" w:space="0" w:color="D8E6EC"/>
              <w:bottom w:val="single" w:sz="4" w:space="0" w:color="D8E6EC"/>
              <w:right w:val="single" w:sz="4" w:space="0" w:color="D8E6EC"/>
            </w:tcBorders>
            <w:vAlign w:val="center"/>
          </w:tcPr>
          <w:p w14:paraId="78083DB0" w14:textId="77777777" w:rsidR="00610360" w:rsidRDefault="00000000">
            <w:pPr>
              <w:spacing w:after="0"/>
            </w:pPr>
            <w:r>
              <w:rPr>
                <w:sz w:val="17"/>
              </w:rPr>
              <w:t>paper / chart</w:t>
            </w:r>
          </w:p>
        </w:tc>
        <w:tc>
          <w:tcPr>
            <w:tcW w:w="2592" w:type="dxa"/>
            <w:tcBorders>
              <w:top w:val="single" w:sz="4" w:space="0" w:color="D8E6EC"/>
              <w:left w:val="single" w:sz="4" w:space="0" w:color="D8E6EC"/>
              <w:bottom w:val="single" w:sz="4" w:space="0" w:color="D8E6EC"/>
              <w:right w:val="single" w:sz="4" w:space="0" w:color="D8E6EC"/>
            </w:tcBorders>
            <w:vAlign w:val="center"/>
          </w:tcPr>
          <w:p w14:paraId="6F338431" w14:textId="77777777" w:rsidR="00610360" w:rsidRDefault="00000000">
            <w:pPr>
              <w:spacing w:after="0"/>
            </w:pPr>
            <w:r>
              <w:rPr>
                <w:sz w:val="17"/>
              </w:rPr>
              <w:t>noun</w:t>
            </w:r>
          </w:p>
        </w:tc>
      </w:tr>
      <w:tr w:rsidR="00610360" w14:paraId="6AAA3CF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42614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29BA5AF" w14:textId="77777777" w:rsidR="00610360" w:rsidRDefault="00000000">
            <w:pPr>
              <w:spacing w:after="0"/>
            </w:pPr>
            <w:r>
              <w:rPr>
                <w:sz w:val="17"/>
              </w:rPr>
              <w:t>karte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782FF4D3" w14:textId="77777777" w:rsidR="00610360" w:rsidRDefault="00000000">
            <w:pPr>
              <w:spacing w:after="0"/>
            </w:pPr>
            <w:r>
              <w:rPr>
                <w:sz w:val="17"/>
              </w:rPr>
              <w:t>card / map</w:t>
            </w:r>
          </w:p>
        </w:tc>
        <w:tc>
          <w:tcPr>
            <w:tcW w:w="2592" w:type="dxa"/>
            <w:tcBorders>
              <w:top w:val="single" w:sz="4" w:space="0" w:color="D8E6EC"/>
              <w:left w:val="single" w:sz="4" w:space="0" w:color="D8E6EC"/>
              <w:bottom w:val="single" w:sz="4" w:space="0" w:color="D8E6EC"/>
              <w:right w:val="single" w:sz="4" w:space="0" w:color="D8E6EC"/>
            </w:tcBorders>
            <w:vAlign w:val="center"/>
          </w:tcPr>
          <w:p w14:paraId="62D04314" w14:textId="77777777" w:rsidR="00610360" w:rsidRDefault="00000000">
            <w:pPr>
              <w:spacing w:after="0"/>
            </w:pPr>
            <w:r>
              <w:rPr>
                <w:sz w:val="17"/>
              </w:rPr>
              <w:t>noun</w:t>
            </w:r>
          </w:p>
        </w:tc>
      </w:tr>
      <w:tr w:rsidR="00610360" w14:paraId="4A4D45E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FF2B73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D6C6645" w14:textId="77777777" w:rsidR="00610360" w:rsidRDefault="00000000">
            <w:pPr>
              <w:spacing w:after="0"/>
            </w:pPr>
            <w:r>
              <w:rPr>
                <w:sz w:val="17"/>
              </w:rPr>
              <w:t>lista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029C2702" w14:textId="77777777" w:rsidR="00610360" w:rsidRDefault="00000000">
            <w:pPr>
              <w:spacing w:after="0"/>
            </w:pPr>
            <w:r>
              <w:rPr>
                <w:sz w:val="17"/>
              </w:rPr>
              <w:t>list</w:t>
            </w:r>
          </w:p>
        </w:tc>
        <w:tc>
          <w:tcPr>
            <w:tcW w:w="2592" w:type="dxa"/>
            <w:tcBorders>
              <w:top w:val="single" w:sz="4" w:space="0" w:color="D8E6EC"/>
              <w:left w:val="single" w:sz="4" w:space="0" w:color="D8E6EC"/>
              <w:bottom w:val="single" w:sz="4" w:space="0" w:color="D8E6EC"/>
              <w:right w:val="single" w:sz="4" w:space="0" w:color="D8E6EC"/>
            </w:tcBorders>
            <w:vAlign w:val="center"/>
          </w:tcPr>
          <w:p w14:paraId="3B912535" w14:textId="77777777" w:rsidR="00610360" w:rsidRDefault="00000000">
            <w:pPr>
              <w:spacing w:after="0"/>
            </w:pPr>
            <w:r>
              <w:rPr>
                <w:sz w:val="17"/>
              </w:rPr>
              <w:t>noun</w:t>
            </w:r>
          </w:p>
        </w:tc>
      </w:tr>
      <w:tr w:rsidR="00610360" w14:paraId="4E8A79F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17FDC7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1391BB0" w14:textId="77777777" w:rsidR="00610360" w:rsidRDefault="00000000">
            <w:pPr>
              <w:spacing w:after="0"/>
            </w:pPr>
            <w:r>
              <w:rPr>
                <w:sz w:val="17"/>
              </w:rPr>
              <w:t>nota</w:t>
            </w:r>
          </w:p>
        </w:tc>
        <w:tc>
          <w:tcPr>
            <w:tcW w:w="2592" w:type="dxa"/>
            <w:tcBorders>
              <w:top w:val="single" w:sz="4" w:space="0" w:color="D8E6EC"/>
              <w:left w:val="single" w:sz="4" w:space="0" w:color="D8E6EC"/>
              <w:bottom w:val="single" w:sz="4" w:space="0" w:color="D8E6EC"/>
              <w:right w:val="single" w:sz="4" w:space="0" w:color="D8E6EC"/>
            </w:tcBorders>
            <w:vAlign w:val="center"/>
          </w:tcPr>
          <w:p w14:paraId="36E82F11" w14:textId="77777777" w:rsidR="00610360" w:rsidRDefault="00000000">
            <w:pPr>
              <w:spacing w:after="0"/>
            </w:pPr>
            <w:r>
              <w:rPr>
                <w:sz w:val="17"/>
              </w:rPr>
              <w:t>note</w:t>
            </w:r>
          </w:p>
        </w:tc>
        <w:tc>
          <w:tcPr>
            <w:tcW w:w="2592" w:type="dxa"/>
            <w:tcBorders>
              <w:top w:val="single" w:sz="4" w:space="0" w:color="D8E6EC"/>
              <w:left w:val="single" w:sz="4" w:space="0" w:color="D8E6EC"/>
              <w:bottom w:val="single" w:sz="4" w:space="0" w:color="D8E6EC"/>
              <w:right w:val="single" w:sz="4" w:space="0" w:color="D8E6EC"/>
            </w:tcBorders>
            <w:vAlign w:val="center"/>
          </w:tcPr>
          <w:p w14:paraId="04626A08" w14:textId="77777777" w:rsidR="00610360" w:rsidRDefault="00000000">
            <w:pPr>
              <w:spacing w:after="0"/>
            </w:pPr>
            <w:r>
              <w:rPr>
                <w:sz w:val="17"/>
              </w:rPr>
              <w:t>noun</w:t>
            </w:r>
          </w:p>
        </w:tc>
      </w:tr>
      <w:tr w:rsidR="00610360" w14:paraId="02A1FAC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176CAE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5521020" w14:textId="77777777" w:rsidR="00610360" w:rsidRDefault="00000000">
            <w:pPr>
              <w:spacing w:after="0"/>
            </w:pPr>
            <w:r>
              <w:rPr>
                <w:sz w:val="17"/>
              </w:rPr>
              <w:t>pagina</w:t>
            </w:r>
          </w:p>
        </w:tc>
        <w:tc>
          <w:tcPr>
            <w:tcW w:w="2592" w:type="dxa"/>
            <w:tcBorders>
              <w:top w:val="single" w:sz="4" w:space="0" w:color="D8E6EC"/>
              <w:left w:val="single" w:sz="4" w:space="0" w:color="D8E6EC"/>
              <w:bottom w:val="single" w:sz="4" w:space="0" w:color="D8E6EC"/>
              <w:right w:val="single" w:sz="4" w:space="0" w:color="D8E6EC"/>
            </w:tcBorders>
            <w:vAlign w:val="center"/>
          </w:tcPr>
          <w:p w14:paraId="2841752B" w14:textId="77777777" w:rsidR="00610360" w:rsidRDefault="00000000">
            <w:pPr>
              <w:spacing w:after="0"/>
            </w:pPr>
            <w:r>
              <w:rPr>
                <w:sz w:val="17"/>
              </w:rPr>
              <w:t>page</w:t>
            </w:r>
          </w:p>
        </w:tc>
        <w:tc>
          <w:tcPr>
            <w:tcW w:w="2592" w:type="dxa"/>
            <w:tcBorders>
              <w:top w:val="single" w:sz="4" w:space="0" w:color="D8E6EC"/>
              <w:left w:val="single" w:sz="4" w:space="0" w:color="D8E6EC"/>
              <w:bottom w:val="single" w:sz="4" w:space="0" w:color="D8E6EC"/>
              <w:right w:val="single" w:sz="4" w:space="0" w:color="D8E6EC"/>
            </w:tcBorders>
            <w:vAlign w:val="center"/>
          </w:tcPr>
          <w:p w14:paraId="7238A86B" w14:textId="77777777" w:rsidR="00610360" w:rsidRDefault="00000000">
            <w:pPr>
              <w:spacing w:after="0"/>
            </w:pPr>
            <w:r>
              <w:rPr>
                <w:sz w:val="17"/>
              </w:rPr>
              <w:t>noun</w:t>
            </w:r>
          </w:p>
        </w:tc>
      </w:tr>
      <w:tr w:rsidR="00610360" w14:paraId="3DE1A94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B1D3E3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BE7983F" w14:textId="77777777" w:rsidR="00610360" w:rsidRDefault="00000000">
            <w:pPr>
              <w:spacing w:after="0"/>
            </w:pPr>
            <w:r>
              <w:rPr>
                <w:sz w:val="17"/>
              </w:rPr>
              <w:t>libro</w:t>
            </w:r>
          </w:p>
        </w:tc>
        <w:tc>
          <w:tcPr>
            <w:tcW w:w="2592" w:type="dxa"/>
            <w:tcBorders>
              <w:top w:val="single" w:sz="4" w:space="0" w:color="D8E6EC"/>
              <w:left w:val="single" w:sz="4" w:space="0" w:color="D8E6EC"/>
              <w:bottom w:val="single" w:sz="4" w:space="0" w:color="D8E6EC"/>
              <w:right w:val="single" w:sz="4" w:space="0" w:color="D8E6EC"/>
            </w:tcBorders>
            <w:vAlign w:val="center"/>
          </w:tcPr>
          <w:p w14:paraId="0EC88D72" w14:textId="77777777" w:rsidR="00610360" w:rsidRDefault="00000000">
            <w:pPr>
              <w:spacing w:after="0"/>
            </w:pPr>
            <w:r>
              <w:rPr>
                <w:sz w:val="17"/>
              </w:rPr>
              <w:t>book</w:t>
            </w:r>
          </w:p>
        </w:tc>
        <w:tc>
          <w:tcPr>
            <w:tcW w:w="2592" w:type="dxa"/>
            <w:tcBorders>
              <w:top w:val="single" w:sz="4" w:space="0" w:color="D8E6EC"/>
              <w:left w:val="single" w:sz="4" w:space="0" w:color="D8E6EC"/>
              <w:bottom w:val="single" w:sz="4" w:space="0" w:color="D8E6EC"/>
              <w:right w:val="single" w:sz="4" w:space="0" w:color="D8E6EC"/>
            </w:tcBorders>
            <w:vAlign w:val="center"/>
          </w:tcPr>
          <w:p w14:paraId="3EE6F8C0" w14:textId="77777777" w:rsidR="00610360" w:rsidRDefault="00000000">
            <w:pPr>
              <w:spacing w:after="0"/>
            </w:pPr>
            <w:r>
              <w:rPr>
                <w:sz w:val="17"/>
              </w:rPr>
              <w:t>noun</w:t>
            </w:r>
          </w:p>
        </w:tc>
      </w:tr>
      <w:tr w:rsidR="00610360" w14:paraId="057BE4A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527E63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6B82C51" w14:textId="77777777" w:rsidR="00610360" w:rsidRDefault="00000000">
            <w:pPr>
              <w:spacing w:after="0"/>
            </w:pPr>
            <w:r>
              <w:rPr>
                <w:sz w:val="17"/>
              </w:rPr>
              <w:t>bibli</w:t>
            </w:r>
          </w:p>
        </w:tc>
        <w:tc>
          <w:tcPr>
            <w:tcW w:w="2592" w:type="dxa"/>
            <w:tcBorders>
              <w:top w:val="single" w:sz="4" w:space="0" w:color="D8E6EC"/>
              <w:left w:val="single" w:sz="4" w:space="0" w:color="D8E6EC"/>
              <w:bottom w:val="single" w:sz="4" w:space="0" w:color="D8E6EC"/>
              <w:right w:val="single" w:sz="4" w:space="0" w:color="D8E6EC"/>
            </w:tcBorders>
            <w:vAlign w:val="center"/>
          </w:tcPr>
          <w:p w14:paraId="5288F2D2" w14:textId="77777777" w:rsidR="00610360" w:rsidRDefault="00000000">
            <w:pPr>
              <w:spacing w:after="0"/>
            </w:pPr>
            <w:r>
              <w:rPr>
                <w:sz w:val="17"/>
              </w:rPr>
              <w:t>book-related learned root</w:t>
            </w:r>
          </w:p>
        </w:tc>
        <w:tc>
          <w:tcPr>
            <w:tcW w:w="2592" w:type="dxa"/>
            <w:tcBorders>
              <w:top w:val="single" w:sz="4" w:space="0" w:color="D8E6EC"/>
              <w:left w:val="single" w:sz="4" w:space="0" w:color="D8E6EC"/>
              <w:bottom w:val="single" w:sz="4" w:space="0" w:color="D8E6EC"/>
              <w:right w:val="single" w:sz="4" w:space="0" w:color="D8E6EC"/>
            </w:tcBorders>
            <w:vAlign w:val="center"/>
          </w:tcPr>
          <w:p w14:paraId="6AD8427F" w14:textId="77777777" w:rsidR="00610360" w:rsidRDefault="00000000">
            <w:pPr>
              <w:spacing w:after="0"/>
            </w:pPr>
            <w:r>
              <w:rPr>
                <w:sz w:val="17"/>
              </w:rPr>
              <w:t>root</w:t>
            </w:r>
          </w:p>
        </w:tc>
      </w:tr>
      <w:tr w:rsidR="00610360" w14:paraId="16022FC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D00489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EECB15B" w14:textId="77777777" w:rsidR="00610360" w:rsidRDefault="00000000">
            <w:pPr>
              <w:spacing w:after="0"/>
            </w:pPr>
            <w:r>
              <w:rPr>
                <w:sz w:val="17"/>
              </w:rPr>
              <w:t>foto</w:t>
            </w:r>
          </w:p>
        </w:tc>
        <w:tc>
          <w:tcPr>
            <w:tcW w:w="2592" w:type="dxa"/>
            <w:tcBorders>
              <w:top w:val="single" w:sz="4" w:space="0" w:color="D8E6EC"/>
              <w:left w:val="single" w:sz="4" w:space="0" w:color="D8E6EC"/>
              <w:bottom w:val="single" w:sz="4" w:space="0" w:color="D8E6EC"/>
              <w:right w:val="single" w:sz="4" w:space="0" w:color="D8E6EC"/>
            </w:tcBorders>
            <w:vAlign w:val="center"/>
          </w:tcPr>
          <w:p w14:paraId="295C990C" w14:textId="77777777" w:rsidR="00610360" w:rsidRDefault="00000000">
            <w:pPr>
              <w:spacing w:after="0"/>
            </w:pPr>
            <w:r>
              <w:rPr>
                <w:sz w:val="17"/>
              </w:rPr>
              <w:t>photo</w:t>
            </w:r>
          </w:p>
        </w:tc>
        <w:tc>
          <w:tcPr>
            <w:tcW w:w="2592" w:type="dxa"/>
            <w:tcBorders>
              <w:top w:val="single" w:sz="4" w:space="0" w:color="D8E6EC"/>
              <w:left w:val="single" w:sz="4" w:space="0" w:color="D8E6EC"/>
              <w:bottom w:val="single" w:sz="4" w:space="0" w:color="D8E6EC"/>
              <w:right w:val="single" w:sz="4" w:space="0" w:color="D8E6EC"/>
            </w:tcBorders>
            <w:vAlign w:val="center"/>
          </w:tcPr>
          <w:p w14:paraId="6068228C" w14:textId="77777777" w:rsidR="00610360" w:rsidRDefault="00000000">
            <w:pPr>
              <w:spacing w:after="0"/>
            </w:pPr>
            <w:r>
              <w:rPr>
                <w:sz w:val="17"/>
              </w:rPr>
              <w:t>noun</w:t>
            </w:r>
          </w:p>
        </w:tc>
      </w:tr>
      <w:tr w:rsidR="00610360" w14:paraId="6C34B74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EE98E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86C28E4" w14:textId="77777777" w:rsidR="00610360" w:rsidRDefault="00000000">
            <w:pPr>
              <w:spacing w:after="0"/>
            </w:pPr>
            <w:r>
              <w:rPr>
                <w:sz w:val="17"/>
              </w:rPr>
              <w:t>color</w:t>
            </w:r>
          </w:p>
        </w:tc>
        <w:tc>
          <w:tcPr>
            <w:tcW w:w="2592" w:type="dxa"/>
            <w:tcBorders>
              <w:top w:val="single" w:sz="4" w:space="0" w:color="D8E6EC"/>
              <w:left w:val="single" w:sz="4" w:space="0" w:color="D8E6EC"/>
              <w:bottom w:val="single" w:sz="4" w:space="0" w:color="D8E6EC"/>
              <w:right w:val="single" w:sz="4" w:space="0" w:color="D8E6EC"/>
            </w:tcBorders>
            <w:vAlign w:val="center"/>
          </w:tcPr>
          <w:p w14:paraId="08696003" w14:textId="77777777" w:rsidR="00610360" w:rsidRDefault="00000000">
            <w:pPr>
              <w:spacing w:after="0"/>
            </w:pPr>
            <w:r>
              <w:rPr>
                <w:sz w:val="17"/>
              </w:rPr>
              <w:t>color</w:t>
            </w:r>
          </w:p>
        </w:tc>
        <w:tc>
          <w:tcPr>
            <w:tcW w:w="2592" w:type="dxa"/>
            <w:tcBorders>
              <w:top w:val="single" w:sz="4" w:space="0" w:color="D8E6EC"/>
              <w:left w:val="single" w:sz="4" w:space="0" w:color="D8E6EC"/>
              <w:bottom w:val="single" w:sz="4" w:space="0" w:color="D8E6EC"/>
              <w:right w:val="single" w:sz="4" w:space="0" w:color="D8E6EC"/>
            </w:tcBorders>
            <w:vAlign w:val="center"/>
          </w:tcPr>
          <w:p w14:paraId="4D951ADF" w14:textId="77777777" w:rsidR="00610360" w:rsidRDefault="00000000">
            <w:pPr>
              <w:spacing w:after="0"/>
            </w:pPr>
            <w:r>
              <w:rPr>
                <w:sz w:val="17"/>
              </w:rPr>
              <w:t>noun</w:t>
            </w:r>
          </w:p>
        </w:tc>
      </w:tr>
      <w:tr w:rsidR="00610360" w14:paraId="1508A60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D68DA1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A838B61" w14:textId="77777777" w:rsidR="00610360" w:rsidRDefault="00000000">
            <w:pPr>
              <w:spacing w:after="0"/>
            </w:pPr>
            <w:r>
              <w:rPr>
                <w:sz w:val="17"/>
              </w:rPr>
              <w:t>roja</w:t>
            </w:r>
          </w:p>
        </w:tc>
        <w:tc>
          <w:tcPr>
            <w:tcW w:w="2592" w:type="dxa"/>
            <w:tcBorders>
              <w:top w:val="single" w:sz="4" w:space="0" w:color="D8E6EC"/>
              <w:left w:val="single" w:sz="4" w:space="0" w:color="D8E6EC"/>
              <w:bottom w:val="single" w:sz="4" w:space="0" w:color="D8E6EC"/>
              <w:right w:val="single" w:sz="4" w:space="0" w:color="D8E6EC"/>
            </w:tcBorders>
            <w:vAlign w:val="center"/>
          </w:tcPr>
          <w:p w14:paraId="2386FF14" w14:textId="77777777" w:rsidR="00610360" w:rsidRDefault="00000000">
            <w:pPr>
              <w:spacing w:after="0"/>
            </w:pPr>
            <w:r>
              <w:rPr>
                <w:sz w:val="17"/>
              </w:rPr>
              <w:t>red</w:t>
            </w:r>
          </w:p>
        </w:tc>
        <w:tc>
          <w:tcPr>
            <w:tcW w:w="2592" w:type="dxa"/>
            <w:tcBorders>
              <w:top w:val="single" w:sz="4" w:space="0" w:color="D8E6EC"/>
              <w:left w:val="single" w:sz="4" w:space="0" w:color="D8E6EC"/>
              <w:bottom w:val="single" w:sz="4" w:space="0" w:color="D8E6EC"/>
              <w:right w:val="single" w:sz="4" w:space="0" w:color="D8E6EC"/>
            </w:tcBorders>
            <w:vAlign w:val="center"/>
          </w:tcPr>
          <w:p w14:paraId="0CF4590B" w14:textId="77777777" w:rsidR="00610360" w:rsidRDefault="00000000">
            <w:pPr>
              <w:spacing w:after="0"/>
            </w:pPr>
            <w:r>
              <w:rPr>
                <w:sz w:val="17"/>
              </w:rPr>
              <w:t>adjective/noun</w:t>
            </w:r>
          </w:p>
        </w:tc>
      </w:tr>
      <w:tr w:rsidR="00610360" w14:paraId="10A0CE9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7D5583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EA7213C" w14:textId="77777777" w:rsidR="00610360" w:rsidRDefault="00000000">
            <w:pPr>
              <w:spacing w:after="0"/>
            </w:pPr>
            <w:r>
              <w:rPr>
                <w:sz w:val="17"/>
              </w:rPr>
              <w:t>blanc</w:t>
            </w:r>
          </w:p>
        </w:tc>
        <w:tc>
          <w:tcPr>
            <w:tcW w:w="2592" w:type="dxa"/>
            <w:tcBorders>
              <w:top w:val="single" w:sz="4" w:space="0" w:color="D8E6EC"/>
              <w:left w:val="single" w:sz="4" w:space="0" w:color="D8E6EC"/>
              <w:bottom w:val="single" w:sz="4" w:space="0" w:color="D8E6EC"/>
              <w:right w:val="single" w:sz="4" w:space="0" w:color="D8E6EC"/>
            </w:tcBorders>
            <w:vAlign w:val="center"/>
          </w:tcPr>
          <w:p w14:paraId="0CB2C50E" w14:textId="77777777" w:rsidR="00610360" w:rsidRDefault="00000000">
            <w:pPr>
              <w:spacing w:after="0"/>
            </w:pPr>
            <w:r>
              <w:rPr>
                <w:sz w:val="17"/>
              </w:rPr>
              <w:t>white</w:t>
            </w:r>
          </w:p>
        </w:tc>
        <w:tc>
          <w:tcPr>
            <w:tcW w:w="2592" w:type="dxa"/>
            <w:tcBorders>
              <w:top w:val="single" w:sz="4" w:space="0" w:color="D8E6EC"/>
              <w:left w:val="single" w:sz="4" w:space="0" w:color="D8E6EC"/>
              <w:bottom w:val="single" w:sz="4" w:space="0" w:color="D8E6EC"/>
              <w:right w:val="single" w:sz="4" w:space="0" w:color="D8E6EC"/>
            </w:tcBorders>
            <w:vAlign w:val="center"/>
          </w:tcPr>
          <w:p w14:paraId="413E5DC9" w14:textId="77777777" w:rsidR="00610360" w:rsidRDefault="00000000">
            <w:pPr>
              <w:spacing w:after="0"/>
            </w:pPr>
            <w:r>
              <w:rPr>
                <w:sz w:val="17"/>
              </w:rPr>
              <w:t>adjective/noun</w:t>
            </w:r>
          </w:p>
        </w:tc>
      </w:tr>
      <w:tr w:rsidR="00610360" w14:paraId="03FD6BC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22909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D128005" w14:textId="77777777" w:rsidR="00610360" w:rsidRDefault="00000000">
            <w:pPr>
              <w:spacing w:after="0"/>
            </w:pPr>
            <w:r>
              <w:rPr>
                <w:sz w:val="17"/>
              </w:rPr>
              <w:t>negra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9C6275F" w14:textId="77777777" w:rsidR="00610360" w:rsidRDefault="00000000">
            <w:pPr>
              <w:spacing w:after="0"/>
            </w:pPr>
            <w:r>
              <w:rPr>
                <w:sz w:val="17"/>
              </w:rPr>
              <w:t>black</w:t>
            </w:r>
          </w:p>
        </w:tc>
        <w:tc>
          <w:tcPr>
            <w:tcW w:w="2592" w:type="dxa"/>
            <w:tcBorders>
              <w:top w:val="single" w:sz="4" w:space="0" w:color="D8E6EC"/>
              <w:left w:val="single" w:sz="4" w:space="0" w:color="D8E6EC"/>
              <w:bottom w:val="single" w:sz="4" w:space="0" w:color="D8E6EC"/>
              <w:right w:val="single" w:sz="4" w:space="0" w:color="D8E6EC"/>
            </w:tcBorders>
            <w:vAlign w:val="center"/>
          </w:tcPr>
          <w:p w14:paraId="11E11C0A" w14:textId="77777777" w:rsidR="00610360" w:rsidRDefault="00000000">
            <w:pPr>
              <w:spacing w:after="0"/>
            </w:pPr>
            <w:r>
              <w:rPr>
                <w:sz w:val="17"/>
              </w:rPr>
              <w:t>adjective/noun</w:t>
            </w:r>
          </w:p>
        </w:tc>
      </w:tr>
      <w:tr w:rsidR="00610360" w14:paraId="2D4FBD1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C1C50F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55BCD61" w14:textId="77777777" w:rsidR="00610360" w:rsidRDefault="00000000">
            <w:pPr>
              <w:spacing w:after="0"/>
            </w:pPr>
            <w:r>
              <w:rPr>
                <w:sz w:val="17"/>
              </w:rPr>
              <w:t>blu</w:t>
            </w:r>
          </w:p>
        </w:tc>
        <w:tc>
          <w:tcPr>
            <w:tcW w:w="2592" w:type="dxa"/>
            <w:tcBorders>
              <w:top w:val="single" w:sz="4" w:space="0" w:color="D8E6EC"/>
              <w:left w:val="single" w:sz="4" w:space="0" w:color="D8E6EC"/>
              <w:bottom w:val="single" w:sz="4" w:space="0" w:color="D8E6EC"/>
              <w:right w:val="single" w:sz="4" w:space="0" w:color="D8E6EC"/>
            </w:tcBorders>
            <w:vAlign w:val="center"/>
          </w:tcPr>
          <w:p w14:paraId="3DE2E96A" w14:textId="77777777" w:rsidR="00610360" w:rsidRDefault="00000000">
            <w:pPr>
              <w:spacing w:after="0"/>
            </w:pPr>
            <w:r>
              <w:rPr>
                <w:sz w:val="17"/>
              </w:rPr>
              <w:t>blue</w:t>
            </w:r>
          </w:p>
        </w:tc>
        <w:tc>
          <w:tcPr>
            <w:tcW w:w="2592" w:type="dxa"/>
            <w:tcBorders>
              <w:top w:val="single" w:sz="4" w:space="0" w:color="D8E6EC"/>
              <w:left w:val="single" w:sz="4" w:space="0" w:color="D8E6EC"/>
              <w:bottom w:val="single" w:sz="4" w:space="0" w:color="D8E6EC"/>
              <w:right w:val="single" w:sz="4" w:space="0" w:color="D8E6EC"/>
            </w:tcBorders>
            <w:vAlign w:val="center"/>
          </w:tcPr>
          <w:p w14:paraId="452165EB" w14:textId="77777777" w:rsidR="00610360" w:rsidRDefault="00000000">
            <w:pPr>
              <w:spacing w:after="0"/>
            </w:pPr>
            <w:r>
              <w:rPr>
                <w:sz w:val="17"/>
              </w:rPr>
              <w:t>adjective/noun</w:t>
            </w:r>
          </w:p>
        </w:tc>
      </w:tr>
      <w:tr w:rsidR="00610360" w14:paraId="5E5CA35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716EC1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6BC6B4" w14:textId="77777777" w:rsidR="00610360" w:rsidRDefault="00000000">
            <w:pPr>
              <w:spacing w:after="0"/>
            </w:pPr>
            <w:r>
              <w:rPr>
                <w:sz w:val="17"/>
              </w:rPr>
              <w:t>verde</w:t>
            </w:r>
          </w:p>
        </w:tc>
        <w:tc>
          <w:tcPr>
            <w:tcW w:w="2592" w:type="dxa"/>
            <w:tcBorders>
              <w:top w:val="single" w:sz="4" w:space="0" w:color="D8E6EC"/>
              <w:left w:val="single" w:sz="4" w:space="0" w:color="D8E6EC"/>
              <w:bottom w:val="single" w:sz="4" w:space="0" w:color="D8E6EC"/>
              <w:right w:val="single" w:sz="4" w:space="0" w:color="D8E6EC"/>
            </w:tcBorders>
            <w:vAlign w:val="center"/>
          </w:tcPr>
          <w:p w14:paraId="42B2E8DE" w14:textId="77777777" w:rsidR="00610360" w:rsidRDefault="00000000">
            <w:pPr>
              <w:spacing w:after="0"/>
            </w:pPr>
            <w:r>
              <w:rPr>
                <w:sz w:val="17"/>
              </w:rPr>
              <w:t>green</w:t>
            </w:r>
          </w:p>
        </w:tc>
        <w:tc>
          <w:tcPr>
            <w:tcW w:w="2592" w:type="dxa"/>
            <w:tcBorders>
              <w:top w:val="single" w:sz="4" w:space="0" w:color="D8E6EC"/>
              <w:left w:val="single" w:sz="4" w:space="0" w:color="D8E6EC"/>
              <w:bottom w:val="single" w:sz="4" w:space="0" w:color="D8E6EC"/>
              <w:right w:val="single" w:sz="4" w:space="0" w:color="D8E6EC"/>
            </w:tcBorders>
            <w:vAlign w:val="center"/>
          </w:tcPr>
          <w:p w14:paraId="649C61B1" w14:textId="77777777" w:rsidR="00610360" w:rsidRDefault="00000000">
            <w:pPr>
              <w:spacing w:after="0"/>
            </w:pPr>
            <w:r>
              <w:rPr>
                <w:sz w:val="17"/>
              </w:rPr>
              <w:t>adjective/noun</w:t>
            </w:r>
          </w:p>
        </w:tc>
      </w:tr>
      <w:tr w:rsidR="00610360" w14:paraId="2822707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2F3D50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F3FD710" w14:textId="77777777" w:rsidR="00610360" w:rsidRDefault="00000000">
            <w:pPr>
              <w:spacing w:after="0"/>
            </w:pPr>
            <w:r>
              <w:rPr>
                <w:sz w:val="17"/>
              </w:rPr>
              <w:t>giala</w:t>
            </w:r>
          </w:p>
        </w:tc>
        <w:tc>
          <w:tcPr>
            <w:tcW w:w="2592" w:type="dxa"/>
            <w:tcBorders>
              <w:top w:val="single" w:sz="4" w:space="0" w:color="D8E6EC"/>
              <w:left w:val="single" w:sz="4" w:space="0" w:color="D8E6EC"/>
              <w:bottom w:val="single" w:sz="4" w:space="0" w:color="D8E6EC"/>
              <w:right w:val="single" w:sz="4" w:space="0" w:color="D8E6EC"/>
            </w:tcBorders>
            <w:vAlign w:val="center"/>
          </w:tcPr>
          <w:p w14:paraId="4F2A6E22" w14:textId="77777777" w:rsidR="00610360" w:rsidRDefault="00000000">
            <w:pPr>
              <w:spacing w:after="0"/>
            </w:pPr>
            <w:r>
              <w:rPr>
                <w:sz w:val="17"/>
              </w:rPr>
              <w:t>yellow</w:t>
            </w:r>
          </w:p>
        </w:tc>
        <w:tc>
          <w:tcPr>
            <w:tcW w:w="2592" w:type="dxa"/>
            <w:tcBorders>
              <w:top w:val="single" w:sz="4" w:space="0" w:color="D8E6EC"/>
              <w:left w:val="single" w:sz="4" w:space="0" w:color="D8E6EC"/>
              <w:bottom w:val="single" w:sz="4" w:space="0" w:color="D8E6EC"/>
              <w:right w:val="single" w:sz="4" w:space="0" w:color="D8E6EC"/>
            </w:tcBorders>
            <w:vAlign w:val="center"/>
          </w:tcPr>
          <w:p w14:paraId="29CFE8CB" w14:textId="77777777" w:rsidR="00610360" w:rsidRDefault="00000000">
            <w:pPr>
              <w:spacing w:after="0"/>
            </w:pPr>
            <w:r>
              <w:rPr>
                <w:sz w:val="17"/>
              </w:rPr>
              <w:t>adjective/noun</w:t>
            </w:r>
          </w:p>
        </w:tc>
      </w:tr>
      <w:tr w:rsidR="00610360" w14:paraId="33E3864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C40577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B688E2E" w14:textId="77777777" w:rsidR="00610360" w:rsidRDefault="00000000">
            <w:pPr>
              <w:spacing w:after="0"/>
            </w:pPr>
            <w:r>
              <w:rPr>
                <w:sz w:val="17"/>
              </w:rPr>
              <w:t>festa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552350A7" w14:textId="77777777" w:rsidR="00610360" w:rsidRDefault="00000000">
            <w:pPr>
              <w:spacing w:after="0"/>
            </w:pPr>
            <w:r>
              <w:rPr>
                <w:sz w:val="17"/>
              </w:rPr>
              <w:t>party / feast</w:t>
            </w:r>
          </w:p>
        </w:tc>
        <w:tc>
          <w:tcPr>
            <w:tcW w:w="2592" w:type="dxa"/>
            <w:tcBorders>
              <w:top w:val="single" w:sz="4" w:space="0" w:color="D8E6EC"/>
              <w:left w:val="single" w:sz="4" w:space="0" w:color="D8E6EC"/>
              <w:bottom w:val="single" w:sz="4" w:space="0" w:color="D8E6EC"/>
              <w:right w:val="single" w:sz="4" w:space="0" w:color="D8E6EC"/>
            </w:tcBorders>
            <w:vAlign w:val="center"/>
          </w:tcPr>
          <w:p w14:paraId="46D9FD9F" w14:textId="77777777" w:rsidR="00610360" w:rsidRDefault="00000000">
            <w:pPr>
              <w:spacing w:after="0"/>
            </w:pPr>
            <w:r>
              <w:rPr>
                <w:sz w:val="17"/>
              </w:rPr>
              <w:t>noun</w:t>
            </w:r>
          </w:p>
        </w:tc>
      </w:tr>
      <w:tr w:rsidR="00610360" w14:paraId="593E7FF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AA2BFD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0A551A0" w14:textId="77777777" w:rsidR="00610360" w:rsidRDefault="00000000">
            <w:pPr>
              <w:spacing w:after="0"/>
            </w:pPr>
            <w:r>
              <w:rPr>
                <w:sz w:val="17"/>
              </w:rPr>
              <w:t>labor</w:t>
            </w:r>
          </w:p>
        </w:tc>
        <w:tc>
          <w:tcPr>
            <w:tcW w:w="2592" w:type="dxa"/>
            <w:tcBorders>
              <w:top w:val="single" w:sz="4" w:space="0" w:color="D8E6EC"/>
              <w:left w:val="single" w:sz="4" w:space="0" w:color="D8E6EC"/>
              <w:bottom w:val="single" w:sz="4" w:space="0" w:color="D8E6EC"/>
              <w:right w:val="single" w:sz="4" w:space="0" w:color="D8E6EC"/>
            </w:tcBorders>
            <w:vAlign w:val="center"/>
          </w:tcPr>
          <w:p w14:paraId="31393068" w14:textId="77777777" w:rsidR="00610360" w:rsidRDefault="00000000">
            <w:pPr>
              <w:spacing w:after="0"/>
            </w:pPr>
            <w:r>
              <w:rPr>
                <w:sz w:val="17"/>
              </w:rPr>
              <w:t>work / labor</w:t>
            </w:r>
          </w:p>
        </w:tc>
        <w:tc>
          <w:tcPr>
            <w:tcW w:w="2592" w:type="dxa"/>
            <w:tcBorders>
              <w:top w:val="single" w:sz="4" w:space="0" w:color="D8E6EC"/>
              <w:left w:val="single" w:sz="4" w:space="0" w:color="D8E6EC"/>
              <w:bottom w:val="single" w:sz="4" w:space="0" w:color="D8E6EC"/>
              <w:right w:val="single" w:sz="4" w:space="0" w:color="D8E6EC"/>
            </w:tcBorders>
            <w:vAlign w:val="center"/>
          </w:tcPr>
          <w:p w14:paraId="7A02D1FB" w14:textId="77777777" w:rsidR="00610360" w:rsidRDefault="00000000">
            <w:pPr>
              <w:spacing w:after="0"/>
            </w:pPr>
            <w:r>
              <w:rPr>
                <w:sz w:val="17"/>
              </w:rPr>
              <w:t>noun</w:t>
            </w:r>
          </w:p>
        </w:tc>
      </w:tr>
      <w:tr w:rsidR="00610360" w14:paraId="4CA672A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DC03B9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2BBCCCD" w14:textId="77777777" w:rsidR="00610360" w:rsidRDefault="00000000">
            <w:pPr>
              <w:spacing w:after="0"/>
            </w:pPr>
            <w:r>
              <w:rPr>
                <w:sz w:val="17"/>
              </w:rPr>
              <w:t>dinero</w:t>
            </w:r>
          </w:p>
        </w:tc>
        <w:tc>
          <w:tcPr>
            <w:tcW w:w="2592" w:type="dxa"/>
            <w:tcBorders>
              <w:top w:val="single" w:sz="4" w:space="0" w:color="D8E6EC"/>
              <w:left w:val="single" w:sz="4" w:space="0" w:color="D8E6EC"/>
              <w:bottom w:val="single" w:sz="4" w:space="0" w:color="D8E6EC"/>
              <w:right w:val="single" w:sz="4" w:space="0" w:color="D8E6EC"/>
            </w:tcBorders>
            <w:vAlign w:val="center"/>
          </w:tcPr>
          <w:p w14:paraId="59ACBB59" w14:textId="77777777" w:rsidR="00610360" w:rsidRDefault="00000000">
            <w:pPr>
              <w:spacing w:after="0"/>
            </w:pPr>
            <w:r>
              <w:rPr>
                <w:sz w:val="17"/>
              </w:rPr>
              <w:t>money</w:t>
            </w:r>
          </w:p>
        </w:tc>
        <w:tc>
          <w:tcPr>
            <w:tcW w:w="2592" w:type="dxa"/>
            <w:tcBorders>
              <w:top w:val="single" w:sz="4" w:space="0" w:color="D8E6EC"/>
              <w:left w:val="single" w:sz="4" w:space="0" w:color="D8E6EC"/>
              <w:bottom w:val="single" w:sz="4" w:space="0" w:color="D8E6EC"/>
              <w:right w:val="single" w:sz="4" w:space="0" w:color="D8E6EC"/>
            </w:tcBorders>
            <w:vAlign w:val="center"/>
          </w:tcPr>
          <w:p w14:paraId="529C2E3B" w14:textId="77777777" w:rsidR="00610360" w:rsidRDefault="00000000">
            <w:pPr>
              <w:spacing w:after="0"/>
            </w:pPr>
            <w:r>
              <w:rPr>
                <w:sz w:val="17"/>
              </w:rPr>
              <w:t>noun</w:t>
            </w:r>
          </w:p>
        </w:tc>
      </w:tr>
      <w:tr w:rsidR="00610360" w14:paraId="7B8CB29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889A67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3C33037" w14:textId="77777777" w:rsidR="00610360" w:rsidRDefault="00000000">
            <w:pPr>
              <w:spacing w:after="0"/>
            </w:pPr>
            <w:r>
              <w:rPr>
                <w:sz w:val="17"/>
              </w:rPr>
              <w:t>prezo</w:t>
            </w:r>
          </w:p>
        </w:tc>
        <w:tc>
          <w:tcPr>
            <w:tcW w:w="2592" w:type="dxa"/>
            <w:tcBorders>
              <w:top w:val="single" w:sz="4" w:space="0" w:color="D8E6EC"/>
              <w:left w:val="single" w:sz="4" w:space="0" w:color="D8E6EC"/>
              <w:bottom w:val="single" w:sz="4" w:space="0" w:color="D8E6EC"/>
              <w:right w:val="single" w:sz="4" w:space="0" w:color="D8E6EC"/>
            </w:tcBorders>
            <w:vAlign w:val="center"/>
          </w:tcPr>
          <w:p w14:paraId="321D8ECA" w14:textId="77777777" w:rsidR="00610360" w:rsidRDefault="00000000">
            <w:pPr>
              <w:spacing w:after="0"/>
            </w:pPr>
            <w:r>
              <w:rPr>
                <w:sz w:val="17"/>
              </w:rPr>
              <w:t>price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32FBA8EF" w14:textId="77777777" w:rsidR="00610360" w:rsidRDefault="00000000">
            <w:pPr>
              <w:spacing w:after="0"/>
            </w:pPr>
            <w:r>
              <w:rPr>
                <w:sz w:val="17"/>
              </w:rPr>
              <w:t>noun</w:t>
            </w:r>
          </w:p>
        </w:tc>
      </w:tr>
      <w:tr w:rsidR="00610360" w14:paraId="664441A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AC158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7C3EC88" w14:textId="77777777" w:rsidR="00610360" w:rsidRDefault="00000000">
            <w:pPr>
              <w:spacing w:after="0"/>
            </w:pPr>
            <w:r>
              <w:rPr>
                <w:sz w:val="17"/>
              </w:rPr>
              <w:t>regalo</w:t>
            </w:r>
          </w:p>
        </w:tc>
        <w:tc>
          <w:tcPr>
            <w:tcW w:w="2592" w:type="dxa"/>
            <w:tcBorders>
              <w:top w:val="single" w:sz="4" w:space="0" w:color="D8E6EC"/>
              <w:left w:val="single" w:sz="4" w:space="0" w:color="D8E6EC"/>
              <w:bottom w:val="single" w:sz="4" w:space="0" w:color="D8E6EC"/>
              <w:right w:val="single" w:sz="4" w:space="0" w:color="D8E6EC"/>
            </w:tcBorders>
            <w:vAlign w:val="center"/>
          </w:tcPr>
          <w:p w14:paraId="62561896" w14:textId="77777777" w:rsidR="00610360" w:rsidRDefault="00000000">
            <w:pPr>
              <w:spacing w:after="0"/>
            </w:pPr>
            <w:r>
              <w:rPr>
                <w:sz w:val="17"/>
              </w:rPr>
              <w:t>gift</w:t>
            </w:r>
          </w:p>
        </w:tc>
        <w:tc>
          <w:tcPr>
            <w:tcW w:w="2592" w:type="dxa"/>
            <w:tcBorders>
              <w:top w:val="single" w:sz="4" w:space="0" w:color="D8E6EC"/>
              <w:left w:val="single" w:sz="4" w:space="0" w:color="D8E6EC"/>
              <w:bottom w:val="single" w:sz="4" w:space="0" w:color="D8E6EC"/>
              <w:right w:val="single" w:sz="4" w:space="0" w:color="D8E6EC"/>
            </w:tcBorders>
            <w:vAlign w:val="center"/>
          </w:tcPr>
          <w:p w14:paraId="1BFA2403" w14:textId="77777777" w:rsidR="00610360" w:rsidRDefault="00000000">
            <w:pPr>
              <w:spacing w:after="0"/>
            </w:pPr>
            <w:r>
              <w:rPr>
                <w:sz w:val="17"/>
              </w:rPr>
              <w:t>noun</w:t>
            </w:r>
          </w:p>
        </w:tc>
      </w:tr>
    </w:tbl>
    <w:p w14:paraId="6398B20F" w14:textId="77777777" w:rsidR="00610360" w:rsidRDefault="00000000">
      <w:pPr>
        <w:pStyle w:val="Heading2"/>
        <w:spacing w:after="120"/>
      </w:pPr>
      <w:r>
        <w:rPr>
          <w:rFonts w:ascii="Aptos" w:hAnsi="Aptos"/>
        </w:rPr>
        <w:t>Food and drink</w:t>
      </w:r>
    </w:p>
    <w:tbl>
      <w:tblPr>
        <w:tblW w:w="0" w:type="auto"/>
        <w:jc w:val="center"/>
        <w:tblLook w:val="04A0" w:firstRow="1" w:lastRow="0" w:firstColumn="1" w:lastColumn="0" w:noHBand="0" w:noVBand="1"/>
      </w:tblPr>
      <w:tblGrid>
        <w:gridCol w:w="2592"/>
        <w:gridCol w:w="2592"/>
        <w:gridCol w:w="2592"/>
        <w:gridCol w:w="2592"/>
      </w:tblGrid>
      <w:tr w:rsidR="00610360" w14:paraId="2C6428D8"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3F3E155"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E186BB1"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9E86235"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30C5D4D" w14:textId="77777777" w:rsidR="00610360" w:rsidRDefault="00000000">
            <w:pPr>
              <w:spacing w:after="0"/>
            </w:pPr>
            <w:r>
              <w:rPr>
                <w:b/>
                <w:color w:val="FFFFFF"/>
                <w:sz w:val="17"/>
              </w:rPr>
              <w:t>Note</w:t>
            </w:r>
          </w:p>
        </w:tc>
      </w:tr>
      <w:tr w:rsidR="00610360" w14:paraId="4F3657A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97FA01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02D5FFB" w14:textId="77777777" w:rsidR="00610360" w:rsidRDefault="00000000">
            <w:pPr>
              <w:spacing w:after="0"/>
            </w:pPr>
            <w:r>
              <w:rPr>
                <w:sz w:val="17"/>
              </w:rPr>
              <w:t>alimenta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77C800EA" w14:textId="77777777" w:rsidR="00610360" w:rsidRDefault="00000000">
            <w:pPr>
              <w:spacing w:after="0"/>
            </w:pPr>
            <w:r>
              <w:rPr>
                <w:sz w:val="17"/>
              </w:rPr>
              <w:t>food</w:t>
            </w:r>
          </w:p>
        </w:tc>
        <w:tc>
          <w:tcPr>
            <w:tcW w:w="2592" w:type="dxa"/>
            <w:tcBorders>
              <w:top w:val="single" w:sz="4" w:space="0" w:color="D8E6EC"/>
              <w:left w:val="single" w:sz="4" w:space="0" w:color="D8E6EC"/>
              <w:bottom w:val="single" w:sz="4" w:space="0" w:color="D8E6EC"/>
              <w:right w:val="single" w:sz="4" w:space="0" w:color="D8E6EC"/>
            </w:tcBorders>
            <w:vAlign w:val="center"/>
          </w:tcPr>
          <w:p w14:paraId="4ED7FDF4" w14:textId="77777777" w:rsidR="00610360" w:rsidRDefault="00000000">
            <w:pPr>
              <w:spacing w:after="0"/>
            </w:pPr>
            <w:r>
              <w:rPr>
                <w:sz w:val="17"/>
              </w:rPr>
              <w:t>noun</w:t>
            </w:r>
          </w:p>
        </w:tc>
      </w:tr>
      <w:tr w:rsidR="00610360" w14:paraId="55377E6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2CE601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24A1153" w14:textId="77777777" w:rsidR="00610360" w:rsidRDefault="00000000">
            <w:pPr>
              <w:spacing w:after="0"/>
            </w:pPr>
            <w:r>
              <w:rPr>
                <w:sz w:val="17"/>
              </w:rPr>
              <w:t>akua</w:t>
            </w:r>
          </w:p>
        </w:tc>
        <w:tc>
          <w:tcPr>
            <w:tcW w:w="2592" w:type="dxa"/>
            <w:tcBorders>
              <w:top w:val="single" w:sz="4" w:space="0" w:color="D8E6EC"/>
              <w:left w:val="single" w:sz="4" w:space="0" w:color="D8E6EC"/>
              <w:bottom w:val="single" w:sz="4" w:space="0" w:color="D8E6EC"/>
              <w:right w:val="single" w:sz="4" w:space="0" w:color="D8E6EC"/>
            </w:tcBorders>
            <w:vAlign w:val="center"/>
          </w:tcPr>
          <w:p w14:paraId="1E87806F" w14:textId="77777777" w:rsidR="00610360" w:rsidRDefault="00000000">
            <w:pPr>
              <w:spacing w:after="0"/>
            </w:pPr>
            <w:r>
              <w:rPr>
                <w:sz w:val="17"/>
              </w:rPr>
              <w:t>water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F56EFB9" w14:textId="77777777" w:rsidR="00610360" w:rsidRDefault="00000000">
            <w:pPr>
              <w:spacing w:after="0"/>
            </w:pPr>
            <w:r>
              <w:rPr>
                <w:sz w:val="17"/>
              </w:rPr>
              <w:t>noun</w:t>
            </w:r>
          </w:p>
        </w:tc>
      </w:tr>
      <w:tr w:rsidR="00610360" w14:paraId="429145B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CF8E20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302F6C4" w14:textId="77777777" w:rsidR="00610360" w:rsidRDefault="00000000">
            <w:pPr>
              <w:spacing w:after="0"/>
            </w:pPr>
            <w:r>
              <w:rPr>
                <w:sz w:val="17"/>
              </w:rPr>
              <w:t>kafe</w:t>
            </w:r>
          </w:p>
        </w:tc>
        <w:tc>
          <w:tcPr>
            <w:tcW w:w="2592" w:type="dxa"/>
            <w:tcBorders>
              <w:top w:val="single" w:sz="4" w:space="0" w:color="D8E6EC"/>
              <w:left w:val="single" w:sz="4" w:space="0" w:color="D8E6EC"/>
              <w:bottom w:val="single" w:sz="4" w:space="0" w:color="D8E6EC"/>
              <w:right w:val="single" w:sz="4" w:space="0" w:color="D8E6EC"/>
            </w:tcBorders>
            <w:vAlign w:val="center"/>
          </w:tcPr>
          <w:p w14:paraId="23C16BBC" w14:textId="77777777" w:rsidR="00610360" w:rsidRDefault="00000000">
            <w:pPr>
              <w:spacing w:after="0"/>
            </w:pPr>
            <w:r>
              <w:rPr>
                <w:sz w:val="17"/>
              </w:rPr>
              <w:t>coffee</w:t>
            </w:r>
          </w:p>
        </w:tc>
        <w:tc>
          <w:tcPr>
            <w:tcW w:w="2592" w:type="dxa"/>
            <w:tcBorders>
              <w:top w:val="single" w:sz="4" w:space="0" w:color="D8E6EC"/>
              <w:left w:val="single" w:sz="4" w:space="0" w:color="D8E6EC"/>
              <w:bottom w:val="single" w:sz="4" w:space="0" w:color="D8E6EC"/>
              <w:right w:val="single" w:sz="4" w:space="0" w:color="D8E6EC"/>
            </w:tcBorders>
            <w:vAlign w:val="center"/>
          </w:tcPr>
          <w:p w14:paraId="4E4EDD6C" w14:textId="77777777" w:rsidR="00610360" w:rsidRDefault="00000000">
            <w:pPr>
              <w:spacing w:after="0"/>
            </w:pPr>
            <w:r>
              <w:rPr>
                <w:sz w:val="17"/>
              </w:rPr>
              <w:t>noun</w:t>
            </w:r>
          </w:p>
        </w:tc>
      </w:tr>
      <w:tr w:rsidR="00610360" w14:paraId="282EA4E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A2C29E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B50C4D4" w14:textId="77777777" w:rsidR="00610360" w:rsidRDefault="00000000">
            <w:pPr>
              <w:spacing w:after="0"/>
            </w:pPr>
            <w:r>
              <w:rPr>
                <w:sz w:val="17"/>
              </w:rPr>
              <w:t>te</w:t>
            </w:r>
          </w:p>
        </w:tc>
        <w:tc>
          <w:tcPr>
            <w:tcW w:w="2592" w:type="dxa"/>
            <w:tcBorders>
              <w:top w:val="single" w:sz="4" w:space="0" w:color="D8E6EC"/>
              <w:left w:val="single" w:sz="4" w:space="0" w:color="D8E6EC"/>
              <w:bottom w:val="single" w:sz="4" w:space="0" w:color="D8E6EC"/>
              <w:right w:val="single" w:sz="4" w:space="0" w:color="D8E6EC"/>
            </w:tcBorders>
            <w:vAlign w:val="center"/>
          </w:tcPr>
          <w:p w14:paraId="149BFC85" w14:textId="77777777" w:rsidR="00610360" w:rsidRDefault="00000000">
            <w:pPr>
              <w:spacing w:after="0"/>
            </w:pPr>
            <w:r>
              <w:rPr>
                <w:sz w:val="17"/>
              </w:rPr>
              <w:t>tea</w:t>
            </w:r>
          </w:p>
        </w:tc>
        <w:tc>
          <w:tcPr>
            <w:tcW w:w="2592" w:type="dxa"/>
            <w:tcBorders>
              <w:top w:val="single" w:sz="4" w:space="0" w:color="D8E6EC"/>
              <w:left w:val="single" w:sz="4" w:space="0" w:color="D8E6EC"/>
              <w:bottom w:val="single" w:sz="4" w:space="0" w:color="D8E6EC"/>
              <w:right w:val="single" w:sz="4" w:space="0" w:color="D8E6EC"/>
            </w:tcBorders>
            <w:vAlign w:val="center"/>
          </w:tcPr>
          <w:p w14:paraId="3F332567" w14:textId="77777777" w:rsidR="00610360" w:rsidRDefault="00000000">
            <w:pPr>
              <w:spacing w:after="0"/>
            </w:pPr>
            <w:r>
              <w:rPr>
                <w:sz w:val="17"/>
              </w:rPr>
              <w:t>noun</w:t>
            </w:r>
          </w:p>
        </w:tc>
      </w:tr>
      <w:tr w:rsidR="00610360" w14:paraId="226A5F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0790C8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EE1A1DB" w14:textId="77777777" w:rsidR="00610360" w:rsidRDefault="00000000">
            <w:pPr>
              <w:spacing w:after="0"/>
            </w:pPr>
            <w:r>
              <w:rPr>
                <w:sz w:val="17"/>
              </w:rPr>
              <w:t>lakte</w:t>
            </w:r>
          </w:p>
        </w:tc>
        <w:tc>
          <w:tcPr>
            <w:tcW w:w="2592" w:type="dxa"/>
            <w:tcBorders>
              <w:top w:val="single" w:sz="4" w:space="0" w:color="D8E6EC"/>
              <w:left w:val="single" w:sz="4" w:space="0" w:color="D8E6EC"/>
              <w:bottom w:val="single" w:sz="4" w:space="0" w:color="D8E6EC"/>
              <w:right w:val="single" w:sz="4" w:space="0" w:color="D8E6EC"/>
            </w:tcBorders>
            <w:vAlign w:val="center"/>
          </w:tcPr>
          <w:p w14:paraId="110B251B" w14:textId="77777777" w:rsidR="00610360" w:rsidRDefault="00000000">
            <w:pPr>
              <w:spacing w:after="0"/>
            </w:pPr>
            <w:r>
              <w:rPr>
                <w:sz w:val="17"/>
              </w:rPr>
              <w:t>milk</w:t>
            </w:r>
          </w:p>
        </w:tc>
        <w:tc>
          <w:tcPr>
            <w:tcW w:w="2592" w:type="dxa"/>
            <w:tcBorders>
              <w:top w:val="single" w:sz="4" w:space="0" w:color="D8E6EC"/>
              <w:left w:val="single" w:sz="4" w:space="0" w:color="D8E6EC"/>
              <w:bottom w:val="single" w:sz="4" w:space="0" w:color="D8E6EC"/>
              <w:right w:val="single" w:sz="4" w:space="0" w:color="D8E6EC"/>
            </w:tcBorders>
            <w:vAlign w:val="center"/>
          </w:tcPr>
          <w:p w14:paraId="739B286A" w14:textId="77777777" w:rsidR="00610360" w:rsidRDefault="00000000">
            <w:pPr>
              <w:spacing w:after="0"/>
            </w:pPr>
            <w:r>
              <w:rPr>
                <w:sz w:val="17"/>
              </w:rPr>
              <w:t>noun</w:t>
            </w:r>
          </w:p>
        </w:tc>
      </w:tr>
      <w:tr w:rsidR="00610360" w14:paraId="5A41168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E8ECB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3CF2F9B" w14:textId="77777777" w:rsidR="00610360" w:rsidRDefault="00000000">
            <w:pPr>
              <w:spacing w:after="0"/>
            </w:pPr>
            <w:r>
              <w:rPr>
                <w:sz w:val="17"/>
              </w:rPr>
              <w:t>juse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2E622D71" w14:textId="77777777" w:rsidR="00610360" w:rsidRDefault="00000000">
            <w:pPr>
              <w:spacing w:after="0"/>
            </w:pPr>
            <w:r>
              <w:rPr>
                <w:sz w:val="17"/>
              </w:rPr>
              <w:t>juice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76239E" w14:textId="77777777" w:rsidR="00610360" w:rsidRDefault="00000000">
            <w:pPr>
              <w:spacing w:after="0"/>
            </w:pPr>
            <w:r>
              <w:rPr>
                <w:sz w:val="17"/>
              </w:rPr>
              <w:t>noun</w:t>
            </w:r>
          </w:p>
        </w:tc>
      </w:tr>
      <w:tr w:rsidR="00610360" w14:paraId="3C36DB1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0A006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0BD39B8" w14:textId="77777777" w:rsidR="00610360" w:rsidRDefault="00000000">
            <w:pPr>
              <w:spacing w:after="0"/>
            </w:pPr>
            <w:r>
              <w:rPr>
                <w:sz w:val="17"/>
              </w:rPr>
              <w:t>pan</w:t>
            </w:r>
          </w:p>
        </w:tc>
        <w:tc>
          <w:tcPr>
            <w:tcW w:w="2592" w:type="dxa"/>
            <w:tcBorders>
              <w:top w:val="single" w:sz="4" w:space="0" w:color="D8E6EC"/>
              <w:left w:val="single" w:sz="4" w:space="0" w:color="D8E6EC"/>
              <w:bottom w:val="single" w:sz="4" w:space="0" w:color="D8E6EC"/>
              <w:right w:val="single" w:sz="4" w:space="0" w:color="D8E6EC"/>
            </w:tcBorders>
            <w:vAlign w:val="center"/>
          </w:tcPr>
          <w:p w14:paraId="665C0F53" w14:textId="77777777" w:rsidR="00610360" w:rsidRDefault="00000000">
            <w:pPr>
              <w:spacing w:after="0"/>
            </w:pPr>
            <w:r>
              <w:rPr>
                <w:sz w:val="17"/>
              </w:rPr>
              <w:t>bread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74C4C7EE" w14:textId="77777777" w:rsidR="00610360" w:rsidRDefault="00000000">
            <w:pPr>
              <w:spacing w:after="0"/>
            </w:pPr>
            <w:r>
              <w:rPr>
                <w:sz w:val="17"/>
              </w:rPr>
              <w:t>noun</w:t>
            </w:r>
          </w:p>
        </w:tc>
      </w:tr>
      <w:tr w:rsidR="00610360" w14:paraId="3663739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F7EDA5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08B1A2A" w14:textId="77777777" w:rsidR="00610360" w:rsidRDefault="00000000">
            <w:pPr>
              <w:spacing w:after="0"/>
            </w:pPr>
            <w:r>
              <w:rPr>
                <w:sz w:val="17"/>
              </w:rPr>
              <w:t>fruta</w:t>
            </w:r>
          </w:p>
        </w:tc>
        <w:tc>
          <w:tcPr>
            <w:tcW w:w="2592" w:type="dxa"/>
            <w:tcBorders>
              <w:top w:val="single" w:sz="4" w:space="0" w:color="D8E6EC"/>
              <w:left w:val="single" w:sz="4" w:space="0" w:color="D8E6EC"/>
              <w:bottom w:val="single" w:sz="4" w:space="0" w:color="D8E6EC"/>
              <w:right w:val="single" w:sz="4" w:space="0" w:color="D8E6EC"/>
            </w:tcBorders>
            <w:vAlign w:val="center"/>
          </w:tcPr>
          <w:p w14:paraId="53779FF0" w14:textId="77777777" w:rsidR="00610360" w:rsidRDefault="00000000">
            <w:pPr>
              <w:spacing w:after="0"/>
            </w:pPr>
            <w:r>
              <w:rPr>
                <w:sz w:val="17"/>
              </w:rPr>
              <w:t>fruit</w:t>
            </w:r>
          </w:p>
        </w:tc>
        <w:tc>
          <w:tcPr>
            <w:tcW w:w="2592" w:type="dxa"/>
            <w:tcBorders>
              <w:top w:val="single" w:sz="4" w:space="0" w:color="D8E6EC"/>
              <w:left w:val="single" w:sz="4" w:space="0" w:color="D8E6EC"/>
              <w:bottom w:val="single" w:sz="4" w:space="0" w:color="D8E6EC"/>
              <w:right w:val="single" w:sz="4" w:space="0" w:color="D8E6EC"/>
            </w:tcBorders>
            <w:vAlign w:val="center"/>
          </w:tcPr>
          <w:p w14:paraId="2F3F9C7F" w14:textId="77777777" w:rsidR="00610360" w:rsidRDefault="00000000">
            <w:pPr>
              <w:spacing w:after="0"/>
            </w:pPr>
            <w:r>
              <w:rPr>
                <w:sz w:val="17"/>
              </w:rPr>
              <w:t>noun</w:t>
            </w:r>
          </w:p>
        </w:tc>
      </w:tr>
      <w:tr w:rsidR="00610360" w14:paraId="4119FE6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056AF0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884FEA6" w14:textId="77777777" w:rsidR="00610360" w:rsidRDefault="00000000">
            <w:pPr>
              <w:spacing w:after="0"/>
            </w:pPr>
            <w:r>
              <w:rPr>
                <w:sz w:val="17"/>
              </w:rPr>
              <w:t>poma</w:t>
            </w:r>
          </w:p>
        </w:tc>
        <w:tc>
          <w:tcPr>
            <w:tcW w:w="2592" w:type="dxa"/>
            <w:tcBorders>
              <w:top w:val="single" w:sz="4" w:space="0" w:color="D8E6EC"/>
              <w:left w:val="single" w:sz="4" w:space="0" w:color="D8E6EC"/>
              <w:bottom w:val="single" w:sz="4" w:space="0" w:color="D8E6EC"/>
              <w:right w:val="single" w:sz="4" w:space="0" w:color="D8E6EC"/>
            </w:tcBorders>
            <w:vAlign w:val="center"/>
          </w:tcPr>
          <w:p w14:paraId="612A0A1C" w14:textId="77777777" w:rsidR="00610360" w:rsidRDefault="00000000">
            <w:pPr>
              <w:spacing w:after="0"/>
            </w:pPr>
            <w:r>
              <w:rPr>
                <w:sz w:val="17"/>
              </w:rPr>
              <w:t>apple</w:t>
            </w:r>
          </w:p>
        </w:tc>
        <w:tc>
          <w:tcPr>
            <w:tcW w:w="2592" w:type="dxa"/>
            <w:tcBorders>
              <w:top w:val="single" w:sz="4" w:space="0" w:color="D8E6EC"/>
              <w:left w:val="single" w:sz="4" w:space="0" w:color="D8E6EC"/>
              <w:bottom w:val="single" w:sz="4" w:space="0" w:color="D8E6EC"/>
              <w:right w:val="single" w:sz="4" w:space="0" w:color="D8E6EC"/>
            </w:tcBorders>
            <w:vAlign w:val="center"/>
          </w:tcPr>
          <w:p w14:paraId="24D2ABEA" w14:textId="77777777" w:rsidR="00610360" w:rsidRDefault="00000000">
            <w:pPr>
              <w:spacing w:after="0"/>
            </w:pPr>
            <w:r>
              <w:rPr>
                <w:sz w:val="17"/>
              </w:rPr>
              <w:t>noun</w:t>
            </w:r>
          </w:p>
        </w:tc>
      </w:tr>
      <w:tr w:rsidR="00610360" w14:paraId="4712723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D40CF4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A5D33FB" w14:textId="77777777" w:rsidR="00610360" w:rsidRDefault="00000000">
            <w:pPr>
              <w:spacing w:after="0"/>
            </w:pPr>
            <w:r>
              <w:rPr>
                <w:sz w:val="17"/>
              </w:rPr>
              <w:t>banan</w:t>
            </w:r>
          </w:p>
        </w:tc>
        <w:tc>
          <w:tcPr>
            <w:tcW w:w="2592" w:type="dxa"/>
            <w:tcBorders>
              <w:top w:val="single" w:sz="4" w:space="0" w:color="D8E6EC"/>
              <w:left w:val="single" w:sz="4" w:space="0" w:color="D8E6EC"/>
              <w:bottom w:val="single" w:sz="4" w:space="0" w:color="D8E6EC"/>
              <w:right w:val="single" w:sz="4" w:space="0" w:color="D8E6EC"/>
            </w:tcBorders>
            <w:vAlign w:val="center"/>
          </w:tcPr>
          <w:p w14:paraId="44A005D1" w14:textId="77777777" w:rsidR="00610360" w:rsidRDefault="00000000">
            <w:pPr>
              <w:spacing w:after="0"/>
            </w:pPr>
            <w:r>
              <w:rPr>
                <w:sz w:val="17"/>
              </w:rPr>
              <w:t>banana</w:t>
            </w:r>
          </w:p>
        </w:tc>
        <w:tc>
          <w:tcPr>
            <w:tcW w:w="2592" w:type="dxa"/>
            <w:tcBorders>
              <w:top w:val="single" w:sz="4" w:space="0" w:color="D8E6EC"/>
              <w:left w:val="single" w:sz="4" w:space="0" w:color="D8E6EC"/>
              <w:bottom w:val="single" w:sz="4" w:space="0" w:color="D8E6EC"/>
              <w:right w:val="single" w:sz="4" w:space="0" w:color="D8E6EC"/>
            </w:tcBorders>
            <w:vAlign w:val="center"/>
          </w:tcPr>
          <w:p w14:paraId="4A0BF067" w14:textId="77777777" w:rsidR="00610360" w:rsidRDefault="00000000">
            <w:pPr>
              <w:spacing w:after="0"/>
            </w:pPr>
            <w:r>
              <w:rPr>
                <w:sz w:val="17"/>
              </w:rPr>
              <w:t>noun</w:t>
            </w:r>
          </w:p>
        </w:tc>
      </w:tr>
      <w:tr w:rsidR="00610360" w14:paraId="51D21DF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9B476C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B3E99FA" w14:textId="77777777" w:rsidR="00610360" w:rsidRDefault="00000000">
            <w:pPr>
              <w:spacing w:after="0"/>
            </w:pPr>
            <w:r>
              <w:rPr>
                <w:sz w:val="17"/>
              </w:rPr>
              <w:t>verdura</w:t>
            </w:r>
          </w:p>
        </w:tc>
        <w:tc>
          <w:tcPr>
            <w:tcW w:w="2592" w:type="dxa"/>
            <w:tcBorders>
              <w:top w:val="single" w:sz="4" w:space="0" w:color="D8E6EC"/>
              <w:left w:val="single" w:sz="4" w:space="0" w:color="D8E6EC"/>
              <w:bottom w:val="single" w:sz="4" w:space="0" w:color="D8E6EC"/>
              <w:right w:val="single" w:sz="4" w:space="0" w:color="D8E6EC"/>
            </w:tcBorders>
            <w:vAlign w:val="center"/>
          </w:tcPr>
          <w:p w14:paraId="7BA5B6D3" w14:textId="77777777" w:rsidR="00610360" w:rsidRDefault="00000000">
            <w:pPr>
              <w:spacing w:after="0"/>
            </w:pPr>
            <w:r>
              <w:rPr>
                <w:sz w:val="17"/>
              </w:rPr>
              <w:t>vegetable</w:t>
            </w:r>
          </w:p>
        </w:tc>
        <w:tc>
          <w:tcPr>
            <w:tcW w:w="2592" w:type="dxa"/>
            <w:tcBorders>
              <w:top w:val="single" w:sz="4" w:space="0" w:color="D8E6EC"/>
              <w:left w:val="single" w:sz="4" w:space="0" w:color="D8E6EC"/>
              <w:bottom w:val="single" w:sz="4" w:space="0" w:color="D8E6EC"/>
              <w:right w:val="single" w:sz="4" w:space="0" w:color="D8E6EC"/>
            </w:tcBorders>
            <w:vAlign w:val="center"/>
          </w:tcPr>
          <w:p w14:paraId="1F63C6E6" w14:textId="77777777" w:rsidR="00610360" w:rsidRDefault="00000000">
            <w:pPr>
              <w:spacing w:after="0"/>
            </w:pPr>
            <w:r>
              <w:rPr>
                <w:sz w:val="17"/>
              </w:rPr>
              <w:t>noun</w:t>
            </w:r>
          </w:p>
        </w:tc>
      </w:tr>
      <w:tr w:rsidR="00610360" w14:paraId="1D12010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D4D10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36468F0" w14:textId="77777777" w:rsidR="00610360" w:rsidRDefault="00000000">
            <w:pPr>
              <w:spacing w:after="0"/>
            </w:pPr>
            <w:r>
              <w:rPr>
                <w:sz w:val="17"/>
              </w:rPr>
              <w:t>salata</w:t>
            </w:r>
          </w:p>
        </w:tc>
        <w:tc>
          <w:tcPr>
            <w:tcW w:w="2592" w:type="dxa"/>
            <w:tcBorders>
              <w:top w:val="single" w:sz="4" w:space="0" w:color="D8E6EC"/>
              <w:left w:val="single" w:sz="4" w:space="0" w:color="D8E6EC"/>
              <w:bottom w:val="single" w:sz="4" w:space="0" w:color="D8E6EC"/>
              <w:right w:val="single" w:sz="4" w:space="0" w:color="D8E6EC"/>
            </w:tcBorders>
            <w:vAlign w:val="center"/>
          </w:tcPr>
          <w:p w14:paraId="6E1AA623" w14:textId="77777777" w:rsidR="00610360" w:rsidRDefault="00000000">
            <w:pPr>
              <w:spacing w:after="0"/>
            </w:pPr>
            <w:r>
              <w:rPr>
                <w:sz w:val="17"/>
              </w:rPr>
              <w:t>salad</w:t>
            </w:r>
          </w:p>
        </w:tc>
        <w:tc>
          <w:tcPr>
            <w:tcW w:w="2592" w:type="dxa"/>
            <w:tcBorders>
              <w:top w:val="single" w:sz="4" w:space="0" w:color="D8E6EC"/>
              <w:left w:val="single" w:sz="4" w:space="0" w:color="D8E6EC"/>
              <w:bottom w:val="single" w:sz="4" w:space="0" w:color="D8E6EC"/>
              <w:right w:val="single" w:sz="4" w:space="0" w:color="D8E6EC"/>
            </w:tcBorders>
            <w:vAlign w:val="center"/>
          </w:tcPr>
          <w:p w14:paraId="0F647CBC" w14:textId="77777777" w:rsidR="00610360" w:rsidRDefault="00000000">
            <w:pPr>
              <w:spacing w:after="0"/>
            </w:pPr>
            <w:r>
              <w:rPr>
                <w:sz w:val="17"/>
              </w:rPr>
              <w:t>noun</w:t>
            </w:r>
          </w:p>
        </w:tc>
      </w:tr>
      <w:tr w:rsidR="00610360" w14:paraId="481EE83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6BF37D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0CF524A" w14:textId="77777777" w:rsidR="00610360" w:rsidRDefault="00000000">
            <w:pPr>
              <w:spacing w:after="0"/>
            </w:pPr>
            <w:r>
              <w:rPr>
                <w:sz w:val="17"/>
              </w:rPr>
              <w:t>karne</w:t>
            </w:r>
          </w:p>
        </w:tc>
        <w:tc>
          <w:tcPr>
            <w:tcW w:w="2592" w:type="dxa"/>
            <w:tcBorders>
              <w:top w:val="single" w:sz="4" w:space="0" w:color="D8E6EC"/>
              <w:left w:val="single" w:sz="4" w:space="0" w:color="D8E6EC"/>
              <w:bottom w:val="single" w:sz="4" w:space="0" w:color="D8E6EC"/>
              <w:right w:val="single" w:sz="4" w:space="0" w:color="D8E6EC"/>
            </w:tcBorders>
            <w:vAlign w:val="center"/>
          </w:tcPr>
          <w:p w14:paraId="2C94800E" w14:textId="77777777" w:rsidR="00610360" w:rsidRDefault="00000000">
            <w:pPr>
              <w:spacing w:after="0"/>
            </w:pPr>
            <w:r>
              <w:rPr>
                <w:sz w:val="17"/>
              </w:rPr>
              <w:t>meat</w:t>
            </w:r>
          </w:p>
        </w:tc>
        <w:tc>
          <w:tcPr>
            <w:tcW w:w="2592" w:type="dxa"/>
            <w:tcBorders>
              <w:top w:val="single" w:sz="4" w:space="0" w:color="D8E6EC"/>
              <w:left w:val="single" w:sz="4" w:space="0" w:color="D8E6EC"/>
              <w:bottom w:val="single" w:sz="4" w:space="0" w:color="D8E6EC"/>
              <w:right w:val="single" w:sz="4" w:space="0" w:color="D8E6EC"/>
            </w:tcBorders>
            <w:vAlign w:val="center"/>
          </w:tcPr>
          <w:p w14:paraId="58016224" w14:textId="77777777" w:rsidR="00610360" w:rsidRDefault="00000000">
            <w:pPr>
              <w:spacing w:after="0"/>
            </w:pPr>
            <w:r>
              <w:rPr>
                <w:sz w:val="17"/>
              </w:rPr>
              <w:t>noun</w:t>
            </w:r>
          </w:p>
        </w:tc>
      </w:tr>
      <w:tr w:rsidR="00610360" w14:paraId="3651613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C0568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1C58317" w14:textId="77777777" w:rsidR="00610360" w:rsidRDefault="00000000">
            <w:pPr>
              <w:spacing w:after="0"/>
            </w:pPr>
            <w:r>
              <w:rPr>
                <w:sz w:val="17"/>
              </w:rPr>
              <w:t>polo</w:t>
            </w:r>
          </w:p>
        </w:tc>
        <w:tc>
          <w:tcPr>
            <w:tcW w:w="2592" w:type="dxa"/>
            <w:tcBorders>
              <w:top w:val="single" w:sz="4" w:space="0" w:color="D8E6EC"/>
              <w:left w:val="single" w:sz="4" w:space="0" w:color="D8E6EC"/>
              <w:bottom w:val="single" w:sz="4" w:space="0" w:color="D8E6EC"/>
              <w:right w:val="single" w:sz="4" w:space="0" w:color="D8E6EC"/>
            </w:tcBorders>
            <w:vAlign w:val="center"/>
          </w:tcPr>
          <w:p w14:paraId="5142ECB6" w14:textId="77777777" w:rsidR="00610360" w:rsidRDefault="00000000">
            <w:pPr>
              <w:spacing w:after="0"/>
            </w:pPr>
            <w:r>
              <w:rPr>
                <w:sz w:val="17"/>
              </w:rPr>
              <w:t>chicken</w:t>
            </w:r>
          </w:p>
        </w:tc>
        <w:tc>
          <w:tcPr>
            <w:tcW w:w="2592" w:type="dxa"/>
            <w:tcBorders>
              <w:top w:val="single" w:sz="4" w:space="0" w:color="D8E6EC"/>
              <w:left w:val="single" w:sz="4" w:space="0" w:color="D8E6EC"/>
              <w:bottom w:val="single" w:sz="4" w:space="0" w:color="D8E6EC"/>
              <w:right w:val="single" w:sz="4" w:space="0" w:color="D8E6EC"/>
            </w:tcBorders>
            <w:vAlign w:val="center"/>
          </w:tcPr>
          <w:p w14:paraId="0F7FD66A" w14:textId="77777777" w:rsidR="00610360" w:rsidRDefault="00000000">
            <w:pPr>
              <w:spacing w:after="0"/>
            </w:pPr>
            <w:r>
              <w:rPr>
                <w:sz w:val="17"/>
              </w:rPr>
              <w:t>noun</w:t>
            </w:r>
          </w:p>
        </w:tc>
      </w:tr>
      <w:tr w:rsidR="00610360" w14:paraId="5CDCDB8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B0C855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A63C061" w14:textId="77777777" w:rsidR="00610360" w:rsidRDefault="00000000">
            <w:pPr>
              <w:spacing w:after="0"/>
            </w:pPr>
            <w:r>
              <w:rPr>
                <w:sz w:val="17"/>
              </w:rPr>
              <w:t>pish</w:t>
            </w:r>
          </w:p>
        </w:tc>
        <w:tc>
          <w:tcPr>
            <w:tcW w:w="2592" w:type="dxa"/>
            <w:tcBorders>
              <w:top w:val="single" w:sz="4" w:space="0" w:color="D8E6EC"/>
              <w:left w:val="single" w:sz="4" w:space="0" w:color="D8E6EC"/>
              <w:bottom w:val="single" w:sz="4" w:space="0" w:color="D8E6EC"/>
              <w:right w:val="single" w:sz="4" w:space="0" w:color="D8E6EC"/>
            </w:tcBorders>
            <w:vAlign w:val="center"/>
          </w:tcPr>
          <w:p w14:paraId="3FD83390" w14:textId="77777777" w:rsidR="00610360" w:rsidRDefault="00000000">
            <w:pPr>
              <w:spacing w:after="0"/>
            </w:pPr>
            <w:r>
              <w:rPr>
                <w:sz w:val="17"/>
              </w:rPr>
              <w:t>fish</w:t>
            </w:r>
          </w:p>
        </w:tc>
        <w:tc>
          <w:tcPr>
            <w:tcW w:w="2592" w:type="dxa"/>
            <w:tcBorders>
              <w:top w:val="single" w:sz="4" w:space="0" w:color="D8E6EC"/>
              <w:left w:val="single" w:sz="4" w:space="0" w:color="D8E6EC"/>
              <w:bottom w:val="single" w:sz="4" w:space="0" w:color="D8E6EC"/>
              <w:right w:val="single" w:sz="4" w:space="0" w:color="D8E6EC"/>
            </w:tcBorders>
            <w:vAlign w:val="center"/>
          </w:tcPr>
          <w:p w14:paraId="643EEB7C" w14:textId="77777777" w:rsidR="00610360" w:rsidRDefault="00000000">
            <w:pPr>
              <w:spacing w:after="0"/>
            </w:pPr>
            <w:r>
              <w:rPr>
                <w:sz w:val="17"/>
              </w:rPr>
              <w:t>noun</w:t>
            </w:r>
          </w:p>
        </w:tc>
      </w:tr>
      <w:tr w:rsidR="00610360" w14:paraId="08F6D5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FDE779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49F1335" w14:textId="77777777" w:rsidR="00610360" w:rsidRDefault="00000000">
            <w:pPr>
              <w:spacing w:after="0"/>
            </w:pPr>
            <w:r>
              <w:rPr>
                <w:sz w:val="17"/>
              </w:rPr>
              <w:t>ovo</w:t>
            </w:r>
          </w:p>
        </w:tc>
        <w:tc>
          <w:tcPr>
            <w:tcW w:w="2592" w:type="dxa"/>
            <w:tcBorders>
              <w:top w:val="single" w:sz="4" w:space="0" w:color="D8E6EC"/>
              <w:left w:val="single" w:sz="4" w:space="0" w:color="D8E6EC"/>
              <w:bottom w:val="single" w:sz="4" w:space="0" w:color="D8E6EC"/>
              <w:right w:val="single" w:sz="4" w:space="0" w:color="D8E6EC"/>
            </w:tcBorders>
            <w:vAlign w:val="center"/>
          </w:tcPr>
          <w:p w14:paraId="55B09DF0" w14:textId="77777777" w:rsidR="00610360" w:rsidRDefault="00000000">
            <w:pPr>
              <w:spacing w:after="0"/>
            </w:pPr>
            <w:r>
              <w:rPr>
                <w:sz w:val="17"/>
              </w:rPr>
              <w:t>egg</w:t>
            </w:r>
          </w:p>
        </w:tc>
        <w:tc>
          <w:tcPr>
            <w:tcW w:w="2592" w:type="dxa"/>
            <w:tcBorders>
              <w:top w:val="single" w:sz="4" w:space="0" w:color="D8E6EC"/>
              <w:left w:val="single" w:sz="4" w:space="0" w:color="D8E6EC"/>
              <w:bottom w:val="single" w:sz="4" w:space="0" w:color="D8E6EC"/>
              <w:right w:val="single" w:sz="4" w:space="0" w:color="D8E6EC"/>
            </w:tcBorders>
            <w:vAlign w:val="center"/>
          </w:tcPr>
          <w:p w14:paraId="73A7D72D" w14:textId="77777777" w:rsidR="00610360" w:rsidRDefault="00000000">
            <w:pPr>
              <w:spacing w:after="0"/>
            </w:pPr>
            <w:r>
              <w:rPr>
                <w:sz w:val="17"/>
              </w:rPr>
              <w:t>noun</w:t>
            </w:r>
          </w:p>
        </w:tc>
      </w:tr>
      <w:tr w:rsidR="00610360" w14:paraId="6F13643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5B2F8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53B0E08" w14:textId="77777777" w:rsidR="00610360" w:rsidRDefault="00000000">
            <w:pPr>
              <w:spacing w:after="0"/>
            </w:pPr>
            <w:r>
              <w:rPr>
                <w:sz w:val="17"/>
              </w:rPr>
              <w:t>kezo</w:t>
            </w:r>
          </w:p>
        </w:tc>
        <w:tc>
          <w:tcPr>
            <w:tcW w:w="2592" w:type="dxa"/>
            <w:tcBorders>
              <w:top w:val="single" w:sz="4" w:space="0" w:color="D8E6EC"/>
              <w:left w:val="single" w:sz="4" w:space="0" w:color="D8E6EC"/>
              <w:bottom w:val="single" w:sz="4" w:space="0" w:color="D8E6EC"/>
              <w:right w:val="single" w:sz="4" w:space="0" w:color="D8E6EC"/>
            </w:tcBorders>
            <w:vAlign w:val="center"/>
          </w:tcPr>
          <w:p w14:paraId="05962765" w14:textId="77777777" w:rsidR="00610360" w:rsidRDefault="00000000">
            <w:pPr>
              <w:spacing w:after="0"/>
            </w:pPr>
            <w:r>
              <w:rPr>
                <w:sz w:val="17"/>
              </w:rPr>
              <w:t>cheese</w:t>
            </w:r>
          </w:p>
        </w:tc>
        <w:tc>
          <w:tcPr>
            <w:tcW w:w="2592" w:type="dxa"/>
            <w:tcBorders>
              <w:top w:val="single" w:sz="4" w:space="0" w:color="D8E6EC"/>
              <w:left w:val="single" w:sz="4" w:space="0" w:color="D8E6EC"/>
              <w:bottom w:val="single" w:sz="4" w:space="0" w:color="D8E6EC"/>
              <w:right w:val="single" w:sz="4" w:space="0" w:color="D8E6EC"/>
            </w:tcBorders>
            <w:vAlign w:val="center"/>
          </w:tcPr>
          <w:p w14:paraId="6C72116D" w14:textId="77777777" w:rsidR="00610360" w:rsidRDefault="00000000">
            <w:pPr>
              <w:spacing w:after="0"/>
            </w:pPr>
            <w:r>
              <w:rPr>
                <w:sz w:val="17"/>
              </w:rPr>
              <w:t>noun</w:t>
            </w:r>
          </w:p>
        </w:tc>
      </w:tr>
      <w:tr w:rsidR="00610360" w14:paraId="21C31E8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F8F8F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B74B563" w14:textId="77777777" w:rsidR="00610360" w:rsidRDefault="00000000">
            <w:pPr>
              <w:spacing w:after="0"/>
            </w:pPr>
            <w:r>
              <w:rPr>
                <w:sz w:val="17"/>
              </w:rPr>
              <w:t>ris</w:t>
            </w:r>
          </w:p>
        </w:tc>
        <w:tc>
          <w:tcPr>
            <w:tcW w:w="2592" w:type="dxa"/>
            <w:tcBorders>
              <w:top w:val="single" w:sz="4" w:space="0" w:color="D8E6EC"/>
              <w:left w:val="single" w:sz="4" w:space="0" w:color="D8E6EC"/>
              <w:bottom w:val="single" w:sz="4" w:space="0" w:color="D8E6EC"/>
              <w:right w:val="single" w:sz="4" w:space="0" w:color="D8E6EC"/>
            </w:tcBorders>
            <w:vAlign w:val="center"/>
          </w:tcPr>
          <w:p w14:paraId="575F68A3" w14:textId="77777777" w:rsidR="00610360" w:rsidRDefault="00000000">
            <w:pPr>
              <w:spacing w:after="0"/>
            </w:pPr>
            <w:r>
              <w:rPr>
                <w:sz w:val="17"/>
              </w:rPr>
              <w:t>rice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023E0E9C" w14:textId="77777777" w:rsidR="00610360" w:rsidRDefault="00000000">
            <w:pPr>
              <w:spacing w:after="0"/>
            </w:pPr>
            <w:r>
              <w:rPr>
                <w:sz w:val="17"/>
              </w:rPr>
              <w:t>noun</w:t>
            </w:r>
          </w:p>
        </w:tc>
      </w:tr>
      <w:tr w:rsidR="00610360" w14:paraId="5C6B8DE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77398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9E6ACA9" w14:textId="77777777" w:rsidR="00610360" w:rsidRDefault="00000000">
            <w:pPr>
              <w:spacing w:after="0"/>
            </w:pPr>
            <w:r>
              <w:rPr>
                <w:sz w:val="17"/>
              </w:rPr>
              <w:t>pasta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017AA737" w14:textId="77777777" w:rsidR="00610360" w:rsidRDefault="00000000">
            <w:pPr>
              <w:spacing w:after="0"/>
            </w:pPr>
            <w:r>
              <w:rPr>
                <w:sz w:val="17"/>
              </w:rPr>
              <w:t>pasta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596D97F6" w14:textId="77777777" w:rsidR="00610360" w:rsidRDefault="00000000">
            <w:pPr>
              <w:spacing w:after="0"/>
            </w:pPr>
            <w:r>
              <w:rPr>
                <w:sz w:val="17"/>
              </w:rPr>
              <w:t>noun</w:t>
            </w:r>
          </w:p>
        </w:tc>
      </w:tr>
      <w:tr w:rsidR="00610360" w14:paraId="18B30DD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530FFC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3D0B1EE" w14:textId="77777777" w:rsidR="00610360" w:rsidRDefault="00000000">
            <w:pPr>
              <w:spacing w:after="0"/>
            </w:pPr>
            <w:r>
              <w:rPr>
                <w:sz w:val="17"/>
              </w:rPr>
              <w:t>supa</w:t>
            </w:r>
          </w:p>
        </w:tc>
        <w:tc>
          <w:tcPr>
            <w:tcW w:w="2592" w:type="dxa"/>
            <w:tcBorders>
              <w:top w:val="single" w:sz="4" w:space="0" w:color="D8E6EC"/>
              <w:left w:val="single" w:sz="4" w:space="0" w:color="D8E6EC"/>
              <w:bottom w:val="single" w:sz="4" w:space="0" w:color="D8E6EC"/>
              <w:right w:val="single" w:sz="4" w:space="0" w:color="D8E6EC"/>
            </w:tcBorders>
            <w:vAlign w:val="center"/>
          </w:tcPr>
          <w:p w14:paraId="5846EC59" w14:textId="77777777" w:rsidR="00610360" w:rsidRDefault="00000000">
            <w:pPr>
              <w:spacing w:after="0"/>
            </w:pPr>
            <w:r>
              <w:rPr>
                <w:sz w:val="17"/>
              </w:rPr>
              <w:t>soup</w:t>
            </w:r>
          </w:p>
        </w:tc>
        <w:tc>
          <w:tcPr>
            <w:tcW w:w="2592" w:type="dxa"/>
            <w:tcBorders>
              <w:top w:val="single" w:sz="4" w:space="0" w:color="D8E6EC"/>
              <w:left w:val="single" w:sz="4" w:space="0" w:color="D8E6EC"/>
              <w:bottom w:val="single" w:sz="4" w:space="0" w:color="D8E6EC"/>
              <w:right w:val="single" w:sz="4" w:space="0" w:color="D8E6EC"/>
            </w:tcBorders>
            <w:vAlign w:val="center"/>
          </w:tcPr>
          <w:p w14:paraId="33E5F9F5" w14:textId="77777777" w:rsidR="00610360" w:rsidRDefault="00000000">
            <w:pPr>
              <w:spacing w:after="0"/>
            </w:pPr>
            <w:r>
              <w:rPr>
                <w:sz w:val="17"/>
              </w:rPr>
              <w:t>noun</w:t>
            </w:r>
          </w:p>
        </w:tc>
      </w:tr>
      <w:tr w:rsidR="00610360" w14:paraId="46F0F4F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827934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14ADDC6" w14:textId="77777777" w:rsidR="00610360" w:rsidRDefault="00000000">
            <w:pPr>
              <w:spacing w:after="0"/>
            </w:pPr>
            <w:r>
              <w:rPr>
                <w:sz w:val="17"/>
              </w:rPr>
              <w:t>salsa</w:t>
            </w:r>
          </w:p>
        </w:tc>
        <w:tc>
          <w:tcPr>
            <w:tcW w:w="2592" w:type="dxa"/>
            <w:tcBorders>
              <w:top w:val="single" w:sz="4" w:space="0" w:color="D8E6EC"/>
              <w:left w:val="single" w:sz="4" w:space="0" w:color="D8E6EC"/>
              <w:bottom w:val="single" w:sz="4" w:space="0" w:color="D8E6EC"/>
              <w:right w:val="single" w:sz="4" w:space="0" w:color="D8E6EC"/>
            </w:tcBorders>
            <w:vAlign w:val="center"/>
          </w:tcPr>
          <w:p w14:paraId="002A9E85" w14:textId="77777777" w:rsidR="00610360" w:rsidRDefault="00000000">
            <w:pPr>
              <w:spacing w:after="0"/>
            </w:pPr>
            <w:r>
              <w:rPr>
                <w:sz w:val="17"/>
              </w:rPr>
              <w:t>sauce</w:t>
            </w:r>
          </w:p>
        </w:tc>
        <w:tc>
          <w:tcPr>
            <w:tcW w:w="2592" w:type="dxa"/>
            <w:tcBorders>
              <w:top w:val="single" w:sz="4" w:space="0" w:color="D8E6EC"/>
              <w:left w:val="single" w:sz="4" w:space="0" w:color="D8E6EC"/>
              <w:bottom w:val="single" w:sz="4" w:space="0" w:color="D8E6EC"/>
              <w:right w:val="single" w:sz="4" w:space="0" w:color="D8E6EC"/>
            </w:tcBorders>
            <w:vAlign w:val="center"/>
          </w:tcPr>
          <w:p w14:paraId="7E100085" w14:textId="77777777" w:rsidR="00610360" w:rsidRDefault="00000000">
            <w:pPr>
              <w:spacing w:after="0"/>
            </w:pPr>
            <w:r>
              <w:rPr>
                <w:sz w:val="17"/>
              </w:rPr>
              <w:t>noun</w:t>
            </w:r>
          </w:p>
        </w:tc>
      </w:tr>
      <w:tr w:rsidR="00610360" w14:paraId="2E954A4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4F2795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5255DF1" w14:textId="77777777" w:rsidR="00610360" w:rsidRDefault="00000000">
            <w:pPr>
              <w:spacing w:after="0"/>
            </w:pPr>
            <w:r>
              <w:rPr>
                <w:sz w:val="17"/>
              </w:rPr>
              <w:t>sal</w:t>
            </w:r>
          </w:p>
        </w:tc>
        <w:tc>
          <w:tcPr>
            <w:tcW w:w="2592" w:type="dxa"/>
            <w:tcBorders>
              <w:top w:val="single" w:sz="4" w:space="0" w:color="D8E6EC"/>
              <w:left w:val="single" w:sz="4" w:space="0" w:color="D8E6EC"/>
              <w:bottom w:val="single" w:sz="4" w:space="0" w:color="D8E6EC"/>
              <w:right w:val="single" w:sz="4" w:space="0" w:color="D8E6EC"/>
            </w:tcBorders>
            <w:vAlign w:val="center"/>
          </w:tcPr>
          <w:p w14:paraId="0591928A" w14:textId="77777777" w:rsidR="00610360" w:rsidRDefault="00000000">
            <w:pPr>
              <w:spacing w:after="0"/>
            </w:pPr>
            <w:r>
              <w:rPr>
                <w:sz w:val="17"/>
              </w:rPr>
              <w:t>salt</w:t>
            </w:r>
          </w:p>
        </w:tc>
        <w:tc>
          <w:tcPr>
            <w:tcW w:w="2592" w:type="dxa"/>
            <w:tcBorders>
              <w:top w:val="single" w:sz="4" w:space="0" w:color="D8E6EC"/>
              <w:left w:val="single" w:sz="4" w:space="0" w:color="D8E6EC"/>
              <w:bottom w:val="single" w:sz="4" w:space="0" w:color="D8E6EC"/>
              <w:right w:val="single" w:sz="4" w:space="0" w:color="D8E6EC"/>
            </w:tcBorders>
            <w:vAlign w:val="center"/>
          </w:tcPr>
          <w:p w14:paraId="3CAF5D26" w14:textId="77777777" w:rsidR="00610360" w:rsidRDefault="00000000">
            <w:pPr>
              <w:spacing w:after="0"/>
            </w:pPr>
            <w:r>
              <w:rPr>
                <w:sz w:val="17"/>
              </w:rPr>
              <w:t>noun</w:t>
            </w:r>
          </w:p>
        </w:tc>
      </w:tr>
      <w:tr w:rsidR="00610360" w14:paraId="0DCA6CA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050617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6B7BE84" w14:textId="77777777" w:rsidR="00610360" w:rsidRDefault="00000000">
            <w:pPr>
              <w:spacing w:after="0"/>
            </w:pPr>
            <w:r>
              <w:rPr>
                <w:sz w:val="17"/>
              </w:rPr>
              <w:t>sukra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2148ED8" w14:textId="77777777" w:rsidR="00610360" w:rsidRDefault="00000000">
            <w:pPr>
              <w:spacing w:after="0"/>
            </w:pPr>
            <w:r>
              <w:rPr>
                <w:sz w:val="17"/>
              </w:rPr>
              <w:t>sugar</w:t>
            </w:r>
          </w:p>
        </w:tc>
        <w:tc>
          <w:tcPr>
            <w:tcW w:w="2592" w:type="dxa"/>
            <w:tcBorders>
              <w:top w:val="single" w:sz="4" w:space="0" w:color="D8E6EC"/>
              <w:left w:val="single" w:sz="4" w:space="0" w:color="D8E6EC"/>
              <w:bottom w:val="single" w:sz="4" w:space="0" w:color="D8E6EC"/>
              <w:right w:val="single" w:sz="4" w:space="0" w:color="D8E6EC"/>
            </w:tcBorders>
            <w:vAlign w:val="center"/>
          </w:tcPr>
          <w:p w14:paraId="09B8B37D" w14:textId="77777777" w:rsidR="00610360" w:rsidRDefault="00000000">
            <w:pPr>
              <w:spacing w:after="0"/>
            </w:pPr>
            <w:r>
              <w:rPr>
                <w:sz w:val="17"/>
              </w:rPr>
              <w:t>noun</w:t>
            </w:r>
          </w:p>
        </w:tc>
      </w:tr>
      <w:tr w:rsidR="00610360" w14:paraId="4A85A6A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9B7C70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A5BD28E" w14:textId="77777777" w:rsidR="00610360" w:rsidRDefault="00000000">
            <w:pPr>
              <w:spacing w:after="0"/>
            </w:pPr>
            <w:r>
              <w:rPr>
                <w:sz w:val="17"/>
              </w:rPr>
              <w:t>dulse</w:t>
            </w:r>
          </w:p>
        </w:tc>
        <w:tc>
          <w:tcPr>
            <w:tcW w:w="2592" w:type="dxa"/>
            <w:tcBorders>
              <w:top w:val="single" w:sz="4" w:space="0" w:color="D8E6EC"/>
              <w:left w:val="single" w:sz="4" w:space="0" w:color="D8E6EC"/>
              <w:bottom w:val="single" w:sz="4" w:space="0" w:color="D8E6EC"/>
              <w:right w:val="single" w:sz="4" w:space="0" w:color="D8E6EC"/>
            </w:tcBorders>
            <w:vAlign w:val="center"/>
          </w:tcPr>
          <w:p w14:paraId="7FA95817" w14:textId="77777777" w:rsidR="00610360" w:rsidRDefault="00000000">
            <w:pPr>
              <w:spacing w:after="0"/>
            </w:pPr>
            <w:r>
              <w:rPr>
                <w:sz w:val="17"/>
              </w:rPr>
              <w:t>sweet</w:t>
            </w:r>
          </w:p>
        </w:tc>
        <w:tc>
          <w:tcPr>
            <w:tcW w:w="2592" w:type="dxa"/>
            <w:tcBorders>
              <w:top w:val="single" w:sz="4" w:space="0" w:color="D8E6EC"/>
              <w:left w:val="single" w:sz="4" w:space="0" w:color="D8E6EC"/>
              <w:bottom w:val="single" w:sz="4" w:space="0" w:color="D8E6EC"/>
              <w:right w:val="single" w:sz="4" w:space="0" w:color="D8E6EC"/>
            </w:tcBorders>
            <w:vAlign w:val="center"/>
          </w:tcPr>
          <w:p w14:paraId="1EA567A3" w14:textId="77777777" w:rsidR="00610360" w:rsidRDefault="00000000">
            <w:pPr>
              <w:spacing w:after="0"/>
            </w:pPr>
            <w:r>
              <w:rPr>
                <w:sz w:val="17"/>
              </w:rPr>
              <w:t>adjective/noun</w:t>
            </w:r>
          </w:p>
        </w:tc>
      </w:tr>
      <w:tr w:rsidR="00610360" w14:paraId="20B05A3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57A86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1E4D07D" w14:textId="77777777" w:rsidR="00610360" w:rsidRDefault="00000000">
            <w:pPr>
              <w:spacing w:after="0"/>
            </w:pPr>
            <w:r>
              <w:rPr>
                <w:sz w:val="17"/>
              </w:rPr>
              <w:t>koci</w:t>
            </w:r>
          </w:p>
        </w:tc>
        <w:tc>
          <w:tcPr>
            <w:tcW w:w="2592" w:type="dxa"/>
            <w:tcBorders>
              <w:top w:val="single" w:sz="4" w:space="0" w:color="D8E6EC"/>
              <w:left w:val="single" w:sz="4" w:space="0" w:color="D8E6EC"/>
              <w:bottom w:val="single" w:sz="4" w:space="0" w:color="D8E6EC"/>
              <w:right w:val="single" w:sz="4" w:space="0" w:color="D8E6EC"/>
            </w:tcBorders>
            <w:vAlign w:val="center"/>
          </w:tcPr>
          <w:p w14:paraId="321F070E" w14:textId="77777777" w:rsidR="00610360" w:rsidRDefault="00000000">
            <w:pPr>
              <w:spacing w:after="0"/>
            </w:pPr>
            <w:r>
              <w:rPr>
                <w:sz w:val="17"/>
              </w:rPr>
              <w:t>cook</w:t>
            </w:r>
          </w:p>
        </w:tc>
        <w:tc>
          <w:tcPr>
            <w:tcW w:w="2592" w:type="dxa"/>
            <w:tcBorders>
              <w:top w:val="single" w:sz="4" w:space="0" w:color="D8E6EC"/>
              <w:left w:val="single" w:sz="4" w:space="0" w:color="D8E6EC"/>
              <w:bottom w:val="single" w:sz="4" w:space="0" w:color="D8E6EC"/>
              <w:right w:val="single" w:sz="4" w:space="0" w:color="D8E6EC"/>
            </w:tcBorders>
            <w:vAlign w:val="center"/>
          </w:tcPr>
          <w:p w14:paraId="6B5E6E0A" w14:textId="77777777" w:rsidR="00610360" w:rsidRDefault="00000000">
            <w:pPr>
              <w:spacing w:after="0"/>
            </w:pPr>
            <w:r>
              <w:rPr>
                <w:sz w:val="17"/>
              </w:rPr>
              <w:t>verb</w:t>
            </w:r>
          </w:p>
        </w:tc>
      </w:tr>
      <w:tr w:rsidR="00610360" w14:paraId="5694524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880B44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C912DFB" w14:textId="77777777" w:rsidR="00610360" w:rsidRDefault="00000000">
            <w:pPr>
              <w:spacing w:after="0"/>
            </w:pPr>
            <w:r>
              <w:rPr>
                <w:sz w:val="17"/>
              </w:rPr>
              <w:t>forno</w:t>
            </w:r>
          </w:p>
        </w:tc>
        <w:tc>
          <w:tcPr>
            <w:tcW w:w="2592" w:type="dxa"/>
            <w:tcBorders>
              <w:top w:val="single" w:sz="4" w:space="0" w:color="D8E6EC"/>
              <w:left w:val="single" w:sz="4" w:space="0" w:color="D8E6EC"/>
              <w:bottom w:val="single" w:sz="4" w:space="0" w:color="D8E6EC"/>
              <w:right w:val="single" w:sz="4" w:space="0" w:color="D8E6EC"/>
            </w:tcBorders>
            <w:vAlign w:val="center"/>
          </w:tcPr>
          <w:p w14:paraId="189DF1BE" w14:textId="77777777" w:rsidR="00610360" w:rsidRDefault="00000000">
            <w:pPr>
              <w:spacing w:after="0"/>
            </w:pPr>
            <w:r>
              <w:rPr>
                <w:sz w:val="17"/>
              </w:rPr>
              <w:t>oven</w:t>
            </w:r>
          </w:p>
        </w:tc>
        <w:tc>
          <w:tcPr>
            <w:tcW w:w="2592" w:type="dxa"/>
            <w:tcBorders>
              <w:top w:val="single" w:sz="4" w:space="0" w:color="D8E6EC"/>
              <w:left w:val="single" w:sz="4" w:space="0" w:color="D8E6EC"/>
              <w:bottom w:val="single" w:sz="4" w:space="0" w:color="D8E6EC"/>
              <w:right w:val="single" w:sz="4" w:space="0" w:color="D8E6EC"/>
            </w:tcBorders>
            <w:vAlign w:val="center"/>
          </w:tcPr>
          <w:p w14:paraId="7E4FCDBA" w14:textId="77777777" w:rsidR="00610360" w:rsidRDefault="00000000">
            <w:pPr>
              <w:spacing w:after="0"/>
            </w:pPr>
            <w:r>
              <w:rPr>
                <w:sz w:val="17"/>
              </w:rPr>
              <w:t>noun</w:t>
            </w:r>
          </w:p>
        </w:tc>
      </w:tr>
      <w:tr w:rsidR="00610360" w14:paraId="77B9AF5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32460D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A471D8" w14:textId="77777777" w:rsidR="00610360" w:rsidRDefault="00000000">
            <w:pPr>
              <w:spacing w:after="0"/>
            </w:pPr>
            <w:r>
              <w:rPr>
                <w:sz w:val="17"/>
              </w:rPr>
              <w:t>plato</w:t>
            </w:r>
          </w:p>
        </w:tc>
        <w:tc>
          <w:tcPr>
            <w:tcW w:w="2592" w:type="dxa"/>
            <w:tcBorders>
              <w:top w:val="single" w:sz="4" w:space="0" w:color="D8E6EC"/>
              <w:left w:val="single" w:sz="4" w:space="0" w:color="D8E6EC"/>
              <w:bottom w:val="single" w:sz="4" w:space="0" w:color="D8E6EC"/>
              <w:right w:val="single" w:sz="4" w:space="0" w:color="D8E6EC"/>
            </w:tcBorders>
            <w:vAlign w:val="center"/>
          </w:tcPr>
          <w:p w14:paraId="40B065D4" w14:textId="77777777" w:rsidR="00610360" w:rsidRDefault="00000000">
            <w:pPr>
              <w:spacing w:after="0"/>
            </w:pPr>
            <w:r>
              <w:rPr>
                <w:sz w:val="17"/>
              </w:rPr>
              <w:t>plate / dish</w:t>
            </w:r>
          </w:p>
        </w:tc>
        <w:tc>
          <w:tcPr>
            <w:tcW w:w="2592" w:type="dxa"/>
            <w:tcBorders>
              <w:top w:val="single" w:sz="4" w:space="0" w:color="D8E6EC"/>
              <w:left w:val="single" w:sz="4" w:space="0" w:color="D8E6EC"/>
              <w:bottom w:val="single" w:sz="4" w:space="0" w:color="D8E6EC"/>
              <w:right w:val="single" w:sz="4" w:space="0" w:color="D8E6EC"/>
            </w:tcBorders>
            <w:vAlign w:val="center"/>
          </w:tcPr>
          <w:p w14:paraId="4A3F4151" w14:textId="77777777" w:rsidR="00610360" w:rsidRDefault="00000000">
            <w:pPr>
              <w:spacing w:after="0"/>
            </w:pPr>
            <w:r>
              <w:rPr>
                <w:sz w:val="17"/>
              </w:rPr>
              <w:t>noun</w:t>
            </w:r>
          </w:p>
        </w:tc>
      </w:tr>
      <w:tr w:rsidR="00610360" w14:paraId="1B3D76D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987B00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5791B9D" w14:textId="77777777" w:rsidR="00610360" w:rsidRDefault="00000000">
            <w:pPr>
              <w:spacing w:after="0"/>
            </w:pPr>
            <w:r>
              <w:rPr>
                <w:sz w:val="17"/>
              </w:rPr>
              <w:t>kupa</w:t>
            </w:r>
          </w:p>
        </w:tc>
        <w:tc>
          <w:tcPr>
            <w:tcW w:w="2592" w:type="dxa"/>
            <w:tcBorders>
              <w:top w:val="single" w:sz="4" w:space="0" w:color="D8E6EC"/>
              <w:left w:val="single" w:sz="4" w:space="0" w:color="D8E6EC"/>
              <w:bottom w:val="single" w:sz="4" w:space="0" w:color="D8E6EC"/>
              <w:right w:val="single" w:sz="4" w:space="0" w:color="D8E6EC"/>
            </w:tcBorders>
            <w:vAlign w:val="center"/>
          </w:tcPr>
          <w:p w14:paraId="222547C7" w14:textId="77777777" w:rsidR="00610360" w:rsidRDefault="00000000">
            <w:pPr>
              <w:spacing w:after="0"/>
            </w:pPr>
            <w:r>
              <w:rPr>
                <w:sz w:val="17"/>
              </w:rPr>
              <w:t>cup</w:t>
            </w:r>
          </w:p>
        </w:tc>
        <w:tc>
          <w:tcPr>
            <w:tcW w:w="2592" w:type="dxa"/>
            <w:tcBorders>
              <w:top w:val="single" w:sz="4" w:space="0" w:color="D8E6EC"/>
              <w:left w:val="single" w:sz="4" w:space="0" w:color="D8E6EC"/>
              <w:bottom w:val="single" w:sz="4" w:space="0" w:color="D8E6EC"/>
              <w:right w:val="single" w:sz="4" w:space="0" w:color="D8E6EC"/>
            </w:tcBorders>
            <w:vAlign w:val="center"/>
          </w:tcPr>
          <w:p w14:paraId="0B3F6CCC" w14:textId="77777777" w:rsidR="00610360" w:rsidRDefault="00000000">
            <w:pPr>
              <w:spacing w:after="0"/>
            </w:pPr>
            <w:r>
              <w:rPr>
                <w:sz w:val="17"/>
              </w:rPr>
              <w:t>noun</w:t>
            </w:r>
          </w:p>
        </w:tc>
      </w:tr>
      <w:tr w:rsidR="00610360" w14:paraId="794BB53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0061BA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55FE349" w14:textId="77777777" w:rsidR="00610360" w:rsidRDefault="00000000">
            <w:pPr>
              <w:spacing w:after="0"/>
            </w:pPr>
            <w:r>
              <w:rPr>
                <w:sz w:val="17"/>
              </w:rPr>
              <w:t>botel</w:t>
            </w:r>
          </w:p>
        </w:tc>
        <w:tc>
          <w:tcPr>
            <w:tcW w:w="2592" w:type="dxa"/>
            <w:tcBorders>
              <w:top w:val="single" w:sz="4" w:space="0" w:color="D8E6EC"/>
              <w:left w:val="single" w:sz="4" w:space="0" w:color="D8E6EC"/>
              <w:bottom w:val="single" w:sz="4" w:space="0" w:color="D8E6EC"/>
              <w:right w:val="single" w:sz="4" w:space="0" w:color="D8E6EC"/>
            </w:tcBorders>
            <w:vAlign w:val="center"/>
          </w:tcPr>
          <w:p w14:paraId="6A9F2688" w14:textId="77777777" w:rsidR="00610360" w:rsidRDefault="00000000">
            <w:pPr>
              <w:spacing w:after="0"/>
            </w:pPr>
            <w:r>
              <w:rPr>
                <w:sz w:val="17"/>
              </w:rPr>
              <w:t>bottle</w:t>
            </w:r>
          </w:p>
        </w:tc>
        <w:tc>
          <w:tcPr>
            <w:tcW w:w="2592" w:type="dxa"/>
            <w:tcBorders>
              <w:top w:val="single" w:sz="4" w:space="0" w:color="D8E6EC"/>
              <w:left w:val="single" w:sz="4" w:space="0" w:color="D8E6EC"/>
              <w:bottom w:val="single" w:sz="4" w:space="0" w:color="D8E6EC"/>
              <w:right w:val="single" w:sz="4" w:space="0" w:color="D8E6EC"/>
            </w:tcBorders>
            <w:vAlign w:val="center"/>
          </w:tcPr>
          <w:p w14:paraId="76962664" w14:textId="77777777" w:rsidR="00610360" w:rsidRDefault="00000000">
            <w:pPr>
              <w:spacing w:after="0"/>
            </w:pPr>
            <w:r>
              <w:rPr>
                <w:sz w:val="17"/>
              </w:rPr>
              <w:t>noun</w:t>
            </w:r>
          </w:p>
        </w:tc>
      </w:tr>
      <w:tr w:rsidR="00610360" w14:paraId="3A3302D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87539E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3A60A6" w14:textId="77777777" w:rsidR="00610360" w:rsidRDefault="00000000">
            <w:pPr>
              <w:spacing w:after="0"/>
            </w:pPr>
            <w:r>
              <w:rPr>
                <w:sz w:val="17"/>
              </w:rPr>
              <w:t>restoran</w:t>
            </w:r>
          </w:p>
        </w:tc>
        <w:tc>
          <w:tcPr>
            <w:tcW w:w="2592" w:type="dxa"/>
            <w:tcBorders>
              <w:top w:val="single" w:sz="4" w:space="0" w:color="D8E6EC"/>
              <w:left w:val="single" w:sz="4" w:space="0" w:color="D8E6EC"/>
              <w:bottom w:val="single" w:sz="4" w:space="0" w:color="D8E6EC"/>
              <w:right w:val="single" w:sz="4" w:space="0" w:color="D8E6EC"/>
            </w:tcBorders>
            <w:vAlign w:val="center"/>
          </w:tcPr>
          <w:p w14:paraId="7E9AC06E" w14:textId="77777777" w:rsidR="00610360" w:rsidRDefault="00000000">
            <w:pPr>
              <w:spacing w:after="0"/>
            </w:pPr>
            <w:r>
              <w:rPr>
                <w:sz w:val="17"/>
              </w:rPr>
              <w:t>restaurant</w:t>
            </w:r>
          </w:p>
        </w:tc>
        <w:tc>
          <w:tcPr>
            <w:tcW w:w="2592" w:type="dxa"/>
            <w:tcBorders>
              <w:top w:val="single" w:sz="4" w:space="0" w:color="D8E6EC"/>
              <w:left w:val="single" w:sz="4" w:space="0" w:color="D8E6EC"/>
              <w:bottom w:val="single" w:sz="4" w:space="0" w:color="D8E6EC"/>
              <w:right w:val="single" w:sz="4" w:space="0" w:color="D8E6EC"/>
            </w:tcBorders>
            <w:vAlign w:val="center"/>
          </w:tcPr>
          <w:p w14:paraId="11D52D2E" w14:textId="77777777" w:rsidR="00610360" w:rsidRDefault="00000000">
            <w:pPr>
              <w:spacing w:after="0"/>
            </w:pPr>
            <w:r>
              <w:rPr>
                <w:sz w:val="17"/>
              </w:rPr>
              <w:t>noun</w:t>
            </w:r>
          </w:p>
        </w:tc>
      </w:tr>
    </w:tbl>
    <w:p w14:paraId="5201F196" w14:textId="77777777" w:rsidR="00610360" w:rsidRDefault="00000000">
      <w:pPr>
        <w:pStyle w:val="Heading2"/>
        <w:spacing w:after="120"/>
      </w:pPr>
      <w:r>
        <w:rPr>
          <w:rFonts w:ascii="Aptos" w:hAnsi="Aptos"/>
        </w:rPr>
        <w:t>Travel and places</w:t>
      </w:r>
    </w:p>
    <w:tbl>
      <w:tblPr>
        <w:tblW w:w="0" w:type="auto"/>
        <w:jc w:val="center"/>
        <w:tblLook w:val="04A0" w:firstRow="1" w:lastRow="0" w:firstColumn="1" w:lastColumn="0" w:noHBand="0" w:noVBand="1"/>
      </w:tblPr>
      <w:tblGrid>
        <w:gridCol w:w="2592"/>
        <w:gridCol w:w="2592"/>
        <w:gridCol w:w="2592"/>
        <w:gridCol w:w="2592"/>
      </w:tblGrid>
      <w:tr w:rsidR="00610360" w14:paraId="43D4BA89"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F9DF9C2"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A836164"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D3C11F7"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48A2C5E" w14:textId="77777777" w:rsidR="00610360" w:rsidRDefault="00000000">
            <w:pPr>
              <w:spacing w:after="0"/>
            </w:pPr>
            <w:r>
              <w:rPr>
                <w:b/>
                <w:color w:val="FFFFFF"/>
                <w:sz w:val="17"/>
              </w:rPr>
              <w:t>Note</w:t>
            </w:r>
          </w:p>
        </w:tc>
      </w:tr>
      <w:tr w:rsidR="00610360" w14:paraId="0219BBF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04EFF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F759FAD" w14:textId="77777777" w:rsidR="00610360" w:rsidRDefault="00000000">
            <w:pPr>
              <w:spacing w:after="0"/>
            </w:pPr>
            <w:r>
              <w:rPr>
                <w:sz w:val="17"/>
              </w:rPr>
              <w:t>loka</w:t>
            </w:r>
          </w:p>
        </w:tc>
        <w:tc>
          <w:tcPr>
            <w:tcW w:w="2592" w:type="dxa"/>
            <w:tcBorders>
              <w:top w:val="single" w:sz="4" w:space="0" w:color="D8E6EC"/>
              <w:left w:val="single" w:sz="4" w:space="0" w:color="D8E6EC"/>
              <w:bottom w:val="single" w:sz="4" w:space="0" w:color="D8E6EC"/>
              <w:right w:val="single" w:sz="4" w:space="0" w:color="D8E6EC"/>
            </w:tcBorders>
            <w:vAlign w:val="center"/>
          </w:tcPr>
          <w:p w14:paraId="5E7BB9B7" w14:textId="77777777" w:rsidR="00610360" w:rsidRDefault="00000000">
            <w:pPr>
              <w:spacing w:after="0"/>
            </w:pPr>
            <w:r>
              <w:rPr>
                <w:sz w:val="17"/>
              </w:rPr>
              <w:t>place</w:t>
            </w:r>
          </w:p>
        </w:tc>
        <w:tc>
          <w:tcPr>
            <w:tcW w:w="2592" w:type="dxa"/>
            <w:tcBorders>
              <w:top w:val="single" w:sz="4" w:space="0" w:color="D8E6EC"/>
              <w:left w:val="single" w:sz="4" w:space="0" w:color="D8E6EC"/>
              <w:bottom w:val="single" w:sz="4" w:space="0" w:color="D8E6EC"/>
              <w:right w:val="single" w:sz="4" w:space="0" w:color="D8E6EC"/>
            </w:tcBorders>
            <w:vAlign w:val="center"/>
          </w:tcPr>
          <w:p w14:paraId="4B9083B6" w14:textId="77777777" w:rsidR="00610360" w:rsidRDefault="00000000">
            <w:pPr>
              <w:spacing w:after="0"/>
            </w:pPr>
            <w:r>
              <w:rPr>
                <w:sz w:val="17"/>
              </w:rPr>
              <w:t>noun</w:t>
            </w:r>
          </w:p>
        </w:tc>
      </w:tr>
      <w:tr w:rsidR="00610360" w14:paraId="7240C0F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04D3E0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E50CAEB" w14:textId="77777777" w:rsidR="00610360" w:rsidRDefault="00000000">
            <w:pPr>
              <w:spacing w:after="0"/>
            </w:pPr>
            <w:r>
              <w:rPr>
                <w:sz w:val="17"/>
              </w:rPr>
              <w:t>via</w:t>
            </w:r>
          </w:p>
        </w:tc>
        <w:tc>
          <w:tcPr>
            <w:tcW w:w="2592" w:type="dxa"/>
            <w:tcBorders>
              <w:top w:val="single" w:sz="4" w:space="0" w:color="D8E6EC"/>
              <w:left w:val="single" w:sz="4" w:space="0" w:color="D8E6EC"/>
              <w:bottom w:val="single" w:sz="4" w:space="0" w:color="D8E6EC"/>
              <w:right w:val="single" w:sz="4" w:space="0" w:color="D8E6EC"/>
            </w:tcBorders>
            <w:vAlign w:val="center"/>
          </w:tcPr>
          <w:p w14:paraId="1C854AFA" w14:textId="77777777" w:rsidR="00610360" w:rsidRDefault="00000000">
            <w:pPr>
              <w:spacing w:after="0"/>
            </w:pPr>
            <w:r>
              <w:rPr>
                <w:sz w:val="17"/>
              </w:rPr>
              <w:t>road / way</w:t>
            </w:r>
          </w:p>
        </w:tc>
        <w:tc>
          <w:tcPr>
            <w:tcW w:w="2592" w:type="dxa"/>
            <w:tcBorders>
              <w:top w:val="single" w:sz="4" w:space="0" w:color="D8E6EC"/>
              <w:left w:val="single" w:sz="4" w:space="0" w:color="D8E6EC"/>
              <w:bottom w:val="single" w:sz="4" w:space="0" w:color="D8E6EC"/>
              <w:right w:val="single" w:sz="4" w:space="0" w:color="D8E6EC"/>
            </w:tcBorders>
            <w:vAlign w:val="center"/>
          </w:tcPr>
          <w:p w14:paraId="409A15BD" w14:textId="77777777" w:rsidR="00610360" w:rsidRDefault="00000000">
            <w:pPr>
              <w:spacing w:after="0"/>
            </w:pPr>
            <w:r>
              <w:rPr>
                <w:sz w:val="17"/>
              </w:rPr>
              <w:t>noun</w:t>
            </w:r>
          </w:p>
        </w:tc>
      </w:tr>
      <w:tr w:rsidR="00610360" w14:paraId="2FDADF6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9386EC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4FE52B5" w14:textId="77777777" w:rsidR="00610360" w:rsidRDefault="00000000">
            <w:pPr>
              <w:spacing w:after="0"/>
            </w:pPr>
            <w:r>
              <w:rPr>
                <w:sz w:val="17"/>
              </w:rPr>
              <w:t>rua</w:t>
            </w:r>
          </w:p>
        </w:tc>
        <w:tc>
          <w:tcPr>
            <w:tcW w:w="2592" w:type="dxa"/>
            <w:tcBorders>
              <w:top w:val="single" w:sz="4" w:space="0" w:color="D8E6EC"/>
              <w:left w:val="single" w:sz="4" w:space="0" w:color="D8E6EC"/>
              <w:bottom w:val="single" w:sz="4" w:space="0" w:color="D8E6EC"/>
              <w:right w:val="single" w:sz="4" w:space="0" w:color="D8E6EC"/>
            </w:tcBorders>
            <w:vAlign w:val="center"/>
          </w:tcPr>
          <w:p w14:paraId="6BB7CD1B" w14:textId="77777777" w:rsidR="00610360" w:rsidRDefault="00000000">
            <w:pPr>
              <w:spacing w:after="0"/>
            </w:pPr>
            <w:r>
              <w:rPr>
                <w:sz w:val="17"/>
              </w:rPr>
              <w:t>street</w:t>
            </w:r>
          </w:p>
        </w:tc>
        <w:tc>
          <w:tcPr>
            <w:tcW w:w="2592" w:type="dxa"/>
            <w:tcBorders>
              <w:top w:val="single" w:sz="4" w:space="0" w:color="D8E6EC"/>
              <w:left w:val="single" w:sz="4" w:space="0" w:color="D8E6EC"/>
              <w:bottom w:val="single" w:sz="4" w:space="0" w:color="D8E6EC"/>
              <w:right w:val="single" w:sz="4" w:space="0" w:color="D8E6EC"/>
            </w:tcBorders>
            <w:vAlign w:val="center"/>
          </w:tcPr>
          <w:p w14:paraId="05447F78" w14:textId="77777777" w:rsidR="00610360" w:rsidRDefault="00000000">
            <w:pPr>
              <w:spacing w:after="0"/>
            </w:pPr>
            <w:r>
              <w:rPr>
                <w:sz w:val="17"/>
              </w:rPr>
              <w:t>noun</w:t>
            </w:r>
          </w:p>
        </w:tc>
      </w:tr>
      <w:tr w:rsidR="00610360" w14:paraId="7CD296E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AB9773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81E678C" w14:textId="77777777" w:rsidR="00610360" w:rsidRDefault="00000000">
            <w:pPr>
              <w:spacing w:after="0"/>
            </w:pPr>
            <w:r>
              <w:rPr>
                <w:sz w:val="17"/>
              </w:rPr>
              <w:t>urbe</w:t>
            </w:r>
          </w:p>
        </w:tc>
        <w:tc>
          <w:tcPr>
            <w:tcW w:w="2592" w:type="dxa"/>
            <w:tcBorders>
              <w:top w:val="single" w:sz="4" w:space="0" w:color="D8E6EC"/>
              <w:left w:val="single" w:sz="4" w:space="0" w:color="D8E6EC"/>
              <w:bottom w:val="single" w:sz="4" w:space="0" w:color="D8E6EC"/>
              <w:right w:val="single" w:sz="4" w:space="0" w:color="D8E6EC"/>
            </w:tcBorders>
            <w:vAlign w:val="center"/>
          </w:tcPr>
          <w:p w14:paraId="01772A20" w14:textId="77777777" w:rsidR="00610360" w:rsidRDefault="00000000">
            <w:pPr>
              <w:spacing w:after="0"/>
            </w:pPr>
            <w:r>
              <w:rPr>
                <w:sz w:val="17"/>
              </w:rPr>
              <w:t>city</w:t>
            </w:r>
          </w:p>
        </w:tc>
        <w:tc>
          <w:tcPr>
            <w:tcW w:w="2592" w:type="dxa"/>
            <w:tcBorders>
              <w:top w:val="single" w:sz="4" w:space="0" w:color="D8E6EC"/>
              <w:left w:val="single" w:sz="4" w:space="0" w:color="D8E6EC"/>
              <w:bottom w:val="single" w:sz="4" w:space="0" w:color="D8E6EC"/>
              <w:right w:val="single" w:sz="4" w:space="0" w:color="D8E6EC"/>
            </w:tcBorders>
            <w:vAlign w:val="center"/>
          </w:tcPr>
          <w:p w14:paraId="5397ACF2" w14:textId="77777777" w:rsidR="00610360" w:rsidRDefault="00000000">
            <w:pPr>
              <w:spacing w:after="0"/>
            </w:pPr>
            <w:r>
              <w:rPr>
                <w:sz w:val="17"/>
              </w:rPr>
              <w:t>noun</w:t>
            </w:r>
          </w:p>
        </w:tc>
      </w:tr>
      <w:tr w:rsidR="00610360" w14:paraId="51AB21F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F4232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1F5D6D9" w14:textId="77777777" w:rsidR="00610360" w:rsidRDefault="00000000">
            <w:pPr>
              <w:spacing w:after="0"/>
            </w:pPr>
            <w:r>
              <w:rPr>
                <w:sz w:val="17"/>
              </w:rPr>
              <w:t>vila</w:t>
            </w:r>
          </w:p>
        </w:tc>
        <w:tc>
          <w:tcPr>
            <w:tcW w:w="2592" w:type="dxa"/>
            <w:tcBorders>
              <w:top w:val="single" w:sz="4" w:space="0" w:color="D8E6EC"/>
              <w:left w:val="single" w:sz="4" w:space="0" w:color="D8E6EC"/>
              <w:bottom w:val="single" w:sz="4" w:space="0" w:color="D8E6EC"/>
              <w:right w:val="single" w:sz="4" w:space="0" w:color="D8E6EC"/>
            </w:tcBorders>
            <w:vAlign w:val="center"/>
          </w:tcPr>
          <w:p w14:paraId="7F4045CE" w14:textId="77777777" w:rsidR="00610360" w:rsidRDefault="00000000">
            <w:pPr>
              <w:spacing w:after="0"/>
            </w:pPr>
            <w:r>
              <w:rPr>
                <w:sz w:val="17"/>
              </w:rPr>
              <w:t>town / village</w:t>
            </w:r>
          </w:p>
        </w:tc>
        <w:tc>
          <w:tcPr>
            <w:tcW w:w="2592" w:type="dxa"/>
            <w:tcBorders>
              <w:top w:val="single" w:sz="4" w:space="0" w:color="D8E6EC"/>
              <w:left w:val="single" w:sz="4" w:space="0" w:color="D8E6EC"/>
              <w:bottom w:val="single" w:sz="4" w:space="0" w:color="D8E6EC"/>
              <w:right w:val="single" w:sz="4" w:space="0" w:color="D8E6EC"/>
            </w:tcBorders>
            <w:vAlign w:val="center"/>
          </w:tcPr>
          <w:p w14:paraId="5FC2DD28" w14:textId="77777777" w:rsidR="00610360" w:rsidRDefault="00000000">
            <w:pPr>
              <w:spacing w:after="0"/>
            </w:pPr>
            <w:r>
              <w:rPr>
                <w:sz w:val="17"/>
              </w:rPr>
              <w:t>noun</w:t>
            </w:r>
          </w:p>
        </w:tc>
      </w:tr>
      <w:tr w:rsidR="00610360" w14:paraId="360FB53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D430A2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FE93296" w14:textId="77777777" w:rsidR="00610360" w:rsidRDefault="00000000">
            <w:pPr>
              <w:spacing w:after="0"/>
            </w:pPr>
            <w:r>
              <w:rPr>
                <w:sz w:val="17"/>
              </w:rPr>
              <w:t>pais</w:t>
            </w:r>
          </w:p>
        </w:tc>
        <w:tc>
          <w:tcPr>
            <w:tcW w:w="2592" w:type="dxa"/>
            <w:tcBorders>
              <w:top w:val="single" w:sz="4" w:space="0" w:color="D8E6EC"/>
              <w:left w:val="single" w:sz="4" w:space="0" w:color="D8E6EC"/>
              <w:bottom w:val="single" w:sz="4" w:space="0" w:color="D8E6EC"/>
              <w:right w:val="single" w:sz="4" w:space="0" w:color="D8E6EC"/>
            </w:tcBorders>
            <w:vAlign w:val="center"/>
          </w:tcPr>
          <w:p w14:paraId="30469C14" w14:textId="77777777" w:rsidR="00610360" w:rsidRDefault="00000000">
            <w:pPr>
              <w:spacing w:after="0"/>
            </w:pPr>
            <w:r>
              <w:rPr>
                <w:sz w:val="17"/>
              </w:rPr>
              <w:t>country / land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1FDE8136" w14:textId="77777777" w:rsidR="00610360" w:rsidRDefault="00000000">
            <w:pPr>
              <w:spacing w:after="0"/>
            </w:pPr>
            <w:r>
              <w:rPr>
                <w:sz w:val="17"/>
              </w:rPr>
              <w:t>noun</w:t>
            </w:r>
          </w:p>
        </w:tc>
      </w:tr>
      <w:tr w:rsidR="00610360" w14:paraId="3F83EFD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3A77BC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B43A296" w14:textId="77777777" w:rsidR="00610360" w:rsidRDefault="00000000">
            <w:pPr>
              <w:spacing w:after="0"/>
            </w:pPr>
            <w:r>
              <w:rPr>
                <w:sz w:val="17"/>
              </w:rPr>
              <w:t>nasion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0CC1178E" w14:textId="77777777" w:rsidR="00610360" w:rsidRDefault="00000000">
            <w:pPr>
              <w:spacing w:after="0"/>
            </w:pPr>
            <w:r>
              <w:rPr>
                <w:sz w:val="17"/>
              </w:rPr>
              <w:t>nasion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66B16BDD" w14:textId="77777777" w:rsidR="00610360" w:rsidRDefault="00000000">
            <w:pPr>
              <w:spacing w:after="0"/>
            </w:pPr>
            <w:r>
              <w:rPr>
                <w:sz w:val="17"/>
              </w:rPr>
              <w:t>noun</w:t>
            </w:r>
          </w:p>
        </w:tc>
      </w:tr>
      <w:tr w:rsidR="00610360" w14:paraId="27F7DCC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3954D9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1CF94EB" w14:textId="77777777" w:rsidR="00610360" w:rsidRDefault="00000000">
            <w:pPr>
              <w:spacing w:after="0"/>
            </w:pPr>
            <w:r>
              <w:rPr>
                <w:sz w:val="17"/>
              </w:rPr>
              <w:t>frontiera</w:t>
            </w:r>
          </w:p>
        </w:tc>
        <w:tc>
          <w:tcPr>
            <w:tcW w:w="2592" w:type="dxa"/>
            <w:tcBorders>
              <w:top w:val="single" w:sz="4" w:space="0" w:color="D8E6EC"/>
              <w:left w:val="single" w:sz="4" w:space="0" w:color="D8E6EC"/>
              <w:bottom w:val="single" w:sz="4" w:space="0" w:color="D8E6EC"/>
              <w:right w:val="single" w:sz="4" w:space="0" w:color="D8E6EC"/>
            </w:tcBorders>
            <w:vAlign w:val="center"/>
          </w:tcPr>
          <w:p w14:paraId="2390D224" w14:textId="77777777" w:rsidR="00610360" w:rsidRDefault="00000000">
            <w:pPr>
              <w:spacing w:after="0"/>
            </w:pPr>
            <w:r>
              <w:rPr>
                <w:sz w:val="17"/>
              </w:rPr>
              <w:t>border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5DA6F98" w14:textId="77777777" w:rsidR="00610360" w:rsidRDefault="00000000">
            <w:pPr>
              <w:spacing w:after="0"/>
            </w:pPr>
            <w:r>
              <w:rPr>
                <w:sz w:val="17"/>
              </w:rPr>
              <w:t>noun</w:t>
            </w:r>
          </w:p>
        </w:tc>
      </w:tr>
      <w:tr w:rsidR="00610360" w14:paraId="0EA776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ADCBD5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1589BA8" w14:textId="77777777" w:rsidR="00610360" w:rsidRDefault="00000000">
            <w:pPr>
              <w:spacing w:after="0"/>
            </w:pPr>
            <w:r>
              <w:rPr>
                <w:sz w:val="17"/>
              </w:rPr>
              <w:t>nord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F5848FC" w14:textId="77777777" w:rsidR="00610360" w:rsidRDefault="00000000">
            <w:pPr>
              <w:spacing w:after="0"/>
            </w:pPr>
            <w:r>
              <w:rPr>
                <w:sz w:val="17"/>
              </w:rPr>
              <w:t>north</w:t>
            </w:r>
          </w:p>
        </w:tc>
        <w:tc>
          <w:tcPr>
            <w:tcW w:w="2592" w:type="dxa"/>
            <w:tcBorders>
              <w:top w:val="single" w:sz="4" w:space="0" w:color="D8E6EC"/>
              <w:left w:val="single" w:sz="4" w:space="0" w:color="D8E6EC"/>
              <w:bottom w:val="single" w:sz="4" w:space="0" w:color="D8E6EC"/>
              <w:right w:val="single" w:sz="4" w:space="0" w:color="D8E6EC"/>
            </w:tcBorders>
            <w:vAlign w:val="center"/>
          </w:tcPr>
          <w:p w14:paraId="68F4B3ED" w14:textId="77777777" w:rsidR="00610360" w:rsidRDefault="00000000">
            <w:pPr>
              <w:spacing w:after="0"/>
            </w:pPr>
            <w:r>
              <w:rPr>
                <w:sz w:val="17"/>
              </w:rPr>
              <w:t>noun</w:t>
            </w:r>
          </w:p>
        </w:tc>
      </w:tr>
      <w:tr w:rsidR="00610360" w14:paraId="36AC9AA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843E1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14E6F49" w14:textId="77777777" w:rsidR="00610360" w:rsidRDefault="00000000">
            <w:pPr>
              <w:spacing w:after="0"/>
            </w:pPr>
            <w:r>
              <w:rPr>
                <w:sz w:val="17"/>
              </w:rPr>
              <w:t>sud</w:t>
            </w:r>
          </w:p>
        </w:tc>
        <w:tc>
          <w:tcPr>
            <w:tcW w:w="2592" w:type="dxa"/>
            <w:tcBorders>
              <w:top w:val="single" w:sz="4" w:space="0" w:color="D8E6EC"/>
              <w:left w:val="single" w:sz="4" w:space="0" w:color="D8E6EC"/>
              <w:bottom w:val="single" w:sz="4" w:space="0" w:color="D8E6EC"/>
              <w:right w:val="single" w:sz="4" w:space="0" w:color="D8E6EC"/>
            </w:tcBorders>
            <w:vAlign w:val="center"/>
          </w:tcPr>
          <w:p w14:paraId="6910448B" w14:textId="77777777" w:rsidR="00610360" w:rsidRDefault="00000000">
            <w:pPr>
              <w:spacing w:after="0"/>
            </w:pPr>
            <w:r>
              <w:rPr>
                <w:sz w:val="17"/>
              </w:rPr>
              <w:t>south</w:t>
            </w:r>
          </w:p>
        </w:tc>
        <w:tc>
          <w:tcPr>
            <w:tcW w:w="2592" w:type="dxa"/>
            <w:tcBorders>
              <w:top w:val="single" w:sz="4" w:space="0" w:color="D8E6EC"/>
              <w:left w:val="single" w:sz="4" w:space="0" w:color="D8E6EC"/>
              <w:bottom w:val="single" w:sz="4" w:space="0" w:color="D8E6EC"/>
              <w:right w:val="single" w:sz="4" w:space="0" w:color="D8E6EC"/>
            </w:tcBorders>
            <w:vAlign w:val="center"/>
          </w:tcPr>
          <w:p w14:paraId="3022809C" w14:textId="77777777" w:rsidR="00610360" w:rsidRDefault="00000000">
            <w:pPr>
              <w:spacing w:after="0"/>
            </w:pPr>
            <w:r>
              <w:rPr>
                <w:sz w:val="17"/>
              </w:rPr>
              <w:t>noun</w:t>
            </w:r>
          </w:p>
        </w:tc>
      </w:tr>
      <w:tr w:rsidR="00610360" w14:paraId="2A84A0E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6B65C3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CFCE932" w14:textId="77777777" w:rsidR="00610360" w:rsidRDefault="00000000">
            <w:pPr>
              <w:spacing w:after="0"/>
            </w:pPr>
            <w:r>
              <w:rPr>
                <w:sz w:val="17"/>
              </w:rPr>
              <w:t>est</w:t>
            </w:r>
          </w:p>
        </w:tc>
        <w:tc>
          <w:tcPr>
            <w:tcW w:w="2592" w:type="dxa"/>
            <w:tcBorders>
              <w:top w:val="single" w:sz="4" w:space="0" w:color="D8E6EC"/>
              <w:left w:val="single" w:sz="4" w:space="0" w:color="D8E6EC"/>
              <w:bottom w:val="single" w:sz="4" w:space="0" w:color="D8E6EC"/>
              <w:right w:val="single" w:sz="4" w:space="0" w:color="D8E6EC"/>
            </w:tcBorders>
            <w:vAlign w:val="center"/>
          </w:tcPr>
          <w:p w14:paraId="3D8B11FC" w14:textId="77777777" w:rsidR="00610360" w:rsidRDefault="00000000">
            <w:pPr>
              <w:spacing w:after="0"/>
            </w:pPr>
            <w:r>
              <w:rPr>
                <w:sz w:val="17"/>
              </w:rPr>
              <w:t>east</w:t>
            </w:r>
          </w:p>
        </w:tc>
        <w:tc>
          <w:tcPr>
            <w:tcW w:w="2592" w:type="dxa"/>
            <w:tcBorders>
              <w:top w:val="single" w:sz="4" w:space="0" w:color="D8E6EC"/>
              <w:left w:val="single" w:sz="4" w:space="0" w:color="D8E6EC"/>
              <w:bottom w:val="single" w:sz="4" w:space="0" w:color="D8E6EC"/>
              <w:right w:val="single" w:sz="4" w:space="0" w:color="D8E6EC"/>
            </w:tcBorders>
            <w:vAlign w:val="center"/>
          </w:tcPr>
          <w:p w14:paraId="1B3DBCE7" w14:textId="77777777" w:rsidR="00610360" w:rsidRDefault="00000000">
            <w:pPr>
              <w:spacing w:after="0"/>
            </w:pPr>
            <w:r>
              <w:rPr>
                <w:sz w:val="17"/>
              </w:rPr>
              <w:t>noun</w:t>
            </w:r>
          </w:p>
        </w:tc>
      </w:tr>
      <w:tr w:rsidR="00610360" w14:paraId="0824201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D1E174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6702309" w14:textId="77777777" w:rsidR="00610360" w:rsidRDefault="00000000">
            <w:pPr>
              <w:spacing w:after="0"/>
            </w:pPr>
            <w:r>
              <w:rPr>
                <w:sz w:val="17"/>
              </w:rPr>
              <w:t>uest</w:t>
            </w:r>
          </w:p>
        </w:tc>
        <w:tc>
          <w:tcPr>
            <w:tcW w:w="2592" w:type="dxa"/>
            <w:tcBorders>
              <w:top w:val="single" w:sz="4" w:space="0" w:color="D8E6EC"/>
              <w:left w:val="single" w:sz="4" w:space="0" w:color="D8E6EC"/>
              <w:bottom w:val="single" w:sz="4" w:space="0" w:color="D8E6EC"/>
              <w:right w:val="single" w:sz="4" w:space="0" w:color="D8E6EC"/>
            </w:tcBorders>
            <w:vAlign w:val="center"/>
          </w:tcPr>
          <w:p w14:paraId="56FCF01A" w14:textId="77777777" w:rsidR="00610360" w:rsidRDefault="00000000">
            <w:pPr>
              <w:spacing w:after="0"/>
            </w:pPr>
            <w:r>
              <w:rPr>
                <w:sz w:val="17"/>
              </w:rPr>
              <w:t>west</w:t>
            </w:r>
          </w:p>
        </w:tc>
        <w:tc>
          <w:tcPr>
            <w:tcW w:w="2592" w:type="dxa"/>
            <w:tcBorders>
              <w:top w:val="single" w:sz="4" w:space="0" w:color="D8E6EC"/>
              <w:left w:val="single" w:sz="4" w:space="0" w:color="D8E6EC"/>
              <w:bottom w:val="single" w:sz="4" w:space="0" w:color="D8E6EC"/>
              <w:right w:val="single" w:sz="4" w:space="0" w:color="D8E6EC"/>
            </w:tcBorders>
            <w:vAlign w:val="center"/>
          </w:tcPr>
          <w:p w14:paraId="4093FB7F" w14:textId="77777777" w:rsidR="00610360" w:rsidRDefault="00000000">
            <w:pPr>
              <w:spacing w:after="0"/>
            </w:pPr>
            <w:r>
              <w:rPr>
                <w:sz w:val="17"/>
              </w:rPr>
              <w:t>noun</w:t>
            </w:r>
          </w:p>
        </w:tc>
      </w:tr>
      <w:tr w:rsidR="00610360" w14:paraId="761A799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F0BE5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AC40113" w14:textId="77777777" w:rsidR="00610360" w:rsidRDefault="00000000">
            <w:pPr>
              <w:spacing w:after="0"/>
            </w:pPr>
            <w:r>
              <w:rPr>
                <w:sz w:val="17"/>
              </w:rPr>
              <w:t>kentro</w:t>
            </w:r>
          </w:p>
        </w:tc>
        <w:tc>
          <w:tcPr>
            <w:tcW w:w="2592" w:type="dxa"/>
            <w:tcBorders>
              <w:top w:val="single" w:sz="4" w:space="0" w:color="D8E6EC"/>
              <w:left w:val="single" w:sz="4" w:space="0" w:color="D8E6EC"/>
              <w:bottom w:val="single" w:sz="4" w:space="0" w:color="D8E6EC"/>
              <w:right w:val="single" w:sz="4" w:space="0" w:color="D8E6EC"/>
            </w:tcBorders>
            <w:vAlign w:val="center"/>
          </w:tcPr>
          <w:p w14:paraId="7C6A2983" w14:textId="77777777" w:rsidR="00610360" w:rsidRDefault="00000000">
            <w:pPr>
              <w:spacing w:after="0"/>
            </w:pPr>
            <w:r>
              <w:rPr>
                <w:sz w:val="17"/>
              </w:rPr>
              <w:t>center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FC79136" w14:textId="77777777" w:rsidR="00610360" w:rsidRDefault="00000000">
            <w:pPr>
              <w:spacing w:after="0"/>
            </w:pPr>
            <w:r>
              <w:rPr>
                <w:sz w:val="17"/>
              </w:rPr>
              <w:t>noun</w:t>
            </w:r>
          </w:p>
        </w:tc>
      </w:tr>
      <w:tr w:rsidR="00610360" w14:paraId="793B07A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0B77FC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AAED5AE" w14:textId="77777777" w:rsidR="00610360" w:rsidRDefault="00000000">
            <w:pPr>
              <w:spacing w:after="0"/>
            </w:pPr>
            <w:r>
              <w:rPr>
                <w:sz w:val="17"/>
              </w:rPr>
              <w:t>hotel</w:t>
            </w:r>
          </w:p>
        </w:tc>
        <w:tc>
          <w:tcPr>
            <w:tcW w:w="2592" w:type="dxa"/>
            <w:tcBorders>
              <w:top w:val="single" w:sz="4" w:space="0" w:color="D8E6EC"/>
              <w:left w:val="single" w:sz="4" w:space="0" w:color="D8E6EC"/>
              <w:bottom w:val="single" w:sz="4" w:space="0" w:color="D8E6EC"/>
              <w:right w:val="single" w:sz="4" w:space="0" w:color="D8E6EC"/>
            </w:tcBorders>
            <w:vAlign w:val="center"/>
          </w:tcPr>
          <w:p w14:paraId="304857F1" w14:textId="77777777" w:rsidR="00610360" w:rsidRDefault="00000000">
            <w:pPr>
              <w:spacing w:after="0"/>
            </w:pPr>
            <w:r>
              <w:rPr>
                <w:sz w:val="17"/>
              </w:rPr>
              <w:t>hotel</w:t>
            </w:r>
          </w:p>
        </w:tc>
        <w:tc>
          <w:tcPr>
            <w:tcW w:w="2592" w:type="dxa"/>
            <w:tcBorders>
              <w:top w:val="single" w:sz="4" w:space="0" w:color="D8E6EC"/>
              <w:left w:val="single" w:sz="4" w:space="0" w:color="D8E6EC"/>
              <w:bottom w:val="single" w:sz="4" w:space="0" w:color="D8E6EC"/>
              <w:right w:val="single" w:sz="4" w:space="0" w:color="D8E6EC"/>
            </w:tcBorders>
            <w:vAlign w:val="center"/>
          </w:tcPr>
          <w:p w14:paraId="62628952" w14:textId="77777777" w:rsidR="00610360" w:rsidRDefault="00000000">
            <w:pPr>
              <w:spacing w:after="0"/>
            </w:pPr>
            <w:r>
              <w:rPr>
                <w:sz w:val="17"/>
              </w:rPr>
              <w:t>noun</w:t>
            </w:r>
          </w:p>
        </w:tc>
      </w:tr>
      <w:tr w:rsidR="00610360" w14:paraId="6F89C15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8A1449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DD24F06" w14:textId="77777777" w:rsidR="00610360" w:rsidRDefault="00000000">
            <w:pPr>
              <w:spacing w:after="0"/>
            </w:pPr>
            <w:r>
              <w:rPr>
                <w:sz w:val="17"/>
              </w:rPr>
              <w:t>stasion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582E42B0" w14:textId="77777777" w:rsidR="00610360" w:rsidRDefault="00000000">
            <w:pPr>
              <w:spacing w:after="0"/>
            </w:pPr>
            <w:r>
              <w:rPr>
                <w:sz w:val="17"/>
              </w:rPr>
              <w:t>station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01C14BE8" w14:textId="77777777" w:rsidR="00610360" w:rsidRDefault="00000000">
            <w:pPr>
              <w:spacing w:after="0"/>
            </w:pPr>
            <w:r>
              <w:rPr>
                <w:sz w:val="17"/>
              </w:rPr>
              <w:t>noun</w:t>
            </w:r>
          </w:p>
        </w:tc>
      </w:tr>
      <w:tr w:rsidR="00610360" w14:paraId="10C3A6A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2CA4FE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668AEC7" w14:textId="77777777" w:rsidR="00610360" w:rsidRDefault="00000000">
            <w:pPr>
              <w:spacing w:after="0"/>
            </w:pPr>
            <w:r>
              <w:rPr>
                <w:sz w:val="17"/>
              </w:rPr>
              <w:t>aeroport</w:t>
            </w:r>
          </w:p>
        </w:tc>
        <w:tc>
          <w:tcPr>
            <w:tcW w:w="2592" w:type="dxa"/>
            <w:tcBorders>
              <w:top w:val="single" w:sz="4" w:space="0" w:color="D8E6EC"/>
              <w:left w:val="single" w:sz="4" w:space="0" w:color="D8E6EC"/>
              <w:bottom w:val="single" w:sz="4" w:space="0" w:color="D8E6EC"/>
              <w:right w:val="single" w:sz="4" w:space="0" w:color="D8E6EC"/>
            </w:tcBorders>
            <w:vAlign w:val="center"/>
          </w:tcPr>
          <w:p w14:paraId="29060247" w14:textId="77777777" w:rsidR="00610360" w:rsidRDefault="00000000">
            <w:pPr>
              <w:spacing w:after="0"/>
            </w:pPr>
            <w:r>
              <w:rPr>
                <w:sz w:val="17"/>
              </w:rPr>
              <w:t>airport</w:t>
            </w:r>
          </w:p>
        </w:tc>
        <w:tc>
          <w:tcPr>
            <w:tcW w:w="2592" w:type="dxa"/>
            <w:tcBorders>
              <w:top w:val="single" w:sz="4" w:space="0" w:color="D8E6EC"/>
              <w:left w:val="single" w:sz="4" w:space="0" w:color="D8E6EC"/>
              <w:bottom w:val="single" w:sz="4" w:space="0" w:color="D8E6EC"/>
              <w:right w:val="single" w:sz="4" w:space="0" w:color="D8E6EC"/>
            </w:tcBorders>
            <w:vAlign w:val="center"/>
          </w:tcPr>
          <w:p w14:paraId="66922C8A" w14:textId="77777777" w:rsidR="00610360" w:rsidRDefault="00000000">
            <w:pPr>
              <w:spacing w:after="0"/>
            </w:pPr>
            <w:r>
              <w:rPr>
                <w:sz w:val="17"/>
              </w:rPr>
              <w:t>noun</w:t>
            </w:r>
          </w:p>
        </w:tc>
      </w:tr>
      <w:tr w:rsidR="00610360" w14:paraId="5479003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CDD9D4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CE683C2" w14:textId="77777777" w:rsidR="00610360" w:rsidRDefault="00000000">
            <w:pPr>
              <w:spacing w:after="0"/>
            </w:pPr>
            <w:r>
              <w:rPr>
                <w:sz w:val="17"/>
              </w:rPr>
              <w:t>porto</w:t>
            </w:r>
          </w:p>
        </w:tc>
        <w:tc>
          <w:tcPr>
            <w:tcW w:w="2592" w:type="dxa"/>
            <w:tcBorders>
              <w:top w:val="single" w:sz="4" w:space="0" w:color="D8E6EC"/>
              <w:left w:val="single" w:sz="4" w:space="0" w:color="D8E6EC"/>
              <w:bottom w:val="single" w:sz="4" w:space="0" w:color="D8E6EC"/>
              <w:right w:val="single" w:sz="4" w:space="0" w:color="D8E6EC"/>
            </w:tcBorders>
            <w:vAlign w:val="center"/>
          </w:tcPr>
          <w:p w14:paraId="52596558" w14:textId="77777777" w:rsidR="00610360" w:rsidRDefault="00000000">
            <w:pPr>
              <w:spacing w:after="0"/>
            </w:pPr>
            <w:r>
              <w:rPr>
                <w:sz w:val="17"/>
              </w:rPr>
              <w:t>port / harbor</w:t>
            </w:r>
          </w:p>
        </w:tc>
        <w:tc>
          <w:tcPr>
            <w:tcW w:w="2592" w:type="dxa"/>
            <w:tcBorders>
              <w:top w:val="single" w:sz="4" w:space="0" w:color="D8E6EC"/>
              <w:left w:val="single" w:sz="4" w:space="0" w:color="D8E6EC"/>
              <w:bottom w:val="single" w:sz="4" w:space="0" w:color="D8E6EC"/>
              <w:right w:val="single" w:sz="4" w:space="0" w:color="D8E6EC"/>
            </w:tcBorders>
            <w:vAlign w:val="center"/>
          </w:tcPr>
          <w:p w14:paraId="4A91BFD4" w14:textId="77777777" w:rsidR="00610360" w:rsidRDefault="00000000">
            <w:pPr>
              <w:spacing w:after="0"/>
            </w:pPr>
            <w:r>
              <w:rPr>
                <w:sz w:val="17"/>
              </w:rPr>
              <w:t>noun</w:t>
            </w:r>
          </w:p>
        </w:tc>
      </w:tr>
      <w:tr w:rsidR="00610360" w14:paraId="13CFC0D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109C31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E8D973B" w14:textId="77777777" w:rsidR="00610360" w:rsidRDefault="00000000">
            <w:pPr>
              <w:spacing w:after="0"/>
            </w:pPr>
            <w:r>
              <w:rPr>
                <w:sz w:val="17"/>
              </w:rPr>
              <w:t>auto</w:t>
            </w:r>
          </w:p>
        </w:tc>
        <w:tc>
          <w:tcPr>
            <w:tcW w:w="2592" w:type="dxa"/>
            <w:tcBorders>
              <w:top w:val="single" w:sz="4" w:space="0" w:color="D8E6EC"/>
              <w:left w:val="single" w:sz="4" w:space="0" w:color="D8E6EC"/>
              <w:bottom w:val="single" w:sz="4" w:space="0" w:color="D8E6EC"/>
              <w:right w:val="single" w:sz="4" w:space="0" w:color="D8E6EC"/>
            </w:tcBorders>
            <w:vAlign w:val="center"/>
          </w:tcPr>
          <w:p w14:paraId="08EF786C" w14:textId="77777777" w:rsidR="00610360" w:rsidRDefault="00000000">
            <w:pPr>
              <w:spacing w:after="0"/>
            </w:pPr>
            <w:r>
              <w:rPr>
                <w:sz w:val="17"/>
              </w:rPr>
              <w:t>car</w:t>
            </w:r>
          </w:p>
        </w:tc>
        <w:tc>
          <w:tcPr>
            <w:tcW w:w="2592" w:type="dxa"/>
            <w:tcBorders>
              <w:top w:val="single" w:sz="4" w:space="0" w:color="D8E6EC"/>
              <w:left w:val="single" w:sz="4" w:space="0" w:color="D8E6EC"/>
              <w:bottom w:val="single" w:sz="4" w:space="0" w:color="D8E6EC"/>
              <w:right w:val="single" w:sz="4" w:space="0" w:color="D8E6EC"/>
            </w:tcBorders>
            <w:vAlign w:val="center"/>
          </w:tcPr>
          <w:p w14:paraId="65EB6D5F" w14:textId="77777777" w:rsidR="00610360" w:rsidRDefault="00000000">
            <w:pPr>
              <w:spacing w:after="0"/>
            </w:pPr>
            <w:r>
              <w:rPr>
                <w:sz w:val="17"/>
              </w:rPr>
              <w:t>noun</w:t>
            </w:r>
          </w:p>
        </w:tc>
      </w:tr>
      <w:tr w:rsidR="00610360" w14:paraId="27A6488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424A33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C970D10" w14:textId="77777777" w:rsidR="00610360" w:rsidRDefault="00000000">
            <w:pPr>
              <w:spacing w:after="0"/>
            </w:pPr>
            <w:r>
              <w:rPr>
                <w:sz w:val="17"/>
              </w:rPr>
              <w:t>bus</w:t>
            </w:r>
          </w:p>
        </w:tc>
        <w:tc>
          <w:tcPr>
            <w:tcW w:w="2592" w:type="dxa"/>
            <w:tcBorders>
              <w:top w:val="single" w:sz="4" w:space="0" w:color="D8E6EC"/>
              <w:left w:val="single" w:sz="4" w:space="0" w:color="D8E6EC"/>
              <w:bottom w:val="single" w:sz="4" w:space="0" w:color="D8E6EC"/>
              <w:right w:val="single" w:sz="4" w:space="0" w:color="D8E6EC"/>
            </w:tcBorders>
            <w:vAlign w:val="center"/>
          </w:tcPr>
          <w:p w14:paraId="39DCF79A" w14:textId="77777777" w:rsidR="00610360" w:rsidRDefault="00000000">
            <w:pPr>
              <w:spacing w:after="0"/>
            </w:pPr>
            <w:r>
              <w:rPr>
                <w:sz w:val="17"/>
              </w:rPr>
              <w:t>bus</w:t>
            </w:r>
          </w:p>
        </w:tc>
        <w:tc>
          <w:tcPr>
            <w:tcW w:w="2592" w:type="dxa"/>
            <w:tcBorders>
              <w:top w:val="single" w:sz="4" w:space="0" w:color="D8E6EC"/>
              <w:left w:val="single" w:sz="4" w:space="0" w:color="D8E6EC"/>
              <w:bottom w:val="single" w:sz="4" w:space="0" w:color="D8E6EC"/>
              <w:right w:val="single" w:sz="4" w:space="0" w:color="D8E6EC"/>
            </w:tcBorders>
            <w:vAlign w:val="center"/>
          </w:tcPr>
          <w:p w14:paraId="6D13B226" w14:textId="77777777" w:rsidR="00610360" w:rsidRDefault="00000000">
            <w:pPr>
              <w:spacing w:after="0"/>
            </w:pPr>
            <w:r>
              <w:rPr>
                <w:sz w:val="17"/>
              </w:rPr>
              <w:t>noun</w:t>
            </w:r>
          </w:p>
        </w:tc>
      </w:tr>
      <w:tr w:rsidR="00610360" w14:paraId="48145E6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1392C1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95D98BD" w14:textId="77777777" w:rsidR="00610360" w:rsidRDefault="00000000">
            <w:pPr>
              <w:spacing w:after="0"/>
            </w:pPr>
            <w:r>
              <w:rPr>
                <w:sz w:val="17"/>
              </w:rPr>
              <w:t>tren</w:t>
            </w:r>
          </w:p>
        </w:tc>
        <w:tc>
          <w:tcPr>
            <w:tcW w:w="2592" w:type="dxa"/>
            <w:tcBorders>
              <w:top w:val="single" w:sz="4" w:space="0" w:color="D8E6EC"/>
              <w:left w:val="single" w:sz="4" w:space="0" w:color="D8E6EC"/>
              <w:bottom w:val="single" w:sz="4" w:space="0" w:color="D8E6EC"/>
              <w:right w:val="single" w:sz="4" w:space="0" w:color="D8E6EC"/>
            </w:tcBorders>
            <w:vAlign w:val="center"/>
          </w:tcPr>
          <w:p w14:paraId="16B98CD0" w14:textId="77777777" w:rsidR="00610360" w:rsidRDefault="00000000">
            <w:pPr>
              <w:spacing w:after="0"/>
            </w:pPr>
            <w:r>
              <w:rPr>
                <w:sz w:val="17"/>
              </w:rPr>
              <w:t>train</w:t>
            </w:r>
          </w:p>
        </w:tc>
        <w:tc>
          <w:tcPr>
            <w:tcW w:w="2592" w:type="dxa"/>
            <w:tcBorders>
              <w:top w:val="single" w:sz="4" w:space="0" w:color="D8E6EC"/>
              <w:left w:val="single" w:sz="4" w:space="0" w:color="D8E6EC"/>
              <w:bottom w:val="single" w:sz="4" w:space="0" w:color="D8E6EC"/>
              <w:right w:val="single" w:sz="4" w:space="0" w:color="D8E6EC"/>
            </w:tcBorders>
            <w:vAlign w:val="center"/>
          </w:tcPr>
          <w:p w14:paraId="675BCEAB" w14:textId="77777777" w:rsidR="00610360" w:rsidRDefault="00000000">
            <w:pPr>
              <w:spacing w:after="0"/>
            </w:pPr>
            <w:r>
              <w:rPr>
                <w:sz w:val="17"/>
              </w:rPr>
              <w:t>noun</w:t>
            </w:r>
          </w:p>
        </w:tc>
      </w:tr>
      <w:tr w:rsidR="00610360" w14:paraId="672F14B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077291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66FC7ED" w14:textId="77777777" w:rsidR="00610360" w:rsidRDefault="00000000">
            <w:pPr>
              <w:spacing w:after="0"/>
            </w:pPr>
            <w:r>
              <w:rPr>
                <w:sz w:val="17"/>
              </w:rPr>
              <w:t>avion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0955728B" w14:textId="77777777" w:rsidR="00610360" w:rsidRDefault="00000000">
            <w:pPr>
              <w:spacing w:after="0"/>
            </w:pPr>
            <w:r>
              <w:rPr>
                <w:sz w:val="17"/>
              </w:rPr>
              <w:t>airplane</w:t>
            </w:r>
          </w:p>
        </w:tc>
        <w:tc>
          <w:tcPr>
            <w:tcW w:w="2592" w:type="dxa"/>
            <w:tcBorders>
              <w:top w:val="single" w:sz="4" w:space="0" w:color="D8E6EC"/>
              <w:left w:val="single" w:sz="4" w:space="0" w:color="D8E6EC"/>
              <w:bottom w:val="single" w:sz="4" w:space="0" w:color="D8E6EC"/>
              <w:right w:val="single" w:sz="4" w:space="0" w:color="D8E6EC"/>
            </w:tcBorders>
            <w:vAlign w:val="center"/>
          </w:tcPr>
          <w:p w14:paraId="2E17EEC0" w14:textId="77777777" w:rsidR="00610360" w:rsidRDefault="00000000">
            <w:pPr>
              <w:spacing w:after="0"/>
            </w:pPr>
            <w:r>
              <w:rPr>
                <w:sz w:val="17"/>
              </w:rPr>
              <w:t>noun</w:t>
            </w:r>
          </w:p>
        </w:tc>
      </w:tr>
      <w:tr w:rsidR="00610360" w14:paraId="16A4C08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439951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01904C0" w14:textId="77777777" w:rsidR="00610360" w:rsidRDefault="00000000">
            <w:pPr>
              <w:spacing w:after="0"/>
            </w:pPr>
            <w:r>
              <w:rPr>
                <w:sz w:val="17"/>
              </w:rPr>
              <w:t>barka</w:t>
            </w:r>
          </w:p>
        </w:tc>
        <w:tc>
          <w:tcPr>
            <w:tcW w:w="2592" w:type="dxa"/>
            <w:tcBorders>
              <w:top w:val="single" w:sz="4" w:space="0" w:color="D8E6EC"/>
              <w:left w:val="single" w:sz="4" w:space="0" w:color="D8E6EC"/>
              <w:bottom w:val="single" w:sz="4" w:space="0" w:color="D8E6EC"/>
              <w:right w:val="single" w:sz="4" w:space="0" w:color="D8E6EC"/>
            </w:tcBorders>
            <w:vAlign w:val="center"/>
          </w:tcPr>
          <w:p w14:paraId="5AD7DD1D" w14:textId="77777777" w:rsidR="00610360" w:rsidRDefault="00000000">
            <w:pPr>
              <w:spacing w:after="0"/>
            </w:pPr>
            <w:r>
              <w:rPr>
                <w:sz w:val="17"/>
              </w:rPr>
              <w:t>boat</w:t>
            </w:r>
          </w:p>
        </w:tc>
        <w:tc>
          <w:tcPr>
            <w:tcW w:w="2592" w:type="dxa"/>
            <w:tcBorders>
              <w:top w:val="single" w:sz="4" w:space="0" w:color="D8E6EC"/>
              <w:left w:val="single" w:sz="4" w:space="0" w:color="D8E6EC"/>
              <w:bottom w:val="single" w:sz="4" w:space="0" w:color="D8E6EC"/>
              <w:right w:val="single" w:sz="4" w:space="0" w:color="D8E6EC"/>
            </w:tcBorders>
            <w:vAlign w:val="center"/>
          </w:tcPr>
          <w:p w14:paraId="264A978D" w14:textId="77777777" w:rsidR="00610360" w:rsidRDefault="00000000">
            <w:pPr>
              <w:spacing w:after="0"/>
            </w:pPr>
            <w:r>
              <w:rPr>
                <w:sz w:val="17"/>
              </w:rPr>
              <w:t>noun</w:t>
            </w:r>
          </w:p>
        </w:tc>
      </w:tr>
      <w:tr w:rsidR="00610360" w14:paraId="4564DFA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7BFA9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449B8D1" w14:textId="77777777" w:rsidR="00610360" w:rsidRDefault="00000000">
            <w:pPr>
              <w:spacing w:after="0"/>
            </w:pPr>
            <w:r>
              <w:rPr>
                <w:sz w:val="17"/>
              </w:rPr>
              <w:t>bicikla</w:t>
            </w:r>
          </w:p>
        </w:tc>
        <w:tc>
          <w:tcPr>
            <w:tcW w:w="2592" w:type="dxa"/>
            <w:tcBorders>
              <w:top w:val="single" w:sz="4" w:space="0" w:color="D8E6EC"/>
              <w:left w:val="single" w:sz="4" w:space="0" w:color="D8E6EC"/>
              <w:bottom w:val="single" w:sz="4" w:space="0" w:color="D8E6EC"/>
              <w:right w:val="single" w:sz="4" w:space="0" w:color="D8E6EC"/>
            </w:tcBorders>
            <w:vAlign w:val="center"/>
          </w:tcPr>
          <w:p w14:paraId="0B43FFB9" w14:textId="77777777" w:rsidR="00610360" w:rsidRDefault="00000000">
            <w:pPr>
              <w:spacing w:after="0"/>
            </w:pPr>
            <w:r>
              <w:rPr>
                <w:sz w:val="17"/>
              </w:rPr>
              <w:t>bicycle</w:t>
            </w:r>
          </w:p>
        </w:tc>
        <w:tc>
          <w:tcPr>
            <w:tcW w:w="2592" w:type="dxa"/>
            <w:tcBorders>
              <w:top w:val="single" w:sz="4" w:space="0" w:color="D8E6EC"/>
              <w:left w:val="single" w:sz="4" w:space="0" w:color="D8E6EC"/>
              <w:bottom w:val="single" w:sz="4" w:space="0" w:color="D8E6EC"/>
              <w:right w:val="single" w:sz="4" w:space="0" w:color="D8E6EC"/>
            </w:tcBorders>
            <w:vAlign w:val="center"/>
          </w:tcPr>
          <w:p w14:paraId="4AB60EDC" w14:textId="77777777" w:rsidR="00610360" w:rsidRDefault="00000000">
            <w:pPr>
              <w:spacing w:after="0"/>
            </w:pPr>
            <w:r>
              <w:rPr>
                <w:sz w:val="17"/>
              </w:rPr>
              <w:t>noun</w:t>
            </w:r>
          </w:p>
        </w:tc>
      </w:tr>
      <w:tr w:rsidR="00610360" w14:paraId="345F7EA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E5837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4F1CFCB" w14:textId="77777777" w:rsidR="00610360" w:rsidRDefault="00000000">
            <w:pPr>
              <w:spacing w:after="0"/>
            </w:pPr>
            <w:r>
              <w:rPr>
                <w:sz w:val="17"/>
              </w:rPr>
              <w:t>pede</w:t>
            </w:r>
          </w:p>
        </w:tc>
        <w:tc>
          <w:tcPr>
            <w:tcW w:w="2592" w:type="dxa"/>
            <w:tcBorders>
              <w:top w:val="single" w:sz="4" w:space="0" w:color="D8E6EC"/>
              <w:left w:val="single" w:sz="4" w:space="0" w:color="D8E6EC"/>
              <w:bottom w:val="single" w:sz="4" w:space="0" w:color="D8E6EC"/>
              <w:right w:val="single" w:sz="4" w:space="0" w:color="D8E6EC"/>
            </w:tcBorders>
            <w:vAlign w:val="center"/>
          </w:tcPr>
          <w:p w14:paraId="4BBD4482" w14:textId="77777777" w:rsidR="00610360" w:rsidRDefault="00000000">
            <w:pPr>
              <w:spacing w:after="0"/>
            </w:pPr>
            <w:r>
              <w:rPr>
                <w:sz w:val="17"/>
              </w:rPr>
              <w:t>foot</w:t>
            </w:r>
          </w:p>
        </w:tc>
        <w:tc>
          <w:tcPr>
            <w:tcW w:w="2592" w:type="dxa"/>
            <w:tcBorders>
              <w:top w:val="single" w:sz="4" w:space="0" w:color="D8E6EC"/>
              <w:left w:val="single" w:sz="4" w:space="0" w:color="D8E6EC"/>
              <w:bottom w:val="single" w:sz="4" w:space="0" w:color="D8E6EC"/>
              <w:right w:val="single" w:sz="4" w:space="0" w:color="D8E6EC"/>
            </w:tcBorders>
            <w:vAlign w:val="center"/>
          </w:tcPr>
          <w:p w14:paraId="36FA1E0C" w14:textId="77777777" w:rsidR="00610360" w:rsidRDefault="00000000">
            <w:pPr>
              <w:spacing w:after="0"/>
            </w:pPr>
            <w:r>
              <w:rPr>
                <w:sz w:val="17"/>
              </w:rPr>
              <w:t>noun</w:t>
            </w:r>
          </w:p>
        </w:tc>
      </w:tr>
      <w:tr w:rsidR="00610360" w14:paraId="1222E62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E8A099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09F69B6" w14:textId="77777777" w:rsidR="00610360" w:rsidRDefault="00000000">
            <w:pPr>
              <w:spacing w:after="0"/>
            </w:pPr>
            <w:r>
              <w:rPr>
                <w:sz w:val="17"/>
              </w:rPr>
              <w:t>kilometro</w:t>
            </w:r>
          </w:p>
        </w:tc>
        <w:tc>
          <w:tcPr>
            <w:tcW w:w="2592" w:type="dxa"/>
            <w:tcBorders>
              <w:top w:val="single" w:sz="4" w:space="0" w:color="D8E6EC"/>
              <w:left w:val="single" w:sz="4" w:space="0" w:color="D8E6EC"/>
              <w:bottom w:val="single" w:sz="4" w:space="0" w:color="D8E6EC"/>
              <w:right w:val="single" w:sz="4" w:space="0" w:color="D8E6EC"/>
            </w:tcBorders>
            <w:vAlign w:val="center"/>
          </w:tcPr>
          <w:p w14:paraId="1EA71BE6" w14:textId="77777777" w:rsidR="00610360" w:rsidRDefault="00000000">
            <w:pPr>
              <w:spacing w:after="0"/>
            </w:pPr>
            <w:r>
              <w:rPr>
                <w:sz w:val="17"/>
              </w:rPr>
              <w:t>kilometer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BE6038D" w14:textId="77777777" w:rsidR="00610360" w:rsidRDefault="00000000">
            <w:pPr>
              <w:spacing w:after="0"/>
            </w:pPr>
            <w:r>
              <w:rPr>
                <w:sz w:val="17"/>
              </w:rPr>
              <w:t>noun</w:t>
            </w:r>
          </w:p>
        </w:tc>
      </w:tr>
      <w:tr w:rsidR="00610360" w14:paraId="05E246A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E44D4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4752782" w14:textId="77777777" w:rsidR="00610360" w:rsidRDefault="00000000">
            <w:pPr>
              <w:spacing w:after="0"/>
            </w:pPr>
            <w:r>
              <w:rPr>
                <w:sz w:val="17"/>
              </w:rPr>
              <w:t>metro</w:t>
            </w:r>
          </w:p>
        </w:tc>
        <w:tc>
          <w:tcPr>
            <w:tcW w:w="2592" w:type="dxa"/>
            <w:tcBorders>
              <w:top w:val="single" w:sz="4" w:space="0" w:color="D8E6EC"/>
              <w:left w:val="single" w:sz="4" w:space="0" w:color="D8E6EC"/>
              <w:bottom w:val="single" w:sz="4" w:space="0" w:color="D8E6EC"/>
              <w:right w:val="single" w:sz="4" w:space="0" w:color="D8E6EC"/>
            </w:tcBorders>
            <w:vAlign w:val="center"/>
          </w:tcPr>
          <w:p w14:paraId="2D797F18" w14:textId="77777777" w:rsidR="00610360" w:rsidRDefault="00000000">
            <w:pPr>
              <w:spacing w:after="0"/>
            </w:pPr>
            <w:r>
              <w:rPr>
                <w:sz w:val="17"/>
              </w:rPr>
              <w:t>meter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90D7F88" w14:textId="77777777" w:rsidR="00610360" w:rsidRDefault="00000000">
            <w:pPr>
              <w:spacing w:after="0"/>
            </w:pPr>
            <w:r>
              <w:rPr>
                <w:sz w:val="17"/>
              </w:rPr>
              <w:t>noun</w:t>
            </w:r>
          </w:p>
        </w:tc>
      </w:tr>
      <w:tr w:rsidR="00610360" w14:paraId="052405A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4BCF14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81C3C7" w14:textId="77777777" w:rsidR="00610360" w:rsidRDefault="00000000">
            <w:pPr>
              <w:spacing w:after="0"/>
            </w:pPr>
            <w:r>
              <w:rPr>
                <w:sz w:val="17"/>
              </w:rPr>
              <w:t>mapa</w:t>
            </w:r>
          </w:p>
        </w:tc>
        <w:tc>
          <w:tcPr>
            <w:tcW w:w="2592" w:type="dxa"/>
            <w:tcBorders>
              <w:top w:val="single" w:sz="4" w:space="0" w:color="D8E6EC"/>
              <w:left w:val="single" w:sz="4" w:space="0" w:color="D8E6EC"/>
              <w:bottom w:val="single" w:sz="4" w:space="0" w:color="D8E6EC"/>
              <w:right w:val="single" w:sz="4" w:space="0" w:color="D8E6EC"/>
            </w:tcBorders>
            <w:vAlign w:val="center"/>
          </w:tcPr>
          <w:p w14:paraId="60409AF5" w14:textId="77777777" w:rsidR="00610360" w:rsidRDefault="00000000">
            <w:pPr>
              <w:spacing w:after="0"/>
            </w:pPr>
            <w:r>
              <w:rPr>
                <w:sz w:val="17"/>
              </w:rPr>
              <w:t>map</w:t>
            </w:r>
          </w:p>
        </w:tc>
        <w:tc>
          <w:tcPr>
            <w:tcW w:w="2592" w:type="dxa"/>
            <w:tcBorders>
              <w:top w:val="single" w:sz="4" w:space="0" w:color="D8E6EC"/>
              <w:left w:val="single" w:sz="4" w:space="0" w:color="D8E6EC"/>
              <w:bottom w:val="single" w:sz="4" w:space="0" w:color="D8E6EC"/>
              <w:right w:val="single" w:sz="4" w:space="0" w:color="D8E6EC"/>
            </w:tcBorders>
            <w:vAlign w:val="center"/>
          </w:tcPr>
          <w:p w14:paraId="298597F9" w14:textId="77777777" w:rsidR="00610360" w:rsidRDefault="00000000">
            <w:pPr>
              <w:spacing w:after="0"/>
            </w:pPr>
            <w:r>
              <w:rPr>
                <w:sz w:val="17"/>
              </w:rPr>
              <w:t>noun</w:t>
            </w:r>
          </w:p>
        </w:tc>
      </w:tr>
      <w:tr w:rsidR="00610360" w14:paraId="633FFAE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1FA65A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E19E301" w14:textId="77777777" w:rsidR="00610360" w:rsidRDefault="00000000">
            <w:pPr>
              <w:spacing w:after="0"/>
            </w:pPr>
            <w:r>
              <w:rPr>
                <w:sz w:val="17"/>
              </w:rPr>
              <w:t>diresion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1226471A" w14:textId="77777777" w:rsidR="00610360" w:rsidRDefault="00000000">
            <w:pPr>
              <w:spacing w:after="0"/>
            </w:pPr>
            <w:r>
              <w:rPr>
                <w:sz w:val="17"/>
              </w:rPr>
              <w:t>direction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61826A97" w14:textId="77777777" w:rsidR="00610360" w:rsidRDefault="00000000">
            <w:pPr>
              <w:spacing w:after="0"/>
            </w:pPr>
            <w:r>
              <w:rPr>
                <w:sz w:val="17"/>
              </w:rPr>
              <w:t>noun</w:t>
            </w:r>
          </w:p>
        </w:tc>
      </w:tr>
      <w:tr w:rsidR="00610360" w14:paraId="6691580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8890D7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CD57142" w14:textId="77777777" w:rsidR="00610360" w:rsidRDefault="00000000">
            <w:pPr>
              <w:spacing w:after="0"/>
            </w:pPr>
            <w:r>
              <w:rPr>
                <w:sz w:val="17"/>
              </w:rPr>
              <w:t>sinistra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1366B637" w14:textId="77777777" w:rsidR="00610360" w:rsidRDefault="00000000">
            <w:pPr>
              <w:spacing w:after="0"/>
            </w:pPr>
            <w:r>
              <w:rPr>
                <w:sz w:val="17"/>
              </w:rPr>
              <w:t>left</w:t>
            </w:r>
          </w:p>
        </w:tc>
        <w:tc>
          <w:tcPr>
            <w:tcW w:w="2592" w:type="dxa"/>
            <w:tcBorders>
              <w:top w:val="single" w:sz="4" w:space="0" w:color="D8E6EC"/>
              <w:left w:val="single" w:sz="4" w:space="0" w:color="D8E6EC"/>
              <w:bottom w:val="single" w:sz="4" w:space="0" w:color="D8E6EC"/>
              <w:right w:val="single" w:sz="4" w:space="0" w:color="D8E6EC"/>
            </w:tcBorders>
            <w:vAlign w:val="center"/>
          </w:tcPr>
          <w:p w14:paraId="66690929" w14:textId="77777777" w:rsidR="00610360" w:rsidRDefault="00000000">
            <w:pPr>
              <w:spacing w:after="0"/>
            </w:pPr>
            <w:r>
              <w:rPr>
                <w:sz w:val="17"/>
              </w:rPr>
              <w:t>noun/adjective</w:t>
            </w:r>
          </w:p>
        </w:tc>
      </w:tr>
      <w:tr w:rsidR="00610360" w14:paraId="699E8DD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0EB51E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EB29FDB" w14:textId="77777777" w:rsidR="00610360" w:rsidRDefault="00000000">
            <w:pPr>
              <w:spacing w:after="0"/>
            </w:pPr>
            <w:r>
              <w:rPr>
                <w:sz w:val="17"/>
              </w:rPr>
              <w:t>dekstra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75AB5538" w14:textId="77777777" w:rsidR="00610360" w:rsidRDefault="00000000">
            <w:pPr>
              <w:spacing w:after="0"/>
            </w:pPr>
            <w:r>
              <w:rPr>
                <w:sz w:val="17"/>
              </w:rPr>
              <w:t>right</w:t>
            </w:r>
          </w:p>
        </w:tc>
        <w:tc>
          <w:tcPr>
            <w:tcW w:w="2592" w:type="dxa"/>
            <w:tcBorders>
              <w:top w:val="single" w:sz="4" w:space="0" w:color="D8E6EC"/>
              <w:left w:val="single" w:sz="4" w:space="0" w:color="D8E6EC"/>
              <w:bottom w:val="single" w:sz="4" w:space="0" w:color="D8E6EC"/>
              <w:right w:val="single" w:sz="4" w:space="0" w:color="D8E6EC"/>
            </w:tcBorders>
            <w:vAlign w:val="center"/>
          </w:tcPr>
          <w:p w14:paraId="48F13C2E" w14:textId="77777777" w:rsidR="00610360" w:rsidRDefault="00000000">
            <w:pPr>
              <w:spacing w:after="0"/>
            </w:pPr>
            <w:r>
              <w:rPr>
                <w:sz w:val="17"/>
              </w:rPr>
              <w:t>noun/adjective</w:t>
            </w:r>
          </w:p>
        </w:tc>
      </w:tr>
      <w:tr w:rsidR="00610360" w14:paraId="00BDBDB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2B48F3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3E6A1C5" w14:textId="77777777" w:rsidR="00610360" w:rsidRDefault="00000000">
            <w:pPr>
              <w:spacing w:after="0"/>
            </w:pPr>
            <w:r>
              <w:rPr>
                <w:sz w:val="17"/>
              </w:rPr>
              <w:t>fronte</w:t>
            </w:r>
          </w:p>
        </w:tc>
        <w:tc>
          <w:tcPr>
            <w:tcW w:w="2592" w:type="dxa"/>
            <w:tcBorders>
              <w:top w:val="single" w:sz="4" w:space="0" w:color="D8E6EC"/>
              <w:left w:val="single" w:sz="4" w:space="0" w:color="D8E6EC"/>
              <w:bottom w:val="single" w:sz="4" w:space="0" w:color="D8E6EC"/>
              <w:right w:val="single" w:sz="4" w:space="0" w:color="D8E6EC"/>
            </w:tcBorders>
            <w:vAlign w:val="center"/>
          </w:tcPr>
          <w:p w14:paraId="21D8E148" w14:textId="77777777" w:rsidR="00610360" w:rsidRDefault="00000000">
            <w:pPr>
              <w:spacing w:after="0"/>
            </w:pPr>
            <w:r>
              <w:rPr>
                <w:sz w:val="17"/>
              </w:rPr>
              <w:t>front</w:t>
            </w:r>
          </w:p>
        </w:tc>
        <w:tc>
          <w:tcPr>
            <w:tcW w:w="2592" w:type="dxa"/>
            <w:tcBorders>
              <w:top w:val="single" w:sz="4" w:space="0" w:color="D8E6EC"/>
              <w:left w:val="single" w:sz="4" w:space="0" w:color="D8E6EC"/>
              <w:bottom w:val="single" w:sz="4" w:space="0" w:color="D8E6EC"/>
              <w:right w:val="single" w:sz="4" w:space="0" w:color="D8E6EC"/>
            </w:tcBorders>
            <w:vAlign w:val="center"/>
          </w:tcPr>
          <w:p w14:paraId="1847420D" w14:textId="77777777" w:rsidR="00610360" w:rsidRDefault="00000000">
            <w:pPr>
              <w:spacing w:after="0"/>
            </w:pPr>
            <w:r>
              <w:rPr>
                <w:sz w:val="17"/>
              </w:rPr>
              <w:t>noun</w:t>
            </w:r>
          </w:p>
        </w:tc>
      </w:tr>
      <w:tr w:rsidR="00610360" w14:paraId="30D42F9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24234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768F4D7" w14:textId="77777777" w:rsidR="00610360" w:rsidRDefault="00000000">
            <w:pPr>
              <w:spacing w:after="0"/>
            </w:pPr>
            <w:r>
              <w:rPr>
                <w:sz w:val="17"/>
              </w:rPr>
              <w:t>retro</w:t>
            </w:r>
          </w:p>
        </w:tc>
        <w:tc>
          <w:tcPr>
            <w:tcW w:w="2592" w:type="dxa"/>
            <w:tcBorders>
              <w:top w:val="single" w:sz="4" w:space="0" w:color="D8E6EC"/>
              <w:left w:val="single" w:sz="4" w:space="0" w:color="D8E6EC"/>
              <w:bottom w:val="single" w:sz="4" w:space="0" w:color="D8E6EC"/>
              <w:right w:val="single" w:sz="4" w:space="0" w:color="D8E6EC"/>
            </w:tcBorders>
            <w:vAlign w:val="center"/>
          </w:tcPr>
          <w:p w14:paraId="0085AFFE" w14:textId="77777777" w:rsidR="00610360" w:rsidRDefault="00000000">
            <w:pPr>
              <w:spacing w:after="0"/>
            </w:pPr>
            <w:r>
              <w:rPr>
                <w:sz w:val="17"/>
              </w:rPr>
              <w:t>back / behind</w:t>
            </w:r>
          </w:p>
        </w:tc>
        <w:tc>
          <w:tcPr>
            <w:tcW w:w="2592" w:type="dxa"/>
            <w:tcBorders>
              <w:top w:val="single" w:sz="4" w:space="0" w:color="D8E6EC"/>
              <w:left w:val="single" w:sz="4" w:space="0" w:color="D8E6EC"/>
              <w:bottom w:val="single" w:sz="4" w:space="0" w:color="D8E6EC"/>
              <w:right w:val="single" w:sz="4" w:space="0" w:color="D8E6EC"/>
            </w:tcBorders>
            <w:vAlign w:val="center"/>
          </w:tcPr>
          <w:p w14:paraId="23BD50DF" w14:textId="77777777" w:rsidR="00610360" w:rsidRDefault="00000000">
            <w:pPr>
              <w:spacing w:after="0"/>
            </w:pPr>
            <w:r>
              <w:rPr>
                <w:sz w:val="17"/>
              </w:rPr>
              <w:t>noun/adverb</w:t>
            </w:r>
          </w:p>
        </w:tc>
      </w:tr>
      <w:tr w:rsidR="00610360" w14:paraId="4D20B80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731FCB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3B89195" w14:textId="77777777" w:rsidR="00610360" w:rsidRDefault="00000000">
            <w:pPr>
              <w:spacing w:after="0"/>
            </w:pPr>
            <w:r>
              <w:rPr>
                <w:sz w:val="17"/>
              </w:rPr>
              <w:t>supra</w:t>
            </w:r>
          </w:p>
        </w:tc>
        <w:tc>
          <w:tcPr>
            <w:tcW w:w="2592" w:type="dxa"/>
            <w:tcBorders>
              <w:top w:val="single" w:sz="4" w:space="0" w:color="D8E6EC"/>
              <w:left w:val="single" w:sz="4" w:space="0" w:color="D8E6EC"/>
              <w:bottom w:val="single" w:sz="4" w:space="0" w:color="D8E6EC"/>
              <w:right w:val="single" w:sz="4" w:space="0" w:color="D8E6EC"/>
            </w:tcBorders>
            <w:vAlign w:val="center"/>
          </w:tcPr>
          <w:p w14:paraId="4AB5D533" w14:textId="77777777" w:rsidR="00610360" w:rsidRDefault="00000000">
            <w:pPr>
              <w:spacing w:after="0"/>
            </w:pPr>
            <w:r>
              <w:rPr>
                <w:sz w:val="17"/>
              </w:rPr>
              <w:t>above</w:t>
            </w:r>
          </w:p>
        </w:tc>
        <w:tc>
          <w:tcPr>
            <w:tcW w:w="2592" w:type="dxa"/>
            <w:tcBorders>
              <w:top w:val="single" w:sz="4" w:space="0" w:color="D8E6EC"/>
              <w:left w:val="single" w:sz="4" w:space="0" w:color="D8E6EC"/>
              <w:bottom w:val="single" w:sz="4" w:space="0" w:color="D8E6EC"/>
              <w:right w:val="single" w:sz="4" w:space="0" w:color="D8E6EC"/>
            </w:tcBorders>
            <w:vAlign w:val="center"/>
          </w:tcPr>
          <w:p w14:paraId="3CC0D7B9" w14:textId="77777777" w:rsidR="00610360" w:rsidRDefault="00000000">
            <w:pPr>
              <w:spacing w:after="0"/>
            </w:pPr>
            <w:r>
              <w:rPr>
                <w:sz w:val="17"/>
              </w:rPr>
              <w:t>adverb</w:t>
            </w:r>
          </w:p>
        </w:tc>
      </w:tr>
      <w:tr w:rsidR="00610360" w14:paraId="16437C7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B4022D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68513C0" w14:textId="77777777" w:rsidR="00610360" w:rsidRDefault="00000000">
            <w:pPr>
              <w:spacing w:after="0"/>
            </w:pPr>
            <w:r>
              <w:rPr>
                <w:sz w:val="17"/>
              </w:rPr>
              <w:t>infra</w:t>
            </w:r>
          </w:p>
        </w:tc>
        <w:tc>
          <w:tcPr>
            <w:tcW w:w="2592" w:type="dxa"/>
            <w:tcBorders>
              <w:top w:val="single" w:sz="4" w:space="0" w:color="D8E6EC"/>
              <w:left w:val="single" w:sz="4" w:space="0" w:color="D8E6EC"/>
              <w:bottom w:val="single" w:sz="4" w:space="0" w:color="D8E6EC"/>
              <w:right w:val="single" w:sz="4" w:space="0" w:color="D8E6EC"/>
            </w:tcBorders>
            <w:vAlign w:val="center"/>
          </w:tcPr>
          <w:p w14:paraId="1A53ACF4" w14:textId="77777777" w:rsidR="00610360" w:rsidRDefault="00000000">
            <w:pPr>
              <w:spacing w:after="0"/>
            </w:pPr>
            <w:r>
              <w:rPr>
                <w:sz w:val="17"/>
              </w:rPr>
              <w:t>below</w:t>
            </w:r>
          </w:p>
        </w:tc>
        <w:tc>
          <w:tcPr>
            <w:tcW w:w="2592" w:type="dxa"/>
            <w:tcBorders>
              <w:top w:val="single" w:sz="4" w:space="0" w:color="D8E6EC"/>
              <w:left w:val="single" w:sz="4" w:space="0" w:color="D8E6EC"/>
              <w:bottom w:val="single" w:sz="4" w:space="0" w:color="D8E6EC"/>
              <w:right w:val="single" w:sz="4" w:space="0" w:color="D8E6EC"/>
            </w:tcBorders>
            <w:vAlign w:val="center"/>
          </w:tcPr>
          <w:p w14:paraId="171EDE51" w14:textId="77777777" w:rsidR="00610360" w:rsidRDefault="00000000">
            <w:pPr>
              <w:spacing w:after="0"/>
            </w:pPr>
            <w:r>
              <w:rPr>
                <w:sz w:val="17"/>
              </w:rPr>
              <w:t>adverb</w:t>
            </w:r>
          </w:p>
        </w:tc>
      </w:tr>
      <w:tr w:rsidR="00610360" w14:paraId="632CA96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60A3C5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1BAADE7" w14:textId="77777777" w:rsidR="00610360" w:rsidRDefault="00000000">
            <w:pPr>
              <w:spacing w:after="0"/>
            </w:pPr>
            <w:r>
              <w:rPr>
                <w:sz w:val="17"/>
              </w:rPr>
              <w:t>visita</w:t>
            </w:r>
          </w:p>
        </w:tc>
        <w:tc>
          <w:tcPr>
            <w:tcW w:w="2592" w:type="dxa"/>
            <w:tcBorders>
              <w:top w:val="single" w:sz="4" w:space="0" w:color="D8E6EC"/>
              <w:left w:val="single" w:sz="4" w:space="0" w:color="D8E6EC"/>
              <w:bottom w:val="single" w:sz="4" w:space="0" w:color="D8E6EC"/>
              <w:right w:val="single" w:sz="4" w:space="0" w:color="D8E6EC"/>
            </w:tcBorders>
            <w:vAlign w:val="center"/>
          </w:tcPr>
          <w:p w14:paraId="31AE42E5" w14:textId="77777777" w:rsidR="00610360" w:rsidRDefault="00000000">
            <w:pPr>
              <w:spacing w:after="0"/>
            </w:pPr>
            <w:r>
              <w:rPr>
                <w:sz w:val="17"/>
              </w:rPr>
              <w:t>visit</w:t>
            </w:r>
          </w:p>
        </w:tc>
        <w:tc>
          <w:tcPr>
            <w:tcW w:w="2592" w:type="dxa"/>
            <w:tcBorders>
              <w:top w:val="single" w:sz="4" w:space="0" w:color="D8E6EC"/>
              <w:left w:val="single" w:sz="4" w:space="0" w:color="D8E6EC"/>
              <w:bottom w:val="single" w:sz="4" w:space="0" w:color="D8E6EC"/>
              <w:right w:val="single" w:sz="4" w:space="0" w:color="D8E6EC"/>
            </w:tcBorders>
            <w:vAlign w:val="center"/>
          </w:tcPr>
          <w:p w14:paraId="05492C14" w14:textId="77777777" w:rsidR="00610360" w:rsidRDefault="00000000">
            <w:pPr>
              <w:spacing w:after="0"/>
            </w:pPr>
            <w:r>
              <w:rPr>
                <w:sz w:val="17"/>
              </w:rPr>
              <w:t>verb/noun</w:t>
            </w:r>
          </w:p>
        </w:tc>
      </w:tr>
      <w:tr w:rsidR="00610360" w14:paraId="6CD4B48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36C69E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126A7D1" w14:textId="77777777" w:rsidR="00610360" w:rsidRDefault="00000000">
            <w:pPr>
              <w:spacing w:after="0"/>
            </w:pPr>
            <w:r>
              <w:rPr>
                <w:sz w:val="17"/>
              </w:rPr>
              <w:t>viage</w:t>
            </w:r>
          </w:p>
        </w:tc>
        <w:tc>
          <w:tcPr>
            <w:tcW w:w="2592" w:type="dxa"/>
            <w:tcBorders>
              <w:top w:val="single" w:sz="4" w:space="0" w:color="D8E6EC"/>
              <w:left w:val="single" w:sz="4" w:space="0" w:color="D8E6EC"/>
              <w:bottom w:val="single" w:sz="4" w:space="0" w:color="D8E6EC"/>
              <w:right w:val="single" w:sz="4" w:space="0" w:color="D8E6EC"/>
            </w:tcBorders>
            <w:vAlign w:val="center"/>
          </w:tcPr>
          <w:p w14:paraId="3300D6EA" w14:textId="77777777" w:rsidR="00610360" w:rsidRDefault="00000000">
            <w:pPr>
              <w:spacing w:after="0"/>
            </w:pPr>
            <w:r>
              <w:rPr>
                <w:sz w:val="17"/>
              </w:rPr>
              <w:t>travel / trip</w:t>
            </w:r>
          </w:p>
        </w:tc>
        <w:tc>
          <w:tcPr>
            <w:tcW w:w="2592" w:type="dxa"/>
            <w:tcBorders>
              <w:top w:val="single" w:sz="4" w:space="0" w:color="D8E6EC"/>
              <w:left w:val="single" w:sz="4" w:space="0" w:color="D8E6EC"/>
              <w:bottom w:val="single" w:sz="4" w:space="0" w:color="D8E6EC"/>
              <w:right w:val="single" w:sz="4" w:space="0" w:color="D8E6EC"/>
            </w:tcBorders>
            <w:vAlign w:val="center"/>
          </w:tcPr>
          <w:p w14:paraId="4241AE9E" w14:textId="77777777" w:rsidR="00610360" w:rsidRDefault="00000000">
            <w:pPr>
              <w:spacing w:after="0"/>
            </w:pPr>
            <w:r>
              <w:rPr>
                <w:sz w:val="17"/>
              </w:rPr>
              <w:t>noun</w:t>
            </w:r>
          </w:p>
        </w:tc>
      </w:tr>
      <w:tr w:rsidR="00610360" w14:paraId="2E0041B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71F2DD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22E2F9A" w14:textId="77777777" w:rsidR="00610360" w:rsidRDefault="00000000">
            <w:pPr>
              <w:spacing w:after="0"/>
            </w:pPr>
            <w:r>
              <w:rPr>
                <w:sz w:val="17"/>
              </w:rPr>
              <w:t>kamp</w:t>
            </w:r>
          </w:p>
        </w:tc>
        <w:tc>
          <w:tcPr>
            <w:tcW w:w="2592" w:type="dxa"/>
            <w:tcBorders>
              <w:top w:val="single" w:sz="4" w:space="0" w:color="D8E6EC"/>
              <w:left w:val="single" w:sz="4" w:space="0" w:color="D8E6EC"/>
              <w:bottom w:val="single" w:sz="4" w:space="0" w:color="D8E6EC"/>
              <w:right w:val="single" w:sz="4" w:space="0" w:color="D8E6EC"/>
            </w:tcBorders>
            <w:vAlign w:val="center"/>
          </w:tcPr>
          <w:p w14:paraId="00E4FE04" w14:textId="77777777" w:rsidR="00610360" w:rsidRDefault="00000000">
            <w:pPr>
              <w:spacing w:after="0"/>
            </w:pPr>
            <w:r>
              <w:rPr>
                <w:sz w:val="17"/>
              </w:rPr>
              <w:t>camp</w:t>
            </w:r>
          </w:p>
        </w:tc>
        <w:tc>
          <w:tcPr>
            <w:tcW w:w="2592" w:type="dxa"/>
            <w:tcBorders>
              <w:top w:val="single" w:sz="4" w:space="0" w:color="D8E6EC"/>
              <w:left w:val="single" w:sz="4" w:space="0" w:color="D8E6EC"/>
              <w:bottom w:val="single" w:sz="4" w:space="0" w:color="D8E6EC"/>
              <w:right w:val="single" w:sz="4" w:space="0" w:color="D8E6EC"/>
            </w:tcBorders>
            <w:vAlign w:val="center"/>
          </w:tcPr>
          <w:p w14:paraId="6BF19579" w14:textId="77777777" w:rsidR="00610360" w:rsidRDefault="00000000">
            <w:pPr>
              <w:spacing w:after="0"/>
            </w:pPr>
            <w:r>
              <w:rPr>
                <w:sz w:val="17"/>
              </w:rPr>
              <w:t>noun</w:t>
            </w:r>
          </w:p>
        </w:tc>
      </w:tr>
      <w:tr w:rsidR="00610360" w14:paraId="50F4D59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AE6BB9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0B65D3A" w14:textId="77777777" w:rsidR="00610360" w:rsidRDefault="00000000">
            <w:pPr>
              <w:spacing w:after="0"/>
            </w:pPr>
            <w:r>
              <w:rPr>
                <w:sz w:val="17"/>
              </w:rPr>
              <w:t>tenda</w:t>
            </w:r>
          </w:p>
        </w:tc>
        <w:tc>
          <w:tcPr>
            <w:tcW w:w="2592" w:type="dxa"/>
            <w:tcBorders>
              <w:top w:val="single" w:sz="4" w:space="0" w:color="D8E6EC"/>
              <w:left w:val="single" w:sz="4" w:space="0" w:color="D8E6EC"/>
              <w:bottom w:val="single" w:sz="4" w:space="0" w:color="D8E6EC"/>
              <w:right w:val="single" w:sz="4" w:space="0" w:color="D8E6EC"/>
            </w:tcBorders>
            <w:vAlign w:val="center"/>
          </w:tcPr>
          <w:p w14:paraId="4F2352B6" w14:textId="77777777" w:rsidR="00610360" w:rsidRDefault="00000000">
            <w:pPr>
              <w:spacing w:after="0"/>
            </w:pPr>
            <w:r>
              <w:rPr>
                <w:sz w:val="17"/>
              </w:rPr>
              <w:t>tent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1928E563" w14:textId="77777777" w:rsidR="00610360" w:rsidRDefault="00000000">
            <w:pPr>
              <w:spacing w:after="0"/>
            </w:pPr>
            <w:r>
              <w:rPr>
                <w:sz w:val="17"/>
              </w:rPr>
              <w:t>noun</w:t>
            </w:r>
          </w:p>
        </w:tc>
      </w:tr>
    </w:tbl>
    <w:p w14:paraId="5BB1E3E8" w14:textId="77777777" w:rsidR="00610360" w:rsidRDefault="00000000">
      <w:pPr>
        <w:pStyle w:val="Heading2"/>
        <w:spacing w:after="120"/>
      </w:pPr>
      <w:r>
        <w:rPr>
          <w:rFonts w:ascii="Aptos" w:hAnsi="Aptos"/>
        </w:rPr>
        <w:t>Nature and weather</w:t>
      </w:r>
    </w:p>
    <w:tbl>
      <w:tblPr>
        <w:tblW w:w="0" w:type="auto"/>
        <w:jc w:val="center"/>
        <w:tblLook w:val="04A0" w:firstRow="1" w:lastRow="0" w:firstColumn="1" w:lastColumn="0" w:noHBand="0" w:noVBand="1"/>
      </w:tblPr>
      <w:tblGrid>
        <w:gridCol w:w="2592"/>
        <w:gridCol w:w="2592"/>
        <w:gridCol w:w="2592"/>
        <w:gridCol w:w="2592"/>
      </w:tblGrid>
      <w:tr w:rsidR="00610360" w14:paraId="5F41C531"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2811904"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DA99136"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D348788"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34027C0" w14:textId="77777777" w:rsidR="00610360" w:rsidRDefault="00000000">
            <w:pPr>
              <w:spacing w:after="0"/>
            </w:pPr>
            <w:r>
              <w:rPr>
                <w:b/>
                <w:color w:val="FFFFFF"/>
                <w:sz w:val="17"/>
              </w:rPr>
              <w:t>Note</w:t>
            </w:r>
          </w:p>
        </w:tc>
      </w:tr>
      <w:tr w:rsidR="00610360" w14:paraId="7930FF6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936DDD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8E9504E" w14:textId="77777777" w:rsidR="00610360" w:rsidRDefault="00000000">
            <w:pPr>
              <w:spacing w:after="0"/>
            </w:pPr>
            <w:r>
              <w:rPr>
                <w:sz w:val="17"/>
              </w:rPr>
              <w:t>natur</w:t>
            </w:r>
          </w:p>
        </w:tc>
        <w:tc>
          <w:tcPr>
            <w:tcW w:w="2592" w:type="dxa"/>
            <w:tcBorders>
              <w:top w:val="single" w:sz="4" w:space="0" w:color="D8E6EC"/>
              <w:left w:val="single" w:sz="4" w:space="0" w:color="D8E6EC"/>
              <w:bottom w:val="single" w:sz="4" w:space="0" w:color="D8E6EC"/>
              <w:right w:val="single" w:sz="4" w:space="0" w:color="D8E6EC"/>
            </w:tcBorders>
            <w:vAlign w:val="center"/>
          </w:tcPr>
          <w:p w14:paraId="39BA9A07" w14:textId="77777777" w:rsidR="00610360" w:rsidRDefault="00000000">
            <w:pPr>
              <w:spacing w:after="0"/>
            </w:pPr>
            <w:r>
              <w:rPr>
                <w:sz w:val="17"/>
              </w:rPr>
              <w:t>nature</w:t>
            </w:r>
          </w:p>
        </w:tc>
        <w:tc>
          <w:tcPr>
            <w:tcW w:w="2592" w:type="dxa"/>
            <w:tcBorders>
              <w:top w:val="single" w:sz="4" w:space="0" w:color="D8E6EC"/>
              <w:left w:val="single" w:sz="4" w:space="0" w:color="D8E6EC"/>
              <w:bottom w:val="single" w:sz="4" w:space="0" w:color="D8E6EC"/>
              <w:right w:val="single" w:sz="4" w:space="0" w:color="D8E6EC"/>
            </w:tcBorders>
            <w:vAlign w:val="center"/>
          </w:tcPr>
          <w:p w14:paraId="46B3C247" w14:textId="77777777" w:rsidR="00610360" w:rsidRDefault="00000000">
            <w:pPr>
              <w:spacing w:after="0"/>
            </w:pPr>
            <w:r>
              <w:rPr>
                <w:sz w:val="17"/>
              </w:rPr>
              <w:t>noun</w:t>
            </w:r>
          </w:p>
        </w:tc>
      </w:tr>
      <w:tr w:rsidR="00610360" w14:paraId="67CBFCB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7C3C61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9299D9" w14:textId="77777777" w:rsidR="00610360" w:rsidRDefault="00000000">
            <w:pPr>
              <w:spacing w:after="0"/>
            </w:pPr>
            <w:r>
              <w:rPr>
                <w:sz w:val="17"/>
              </w:rPr>
              <w:t>mondo</w:t>
            </w:r>
          </w:p>
        </w:tc>
        <w:tc>
          <w:tcPr>
            <w:tcW w:w="2592" w:type="dxa"/>
            <w:tcBorders>
              <w:top w:val="single" w:sz="4" w:space="0" w:color="D8E6EC"/>
              <w:left w:val="single" w:sz="4" w:space="0" w:color="D8E6EC"/>
              <w:bottom w:val="single" w:sz="4" w:space="0" w:color="D8E6EC"/>
              <w:right w:val="single" w:sz="4" w:space="0" w:color="D8E6EC"/>
            </w:tcBorders>
            <w:vAlign w:val="center"/>
          </w:tcPr>
          <w:p w14:paraId="7F24F697" w14:textId="77777777" w:rsidR="00610360" w:rsidRDefault="00000000">
            <w:pPr>
              <w:spacing w:after="0"/>
            </w:pPr>
            <w:r>
              <w:rPr>
                <w:sz w:val="17"/>
              </w:rPr>
              <w:t>world</w:t>
            </w:r>
          </w:p>
        </w:tc>
        <w:tc>
          <w:tcPr>
            <w:tcW w:w="2592" w:type="dxa"/>
            <w:tcBorders>
              <w:top w:val="single" w:sz="4" w:space="0" w:color="D8E6EC"/>
              <w:left w:val="single" w:sz="4" w:space="0" w:color="D8E6EC"/>
              <w:bottom w:val="single" w:sz="4" w:space="0" w:color="D8E6EC"/>
              <w:right w:val="single" w:sz="4" w:space="0" w:color="D8E6EC"/>
            </w:tcBorders>
            <w:vAlign w:val="center"/>
          </w:tcPr>
          <w:p w14:paraId="4814FA1D" w14:textId="77777777" w:rsidR="00610360" w:rsidRDefault="00000000">
            <w:pPr>
              <w:spacing w:after="0"/>
            </w:pPr>
            <w:r>
              <w:rPr>
                <w:sz w:val="17"/>
              </w:rPr>
              <w:t>noun</w:t>
            </w:r>
          </w:p>
        </w:tc>
      </w:tr>
      <w:tr w:rsidR="00610360" w14:paraId="48F3D96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AB75B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7D0AB67" w14:textId="77777777" w:rsidR="00610360" w:rsidRDefault="00000000">
            <w:pPr>
              <w:spacing w:after="0"/>
            </w:pPr>
            <w:r>
              <w:rPr>
                <w:sz w:val="17"/>
              </w:rPr>
              <w:t>terra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B4C5CCC" w14:textId="77777777" w:rsidR="00610360" w:rsidRDefault="00000000">
            <w:pPr>
              <w:spacing w:after="0"/>
            </w:pPr>
            <w:r>
              <w:rPr>
                <w:sz w:val="17"/>
              </w:rPr>
              <w:t>earth / land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0B90B170" w14:textId="77777777" w:rsidR="00610360" w:rsidRDefault="00000000">
            <w:pPr>
              <w:spacing w:after="0"/>
            </w:pPr>
            <w:r>
              <w:rPr>
                <w:sz w:val="17"/>
              </w:rPr>
              <w:t>noun</w:t>
            </w:r>
          </w:p>
        </w:tc>
      </w:tr>
      <w:tr w:rsidR="00610360" w14:paraId="32059F7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DE8E5D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AC7431F" w14:textId="77777777" w:rsidR="00610360" w:rsidRDefault="00000000">
            <w:pPr>
              <w:spacing w:after="0"/>
            </w:pPr>
            <w:r>
              <w:rPr>
                <w:sz w:val="17"/>
              </w:rPr>
              <w:t>sol</w:t>
            </w:r>
          </w:p>
        </w:tc>
        <w:tc>
          <w:tcPr>
            <w:tcW w:w="2592" w:type="dxa"/>
            <w:tcBorders>
              <w:top w:val="single" w:sz="4" w:space="0" w:color="D8E6EC"/>
              <w:left w:val="single" w:sz="4" w:space="0" w:color="D8E6EC"/>
              <w:bottom w:val="single" w:sz="4" w:space="0" w:color="D8E6EC"/>
              <w:right w:val="single" w:sz="4" w:space="0" w:color="D8E6EC"/>
            </w:tcBorders>
            <w:vAlign w:val="center"/>
          </w:tcPr>
          <w:p w14:paraId="4966F56C" w14:textId="77777777" w:rsidR="00610360" w:rsidRDefault="00000000">
            <w:pPr>
              <w:spacing w:after="0"/>
            </w:pPr>
            <w:r>
              <w:rPr>
                <w:sz w:val="17"/>
              </w:rPr>
              <w:t>sun</w:t>
            </w:r>
          </w:p>
        </w:tc>
        <w:tc>
          <w:tcPr>
            <w:tcW w:w="2592" w:type="dxa"/>
            <w:tcBorders>
              <w:top w:val="single" w:sz="4" w:space="0" w:color="D8E6EC"/>
              <w:left w:val="single" w:sz="4" w:space="0" w:color="D8E6EC"/>
              <w:bottom w:val="single" w:sz="4" w:space="0" w:color="D8E6EC"/>
              <w:right w:val="single" w:sz="4" w:space="0" w:color="D8E6EC"/>
            </w:tcBorders>
            <w:vAlign w:val="center"/>
          </w:tcPr>
          <w:p w14:paraId="0DE1FF23" w14:textId="77777777" w:rsidR="00610360" w:rsidRDefault="00000000">
            <w:pPr>
              <w:spacing w:after="0"/>
            </w:pPr>
            <w:r>
              <w:rPr>
                <w:sz w:val="17"/>
              </w:rPr>
              <w:t>noun</w:t>
            </w:r>
          </w:p>
        </w:tc>
      </w:tr>
      <w:tr w:rsidR="00610360" w14:paraId="5D1EDD8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CC318C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399885F" w14:textId="77777777" w:rsidR="00610360" w:rsidRDefault="00000000">
            <w:pPr>
              <w:spacing w:after="0"/>
            </w:pPr>
            <w:r>
              <w:rPr>
                <w:sz w:val="17"/>
              </w:rPr>
              <w:t>luna</w:t>
            </w:r>
          </w:p>
        </w:tc>
        <w:tc>
          <w:tcPr>
            <w:tcW w:w="2592" w:type="dxa"/>
            <w:tcBorders>
              <w:top w:val="single" w:sz="4" w:space="0" w:color="D8E6EC"/>
              <w:left w:val="single" w:sz="4" w:space="0" w:color="D8E6EC"/>
              <w:bottom w:val="single" w:sz="4" w:space="0" w:color="D8E6EC"/>
              <w:right w:val="single" w:sz="4" w:space="0" w:color="D8E6EC"/>
            </w:tcBorders>
            <w:vAlign w:val="center"/>
          </w:tcPr>
          <w:p w14:paraId="34115956" w14:textId="77777777" w:rsidR="00610360" w:rsidRDefault="00000000">
            <w:pPr>
              <w:spacing w:after="0"/>
            </w:pPr>
            <w:r>
              <w:rPr>
                <w:sz w:val="17"/>
              </w:rPr>
              <w:t>moon</w:t>
            </w:r>
          </w:p>
        </w:tc>
        <w:tc>
          <w:tcPr>
            <w:tcW w:w="2592" w:type="dxa"/>
            <w:tcBorders>
              <w:top w:val="single" w:sz="4" w:space="0" w:color="D8E6EC"/>
              <w:left w:val="single" w:sz="4" w:space="0" w:color="D8E6EC"/>
              <w:bottom w:val="single" w:sz="4" w:space="0" w:color="D8E6EC"/>
              <w:right w:val="single" w:sz="4" w:space="0" w:color="D8E6EC"/>
            </w:tcBorders>
            <w:vAlign w:val="center"/>
          </w:tcPr>
          <w:p w14:paraId="189D1442" w14:textId="77777777" w:rsidR="00610360" w:rsidRDefault="00000000">
            <w:pPr>
              <w:spacing w:after="0"/>
            </w:pPr>
            <w:r>
              <w:rPr>
                <w:sz w:val="17"/>
              </w:rPr>
              <w:t>noun</w:t>
            </w:r>
          </w:p>
        </w:tc>
      </w:tr>
      <w:tr w:rsidR="00610360" w14:paraId="441DA0D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4263F3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A5313E4" w14:textId="77777777" w:rsidR="00610360" w:rsidRDefault="00000000">
            <w:pPr>
              <w:spacing w:after="0"/>
            </w:pPr>
            <w:r>
              <w:rPr>
                <w:sz w:val="17"/>
              </w:rPr>
              <w:t>stela</w:t>
            </w:r>
          </w:p>
        </w:tc>
        <w:tc>
          <w:tcPr>
            <w:tcW w:w="2592" w:type="dxa"/>
            <w:tcBorders>
              <w:top w:val="single" w:sz="4" w:space="0" w:color="D8E6EC"/>
              <w:left w:val="single" w:sz="4" w:space="0" w:color="D8E6EC"/>
              <w:bottom w:val="single" w:sz="4" w:space="0" w:color="D8E6EC"/>
              <w:right w:val="single" w:sz="4" w:space="0" w:color="D8E6EC"/>
            </w:tcBorders>
            <w:vAlign w:val="center"/>
          </w:tcPr>
          <w:p w14:paraId="702EEA8A" w14:textId="77777777" w:rsidR="00610360" w:rsidRDefault="00000000">
            <w:pPr>
              <w:spacing w:after="0"/>
            </w:pPr>
            <w:r>
              <w:rPr>
                <w:sz w:val="17"/>
              </w:rPr>
              <w:t>star</w:t>
            </w:r>
          </w:p>
        </w:tc>
        <w:tc>
          <w:tcPr>
            <w:tcW w:w="2592" w:type="dxa"/>
            <w:tcBorders>
              <w:top w:val="single" w:sz="4" w:space="0" w:color="D8E6EC"/>
              <w:left w:val="single" w:sz="4" w:space="0" w:color="D8E6EC"/>
              <w:bottom w:val="single" w:sz="4" w:space="0" w:color="D8E6EC"/>
              <w:right w:val="single" w:sz="4" w:space="0" w:color="D8E6EC"/>
            </w:tcBorders>
            <w:vAlign w:val="center"/>
          </w:tcPr>
          <w:p w14:paraId="52E8B2BB" w14:textId="77777777" w:rsidR="00610360" w:rsidRDefault="00000000">
            <w:pPr>
              <w:spacing w:after="0"/>
            </w:pPr>
            <w:r>
              <w:rPr>
                <w:sz w:val="17"/>
              </w:rPr>
              <w:t>noun</w:t>
            </w:r>
          </w:p>
        </w:tc>
      </w:tr>
      <w:tr w:rsidR="00610360" w14:paraId="237E687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FB09AC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2E4DA8" w14:textId="77777777" w:rsidR="00610360" w:rsidRDefault="00000000">
            <w:pPr>
              <w:spacing w:after="0"/>
            </w:pPr>
            <w:r>
              <w:rPr>
                <w:sz w:val="17"/>
              </w:rPr>
              <w:t>cel</w:t>
            </w:r>
          </w:p>
        </w:tc>
        <w:tc>
          <w:tcPr>
            <w:tcW w:w="2592" w:type="dxa"/>
            <w:tcBorders>
              <w:top w:val="single" w:sz="4" w:space="0" w:color="D8E6EC"/>
              <w:left w:val="single" w:sz="4" w:space="0" w:color="D8E6EC"/>
              <w:bottom w:val="single" w:sz="4" w:space="0" w:color="D8E6EC"/>
              <w:right w:val="single" w:sz="4" w:space="0" w:color="D8E6EC"/>
            </w:tcBorders>
            <w:vAlign w:val="center"/>
          </w:tcPr>
          <w:p w14:paraId="0C661AEC" w14:textId="77777777" w:rsidR="00610360" w:rsidRDefault="00000000">
            <w:pPr>
              <w:spacing w:after="0"/>
            </w:pPr>
            <w:r>
              <w:rPr>
                <w:sz w:val="17"/>
              </w:rPr>
              <w:t>sky / heaven</w:t>
            </w:r>
          </w:p>
        </w:tc>
        <w:tc>
          <w:tcPr>
            <w:tcW w:w="2592" w:type="dxa"/>
            <w:tcBorders>
              <w:top w:val="single" w:sz="4" w:space="0" w:color="D8E6EC"/>
              <w:left w:val="single" w:sz="4" w:space="0" w:color="D8E6EC"/>
              <w:bottom w:val="single" w:sz="4" w:space="0" w:color="D8E6EC"/>
              <w:right w:val="single" w:sz="4" w:space="0" w:color="D8E6EC"/>
            </w:tcBorders>
            <w:vAlign w:val="center"/>
          </w:tcPr>
          <w:p w14:paraId="442390FF" w14:textId="77777777" w:rsidR="00610360" w:rsidRDefault="00000000">
            <w:pPr>
              <w:spacing w:after="0"/>
            </w:pPr>
            <w:r>
              <w:rPr>
                <w:sz w:val="17"/>
              </w:rPr>
              <w:t>noun</w:t>
            </w:r>
          </w:p>
        </w:tc>
      </w:tr>
      <w:tr w:rsidR="00610360" w14:paraId="57E1B4C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37B8C2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BCA0F6" w14:textId="77777777" w:rsidR="00610360" w:rsidRDefault="00000000">
            <w:pPr>
              <w:spacing w:after="0"/>
            </w:pPr>
            <w:r>
              <w:rPr>
                <w:sz w:val="17"/>
              </w:rPr>
              <w:t>nube</w:t>
            </w:r>
          </w:p>
        </w:tc>
        <w:tc>
          <w:tcPr>
            <w:tcW w:w="2592" w:type="dxa"/>
            <w:tcBorders>
              <w:top w:val="single" w:sz="4" w:space="0" w:color="D8E6EC"/>
              <w:left w:val="single" w:sz="4" w:space="0" w:color="D8E6EC"/>
              <w:bottom w:val="single" w:sz="4" w:space="0" w:color="D8E6EC"/>
              <w:right w:val="single" w:sz="4" w:space="0" w:color="D8E6EC"/>
            </w:tcBorders>
            <w:vAlign w:val="center"/>
          </w:tcPr>
          <w:p w14:paraId="6077F3AD" w14:textId="77777777" w:rsidR="00610360" w:rsidRDefault="00000000">
            <w:pPr>
              <w:spacing w:after="0"/>
            </w:pPr>
            <w:r>
              <w:rPr>
                <w:sz w:val="17"/>
              </w:rPr>
              <w:t>cloud</w:t>
            </w:r>
          </w:p>
        </w:tc>
        <w:tc>
          <w:tcPr>
            <w:tcW w:w="2592" w:type="dxa"/>
            <w:tcBorders>
              <w:top w:val="single" w:sz="4" w:space="0" w:color="D8E6EC"/>
              <w:left w:val="single" w:sz="4" w:space="0" w:color="D8E6EC"/>
              <w:bottom w:val="single" w:sz="4" w:space="0" w:color="D8E6EC"/>
              <w:right w:val="single" w:sz="4" w:space="0" w:color="D8E6EC"/>
            </w:tcBorders>
            <w:vAlign w:val="center"/>
          </w:tcPr>
          <w:p w14:paraId="74CC2CDB" w14:textId="77777777" w:rsidR="00610360" w:rsidRDefault="00000000">
            <w:pPr>
              <w:spacing w:after="0"/>
            </w:pPr>
            <w:r>
              <w:rPr>
                <w:sz w:val="17"/>
              </w:rPr>
              <w:t>noun</w:t>
            </w:r>
          </w:p>
        </w:tc>
      </w:tr>
      <w:tr w:rsidR="00610360" w14:paraId="4A4C2D4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8E24EB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CF31421" w14:textId="77777777" w:rsidR="00610360" w:rsidRDefault="00000000">
            <w:pPr>
              <w:spacing w:after="0"/>
            </w:pPr>
            <w:r>
              <w:rPr>
                <w:sz w:val="17"/>
              </w:rPr>
              <w:t>pluvia</w:t>
            </w:r>
          </w:p>
        </w:tc>
        <w:tc>
          <w:tcPr>
            <w:tcW w:w="2592" w:type="dxa"/>
            <w:tcBorders>
              <w:top w:val="single" w:sz="4" w:space="0" w:color="D8E6EC"/>
              <w:left w:val="single" w:sz="4" w:space="0" w:color="D8E6EC"/>
              <w:bottom w:val="single" w:sz="4" w:space="0" w:color="D8E6EC"/>
              <w:right w:val="single" w:sz="4" w:space="0" w:color="D8E6EC"/>
            </w:tcBorders>
            <w:vAlign w:val="center"/>
          </w:tcPr>
          <w:p w14:paraId="445818AB" w14:textId="77777777" w:rsidR="00610360" w:rsidRDefault="00000000">
            <w:pPr>
              <w:spacing w:after="0"/>
            </w:pPr>
            <w:r>
              <w:rPr>
                <w:sz w:val="17"/>
              </w:rPr>
              <w:t>rain</w:t>
            </w:r>
          </w:p>
        </w:tc>
        <w:tc>
          <w:tcPr>
            <w:tcW w:w="2592" w:type="dxa"/>
            <w:tcBorders>
              <w:top w:val="single" w:sz="4" w:space="0" w:color="D8E6EC"/>
              <w:left w:val="single" w:sz="4" w:space="0" w:color="D8E6EC"/>
              <w:bottom w:val="single" w:sz="4" w:space="0" w:color="D8E6EC"/>
              <w:right w:val="single" w:sz="4" w:space="0" w:color="D8E6EC"/>
            </w:tcBorders>
            <w:vAlign w:val="center"/>
          </w:tcPr>
          <w:p w14:paraId="02B73A82" w14:textId="77777777" w:rsidR="00610360" w:rsidRDefault="00000000">
            <w:pPr>
              <w:spacing w:after="0"/>
            </w:pPr>
            <w:r>
              <w:rPr>
                <w:sz w:val="17"/>
              </w:rPr>
              <w:t>noun</w:t>
            </w:r>
          </w:p>
        </w:tc>
      </w:tr>
      <w:tr w:rsidR="00610360" w14:paraId="08DE892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7728C8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0873386" w14:textId="77777777" w:rsidR="00610360" w:rsidRDefault="00000000">
            <w:pPr>
              <w:spacing w:after="0"/>
            </w:pPr>
            <w:r>
              <w:rPr>
                <w:sz w:val="17"/>
              </w:rPr>
              <w:t>nive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4DD072E5" w14:textId="77777777" w:rsidR="00610360" w:rsidRDefault="00000000">
            <w:pPr>
              <w:spacing w:after="0"/>
            </w:pPr>
            <w:r>
              <w:rPr>
                <w:sz w:val="17"/>
              </w:rPr>
              <w:t>snow</w:t>
            </w:r>
          </w:p>
        </w:tc>
        <w:tc>
          <w:tcPr>
            <w:tcW w:w="2592" w:type="dxa"/>
            <w:tcBorders>
              <w:top w:val="single" w:sz="4" w:space="0" w:color="D8E6EC"/>
              <w:left w:val="single" w:sz="4" w:space="0" w:color="D8E6EC"/>
              <w:bottom w:val="single" w:sz="4" w:space="0" w:color="D8E6EC"/>
              <w:right w:val="single" w:sz="4" w:space="0" w:color="D8E6EC"/>
            </w:tcBorders>
            <w:vAlign w:val="center"/>
          </w:tcPr>
          <w:p w14:paraId="50D4A584" w14:textId="77777777" w:rsidR="00610360" w:rsidRDefault="00000000">
            <w:pPr>
              <w:spacing w:after="0"/>
            </w:pPr>
            <w:r>
              <w:rPr>
                <w:sz w:val="17"/>
              </w:rPr>
              <w:t>noun</w:t>
            </w:r>
          </w:p>
        </w:tc>
      </w:tr>
      <w:tr w:rsidR="00610360" w14:paraId="5CA9380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3F781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9EF515E" w14:textId="77777777" w:rsidR="00610360" w:rsidRDefault="00000000">
            <w:pPr>
              <w:spacing w:after="0"/>
            </w:pPr>
            <w:r>
              <w:rPr>
                <w:sz w:val="17"/>
              </w:rPr>
              <w:t>vento</w:t>
            </w:r>
          </w:p>
        </w:tc>
        <w:tc>
          <w:tcPr>
            <w:tcW w:w="2592" w:type="dxa"/>
            <w:tcBorders>
              <w:top w:val="single" w:sz="4" w:space="0" w:color="D8E6EC"/>
              <w:left w:val="single" w:sz="4" w:space="0" w:color="D8E6EC"/>
              <w:bottom w:val="single" w:sz="4" w:space="0" w:color="D8E6EC"/>
              <w:right w:val="single" w:sz="4" w:space="0" w:color="D8E6EC"/>
            </w:tcBorders>
            <w:vAlign w:val="center"/>
          </w:tcPr>
          <w:p w14:paraId="3D114769" w14:textId="77777777" w:rsidR="00610360" w:rsidRDefault="00000000">
            <w:pPr>
              <w:spacing w:after="0"/>
            </w:pPr>
            <w:r>
              <w:rPr>
                <w:sz w:val="17"/>
              </w:rPr>
              <w:t>wind</w:t>
            </w:r>
          </w:p>
        </w:tc>
        <w:tc>
          <w:tcPr>
            <w:tcW w:w="2592" w:type="dxa"/>
            <w:tcBorders>
              <w:top w:val="single" w:sz="4" w:space="0" w:color="D8E6EC"/>
              <w:left w:val="single" w:sz="4" w:space="0" w:color="D8E6EC"/>
              <w:bottom w:val="single" w:sz="4" w:space="0" w:color="D8E6EC"/>
              <w:right w:val="single" w:sz="4" w:space="0" w:color="D8E6EC"/>
            </w:tcBorders>
            <w:vAlign w:val="center"/>
          </w:tcPr>
          <w:p w14:paraId="5AED4CD4" w14:textId="77777777" w:rsidR="00610360" w:rsidRDefault="00000000">
            <w:pPr>
              <w:spacing w:after="0"/>
            </w:pPr>
            <w:r>
              <w:rPr>
                <w:sz w:val="17"/>
              </w:rPr>
              <w:t>noun</w:t>
            </w:r>
          </w:p>
        </w:tc>
      </w:tr>
      <w:tr w:rsidR="00610360" w14:paraId="49EC574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D67A2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918B9FA" w14:textId="77777777" w:rsidR="00610360" w:rsidRDefault="00000000">
            <w:pPr>
              <w:spacing w:after="0"/>
            </w:pPr>
            <w:r>
              <w:rPr>
                <w:sz w:val="17"/>
              </w:rPr>
              <w:t>tempesta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24A3922D" w14:textId="77777777" w:rsidR="00610360" w:rsidRDefault="00000000">
            <w:pPr>
              <w:spacing w:after="0"/>
            </w:pPr>
            <w:r>
              <w:rPr>
                <w:sz w:val="17"/>
              </w:rPr>
              <w:t>storm</w:t>
            </w:r>
          </w:p>
        </w:tc>
        <w:tc>
          <w:tcPr>
            <w:tcW w:w="2592" w:type="dxa"/>
            <w:tcBorders>
              <w:top w:val="single" w:sz="4" w:space="0" w:color="D8E6EC"/>
              <w:left w:val="single" w:sz="4" w:space="0" w:color="D8E6EC"/>
              <w:bottom w:val="single" w:sz="4" w:space="0" w:color="D8E6EC"/>
              <w:right w:val="single" w:sz="4" w:space="0" w:color="D8E6EC"/>
            </w:tcBorders>
            <w:vAlign w:val="center"/>
          </w:tcPr>
          <w:p w14:paraId="322B8078" w14:textId="77777777" w:rsidR="00610360" w:rsidRDefault="00000000">
            <w:pPr>
              <w:spacing w:after="0"/>
            </w:pPr>
            <w:r>
              <w:rPr>
                <w:sz w:val="17"/>
              </w:rPr>
              <w:t>noun</w:t>
            </w:r>
          </w:p>
        </w:tc>
      </w:tr>
      <w:tr w:rsidR="00610360" w14:paraId="2E53196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DE31C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927EB4C" w14:textId="77777777" w:rsidR="00610360" w:rsidRDefault="00000000">
            <w:pPr>
              <w:spacing w:after="0"/>
            </w:pPr>
            <w:r>
              <w:rPr>
                <w:sz w:val="17"/>
              </w:rPr>
              <w:t>kalor</w:t>
            </w:r>
          </w:p>
        </w:tc>
        <w:tc>
          <w:tcPr>
            <w:tcW w:w="2592" w:type="dxa"/>
            <w:tcBorders>
              <w:top w:val="single" w:sz="4" w:space="0" w:color="D8E6EC"/>
              <w:left w:val="single" w:sz="4" w:space="0" w:color="D8E6EC"/>
              <w:bottom w:val="single" w:sz="4" w:space="0" w:color="D8E6EC"/>
              <w:right w:val="single" w:sz="4" w:space="0" w:color="D8E6EC"/>
            </w:tcBorders>
            <w:vAlign w:val="center"/>
          </w:tcPr>
          <w:p w14:paraId="5B7A73D6" w14:textId="77777777" w:rsidR="00610360" w:rsidRDefault="00000000">
            <w:pPr>
              <w:spacing w:after="0"/>
            </w:pPr>
            <w:r>
              <w:rPr>
                <w:sz w:val="17"/>
              </w:rPr>
              <w:t>heat</w:t>
            </w:r>
          </w:p>
        </w:tc>
        <w:tc>
          <w:tcPr>
            <w:tcW w:w="2592" w:type="dxa"/>
            <w:tcBorders>
              <w:top w:val="single" w:sz="4" w:space="0" w:color="D8E6EC"/>
              <w:left w:val="single" w:sz="4" w:space="0" w:color="D8E6EC"/>
              <w:bottom w:val="single" w:sz="4" w:space="0" w:color="D8E6EC"/>
              <w:right w:val="single" w:sz="4" w:space="0" w:color="D8E6EC"/>
            </w:tcBorders>
            <w:vAlign w:val="center"/>
          </w:tcPr>
          <w:p w14:paraId="03BABF8C" w14:textId="77777777" w:rsidR="00610360" w:rsidRDefault="00000000">
            <w:pPr>
              <w:spacing w:after="0"/>
            </w:pPr>
            <w:r>
              <w:rPr>
                <w:sz w:val="17"/>
              </w:rPr>
              <w:t>noun</w:t>
            </w:r>
          </w:p>
        </w:tc>
      </w:tr>
      <w:tr w:rsidR="00610360" w14:paraId="6A96638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50353F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BB85397" w14:textId="77777777" w:rsidR="00610360" w:rsidRDefault="00000000">
            <w:pPr>
              <w:spacing w:after="0"/>
            </w:pPr>
            <w:r>
              <w:rPr>
                <w:sz w:val="17"/>
              </w:rPr>
              <w:t>frio</w:t>
            </w:r>
          </w:p>
        </w:tc>
        <w:tc>
          <w:tcPr>
            <w:tcW w:w="2592" w:type="dxa"/>
            <w:tcBorders>
              <w:top w:val="single" w:sz="4" w:space="0" w:color="D8E6EC"/>
              <w:left w:val="single" w:sz="4" w:space="0" w:color="D8E6EC"/>
              <w:bottom w:val="single" w:sz="4" w:space="0" w:color="D8E6EC"/>
              <w:right w:val="single" w:sz="4" w:space="0" w:color="D8E6EC"/>
            </w:tcBorders>
            <w:vAlign w:val="center"/>
          </w:tcPr>
          <w:p w14:paraId="596B982D" w14:textId="77777777" w:rsidR="00610360" w:rsidRDefault="00000000">
            <w:pPr>
              <w:spacing w:after="0"/>
            </w:pPr>
            <w:r>
              <w:rPr>
                <w:sz w:val="17"/>
              </w:rPr>
              <w:t>cold</w:t>
            </w:r>
          </w:p>
        </w:tc>
        <w:tc>
          <w:tcPr>
            <w:tcW w:w="2592" w:type="dxa"/>
            <w:tcBorders>
              <w:top w:val="single" w:sz="4" w:space="0" w:color="D8E6EC"/>
              <w:left w:val="single" w:sz="4" w:space="0" w:color="D8E6EC"/>
              <w:bottom w:val="single" w:sz="4" w:space="0" w:color="D8E6EC"/>
              <w:right w:val="single" w:sz="4" w:space="0" w:color="D8E6EC"/>
            </w:tcBorders>
            <w:vAlign w:val="center"/>
          </w:tcPr>
          <w:p w14:paraId="0FB9EBC3" w14:textId="77777777" w:rsidR="00610360" w:rsidRDefault="00000000">
            <w:pPr>
              <w:spacing w:after="0"/>
            </w:pPr>
            <w:r>
              <w:rPr>
                <w:sz w:val="17"/>
              </w:rPr>
              <w:t>noun</w:t>
            </w:r>
          </w:p>
        </w:tc>
      </w:tr>
      <w:tr w:rsidR="00610360" w14:paraId="04E395C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674AA5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4B71727" w14:textId="77777777" w:rsidR="00610360" w:rsidRDefault="00000000">
            <w:pPr>
              <w:spacing w:after="0"/>
            </w:pPr>
            <w:r>
              <w:rPr>
                <w:sz w:val="17"/>
              </w:rPr>
              <w:t>tempo-meteo</w:t>
            </w:r>
          </w:p>
        </w:tc>
        <w:tc>
          <w:tcPr>
            <w:tcW w:w="2592" w:type="dxa"/>
            <w:tcBorders>
              <w:top w:val="single" w:sz="4" w:space="0" w:color="D8E6EC"/>
              <w:left w:val="single" w:sz="4" w:space="0" w:color="D8E6EC"/>
              <w:bottom w:val="single" w:sz="4" w:space="0" w:color="D8E6EC"/>
              <w:right w:val="single" w:sz="4" w:space="0" w:color="D8E6EC"/>
            </w:tcBorders>
            <w:vAlign w:val="center"/>
          </w:tcPr>
          <w:p w14:paraId="5F002DAD" w14:textId="77777777" w:rsidR="00610360" w:rsidRDefault="00000000">
            <w:pPr>
              <w:spacing w:after="0"/>
            </w:pPr>
            <w:r>
              <w:rPr>
                <w:sz w:val="17"/>
              </w:rPr>
              <w:t>weather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4E51F04" w14:textId="77777777" w:rsidR="00610360" w:rsidRDefault="00000000">
            <w:pPr>
              <w:spacing w:after="0"/>
            </w:pPr>
            <w:r>
              <w:rPr>
                <w:sz w:val="17"/>
              </w:rPr>
              <w:t>compound</w:t>
            </w:r>
          </w:p>
        </w:tc>
      </w:tr>
      <w:tr w:rsidR="00610360" w14:paraId="52A75F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9F5A50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FC98836" w14:textId="77777777" w:rsidR="00610360" w:rsidRDefault="00000000">
            <w:pPr>
              <w:spacing w:after="0"/>
            </w:pPr>
            <w:r>
              <w:rPr>
                <w:sz w:val="17"/>
              </w:rPr>
              <w:t>arbor</w:t>
            </w:r>
          </w:p>
        </w:tc>
        <w:tc>
          <w:tcPr>
            <w:tcW w:w="2592" w:type="dxa"/>
            <w:tcBorders>
              <w:top w:val="single" w:sz="4" w:space="0" w:color="D8E6EC"/>
              <w:left w:val="single" w:sz="4" w:space="0" w:color="D8E6EC"/>
              <w:bottom w:val="single" w:sz="4" w:space="0" w:color="D8E6EC"/>
              <w:right w:val="single" w:sz="4" w:space="0" w:color="D8E6EC"/>
            </w:tcBorders>
            <w:vAlign w:val="center"/>
          </w:tcPr>
          <w:p w14:paraId="017B6B12" w14:textId="77777777" w:rsidR="00610360" w:rsidRDefault="00000000">
            <w:pPr>
              <w:spacing w:after="0"/>
            </w:pPr>
            <w:r>
              <w:rPr>
                <w:sz w:val="17"/>
              </w:rPr>
              <w:t>tree</w:t>
            </w:r>
          </w:p>
        </w:tc>
        <w:tc>
          <w:tcPr>
            <w:tcW w:w="2592" w:type="dxa"/>
            <w:tcBorders>
              <w:top w:val="single" w:sz="4" w:space="0" w:color="D8E6EC"/>
              <w:left w:val="single" w:sz="4" w:space="0" w:color="D8E6EC"/>
              <w:bottom w:val="single" w:sz="4" w:space="0" w:color="D8E6EC"/>
              <w:right w:val="single" w:sz="4" w:space="0" w:color="D8E6EC"/>
            </w:tcBorders>
            <w:vAlign w:val="center"/>
          </w:tcPr>
          <w:p w14:paraId="76C730C8" w14:textId="77777777" w:rsidR="00610360" w:rsidRDefault="00000000">
            <w:pPr>
              <w:spacing w:after="0"/>
            </w:pPr>
            <w:r>
              <w:rPr>
                <w:sz w:val="17"/>
              </w:rPr>
              <w:t>noun</w:t>
            </w:r>
          </w:p>
        </w:tc>
      </w:tr>
      <w:tr w:rsidR="00610360" w14:paraId="6551CAA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9F60E1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86CA03" w14:textId="77777777" w:rsidR="00610360" w:rsidRDefault="00000000">
            <w:pPr>
              <w:spacing w:after="0"/>
            </w:pPr>
            <w:r>
              <w:rPr>
                <w:sz w:val="17"/>
              </w:rPr>
              <w:t>flor</w:t>
            </w:r>
          </w:p>
        </w:tc>
        <w:tc>
          <w:tcPr>
            <w:tcW w:w="2592" w:type="dxa"/>
            <w:tcBorders>
              <w:top w:val="single" w:sz="4" w:space="0" w:color="D8E6EC"/>
              <w:left w:val="single" w:sz="4" w:space="0" w:color="D8E6EC"/>
              <w:bottom w:val="single" w:sz="4" w:space="0" w:color="D8E6EC"/>
              <w:right w:val="single" w:sz="4" w:space="0" w:color="D8E6EC"/>
            </w:tcBorders>
            <w:vAlign w:val="center"/>
          </w:tcPr>
          <w:p w14:paraId="2100D080" w14:textId="77777777" w:rsidR="00610360" w:rsidRDefault="00000000">
            <w:pPr>
              <w:spacing w:after="0"/>
            </w:pPr>
            <w:r>
              <w:rPr>
                <w:sz w:val="17"/>
              </w:rPr>
              <w:t>flower</w:t>
            </w:r>
          </w:p>
        </w:tc>
        <w:tc>
          <w:tcPr>
            <w:tcW w:w="2592" w:type="dxa"/>
            <w:tcBorders>
              <w:top w:val="single" w:sz="4" w:space="0" w:color="D8E6EC"/>
              <w:left w:val="single" w:sz="4" w:space="0" w:color="D8E6EC"/>
              <w:bottom w:val="single" w:sz="4" w:space="0" w:color="D8E6EC"/>
              <w:right w:val="single" w:sz="4" w:space="0" w:color="D8E6EC"/>
            </w:tcBorders>
            <w:vAlign w:val="center"/>
          </w:tcPr>
          <w:p w14:paraId="374B7845" w14:textId="77777777" w:rsidR="00610360" w:rsidRDefault="00000000">
            <w:pPr>
              <w:spacing w:after="0"/>
            </w:pPr>
            <w:r>
              <w:rPr>
                <w:sz w:val="17"/>
              </w:rPr>
              <w:t>noun</w:t>
            </w:r>
          </w:p>
        </w:tc>
      </w:tr>
      <w:tr w:rsidR="00610360" w14:paraId="307D56C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DD75AF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9CA1685" w14:textId="77777777" w:rsidR="00610360" w:rsidRDefault="00000000">
            <w:pPr>
              <w:spacing w:after="0"/>
            </w:pPr>
            <w:r>
              <w:rPr>
                <w:sz w:val="17"/>
              </w:rPr>
              <w:t>herba</w:t>
            </w:r>
          </w:p>
        </w:tc>
        <w:tc>
          <w:tcPr>
            <w:tcW w:w="2592" w:type="dxa"/>
            <w:tcBorders>
              <w:top w:val="single" w:sz="4" w:space="0" w:color="D8E6EC"/>
              <w:left w:val="single" w:sz="4" w:space="0" w:color="D8E6EC"/>
              <w:bottom w:val="single" w:sz="4" w:space="0" w:color="D8E6EC"/>
              <w:right w:val="single" w:sz="4" w:space="0" w:color="D8E6EC"/>
            </w:tcBorders>
            <w:vAlign w:val="center"/>
          </w:tcPr>
          <w:p w14:paraId="78CE9CCB" w14:textId="77777777" w:rsidR="00610360" w:rsidRDefault="00000000">
            <w:pPr>
              <w:spacing w:after="0"/>
            </w:pPr>
            <w:r>
              <w:rPr>
                <w:sz w:val="17"/>
              </w:rPr>
              <w:t>grass</w:t>
            </w:r>
          </w:p>
        </w:tc>
        <w:tc>
          <w:tcPr>
            <w:tcW w:w="2592" w:type="dxa"/>
            <w:tcBorders>
              <w:top w:val="single" w:sz="4" w:space="0" w:color="D8E6EC"/>
              <w:left w:val="single" w:sz="4" w:space="0" w:color="D8E6EC"/>
              <w:bottom w:val="single" w:sz="4" w:space="0" w:color="D8E6EC"/>
              <w:right w:val="single" w:sz="4" w:space="0" w:color="D8E6EC"/>
            </w:tcBorders>
            <w:vAlign w:val="center"/>
          </w:tcPr>
          <w:p w14:paraId="29620598" w14:textId="77777777" w:rsidR="00610360" w:rsidRDefault="00000000">
            <w:pPr>
              <w:spacing w:after="0"/>
            </w:pPr>
            <w:r>
              <w:rPr>
                <w:sz w:val="17"/>
              </w:rPr>
              <w:t>noun</w:t>
            </w:r>
          </w:p>
        </w:tc>
      </w:tr>
      <w:tr w:rsidR="00610360" w14:paraId="450C6EF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772A3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D9A9D74" w14:textId="77777777" w:rsidR="00610360" w:rsidRDefault="00000000">
            <w:pPr>
              <w:spacing w:after="0"/>
            </w:pPr>
            <w:r>
              <w:rPr>
                <w:sz w:val="17"/>
              </w:rPr>
              <w:t>boska</w:t>
            </w:r>
          </w:p>
        </w:tc>
        <w:tc>
          <w:tcPr>
            <w:tcW w:w="2592" w:type="dxa"/>
            <w:tcBorders>
              <w:top w:val="single" w:sz="4" w:space="0" w:color="D8E6EC"/>
              <w:left w:val="single" w:sz="4" w:space="0" w:color="D8E6EC"/>
              <w:bottom w:val="single" w:sz="4" w:space="0" w:color="D8E6EC"/>
              <w:right w:val="single" w:sz="4" w:space="0" w:color="D8E6EC"/>
            </w:tcBorders>
            <w:vAlign w:val="center"/>
          </w:tcPr>
          <w:p w14:paraId="4F972416" w14:textId="77777777" w:rsidR="00610360" w:rsidRDefault="00000000">
            <w:pPr>
              <w:spacing w:after="0"/>
            </w:pPr>
            <w:r>
              <w:rPr>
                <w:sz w:val="17"/>
              </w:rPr>
              <w:t>forest</w:t>
            </w:r>
          </w:p>
        </w:tc>
        <w:tc>
          <w:tcPr>
            <w:tcW w:w="2592" w:type="dxa"/>
            <w:tcBorders>
              <w:top w:val="single" w:sz="4" w:space="0" w:color="D8E6EC"/>
              <w:left w:val="single" w:sz="4" w:space="0" w:color="D8E6EC"/>
              <w:bottom w:val="single" w:sz="4" w:space="0" w:color="D8E6EC"/>
              <w:right w:val="single" w:sz="4" w:space="0" w:color="D8E6EC"/>
            </w:tcBorders>
            <w:vAlign w:val="center"/>
          </w:tcPr>
          <w:p w14:paraId="74503BA0" w14:textId="77777777" w:rsidR="00610360" w:rsidRDefault="00000000">
            <w:pPr>
              <w:spacing w:after="0"/>
            </w:pPr>
            <w:r>
              <w:rPr>
                <w:sz w:val="17"/>
              </w:rPr>
              <w:t>noun</w:t>
            </w:r>
          </w:p>
        </w:tc>
      </w:tr>
      <w:tr w:rsidR="00610360" w14:paraId="1582707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90923A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EA9095E" w14:textId="77777777" w:rsidR="00610360" w:rsidRDefault="00000000">
            <w:pPr>
              <w:spacing w:after="0"/>
            </w:pPr>
            <w:r>
              <w:rPr>
                <w:sz w:val="17"/>
              </w:rPr>
              <w:t>lago</w:t>
            </w:r>
          </w:p>
        </w:tc>
        <w:tc>
          <w:tcPr>
            <w:tcW w:w="2592" w:type="dxa"/>
            <w:tcBorders>
              <w:top w:val="single" w:sz="4" w:space="0" w:color="D8E6EC"/>
              <w:left w:val="single" w:sz="4" w:space="0" w:color="D8E6EC"/>
              <w:bottom w:val="single" w:sz="4" w:space="0" w:color="D8E6EC"/>
              <w:right w:val="single" w:sz="4" w:space="0" w:color="D8E6EC"/>
            </w:tcBorders>
            <w:vAlign w:val="center"/>
          </w:tcPr>
          <w:p w14:paraId="75D93D3A" w14:textId="77777777" w:rsidR="00610360" w:rsidRDefault="00000000">
            <w:pPr>
              <w:spacing w:after="0"/>
            </w:pPr>
            <w:r>
              <w:rPr>
                <w:sz w:val="17"/>
              </w:rPr>
              <w:t>lake</w:t>
            </w:r>
          </w:p>
        </w:tc>
        <w:tc>
          <w:tcPr>
            <w:tcW w:w="2592" w:type="dxa"/>
            <w:tcBorders>
              <w:top w:val="single" w:sz="4" w:space="0" w:color="D8E6EC"/>
              <w:left w:val="single" w:sz="4" w:space="0" w:color="D8E6EC"/>
              <w:bottom w:val="single" w:sz="4" w:space="0" w:color="D8E6EC"/>
              <w:right w:val="single" w:sz="4" w:space="0" w:color="D8E6EC"/>
            </w:tcBorders>
            <w:vAlign w:val="center"/>
          </w:tcPr>
          <w:p w14:paraId="2A0ED15C" w14:textId="77777777" w:rsidR="00610360" w:rsidRDefault="00000000">
            <w:pPr>
              <w:spacing w:after="0"/>
            </w:pPr>
            <w:r>
              <w:rPr>
                <w:sz w:val="17"/>
              </w:rPr>
              <w:t>noun</w:t>
            </w:r>
          </w:p>
        </w:tc>
      </w:tr>
      <w:tr w:rsidR="00610360" w14:paraId="5057E6B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82262D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A36E6D6" w14:textId="77777777" w:rsidR="00610360" w:rsidRDefault="00000000">
            <w:pPr>
              <w:spacing w:after="0"/>
            </w:pPr>
            <w:r>
              <w:rPr>
                <w:sz w:val="17"/>
              </w:rPr>
              <w:t>river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7428EEF" w14:textId="77777777" w:rsidR="00610360" w:rsidRDefault="00000000">
            <w:pPr>
              <w:spacing w:after="0"/>
            </w:pPr>
            <w:r>
              <w:rPr>
                <w:sz w:val="17"/>
              </w:rPr>
              <w:t>river</w:t>
            </w:r>
          </w:p>
        </w:tc>
        <w:tc>
          <w:tcPr>
            <w:tcW w:w="2592" w:type="dxa"/>
            <w:tcBorders>
              <w:top w:val="single" w:sz="4" w:space="0" w:color="D8E6EC"/>
              <w:left w:val="single" w:sz="4" w:space="0" w:color="D8E6EC"/>
              <w:bottom w:val="single" w:sz="4" w:space="0" w:color="D8E6EC"/>
              <w:right w:val="single" w:sz="4" w:space="0" w:color="D8E6EC"/>
            </w:tcBorders>
            <w:vAlign w:val="center"/>
          </w:tcPr>
          <w:p w14:paraId="2F7255F2" w14:textId="77777777" w:rsidR="00610360" w:rsidRDefault="00000000">
            <w:pPr>
              <w:spacing w:after="0"/>
            </w:pPr>
            <w:r>
              <w:rPr>
                <w:sz w:val="17"/>
              </w:rPr>
              <w:t>noun</w:t>
            </w:r>
          </w:p>
        </w:tc>
      </w:tr>
      <w:tr w:rsidR="00610360" w14:paraId="3DDF849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73A4D4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2B44881" w14:textId="77777777" w:rsidR="00610360" w:rsidRDefault="00000000">
            <w:pPr>
              <w:spacing w:after="0"/>
            </w:pPr>
            <w:r>
              <w:rPr>
                <w:sz w:val="17"/>
              </w:rPr>
              <w:t>mar</w:t>
            </w:r>
          </w:p>
        </w:tc>
        <w:tc>
          <w:tcPr>
            <w:tcW w:w="2592" w:type="dxa"/>
            <w:tcBorders>
              <w:top w:val="single" w:sz="4" w:space="0" w:color="D8E6EC"/>
              <w:left w:val="single" w:sz="4" w:space="0" w:color="D8E6EC"/>
              <w:bottom w:val="single" w:sz="4" w:space="0" w:color="D8E6EC"/>
              <w:right w:val="single" w:sz="4" w:space="0" w:color="D8E6EC"/>
            </w:tcBorders>
            <w:vAlign w:val="center"/>
          </w:tcPr>
          <w:p w14:paraId="094E6C49" w14:textId="77777777" w:rsidR="00610360" w:rsidRDefault="00000000">
            <w:pPr>
              <w:spacing w:after="0"/>
            </w:pPr>
            <w:r>
              <w:rPr>
                <w:sz w:val="17"/>
              </w:rPr>
              <w:t>sea</w:t>
            </w:r>
          </w:p>
        </w:tc>
        <w:tc>
          <w:tcPr>
            <w:tcW w:w="2592" w:type="dxa"/>
            <w:tcBorders>
              <w:top w:val="single" w:sz="4" w:space="0" w:color="D8E6EC"/>
              <w:left w:val="single" w:sz="4" w:space="0" w:color="D8E6EC"/>
              <w:bottom w:val="single" w:sz="4" w:space="0" w:color="D8E6EC"/>
              <w:right w:val="single" w:sz="4" w:space="0" w:color="D8E6EC"/>
            </w:tcBorders>
            <w:vAlign w:val="center"/>
          </w:tcPr>
          <w:p w14:paraId="209CE3E5" w14:textId="77777777" w:rsidR="00610360" w:rsidRDefault="00000000">
            <w:pPr>
              <w:spacing w:after="0"/>
            </w:pPr>
            <w:r>
              <w:rPr>
                <w:sz w:val="17"/>
              </w:rPr>
              <w:t>noun</w:t>
            </w:r>
          </w:p>
        </w:tc>
      </w:tr>
      <w:tr w:rsidR="00610360" w14:paraId="64D620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2EE316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6EA1E20" w14:textId="77777777" w:rsidR="00610360" w:rsidRDefault="00000000">
            <w:pPr>
              <w:spacing w:after="0"/>
            </w:pPr>
            <w:r>
              <w:rPr>
                <w:sz w:val="17"/>
              </w:rPr>
              <w:t>insula</w:t>
            </w:r>
          </w:p>
        </w:tc>
        <w:tc>
          <w:tcPr>
            <w:tcW w:w="2592" w:type="dxa"/>
            <w:tcBorders>
              <w:top w:val="single" w:sz="4" w:space="0" w:color="D8E6EC"/>
              <w:left w:val="single" w:sz="4" w:space="0" w:color="D8E6EC"/>
              <w:bottom w:val="single" w:sz="4" w:space="0" w:color="D8E6EC"/>
              <w:right w:val="single" w:sz="4" w:space="0" w:color="D8E6EC"/>
            </w:tcBorders>
            <w:vAlign w:val="center"/>
          </w:tcPr>
          <w:p w14:paraId="1E928612" w14:textId="77777777" w:rsidR="00610360" w:rsidRDefault="00000000">
            <w:pPr>
              <w:spacing w:after="0"/>
            </w:pPr>
            <w:r>
              <w:rPr>
                <w:sz w:val="17"/>
              </w:rPr>
              <w:t>island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762E2F36" w14:textId="77777777" w:rsidR="00610360" w:rsidRDefault="00000000">
            <w:pPr>
              <w:spacing w:after="0"/>
            </w:pPr>
            <w:r>
              <w:rPr>
                <w:sz w:val="17"/>
              </w:rPr>
              <w:t>noun</w:t>
            </w:r>
          </w:p>
        </w:tc>
      </w:tr>
      <w:tr w:rsidR="00610360" w14:paraId="49B7978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9D5E6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13B5928" w14:textId="77777777" w:rsidR="00610360" w:rsidRDefault="00000000">
            <w:pPr>
              <w:spacing w:after="0"/>
            </w:pPr>
            <w:r>
              <w:rPr>
                <w:sz w:val="17"/>
              </w:rPr>
              <w:t>monta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5CD80ECC" w14:textId="77777777" w:rsidR="00610360" w:rsidRDefault="00000000">
            <w:pPr>
              <w:spacing w:after="0"/>
            </w:pPr>
            <w:r>
              <w:rPr>
                <w:sz w:val="17"/>
              </w:rPr>
              <w:t>mountain</w:t>
            </w:r>
          </w:p>
        </w:tc>
        <w:tc>
          <w:tcPr>
            <w:tcW w:w="2592" w:type="dxa"/>
            <w:tcBorders>
              <w:top w:val="single" w:sz="4" w:space="0" w:color="D8E6EC"/>
              <w:left w:val="single" w:sz="4" w:space="0" w:color="D8E6EC"/>
              <w:bottom w:val="single" w:sz="4" w:space="0" w:color="D8E6EC"/>
              <w:right w:val="single" w:sz="4" w:space="0" w:color="D8E6EC"/>
            </w:tcBorders>
            <w:vAlign w:val="center"/>
          </w:tcPr>
          <w:p w14:paraId="67BC9BF3" w14:textId="77777777" w:rsidR="00610360" w:rsidRDefault="00000000">
            <w:pPr>
              <w:spacing w:after="0"/>
            </w:pPr>
            <w:r>
              <w:rPr>
                <w:sz w:val="17"/>
              </w:rPr>
              <w:t>noun</w:t>
            </w:r>
          </w:p>
        </w:tc>
      </w:tr>
      <w:tr w:rsidR="00610360" w14:paraId="384EB24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33D4FF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2309CFB" w14:textId="77777777" w:rsidR="00610360" w:rsidRDefault="00000000">
            <w:pPr>
              <w:spacing w:after="0"/>
            </w:pPr>
            <w:r>
              <w:rPr>
                <w:sz w:val="17"/>
              </w:rPr>
              <w:t>val</w:t>
            </w:r>
          </w:p>
        </w:tc>
        <w:tc>
          <w:tcPr>
            <w:tcW w:w="2592" w:type="dxa"/>
            <w:tcBorders>
              <w:top w:val="single" w:sz="4" w:space="0" w:color="D8E6EC"/>
              <w:left w:val="single" w:sz="4" w:space="0" w:color="D8E6EC"/>
              <w:bottom w:val="single" w:sz="4" w:space="0" w:color="D8E6EC"/>
              <w:right w:val="single" w:sz="4" w:space="0" w:color="D8E6EC"/>
            </w:tcBorders>
            <w:vAlign w:val="center"/>
          </w:tcPr>
          <w:p w14:paraId="1E030727" w14:textId="77777777" w:rsidR="00610360" w:rsidRDefault="00000000">
            <w:pPr>
              <w:spacing w:after="0"/>
            </w:pPr>
            <w:r>
              <w:rPr>
                <w:sz w:val="17"/>
              </w:rPr>
              <w:t>valley</w:t>
            </w:r>
          </w:p>
        </w:tc>
        <w:tc>
          <w:tcPr>
            <w:tcW w:w="2592" w:type="dxa"/>
            <w:tcBorders>
              <w:top w:val="single" w:sz="4" w:space="0" w:color="D8E6EC"/>
              <w:left w:val="single" w:sz="4" w:space="0" w:color="D8E6EC"/>
              <w:bottom w:val="single" w:sz="4" w:space="0" w:color="D8E6EC"/>
              <w:right w:val="single" w:sz="4" w:space="0" w:color="D8E6EC"/>
            </w:tcBorders>
            <w:vAlign w:val="center"/>
          </w:tcPr>
          <w:p w14:paraId="75361EF6" w14:textId="77777777" w:rsidR="00610360" w:rsidRDefault="00000000">
            <w:pPr>
              <w:spacing w:after="0"/>
            </w:pPr>
            <w:r>
              <w:rPr>
                <w:sz w:val="17"/>
              </w:rPr>
              <w:t>noun</w:t>
            </w:r>
          </w:p>
        </w:tc>
      </w:tr>
      <w:tr w:rsidR="00610360" w14:paraId="00DEBBA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E19879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7357C3" w14:textId="77777777" w:rsidR="00610360" w:rsidRDefault="00000000">
            <w:pPr>
              <w:spacing w:after="0"/>
            </w:pPr>
            <w:r>
              <w:rPr>
                <w:sz w:val="17"/>
              </w:rPr>
              <w:t>petra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7FABE9E" w14:textId="77777777" w:rsidR="00610360" w:rsidRDefault="00000000">
            <w:pPr>
              <w:spacing w:after="0"/>
            </w:pPr>
            <w:r>
              <w:rPr>
                <w:sz w:val="17"/>
              </w:rPr>
              <w:t>stone / rock</w:t>
            </w:r>
          </w:p>
        </w:tc>
        <w:tc>
          <w:tcPr>
            <w:tcW w:w="2592" w:type="dxa"/>
            <w:tcBorders>
              <w:top w:val="single" w:sz="4" w:space="0" w:color="D8E6EC"/>
              <w:left w:val="single" w:sz="4" w:space="0" w:color="D8E6EC"/>
              <w:bottom w:val="single" w:sz="4" w:space="0" w:color="D8E6EC"/>
              <w:right w:val="single" w:sz="4" w:space="0" w:color="D8E6EC"/>
            </w:tcBorders>
            <w:vAlign w:val="center"/>
          </w:tcPr>
          <w:p w14:paraId="396F60BB" w14:textId="77777777" w:rsidR="00610360" w:rsidRDefault="00000000">
            <w:pPr>
              <w:spacing w:after="0"/>
            </w:pPr>
            <w:r>
              <w:rPr>
                <w:sz w:val="17"/>
              </w:rPr>
              <w:t>noun</w:t>
            </w:r>
          </w:p>
        </w:tc>
      </w:tr>
      <w:tr w:rsidR="00610360" w14:paraId="27603A9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BD1C7B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9E78D5A" w14:textId="77777777" w:rsidR="00610360" w:rsidRDefault="00000000">
            <w:pPr>
              <w:spacing w:after="0"/>
            </w:pPr>
            <w:r>
              <w:rPr>
                <w:sz w:val="17"/>
              </w:rPr>
              <w:t>animal</w:t>
            </w:r>
          </w:p>
        </w:tc>
        <w:tc>
          <w:tcPr>
            <w:tcW w:w="2592" w:type="dxa"/>
            <w:tcBorders>
              <w:top w:val="single" w:sz="4" w:space="0" w:color="D8E6EC"/>
              <w:left w:val="single" w:sz="4" w:space="0" w:color="D8E6EC"/>
              <w:bottom w:val="single" w:sz="4" w:space="0" w:color="D8E6EC"/>
              <w:right w:val="single" w:sz="4" w:space="0" w:color="D8E6EC"/>
            </w:tcBorders>
            <w:vAlign w:val="center"/>
          </w:tcPr>
          <w:p w14:paraId="03267ADC" w14:textId="77777777" w:rsidR="00610360" w:rsidRDefault="00000000">
            <w:pPr>
              <w:spacing w:after="0"/>
            </w:pPr>
            <w:r>
              <w:rPr>
                <w:sz w:val="17"/>
              </w:rPr>
              <w:t>animal</w:t>
            </w:r>
          </w:p>
        </w:tc>
        <w:tc>
          <w:tcPr>
            <w:tcW w:w="2592" w:type="dxa"/>
            <w:tcBorders>
              <w:top w:val="single" w:sz="4" w:space="0" w:color="D8E6EC"/>
              <w:left w:val="single" w:sz="4" w:space="0" w:color="D8E6EC"/>
              <w:bottom w:val="single" w:sz="4" w:space="0" w:color="D8E6EC"/>
              <w:right w:val="single" w:sz="4" w:space="0" w:color="D8E6EC"/>
            </w:tcBorders>
            <w:vAlign w:val="center"/>
          </w:tcPr>
          <w:p w14:paraId="7643F022" w14:textId="77777777" w:rsidR="00610360" w:rsidRDefault="00000000">
            <w:pPr>
              <w:spacing w:after="0"/>
            </w:pPr>
            <w:r>
              <w:rPr>
                <w:sz w:val="17"/>
              </w:rPr>
              <w:t>noun</w:t>
            </w:r>
          </w:p>
        </w:tc>
      </w:tr>
      <w:tr w:rsidR="00610360" w14:paraId="3DE1122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1B5B05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239E300" w14:textId="77777777" w:rsidR="00610360" w:rsidRDefault="00000000">
            <w:pPr>
              <w:spacing w:after="0"/>
            </w:pPr>
            <w:r>
              <w:rPr>
                <w:sz w:val="17"/>
              </w:rPr>
              <w:t>kat</w:t>
            </w:r>
          </w:p>
        </w:tc>
        <w:tc>
          <w:tcPr>
            <w:tcW w:w="2592" w:type="dxa"/>
            <w:tcBorders>
              <w:top w:val="single" w:sz="4" w:space="0" w:color="D8E6EC"/>
              <w:left w:val="single" w:sz="4" w:space="0" w:color="D8E6EC"/>
              <w:bottom w:val="single" w:sz="4" w:space="0" w:color="D8E6EC"/>
              <w:right w:val="single" w:sz="4" w:space="0" w:color="D8E6EC"/>
            </w:tcBorders>
            <w:vAlign w:val="center"/>
          </w:tcPr>
          <w:p w14:paraId="21C64D18" w14:textId="77777777" w:rsidR="00610360" w:rsidRDefault="00000000">
            <w:pPr>
              <w:spacing w:after="0"/>
            </w:pPr>
            <w:r>
              <w:rPr>
                <w:sz w:val="17"/>
              </w:rPr>
              <w:t>cat</w:t>
            </w:r>
          </w:p>
        </w:tc>
        <w:tc>
          <w:tcPr>
            <w:tcW w:w="2592" w:type="dxa"/>
            <w:tcBorders>
              <w:top w:val="single" w:sz="4" w:space="0" w:color="D8E6EC"/>
              <w:left w:val="single" w:sz="4" w:space="0" w:color="D8E6EC"/>
              <w:bottom w:val="single" w:sz="4" w:space="0" w:color="D8E6EC"/>
              <w:right w:val="single" w:sz="4" w:space="0" w:color="D8E6EC"/>
            </w:tcBorders>
            <w:vAlign w:val="center"/>
          </w:tcPr>
          <w:p w14:paraId="4F88603E" w14:textId="77777777" w:rsidR="00610360" w:rsidRDefault="00000000">
            <w:pPr>
              <w:spacing w:after="0"/>
            </w:pPr>
            <w:r>
              <w:rPr>
                <w:sz w:val="17"/>
              </w:rPr>
              <w:t>noun</w:t>
            </w:r>
          </w:p>
        </w:tc>
      </w:tr>
      <w:tr w:rsidR="00610360" w14:paraId="71DDCB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E821DA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0B8BEC6" w14:textId="77777777" w:rsidR="00610360" w:rsidRDefault="00000000">
            <w:pPr>
              <w:spacing w:after="0"/>
            </w:pPr>
            <w:r>
              <w:rPr>
                <w:sz w:val="17"/>
              </w:rPr>
              <w:t>av</w:t>
            </w:r>
          </w:p>
        </w:tc>
        <w:tc>
          <w:tcPr>
            <w:tcW w:w="2592" w:type="dxa"/>
            <w:tcBorders>
              <w:top w:val="single" w:sz="4" w:space="0" w:color="D8E6EC"/>
              <w:left w:val="single" w:sz="4" w:space="0" w:color="D8E6EC"/>
              <w:bottom w:val="single" w:sz="4" w:space="0" w:color="D8E6EC"/>
              <w:right w:val="single" w:sz="4" w:space="0" w:color="D8E6EC"/>
            </w:tcBorders>
            <w:vAlign w:val="center"/>
          </w:tcPr>
          <w:p w14:paraId="2A7B9ECD" w14:textId="77777777" w:rsidR="00610360" w:rsidRDefault="00000000">
            <w:pPr>
              <w:spacing w:after="0"/>
            </w:pPr>
            <w:r>
              <w:rPr>
                <w:sz w:val="17"/>
              </w:rPr>
              <w:t>bird</w:t>
            </w:r>
          </w:p>
        </w:tc>
        <w:tc>
          <w:tcPr>
            <w:tcW w:w="2592" w:type="dxa"/>
            <w:tcBorders>
              <w:top w:val="single" w:sz="4" w:space="0" w:color="D8E6EC"/>
              <w:left w:val="single" w:sz="4" w:space="0" w:color="D8E6EC"/>
              <w:bottom w:val="single" w:sz="4" w:space="0" w:color="D8E6EC"/>
              <w:right w:val="single" w:sz="4" w:space="0" w:color="D8E6EC"/>
            </w:tcBorders>
            <w:vAlign w:val="center"/>
          </w:tcPr>
          <w:p w14:paraId="6387F563" w14:textId="77777777" w:rsidR="00610360" w:rsidRDefault="00000000">
            <w:pPr>
              <w:spacing w:after="0"/>
            </w:pPr>
            <w:r>
              <w:rPr>
                <w:sz w:val="17"/>
              </w:rPr>
              <w:t>noun</w:t>
            </w:r>
          </w:p>
        </w:tc>
      </w:tr>
      <w:tr w:rsidR="00610360" w14:paraId="65E062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DF71F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B235D67" w14:textId="77777777" w:rsidR="00610360" w:rsidRDefault="00000000">
            <w:pPr>
              <w:spacing w:after="0"/>
            </w:pPr>
            <w:r>
              <w:rPr>
                <w:sz w:val="17"/>
              </w:rPr>
              <w:t>kavalo</w:t>
            </w:r>
          </w:p>
        </w:tc>
        <w:tc>
          <w:tcPr>
            <w:tcW w:w="2592" w:type="dxa"/>
            <w:tcBorders>
              <w:top w:val="single" w:sz="4" w:space="0" w:color="D8E6EC"/>
              <w:left w:val="single" w:sz="4" w:space="0" w:color="D8E6EC"/>
              <w:bottom w:val="single" w:sz="4" w:space="0" w:color="D8E6EC"/>
              <w:right w:val="single" w:sz="4" w:space="0" w:color="D8E6EC"/>
            </w:tcBorders>
            <w:vAlign w:val="center"/>
          </w:tcPr>
          <w:p w14:paraId="46C3285C" w14:textId="77777777" w:rsidR="00610360" w:rsidRDefault="00000000">
            <w:pPr>
              <w:spacing w:after="0"/>
            </w:pPr>
            <w:r>
              <w:rPr>
                <w:sz w:val="17"/>
              </w:rPr>
              <w:t>horse</w:t>
            </w:r>
          </w:p>
        </w:tc>
        <w:tc>
          <w:tcPr>
            <w:tcW w:w="2592" w:type="dxa"/>
            <w:tcBorders>
              <w:top w:val="single" w:sz="4" w:space="0" w:color="D8E6EC"/>
              <w:left w:val="single" w:sz="4" w:space="0" w:color="D8E6EC"/>
              <w:bottom w:val="single" w:sz="4" w:space="0" w:color="D8E6EC"/>
              <w:right w:val="single" w:sz="4" w:space="0" w:color="D8E6EC"/>
            </w:tcBorders>
            <w:vAlign w:val="center"/>
          </w:tcPr>
          <w:p w14:paraId="47F039A6" w14:textId="77777777" w:rsidR="00610360" w:rsidRDefault="00000000">
            <w:pPr>
              <w:spacing w:after="0"/>
            </w:pPr>
            <w:r>
              <w:rPr>
                <w:sz w:val="17"/>
              </w:rPr>
              <w:t>noun</w:t>
            </w:r>
          </w:p>
        </w:tc>
      </w:tr>
      <w:tr w:rsidR="00610360" w14:paraId="02CCCF7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23667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51F92D8" w14:textId="77777777" w:rsidR="00610360" w:rsidRDefault="00000000">
            <w:pPr>
              <w:spacing w:after="0"/>
            </w:pPr>
            <w:r>
              <w:rPr>
                <w:sz w:val="17"/>
              </w:rPr>
              <w:t>vida</w:t>
            </w:r>
          </w:p>
        </w:tc>
        <w:tc>
          <w:tcPr>
            <w:tcW w:w="2592" w:type="dxa"/>
            <w:tcBorders>
              <w:top w:val="single" w:sz="4" w:space="0" w:color="D8E6EC"/>
              <w:left w:val="single" w:sz="4" w:space="0" w:color="D8E6EC"/>
              <w:bottom w:val="single" w:sz="4" w:space="0" w:color="D8E6EC"/>
              <w:right w:val="single" w:sz="4" w:space="0" w:color="D8E6EC"/>
            </w:tcBorders>
            <w:vAlign w:val="center"/>
          </w:tcPr>
          <w:p w14:paraId="47511C3E" w14:textId="77777777" w:rsidR="00610360" w:rsidRDefault="00000000">
            <w:pPr>
              <w:spacing w:after="0"/>
            </w:pPr>
            <w:r>
              <w:rPr>
                <w:sz w:val="17"/>
              </w:rPr>
              <w:t>life</w:t>
            </w:r>
          </w:p>
        </w:tc>
        <w:tc>
          <w:tcPr>
            <w:tcW w:w="2592" w:type="dxa"/>
            <w:tcBorders>
              <w:top w:val="single" w:sz="4" w:space="0" w:color="D8E6EC"/>
              <w:left w:val="single" w:sz="4" w:space="0" w:color="D8E6EC"/>
              <w:bottom w:val="single" w:sz="4" w:space="0" w:color="D8E6EC"/>
              <w:right w:val="single" w:sz="4" w:space="0" w:color="D8E6EC"/>
            </w:tcBorders>
            <w:vAlign w:val="center"/>
          </w:tcPr>
          <w:p w14:paraId="0DB56412" w14:textId="77777777" w:rsidR="00610360" w:rsidRDefault="00000000">
            <w:pPr>
              <w:spacing w:after="0"/>
            </w:pPr>
            <w:r>
              <w:rPr>
                <w:sz w:val="17"/>
              </w:rPr>
              <w:t>noun</w:t>
            </w:r>
          </w:p>
        </w:tc>
      </w:tr>
      <w:tr w:rsidR="00610360" w14:paraId="531CF53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3F182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D8DDABF" w14:textId="77777777" w:rsidR="00610360" w:rsidRDefault="00000000">
            <w:pPr>
              <w:spacing w:after="0"/>
            </w:pPr>
            <w:r>
              <w:rPr>
                <w:sz w:val="17"/>
              </w:rPr>
              <w:t>morte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060DAEAB" w14:textId="77777777" w:rsidR="00610360" w:rsidRDefault="00000000">
            <w:pPr>
              <w:spacing w:after="0"/>
            </w:pPr>
            <w:r>
              <w:rPr>
                <w:sz w:val="17"/>
              </w:rPr>
              <w:t>death</w:t>
            </w:r>
          </w:p>
        </w:tc>
        <w:tc>
          <w:tcPr>
            <w:tcW w:w="2592" w:type="dxa"/>
            <w:tcBorders>
              <w:top w:val="single" w:sz="4" w:space="0" w:color="D8E6EC"/>
              <w:left w:val="single" w:sz="4" w:space="0" w:color="D8E6EC"/>
              <w:bottom w:val="single" w:sz="4" w:space="0" w:color="D8E6EC"/>
              <w:right w:val="single" w:sz="4" w:space="0" w:color="D8E6EC"/>
            </w:tcBorders>
            <w:vAlign w:val="center"/>
          </w:tcPr>
          <w:p w14:paraId="55F27FC8" w14:textId="77777777" w:rsidR="00610360" w:rsidRDefault="00000000">
            <w:pPr>
              <w:spacing w:after="0"/>
            </w:pPr>
            <w:r>
              <w:rPr>
                <w:sz w:val="17"/>
              </w:rPr>
              <w:t>noun</w:t>
            </w:r>
          </w:p>
        </w:tc>
      </w:tr>
    </w:tbl>
    <w:p w14:paraId="18F75B54" w14:textId="77777777" w:rsidR="00610360" w:rsidRDefault="00000000">
      <w:pPr>
        <w:pStyle w:val="Heading2"/>
        <w:spacing w:after="120"/>
      </w:pPr>
      <w:r>
        <w:rPr>
          <w:rFonts w:ascii="Aptos" w:hAnsi="Aptos"/>
        </w:rPr>
        <w:t>Time, numbers, and measures</w:t>
      </w:r>
    </w:p>
    <w:tbl>
      <w:tblPr>
        <w:tblW w:w="0" w:type="auto"/>
        <w:jc w:val="center"/>
        <w:tblLook w:val="04A0" w:firstRow="1" w:lastRow="0" w:firstColumn="1" w:lastColumn="0" w:noHBand="0" w:noVBand="1"/>
      </w:tblPr>
      <w:tblGrid>
        <w:gridCol w:w="2592"/>
        <w:gridCol w:w="2592"/>
        <w:gridCol w:w="2592"/>
        <w:gridCol w:w="2592"/>
      </w:tblGrid>
      <w:tr w:rsidR="00610360" w14:paraId="23C63108"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4776906"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404FE45"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E9B76E7"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D2D73F5" w14:textId="77777777" w:rsidR="00610360" w:rsidRDefault="00000000">
            <w:pPr>
              <w:spacing w:after="0"/>
            </w:pPr>
            <w:r>
              <w:rPr>
                <w:b/>
                <w:color w:val="FFFFFF"/>
                <w:sz w:val="17"/>
              </w:rPr>
              <w:t>Note</w:t>
            </w:r>
          </w:p>
        </w:tc>
      </w:tr>
      <w:tr w:rsidR="00610360" w14:paraId="326846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553CE2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B17BA1A" w14:textId="77777777" w:rsidR="00610360" w:rsidRDefault="00000000">
            <w:pPr>
              <w:spacing w:after="0"/>
            </w:pPr>
            <w:r>
              <w:rPr>
                <w:sz w:val="17"/>
              </w:rPr>
              <w:t>zero</w:t>
            </w:r>
          </w:p>
        </w:tc>
        <w:tc>
          <w:tcPr>
            <w:tcW w:w="2592" w:type="dxa"/>
            <w:tcBorders>
              <w:top w:val="single" w:sz="4" w:space="0" w:color="D8E6EC"/>
              <w:left w:val="single" w:sz="4" w:space="0" w:color="D8E6EC"/>
              <w:bottom w:val="single" w:sz="4" w:space="0" w:color="D8E6EC"/>
              <w:right w:val="single" w:sz="4" w:space="0" w:color="D8E6EC"/>
            </w:tcBorders>
            <w:vAlign w:val="center"/>
          </w:tcPr>
          <w:p w14:paraId="584B69C9" w14:textId="77777777" w:rsidR="00610360" w:rsidRDefault="00000000">
            <w:pPr>
              <w:spacing w:after="0"/>
            </w:pPr>
            <w:r>
              <w:rPr>
                <w:sz w:val="17"/>
              </w:rPr>
              <w:t>zero</w:t>
            </w:r>
          </w:p>
        </w:tc>
        <w:tc>
          <w:tcPr>
            <w:tcW w:w="2592" w:type="dxa"/>
            <w:tcBorders>
              <w:top w:val="single" w:sz="4" w:space="0" w:color="D8E6EC"/>
              <w:left w:val="single" w:sz="4" w:space="0" w:color="D8E6EC"/>
              <w:bottom w:val="single" w:sz="4" w:space="0" w:color="D8E6EC"/>
              <w:right w:val="single" w:sz="4" w:space="0" w:color="D8E6EC"/>
            </w:tcBorders>
            <w:vAlign w:val="center"/>
          </w:tcPr>
          <w:p w14:paraId="6026250D" w14:textId="77777777" w:rsidR="00610360" w:rsidRDefault="00000000">
            <w:pPr>
              <w:spacing w:after="0"/>
            </w:pPr>
            <w:r>
              <w:rPr>
                <w:sz w:val="17"/>
              </w:rPr>
              <w:t>number</w:t>
            </w:r>
          </w:p>
        </w:tc>
      </w:tr>
      <w:tr w:rsidR="00610360" w14:paraId="02E2C19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59201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731C45D" w14:textId="77777777" w:rsidR="00610360" w:rsidRDefault="00000000">
            <w:pPr>
              <w:spacing w:after="0"/>
            </w:pPr>
            <w:r>
              <w:rPr>
                <w:sz w:val="17"/>
              </w:rPr>
              <w:t>du</w:t>
            </w:r>
          </w:p>
        </w:tc>
        <w:tc>
          <w:tcPr>
            <w:tcW w:w="2592" w:type="dxa"/>
            <w:tcBorders>
              <w:top w:val="single" w:sz="4" w:space="0" w:color="D8E6EC"/>
              <w:left w:val="single" w:sz="4" w:space="0" w:color="D8E6EC"/>
              <w:bottom w:val="single" w:sz="4" w:space="0" w:color="D8E6EC"/>
              <w:right w:val="single" w:sz="4" w:space="0" w:color="D8E6EC"/>
            </w:tcBorders>
            <w:vAlign w:val="center"/>
          </w:tcPr>
          <w:p w14:paraId="3B46F6BB" w14:textId="77777777" w:rsidR="00610360" w:rsidRDefault="00000000">
            <w:pPr>
              <w:spacing w:after="0"/>
            </w:pPr>
            <w:r>
              <w:rPr>
                <w:sz w:val="17"/>
              </w:rPr>
              <w:t>two</w:t>
            </w:r>
          </w:p>
        </w:tc>
        <w:tc>
          <w:tcPr>
            <w:tcW w:w="2592" w:type="dxa"/>
            <w:tcBorders>
              <w:top w:val="single" w:sz="4" w:space="0" w:color="D8E6EC"/>
              <w:left w:val="single" w:sz="4" w:space="0" w:color="D8E6EC"/>
              <w:bottom w:val="single" w:sz="4" w:space="0" w:color="D8E6EC"/>
              <w:right w:val="single" w:sz="4" w:space="0" w:color="D8E6EC"/>
            </w:tcBorders>
            <w:vAlign w:val="center"/>
          </w:tcPr>
          <w:p w14:paraId="2C7440B2" w14:textId="77777777" w:rsidR="00610360" w:rsidRDefault="00000000">
            <w:pPr>
              <w:spacing w:after="0"/>
            </w:pPr>
            <w:r>
              <w:rPr>
                <w:sz w:val="17"/>
              </w:rPr>
              <w:t>number</w:t>
            </w:r>
          </w:p>
        </w:tc>
      </w:tr>
      <w:tr w:rsidR="00610360" w14:paraId="53D6330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0285D1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7875861" w14:textId="77777777" w:rsidR="00610360" w:rsidRDefault="00000000">
            <w:pPr>
              <w:spacing w:after="0"/>
            </w:pPr>
            <w:r>
              <w:rPr>
                <w:sz w:val="17"/>
              </w:rPr>
              <w:t>tre</w:t>
            </w:r>
          </w:p>
        </w:tc>
        <w:tc>
          <w:tcPr>
            <w:tcW w:w="2592" w:type="dxa"/>
            <w:tcBorders>
              <w:top w:val="single" w:sz="4" w:space="0" w:color="D8E6EC"/>
              <w:left w:val="single" w:sz="4" w:space="0" w:color="D8E6EC"/>
              <w:bottom w:val="single" w:sz="4" w:space="0" w:color="D8E6EC"/>
              <w:right w:val="single" w:sz="4" w:space="0" w:color="D8E6EC"/>
            </w:tcBorders>
            <w:vAlign w:val="center"/>
          </w:tcPr>
          <w:p w14:paraId="5E564DBD" w14:textId="77777777" w:rsidR="00610360" w:rsidRDefault="00000000">
            <w:pPr>
              <w:spacing w:after="0"/>
            </w:pPr>
            <w:r>
              <w:rPr>
                <w:sz w:val="17"/>
              </w:rPr>
              <w:t>three</w:t>
            </w:r>
          </w:p>
        </w:tc>
        <w:tc>
          <w:tcPr>
            <w:tcW w:w="2592" w:type="dxa"/>
            <w:tcBorders>
              <w:top w:val="single" w:sz="4" w:space="0" w:color="D8E6EC"/>
              <w:left w:val="single" w:sz="4" w:space="0" w:color="D8E6EC"/>
              <w:bottom w:val="single" w:sz="4" w:space="0" w:color="D8E6EC"/>
              <w:right w:val="single" w:sz="4" w:space="0" w:color="D8E6EC"/>
            </w:tcBorders>
            <w:vAlign w:val="center"/>
          </w:tcPr>
          <w:p w14:paraId="2FF136F5" w14:textId="77777777" w:rsidR="00610360" w:rsidRDefault="00000000">
            <w:pPr>
              <w:spacing w:after="0"/>
            </w:pPr>
            <w:r>
              <w:rPr>
                <w:sz w:val="17"/>
              </w:rPr>
              <w:t>number</w:t>
            </w:r>
          </w:p>
        </w:tc>
      </w:tr>
      <w:tr w:rsidR="00610360" w14:paraId="4A3A95B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B70DEE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423F659" w14:textId="77777777" w:rsidR="00610360" w:rsidRDefault="00000000">
            <w:pPr>
              <w:spacing w:after="0"/>
            </w:pPr>
            <w:r>
              <w:rPr>
                <w:sz w:val="17"/>
              </w:rPr>
              <w:t>quatro</w:t>
            </w:r>
          </w:p>
        </w:tc>
        <w:tc>
          <w:tcPr>
            <w:tcW w:w="2592" w:type="dxa"/>
            <w:tcBorders>
              <w:top w:val="single" w:sz="4" w:space="0" w:color="D8E6EC"/>
              <w:left w:val="single" w:sz="4" w:space="0" w:color="D8E6EC"/>
              <w:bottom w:val="single" w:sz="4" w:space="0" w:color="D8E6EC"/>
              <w:right w:val="single" w:sz="4" w:space="0" w:color="D8E6EC"/>
            </w:tcBorders>
            <w:vAlign w:val="center"/>
          </w:tcPr>
          <w:p w14:paraId="42AE712D" w14:textId="77777777" w:rsidR="00610360" w:rsidRDefault="00000000">
            <w:pPr>
              <w:spacing w:after="0"/>
            </w:pPr>
            <w:r>
              <w:rPr>
                <w:sz w:val="17"/>
              </w:rPr>
              <w:t>four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393891B5" w14:textId="77777777" w:rsidR="00610360" w:rsidRDefault="00000000">
            <w:pPr>
              <w:spacing w:after="0"/>
            </w:pPr>
            <w:r>
              <w:rPr>
                <w:sz w:val="17"/>
              </w:rPr>
              <w:t>number</w:t>
            </w:r>
          </w:p>
        </w:tc>
      </w:tr>
      <w:tr w:rsidR="00610360" w14:paraId="596F01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48F23F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26480D2" w14:textId="77777777" w:rsidR="00610360" w:rsidRDefault="00000000">
            <w:pPr>
              <w:spacing w:after="0"/>
            </w:pPr>
            <w:r>
              <w:rPr>
                <w:sz w:val="17"/>
              </w:rPr>
              <w:t>cinque</w:t>
            </w:r>
          </w:p>
        </w:tc>
        <w:tc>
          <w:tcPr>
            <w:tcW w:w="2592" w:type="dxa"/>
            <w:tcBorders>
              <w:top w:val="single" w:sz="4" w:space="0" w:color="D8E6EC"/>
              <w:left w:val="single" w:sz="4" w:space="0" w:color="D8E6EC"/>
              <w:bottom w:val="single" w:sz="4" w:space="0" w:color="D8E6EC"/>
              <w:right w:val="single" w:sz="4" w:space="0" w:color="D8E6EC"/>
            </w:tcBorders>
            <w:vAlign w:val="center"/>
          </w:tcPr>
          <w:p w14:paraId="24AEBEF3" w14:textId="77777777" w:rsidR="00610360" w:rsidRDefault="00000000">
            <w:pPr>
              <w:spacing w:after="0"/>
            </w:pPr>
            <w:r>
              <w:rPr>
                <w:sz w:val="17"/>
              </w:rPr>
              <w:t>five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5EE02EC4" w14:textId="77777777" w:rsidR="00610360" w:rsidRDefault="00000000">
            <w:pPr>
              <w:spacing w:after="0"/>
            </w:pPr>
            <w:r>
              <w:rPr>
                <w:sz w:val="17"/>
              </w:rPr>
              <w:t>number</w:t>
            </w:r>
          </w:p>
        </w:tc>
      </w:tr>
      <w:tr w:rsidR="00610360" w14:paraId="18F2ACC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2A3EA5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561C42D" w14:textId="77777777" w:rsidR="00610360" w:rsidRDefault="00000000">
            <w:pPr>
              <w:spacing w:after="0"/>
            </w:pPr>
            <w:r>
              <w:rPr>
                <w:sz w:val="17"/>
              </w:rPr>
              <w:t>sex</w:t>
            </w:r>
          </w:p>
        </w:tc>
        <w:tc>
          <w:tcPr>
            <w:tcW w:w="2592" w:type="dxa"/>
            <w:tcBorders>
              <w:top w:val="single" w:sz="4" w:space="0" w:color="D8E6EC"/>
              <w:left w:val="single" w:sz="4" w:space="0" w:color="D8E6EC"/>
              <w:bottom w:val="single" w:sz="4" w:space="0" w:color="D8E6EC"/>
              <w:right w:val="single" w:sz="4" w:space="0" w:color="D8E6EC"/>
            </w:tcBorders>
            <w:vAlign w:val="center"/>
          </w:tcPr>
          <w:p w14:paraId="02AFD183" w14:textId="77777777" w:rsidR="00610360" w:rsidRDefault="00000000">
            <w:pPr>
              <w:spacing w:after="0"/>
            </w:pPr>
            <w:r>
              <w:rPr>
                <w:sz w:val="17"/>
              </w:rPr>
              <w:t>six</w:t>
            </w:r>
          </w:p>
        </w:tc>
        <w:tc>
          <w:tcPr>
            <w:tcW w:w="2592" w:type="dxa"/>
            <w:tcBorders>
              <w:top w:val="single" w:sz="4" w:space="0" w:color="D8E6EC"/>
              <w:left w:val="single" w:sz="4" w:space="0" w:color="D8E6EC"/>
              <w:bottom w:val="single" w:sz="4" w:space="0" w:color="D8E6EC"/>
              <w:right w:val="single" w:sz="4" w:space="0" w:color="D8E6EC"/>
            </w:tcBorders>
            <w:vAlign w:val="center"/>
          </w:tcPr>
          <w:p w14:paraId="2E0535EE" w14:textId="77777777" w:rsidR="00610360" w:rsidRDefault="00000000">
            <w:pPr>
              <w:spacing w:after="0"/>
            </w:pPr>
            <w:r>
              <w:rPr>
                <w:sz w:val="17"/>
              </w:rPr>
              <w:t>number</w:t>
            </w:r>
          </w:p>
        </w:tc>
      </w:tr>
      <w:tr w:rsidR="00610360" w14:paraId="5E99F92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0DC0DF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50F8563" w14:textId="77777777" w:rsidR="00610360" w:rsidRDefault="00000000">
            <w:pPr>
              <w:spacing w:after="0"/>
            </w:pPr>
            <w:r>
              <w:rPr>
                <w:sz w:val="17"/>
              </w:rPr>
              <w:t>sete</w:t>
            </w:r>
          </w:p>
        </w:tc>
        <w:tc>
          <w:tcPr>
            <w:tcW w:w="2592" w:type="dxa"/>
            <w:tcBorders>
              <w:top w:val="single" w:sz="4" w:space="0" w:color="D8E6EC"/>
              <w:left w:val="single" w:sz="4" w:space="0" w:color="D8E6EC"/>
              <w:bottom w:val="single" w:sz="4" w:space="0" w:color="D8E6EC"/>
              <w:right w:val="single" w:sz="4" w:space="0" w:color="D8E6EC"/>
            </w:tcBorders>
            <w:vAlign w:val="center"/>
          </w:tcPr>
          <w:p w14:paraId="3F7CC83C" w14:textId="77777777" w:rsidR="00610360" w:rsidRDefault="00000000">
            <w:pPr>
              <w:spacing w:after="0"/>
            </w:pPr>
            <w:r>
              <w:rPr>
                <w:sz w:val="17"/>
              </w:rPr>
              <w:t>seven</w:t>
            </w:r>
          </w:p>
        </w:tc>
        <w:tc>
          <w:tcPr>
            <w:tcW w:w="2592" w:type="dxa"/>
            <w:tcBorders>
              <w:top w:val="single" w:sz="4" w:space="0" w:color="D8E6EC"/>
              <w:left w:val="single" w:sz="4" w:space="0" w:color="D8E6EC"/>
              <w:bottom w:val="single" w:sz="4" w:space="0" w:color="D8E6EC"/>
              <w:right w:val="single" w:sz="4" w:space="0" w:color="D8E6EC"/>
            </w:tcBorders>
            <w:vAlign w:val="center"/>
          </w:tcPr>
          <w:p w14:paraId="311A7226" w14:textId="77777777" w:rsidR="00610360" w:rsidRDefault="00000000">
            <w:pPr>
              <w:spacing w:after="0"/>
            </w:pPr>
            <w:r>
              <w:rPr>
                <w:sz w:val="17"/>
              </w:rPr>
              <w:t>number</w:t>
            </w:r>
          </w:p>
        </w:tc>
      </w:tr>
      <w:tr w:rsidR="00610360" w14:paraId="2835D3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F8A68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519AD4A" w14:textId="77777777" w:rsidR="00610360" w:rsidRDefault="00000000">
            <w:pPr>
              <w:spacing w:after="0"/>
            </w:pPr>
            <w:r>
              <w:rPr>
                <w:sz w:val="17"/>
              </w:rPr>
              <w:t>okto</w:t>
            </w:r>
          </w:p>
        </w:tc>
        <w:tc>
          <w:tcPr>
            <w:tcW w:w="2592" w:type="dxa"/>
            <w:tcBorders>
              <w:top w:val="single" w:sz="4" w:space="0" w:color="D8E6EC"/>
              <w:left w:val="single" w:sz="4" w:space="0" w:color="D8E6EC"/>
              <w:bottom w:val="single" w:sz="4" w:space="0" w:color="D8E6EC"/>
              <w:right w:val="single" w:sz="4" w:space="0" w:color="D8E6EC"/>
            </w:tcBorders>
            <w:vAlign w:val="center"/>
          </w:tcPr>
          <w:p w14:paraId="4519A95A" w14:textId="77777777" w:rsidR="00610360" w:rsidRDefault="00000000">
            <w:pPr>
              <w:spacing w:after="0"/>
            </w:pPr>
            <w:r>
              <w:rPr>
                <w:sz w:val="17"/>
              </w:rPr>
              <w:t>eight</w:t>
            </w:r>
          </w:p>
        </w:tc>
        <w:tc>
          <w:tcPr>
            <w:tcW w:w="2592" w:type="dxa"/>
            <w:tcBorders>
              <w:top w:val="single" w:sz="4" w:space="0" w:color="D8E6EC"/>
              <w:left w:val="single" w:sz="4" w:space="0" w:color="D8E6EC"/>
              <w:bottom w:val="single" w:sz="4" w:space="0" w:color="D8E6EC"/>
              <w:right w:val="single" w:sz="4" w:space="0" w:color="D8E6EC"/>
            </w:tcBorders>
            <w:vAlign w:val="center"/>
          </w:tcPr>
          <w:p w14:paraId="0482C7C0" w14:textId="77777777" w:rsidR="00610360" w:rsidRDefault="00000000">
            <w:pPr>
              <w:spacing w:after="0"/>
            </w:pPr>
            <w:r>
              <w:rPr>
                <w:sz w:val="17"/>
              </w:rPr>
              <w:t>number</w:t>
            </w:r>
          </w:p>
        </w:tc>
      </w:tr>
      <w:tr w:rsidR="00610360" w14:paraId="4D5A01C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3FA5C9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6BFFE54" w14:textId="77777777" w:rsidR="00610360" w:rsidRDefault="00000000">
            <w:pPr>
              <w:spacing w:after="0"/>
            </w:pPr>
            <w:r>
              <w:rPr>
                <w:sz w:val="17"/>
              </w:rPr>
              <w:t>nove</w:t>
            </w:r>
          </w:p>
        </w:tc>
        <w:tc>
          <w:tcPr>
            <w:tcW w:w="2592" w:type="dxa"/>
            <w:tcBorders>
              <w:top w:val="single" w:sz="4" w:space="0" w:color="D8E6EC"/>
              <w:left w:val="single" w:sz="4" w:space="0" w:color="D8E6EC"/>
              <w:bottom w:val="single" w:sz="4" w:space="0" w:color="D8E6EC"/>
              <w:right w:val="single" w:sz="4" w:space="0" w:color="D8E6EC"/>
            </w:tcBorders>
            <w:vAlign w:val="center"/>
          </w:tcPr>
          <w:p w14:paraId="2E8CA9B1" w14:textId="77777777" w:rsidR="00610360" w:rsidRDefault="00000000">
            <w:pPr>
              <w:spacing w:after="0"/>
            </w:pPr>
            <w:r>
              <w:rPr>
                <w:sz w:val="17"/>
              </w:rPr>
              <w:t>nine</w:t>
            </w:r>
          </w:p>
        </w:tc>
        <w:tc>
          <w:tcPr>
            <w:tcW w:w="2592" w:type="dxa"/>
            <w:tcBorders>
              <w:top w:val="single" w:sz="4" w:space="0" w:color="D8E6EC"/>
              <w:left w:val="single" w:sz="4" w:space="0" w:color="D8E6EC"/>
              <w:bottom w:val="single" w:sz="4" w:space="0" w:color="D8E6EC"/>
              <w:right w:val="single" w:sz="4" w:space="0" w:color="D8E6EC"/>
            </w:tcBorders>
            <w:vAlign w:val="center"/>
          </w:tcPr>
          <w:p w14:paraId="6556C896" w14:textId="77777777" w:rsidR="00610360" w:rsidRDefault="00000000">
            <w:pPr>
              <w:spacing w:after="0"/>
            </w:pPr>
            <w:r>
              <w:rPr>
                <w:sz w:val="17"/>
              </w:rPr>
              <w:t>number</w:t>
            </w:r>
          </w:p>
        </w:tc>
      </w:tr>
      <w:tr w:rsidR="00610360" w14:paraId="4AE80FD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103F11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F459EA1" w14:textId="77777777" w:rsidR="00610360" w:rsidRDefault="00000000">
            <w:pPr>
              <w:spacing w:after="0"/>
            </w:pPr>
            <w:r>
              <w:rPr>
                <w:sz w:val="17"/>
              </w:rPr>
              <w:t>dek</w:t>
            </w:r>
          </w:p>
        </w:tc>
        <w:tc>
          <w:tcPr>
            <w:tcW w:w="2592" w:type="dxa"/>
            <w:tcBorders>
              <w:top w:val="single" w:sz="4" w:space="0" w:color="D8E6EC"/>
              <w:left w:val="single" w:sz="4" w:space="0" w:color="D8E6EC"/>
              <w:bottom w:val="single" w:sz="4" w:space="0" w:color="D8E6EC"/>
              <w:right w:val="single" w:sz="4" w:space="0" w:color="D8E6EC"/>
            </w:tcBorders>
            <w:vAlign w:val="center"/>
          </w:tcPr>
          <w:p w14:paraId="0CE37011" w14:textId="77777777" w:rsidR="00610360" w:rsidRDefault="00000000">
            <w:pPr>
              <w:spacing w:after="0"/>
            </w:pPr>
            <w:r>
              <w:rPr>
                <w:sz w:val="17"/>
              </w:rPr>
              <w:t>ten</w:t>
            </w:r>
          </w:p>
        </w:tc>
        <w:tc>
          <w:tcPr>
            <w:tcW w:w="2592" w:type="dxa"/>
            <w:tcBorders>
              <w:top w:val="single" w:sz="4" w:space="0" w:color="D8E6EC"/>
              <w:left w:val="single" w:sz="4" w:space="0" w:color="D8E6EC"/>
              <w:bottom w:val="single" w:sz="4" w:space="0" w:color="D8E6EC"/>
              <w:right w:val="single" w:sz="4" w:space="0" w:color="D8E6EC"/>
            </w:tcBorders>
            <w:vAlign w:val="center"/>
          </w:tcPr>
          <w:p w14:paraId="0C4EED08" w14:textId="77777777" w:rsidR="00610360" w:rsidRDefault="00000000">
            <w:pPr>
              <w:spacing w:after="0"/>
            </w:pPr>
            <w:r>
              <w:rPr>
                <w:sz w:val="17"/>
              </w:rPr>
              <w:t>number</w:t>
            </w:r>
          </w:p>
        </w:tc>
      </w:tr>
      <w:tr w:rsidR="00610360" w14:paraId="442CDA3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3B587D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6286AC4" w14:textId="77777777" w:rsidR="00610360" w:rsidRDefault="00000000">
            <w:pPr>
              <w:spacing w:after="0"/>
            </w:pPr>
            <w:r>
              <w:rPr>
                <w:sz w:val="17"/>
              </w:rPr>
              <w:t>cent</w:t>
            </w:r>
          </w:p>
        </w:tc>
        <w:tc>
          <w:tcPr>
            <w:tcW w:w="2592" w:type="dxa"/>
            <w:tcBorders>
              <w:top w:val="single" w:sz="4" w:space="0" w:color="D8E6EC"/>
              <w:left w:val="single" w:sz="4" w:space="0" w:color="D8E6EC"/>
              <w:bottom w:val="single" w:sz="4" w:space="0" w:color="D8E6EC"/>
              <w:right w:val="single" w:sz="4" w:space="0" w:color="D8E6EC"/>
            </w:tcBorders>
            <w:vAlign w:val="center"/>
          </w:tcPr>
          <w:p>
            <w:r>
              <w:t>hundred</w:t>
            </w:r>
          </w:p>
        </w:tc>
        <w:tc>
          <w:tcPr>
            <w:tcW w:w="2592" w:type="dxa"/>
            <w:tcBorders>
              <w:top w:val="single" w:sz="4" w:space="0" w:color="D8E6EC"/>
              <w:left w:val="single" w:sz="4" w:space="0" w:color="D8E6EC"/>
              <w:bottom w:val="single" w:sz="4" w:space="0" w:color="D8E6EC"/>
              <w:right w:val="single" w:sz="4" w:space="0" w:color="D8E6EC"/>
            </w:tcBorders>
            <w:vAlign w:val="center"/>
          </w:tcPr>
          <w:p w14:paraId="1EF550E3" w14:textId="77777777" w:rsidR="00610360" w:rsidRDefault="00000000">
            <w:pPr>
              <w:spacing w:after="0"/>
            </w:pPr>
            <w:r>
              <w:rPr>
                <w:sz w:val="17"/>
              </w:rPr>
              <w:t>number</w:t>
            </w:r>
          </w:p>
        </w:tc>
      </w:tr>
      <w:tr w:rsidR="00610360" w14:paraId="75EBD04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7BC9AA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986636B" w14:textId="77777777" w:rsidR="00610360" w:rsidRDefault="00000000">
            <w:pPr>
              <w:spacing w:after="0"/>
            </w:pPr>
            <w:r>
              <w:rPr>
                <w:sz w:val="17"/>
              </w:rPr>
              <w:t>mil</w:t>
            </w:r>
          </w:p>
        </w:tc>
        <w:tc>
          <w:tcPr>
            <w:tcW w:w="2592" w:type="dxa"/>
            <w:tcBorders>
              <w:top w:val="single" w:sz="4" w:space="0" w:color="D8E6EC"/>
              <w:left w:val="single" w:sz="4" w:space="0" w:color="D8E6EC"/>
              <w:bottom w:val="single" w:sz="4" w:space="0" w:color="D8E6EC"/>
              <w:right w:val="single" w:sz="4" w:space="0" w:color="D8E6EC"/>
            </w:tcBorders>
            <w:vAlign w:val="center"/>
          </w:tcPr>
          <w:p w14:paraId="63A0DCC8" w14:textId="77777777" w:rsidR="00610360" w:rsidRDefault="00000000">
            <w:pPr>
              <w:spacing w:after="0"/>
            </w:pPr>
            <w:r>
              <w:rPr>
                <w:sz w:val="17"/>
              </w:rPr>
              <w:t>thousand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2D42C77D" w14:textId="77777777" w:rsidR="00610360" w:rsidRDefault="00000000">
            <w:pPr>
              <w:spacing w:after="0"/>
            </w:pPr>
            <w:r>
              <w:rPr>
                <w:sz w:val="17"/>
              </w:rPr>
              <w:t>number</w:t>
            </w:r>
          </w:p>
        </w:tc>
      </w:tr>
      <w:tr w:rsidR="00610360" w14:paraId="21669F4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2A2847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FC0C47C" w14:textId="77777777" w:rsidR="00610360" w:rsidRDefault="00000000">
            <w:pPr>
              <w:spacing w:after="0"/>
            </w:pPr>
            <w:r>
              <w:rPr>
                <w:sz w:val="17"/>
              </w:rPr>
              <w:t>milion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013EC19C" w14:textId="77777777" w:rsidR="00610360" w:rsidRDefault="00000000">
            <w:pPr>
              <w:spacing w:after="0"/>
            </w:pPr>
            <w:r>
              <w:rPr>
                <w:sz w:val="17"/>
              </w:rPr>
              <w:t>million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5F963B1D" w14:textId="77777777" w:rsidR="00610360" w:rsidRDefault="00000000">
            <w:pPr>
              <w:spacing w:after="0"/>
            </w:pPr>
            <w:r>
              <w:rPr>
                <w:sz w:val="17"/>
              </w:rPr>
              <w:t>number</w:t>
            </w:r>
          </w:p>
        </w:tc>
      </w:tr>
      <w:tr w:rsidR="00610360" w14:paraId="1EA014B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8F940A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D315887" w14:textId="77777777" w:rsidR="00610360" w:rsidRDefault="00000000">
            <w:pPr>
              <w:spacing w:after="0"/>
            </w:pPr>
            <w:r>
              <w:rPr>
                <w:sz w:val="17"/>
              </w:rPr>
              <w:t>numero</w:t>
            </w:r>
          </w:p>
        </w:tc>
        <w:tc>
          <w:tcPr>
            <w:tcW w:w="2592" w:type="dxa"/>
            <w:tcBorders>
              <w:top w:val="single" w:sz="4" w:space="0" w:color="D8E6EC"/>
              <w:left w:val="single" w:sz="4" w:space="0" w:color="D8E6EC"/>
              <w:bottom w:val="single" w:sz="4" w:space="0" w:color="D8E6EC"/>
              <w:right w:val="single" w:sz="4" w:space="0" w:color="D8E6EC"/>
            </w:tcBorders>
            <w:vAlign w:val="center"/>
          </w:tcPr>
          <w:p w14:paraId="391DE638" w14:textId="77777777" w:rsidR="00610360" w:rsidRDefault="00000000">
            <w:pPr>
              <w:spacing w:after="0"/>
            </w:pPr>
            <w:r>
              <w:rPr>
                <w:sz w:val="17"/>
              </w:rPr>
              <w:t>number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B15CE81" w14:textId="77777777" w:rsidR="00610360" w:rsidRDefault="00000000">
            <w:pPr>
              <w:spacing w:after="0"/>
            </w:pPr>
            <w:r>
              <w:rPr>
                <w:sz w:val="17"/>
              </w:rPr>
              <w:t>noun</w:t>
            </w:r>
          </w:p>
        </w:tc>
      </w:tr>
      <w:tr w:rsidR="00610360" w14:paraId="150ED78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E48636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A19A6CE" w14:textId="77777777" w:rsidR="00610360" w:rsidRDefault="00000000">
            <w:pPr>
              <w:spacing w:after="0"/>
            </w:pPr>
            <w:r>
              <w:rPr>
                <w:sz w:val="17"/>
              </w:rPr>
              <w:t>prima</w:t>
            </w:r>
          </w:p>
        </w:tc>
        <w:tc>
          <w:tcPr>
            <w:tcW w:w="2592" w:type="dxa"/>
            <w:tcBorders>
              <w:top w:val="single" w:sz="4" w:space="0" w:color="D8E6EC"/>
              <w:left w:val="single" w:sz="4" w:space="0" w:color="D8E6EC"/>
              <w:bottom w:val="single" w:sz="4" w:space="0" w:color="D8E6EC"/>
              <w:right w:val="single" w:sz="4" w:space="0" w:color="D8E6EC"/>
            </w:tcBorders>
            <w:vAlign w:val="center"/>
          </w:tcPr>
          <w:p w14:paraId="0520FE96" w14:textId="77777777" w:rsidR="00610360" w:rsidRDefault="00000000">
            <w:pPr>
              <w:spacing w:after="0"/>
            </w:pPr>
            <w:r>
              <w:rPr>
                <w:sz w:val="17"/>
              </w:rPr>
              <w:t>first</w:t>
            </w:r>
          </w:p>
        </w:tc>
        <w:tc>
          <w:tcPr>
            <w:tcW w:w="2592" w:type="dxa"/>
            <w:tcBorders>
              <w:top w:val="single" w:sz="4" w:space="0" w:color="D8E6EC"/>
              <w:left w:val="single" w:sz="4" w:space="0" w:color="D8E6EC"/>
              <w:bottom w:val="single" w:sz="4" w:space="0" w:color="D8E6EC"/>
              <w:right w:val="single" w:sz="4" w:space="0" w:color="D8E6EC"/>
            </w:tcBorders>
            <w:vAlign w:val="center"/>
          </w:tcPr>
          <w:p w14:paraId="5DD37A7C" w14:textId="77777777" w:rsidR="00610360" w:rsidRDefault="00000000">
            <w:pPr>
              <w:spacing w:after="0"/>
            </w:pPr>
            <w:r>
              <w:rPr>
                <w:sz w:val="17"/>
              </w:rPr>
              <w:t>ordinal</w:t>
            </w:r>
          </w:p>
        </w:tc>
      </w:tr>
      <w:tr w:rsidR="00610360" w14:paraId="45DE92C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56EAF1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23F8116" w14:textId="77777777" w:rsidR="00610360" w:rsidRDefault="00000000">
            <w:pPr>
              <w:spacing w:after="0"/>
            </w:pPr>
            <w:r>
              <w:rPr>
                <w:sz w:val="17"/>
              </w:rPr>
              <w:t>sekunda</w:t>
            </w:r>
          </w:p>
        </w:tc>
        <w:tc>
          <w:tcPr>
            <w:tcW w:w="2592" w:type="dxa"/>
            <w:tcBorders>
              <w:top w:val="single" w:sz="4" w:space="0" w:color="D8E6EC"/>
              <w:left w:val="single" w:sz="4" w:space="0" w:color="D8E6EC"/>
              <w:bottom w:val="single" w:sz="4" w:space="0" w:color="D8E6EC"/>
              <w:right w:val="single" w:sz="4" w:space="0" w:color="D8E6EC"/>
            </w:tcBorders>
            <w:vAlign w:val="center"/>
          </w:tcPr>
          <w:p w14:paraId="4947F558" w14:textId="77777777" w:rsidR="00610360" w:rsidRDefault="00000000">
            <w:pPr>
              <w:spacing w:after="0"/>
            </w:pPr>
            <w:r>
              <w:rPr>
                <w:sz w:val="17"/>
              </w:rPr>
              <w:t>second</w:t>
            </w:r>
          </w:p>
        </w:tc>
        <w:tc>
          <w:tcPr>
            <w:tcW w:w="2592" w:type="dxa"/>
            <w:tcBorders>
              <w:top w:val="single" w:sz="4" w:space="0" w:color="D8E6EC"/>
              <w:left w:val="single" w:sz="4" w:space="0" w:color="D8E6EC"/>
              <w:bottom w:val="single" w:sz="4" w:space="0" w:color="D8E6EC"/>
              <w:right w:val="single" w:sz="4" w:space="0" w:color="D8E6EC"/>
            </w:tcBorders>
            <w:vAlign w:val="center"/>
          </w:tcPr>
          <w:p w14:paraId="689C0E54" w14:textId="77777777" w:rsidR="00610360" w:rsidRDefault="00000000">
            <w:pPr>
              <w:spacing w:after="0"/>
            </w:pPr>
            <w:r>
              <w:rPr>
                <w:sz w:val="17"/>
              </w:rPr>
              <w:t>ordinal/time</w:t>
            </w:r>
          </w:p>
        </w:tc>
      </w:tr>
      <w:tr w:rsidR="00610360" w14:paraId="5632993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B24D4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14AE32D" w14:textId="77777777" w:rsidR="00610360" w:rsidRDefault="00000000">
            <w:pPr>
              <w:spacing w:after="0"/>
            </w:pPr>
            <w:r>
              <w:rPr>
                <w:sz w:val="17"/>
              </w:rPr>
              <w:t>terza</w:t>
            </w:r>
          </w:p>
        </w:tc>
        <w:tc>
          <w:tcPr>
            <w:tcW w:w="2592" w:type="dxa"/>
            <w:tcBorders>
              <w:top w:val="single" w:sz="4" w:space="0" w:color="D8E6EC"/>
              <w:left w:val="single" w:sz="4" w:space="0" w:color="D8E6EC"/>
              <w:bottom w:val="single" w:sz="4" w:space="0" w:color="D8E6EC"/>
              <w:right w:val="single" w:sz="4" w:space="0" w:color="D8E6EC"/>
            </w:tcBorders>
            <w:vAlign w:val="center"/>
          </w:tcPr>
          <w:p w14:paraId="30F9F50A" w14:textId="77777777" w:rsidR="00610360" w:rsidRDefault="00000000">
            <w:pPr>
              <w:spacing w:after="0"/>
            </w:pPr>
            <w:r>
              <w:rPr>
                <w:sz w:val="17"/>
              </w:rPr>
              <w:t>third</w:t>
            </w:r>
          </w:p>
        </w:tc>
        <w:tc>
          <w:tcPr>
            <w:tcW w:w="2592" w:type="dxa"/>
            <w:tcBorders>
              <w:top w:val="single" w:sz="4" w:space="0" w:color="D8E6EC"/>
              <w:left w:val="single" w:sz="4" w:space="0" w:color="D8E6EC"/>
              <w:bottom w:val="single" w:sz="4" w:space="0" w:color="D8E6EC"/>
              <w:right w:val="single" w:sz="4" w:space="0" w:color="D8E6EC"/>
            </w:tcBorders>
            <w:vAlign w:val="center"/>
          </w:tcPr>
          <w:p w14:paraId="003A4340" w14:textId="77777777" w:rsidR="00610360" w:rsidRDefault="00000000">
            <w:pPr>
              <w:spacing w:after="0"/>
            </w:pPr>
            <w:r>
              <w:rPr>
                <w:sz w:val="17"/>
              </w:rPr>
              <w:t>ordinal</w:t>
            </w:r>
          </w:p>
        </w:tc>
      </w:tr>
      <w:tr w:rsidR="00610360" w14:paraId="0BF205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E2CECE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C89F5AC" w14:textId="77777777" w:rsidR="00610360" w:rsidRDefault="00000000">
            <w:pPr>
              <w:spacing w:after="0"/>
            </w:pPr>
            <w:r>
              <w:rPr>
                <w:sz w:val="17"/>
              </w:rPr>
              <w:t>ultim</w:t>
            </w:r>
          </w:p>
        </w:tc>
        <w:tc>
          <w:tcPr>
            <w:tcW w:w="2592" w:type="dxa"/>
            <w:tcBorders>
              <w:top w:val="single" w:sz="4" w:space="0" w:color="D8E6EC"/>
              <w:left w:val="single" w:sz="4" w:space="0" w:color="D8E6EC"/>
              <w:bottom w:val="single" w:sz="4" w:space="0" w:color="D8E6EC"/>
              <w:right w:val="single" w:sz="4" w:space="0" w:color="D8E6EC"/>
            </w:tcBorders>
            <w:vAlign w:val="center"/>
          </w:tcPr>
          <w:p w14:paraId="63A29C87" w14:textId="77777777" w:rsidR="00610360" w:rsidRDefault="00000000">
            <w:pPr>
              <w:spacing w:after="0"/>
            </w:pPr>
            <w:r>
              <w:rPr>
                <w:sz w:val="17"/>
              </w:rPr>
              <w:t>last / final</w:t>
            </w:r>
          </w:p>
        </w:tc>
        <w:tc>
          <w:tcPr>
            <w:tcW w:w="2592" w:type="dxa"/>
            <w:tcBorders>
              <w:top w:val="single" w:sz="4" w:space="0" w:color="D8E6EC"/>
              <w:left w:val="single" w:sz="4" w:space="0" w:color="D8E6EC"/>
              <w:bottom w:val="single" w:sz="4" w:space="0" w:color="D8E6EC"/>
              <w:right w:val="single" w:sz="4" w:space="0" w:color="D8E6EC"/>
            </w:tcBorders>
            <w:vAlign w:val="center"/>
          </w:tcPr>
          <w:p w14:paraId="705BC719" w14:textId="77777777" w:rsidR="00610360" w:rsidRDefault="00000000">
            <w:pPr>
              <w:spacing w:after="0"/>
            </w:pPr>
            <w:r>
              <w:rPr>
                <w:sz w:val="17"/>
              </w:rPr>
              <w:t>adjective</w:t>
            </w:r>
          </w:p>
        </w:tc>
      </w:tr>
      <w:tr w:rsidR="00610360" w14:paraId="6D45A28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B82D5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AAF70B7" w14:textId="77777777" w:rsidR="00610360" w:rsidRDefault="00000000">
            <w:pPr>
              <w:spacing w:after="0"/>
            </w:pPr>
            <w:r>
              <w:rPr>
                <w:sz w:val="17"/>
              </w:rPr>
              <w:t>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1783F2BA" w14:textId="77777777" w:rsidR="00610360" w:rsidRDefault="00000000">
            <w:pPr>
              <w:spacing w:after="0"/>
            </w:pPr>
            <w:r>
              <w:rPr>
                <w:sz w:val="17"/>
              </w:rPr>
              <w:t>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3C037FAB" w14:textId="77777777" w:rsidR="00610360" w:rsidRDefault="00000000">
            <w:pPr>
              <w:spacing w:after="0"/>
            </w:pPr>
            <w:r>
              <w:rPr>
                <w:sz w:val="17"/>
              </w:rPr>
              <w:t>noun</w:t>
            </w:r>
          </w:p>
        </w:tc>
      </w:tr>
      <w:tr w:rsidR="00610360" w14:paraId="38D643D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378117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04303EE" w14:textId="77777777" w:rsidR="00610360" w:rsidRDefault="00000000">
            <w:pPr>
              <w:spacing w:after="0"/>
            </w:pPr>
            <w:r>
              <w:rPr>
                <w:sz w:val="17"/>
              </w:rPr>
              <w:t>semana</w:t>
            </w:r>
          </w:p>
        </w:tc>
        <w:tc>
          <w:tcPr>
            <w:tcW w:w="2592" w:type="dxa"/>
            <w:tcBorders>
              <w:top w:val="single" w:sz="4" w:space="0" w:color="D8E6EC"/>
              <w:left w:val="single" w:sz="4" w:space="0" w:color="D8E6EC"/>
              <w:bottom w:val="single" w:sz="4" w:space="0" w:color="D8E6EC"/>
              <w:right w:val="single" w:sz="4" w:space="0" w:color="D8E6EC"/>
            </w:tcBorders>
            <w:vAlign w:val="center"/>
          </w:tcPr>
          <w:p w14:paraId="35FAAB69" w14:textId="77777777" w:rsidR="00610360" w:rsidRDefault="00000000">
            <w:pPr>
              <w:spacing w:after="0"/>
            </w:pPr>
            <w:r>
              <w:rPr>
                <w:sz w:val="17"/>
              </w:rPr>
              <w:t>week</w:t>
            </w:r>
          </w:p>
        </w:tc>
        <w:tc>
          <w:tcPr>
            <w:tcW w:w="2592" w:type="dxa"/>
            <w:tcBorders>
              <w:top w:val="single" w:sz="4" w:space="0" w:color="D8E6EC"/>
              <w:left w:val="single" w:sz="4" w:space="0" w:color="D8E6EC"/>
              <w:bottom w:val="single" w:sz="4" w:space="0" w:color="D8E6EC"/>
              <w:right w:val="single" w:sz="4" w:space="0" w:color="D8E6EC"/>
            </w:tcBorders>
            <w:vAlign w:val="center"/>
          </w:tcPr>
          <w:p w14:paraId="6C8EAED6" w14:textId="77777777" w:rsidR="00610360" w:rsidRDefault="00000000">
            <w:pPr>
              <w:spacing w:after="0"/>
            </w:pPr>
            <w:r>
              <w:rPr>
                <w:sz w:val="17"/>
              </w:rPr>
              <w:t>noun</w:t>
            </w:r>
          </w:p>
        </w:tc>
      </w:tr>
      <w:tr w:rsidR="00610360" w14:paraId="2315E83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F4C7B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F9DF3E5" w14:textId="77777777" w:rsidR="00610360" w:rsidRDefault="00000000">
            <w:pPr>
              <w:spacing w:after="0"/>
            </w:pPr>
            <w:r>
              <w:rPr>
                <w:sz w:val="17"/>
              </w:rPr>
              <w:t>mes</w:t>
            </w:r>
          </w:p>
        </w:tc>
        <w:tc>
          <w:tcPr>
            <w:tcW w:w="2592" w:type="dxa"/>
            <w:tcBorders>
              <w:top w:val="single" w:sz="4" w:space="0" w:color="D8E6EC"/>
              <w:left w:val="single" w:sz="4" w:space="0" w:color="D8E6EC"/>
              <w:bottom w:val="single" w:sz="4" w:space="0" w:color="D8E6EC"/>
              <w:right w:val="single" w:sz="4" w:space="0" w:color="D8E6EC"/>
            </w:tcBorders>
            <w:vAlign w:val="center"/>
          </w:tcPr>
          <w:p w14:paraId="49A2782D" w14:textId="77777777" w:rsidR="00610360" w:rsidRDefault="00000000">
            <w:pPr>
              <w:spacing w:after="0"/>
            </w:pPr>
            <w:r>
              <w:rPr>
                <w:sz w:val="17"/>
              </w:rPr>
              <w:t>month</w:t>
            </w:r>
          </w:p>
        </w:tc>
        <w:tc>
          <w:tcPr>
            <w:tcW w:w="2592" w:type="dxa"/>
            <w:tcBorders>
              <w:top w:val="single" w:sz="4" w:space="0" w:color="D8E6EC"/>
              <w:left w:val="single" w:sz="4" w:space="0" w:color="D8E6EC"/>
              <w:bottom w:val="single" w:sz="4" w:space="0" w:color="D8E6EC"/>
              <w:right w:val="single" w:sz="4" w:space="0" w:color="D8E6EC"/>
            </w:tcBorders>
            <w:vAlign w:val="center"/>
          </w:tcPr>
          <w:p w14:paraId="78E923F8" w14:textId="77777777" w:rsidR="00610360" w:rsidRDefault="00000000">
            <w:pPr>
              <w:spacing w:after="0"/>
            </w:pPr>
            <w:r>
              <w:rPr>
                <w:sz w:val="17"/>
              </w:rPr>
              <w:t>noun</w:t>
            </w:r>
          </w:p>
        </w:tc>
      </w:tr>
      <w:tr w:rsidR="00610360" w14:paraId="631A3B2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A79667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E5C7B5C" w14:textId="77777777" w:rsidR="00610360" w:rsidRDefault="00000000">
            <w:pPr>
              <w:spacing w:after="0"/>
            </w:pPr>
            <w:r>
              <w:rPr>
                <w:sz w:val="17"/>
              </w:rPr>
              <w:t>an</w:t>
            </w:r>
          </w:p>
        </w:tc>
        <w:tc>
          <w:tcPr>
            <w:tcW w:w="2592" w:type="dxa"/>
            <w:tcBorders>
              <w:top w:val="single" w:sz="4" w:space="0" w:color="D8E6EC"/>
              <w:left w:val="single" w:sz="4" w:space="0" w:color="D8E6EC"/>
              <w:bottom w:val="single" w:sz="4" w:space="0" w:color="D8E6EC"/>
              <w:right w:val="single" w:sz="4" w:space="0" w:color="D8E6EC"/>
            </w:tcBorders>
            <w:vAlign w:val="center"/>
          </w:tcPr>
          <w:p w14:paraId="7CF53EA0" w14:textId="77777777" w:rsidR="00610360" w:rsidRDefault="00000000">
            <w:pPr>
              <w:spacing w:after="0"/>
            </w:pPr>
            <w:r>
              <w:rPr>
                <w:sz w:val="17"/>
              </w:rPr>
              <w:t>year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677087E5" w14:textId="77777777" w:rsidR="00610360" w:rsidRDefault="00000000">
            <w:pPr>
              <w:spacing w:after="0"/>
            </w:pPr>
            <w:r>
              <w:rPr>
                <w:sz w:val="17"/>
              </w:rPr>
              <w:t>noun</w:t>
            </w:r>
          </w:p>
        </w:tc>
      </w:tr>
      <w:tr w:rsidR="00610360" w14:paraId="5B0F873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5B19C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1F901B8" w14:textId="77777777" w:rsidR="00610360" w:rsidRDefault="00000000">
            <w:pPr>
              <w:spacing w:after="0"/>
            </w:pPr>
            <w:r>
              <w:rPr>
                <w:sz w:val="17"/>
              </w:rPr>
              <w:t>hora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8C3D78D" w14:textId="77777777" w:rsidR="00610360" w:rsidRDefault="00000000">
            <w:pPr>
              <w:spacing w:after="0"/>
            </w:pPr>
            <w:r>
              <w:rPr>
                <w:sz w:val="17"/>
              </w:rPr>
              <w:t>hour</w:t>
            </w:r>
          </w:p>
        </w:tc>
        <w:tc>
          <w:tcPr>
            <w:tcW w:w="2592" w:type="dxa"/>
            <w:tcBorders>
              <w:top w:val="single" w:sz="4" w:space="0" w:color="D8E6EC"/>
              <w:left w:val="single" w:sz="4" w:space="0" w:color="D8E6EC"/>
              <w:bottom w:val="single" w:sz="4" w:space="0" w:color="D8E6EC"/>
              <w:right w:val="single" w:sz="4" w:space="0" w:color="D8E6EC"/>
            </w:tcBorders>
            <w:vAlign w:val="center"/>
          </w:tcPr>
          <w:p w14:paraId="5C30E6B5" w14:textId="77777777" w:rsidR="00610360" w:rsidRDefault="00000000">
            <w:pPr>
              <w:spacing w:after="0"/>
            </w:pPr>
            <w:r>
              <w:rPr>
                <w:sz w:val="17"/>
              </w:rPr>
              <w:t>noun</w:t>
            </w:r>
          </w:p>
        </w:tc>
      </w:tr>
      <w:tr w:rsidR="00610360" w14:paraId="69A0CE3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DC3448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72929C4" w14:textId="77777777" w:rsidR="00610360" w:rsidRDefault="00000000">
            <w:pPr>
              <w:spacing w:after="0"/>
            </w:pPr>
            <w:r>
              <w:rPr>
                <w:sz w:val="17"/>
              </w:rPr>
              <w:t>minuta</w:t>
            </w:r>
          </w:p>
        </w:tc>
        <w:tc>
          <w:tcPr>
            <w:tcW w:w="2592" w:type="dxa"/>
            <w:tcBorders>
              <w:top w:val="single" w:sz="4" w:space="0" w:color="D8E6EC"/>
              <w:left w:val="single" w:sz="4" w:space="0" w:color="D8E6EC"/>
              <w:bottom w:val="single" w:sz="4" w:space="0" w:color="D8E6EC"/>
              <w:right w:val="single" w:sz="4" w:space="0" w:color="D8E6EC"/>
            </w:tcBorders>
            <w:vAlign w:val="center"/>
          </w:tcPr>
          <w:p w14:paraId="1134108F" w14:textId="77777777" w:rsidR="00610360" w:rsidRDefault="00000000">
            <w:pPr>
              <w:spacing w:after="0"/>
            </w:pPr>
            <w:r>
              <w:rPr>
                <w:sz w:val="17"/>
              </w:rPr>
              <w:t>minute</w:t>
            </w:r>
          </w:p>
        </w:tc>
        <w:tc>
          <w:tcPr>
            <w:tcW w:w="2592" w:type="dxa"/>
            <w:tcBorders>
              <w:top w:val="single" w:sz="4" w:space="0" w:color="D8E6EC"/>
              <w:left w:val="single" w:sz="4" w:space="0" w:color="D8E6EC"/>
              <w:bottom w:val="single" w:sz="4" w:space="0" w:color="D8E6EC"/>
              <w:right w:val="single" w:sz="4" w:space="0" w:color="D8E6EC"/>
            </w:tcBorders>
            <w:vAlign w:val="center"/>
          </w:tcPr>
          <w:p w14:paraId="156BF4F3" w14:textId="77777777" w:rsidR="00610360" w:rsidRDefault="00000000">
            <w:pPr>
              <w:spacing w:after="0"/>
            </w:pPr>
            <w:r>
              <w:rPr>
                <w:sz w:val="17"/>
              </w:rPr>
              <w:t>noun</w:t>
            </w:r>
          </w:p>
        </w:tc>
      </w:tr>
      <w:tr w:rsidR="00610360" w14:paraId="59F6732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913055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9BFD442" w14:textId="77777777" w:rsidR="00610360" w:rsidRDefault="00000000">
            <w:pPr>
              <w:spacing w:after="0"/>
            </w:pPr>
            <w:r>
              <w:rPr>
                <w:sz w:val="17"/>
              </w:rPr>
              <w:t>momento</w:t>
            </w:r>
          </w:p>
        </w:tc>
        <w:tc>
          <w:tcPr>
            <w:tcW w:w="2592" w:type="dxa"/>
            <w:tcBorders>
              <w:top w:val="single" w:sz="4" w:space="0" w:color="D8E6EC"/>
              <w:left w:val="single" w:sz="4" w:space="0" w:color="D8E6EC"/>
              <w:bottom w:val="single" w:sz="4" w:space="0" w:color="D8E6EC"/>
              <w:right w:val="single" w:sz="4" w:space="0" w:color="D8E6EC"/>
            </w:tcBorders>
            <w:vAlign w:val="center"/>
          </w:tcPr>
          <w:p w14:paraId="5F3ECE07" w14:textId="77777777" w:rsidR="00610360" w:rsidRDefault="00000000">
            <w:pPr>
              <w:spacing w:after="0"/>
            </w:pPr>
            <w:r>
              <w:rPr>
                <w:sz w:val="17"/>
              </w:rPr>
              <w:t>moment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0772CB85" w14:textId="77777777" w:rsidR="00610360" w:rsidRDefault="00000000">
            <w:pPr>
              <w:spacing w:after="0"/>
            </w:pPr>
            <w:r>
              <w:rPr>
                <w:sz w:val="17"/>
              </w:rPr>
              <w:t>noun</w:t>
            </w:r>
          </w:p>
        </w:tc>
      </w:tr>
      <w:tr w:rsidR="00610360" w14:paraId="3460AD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AC5DB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594C27A" w14:textId="77777777" w:rsidR="00610360" w:rsidRDefault="00000000">
            <w:pPr>
              <w:spacing w:after="0"/>
            </w:pPr>
            <w:r>
              <w:rPr>
                <w:sz w:val="17"/>
              </w:rPr>
              <w:t>hodia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06F5793F" w14:textId="77777777" w:rsidR="00610360" w:rsidRDefault="00000000">
            <w:pPr>
              <w:spacing w:after="0"/>
            </w:pPr>
            <w:r>
              <w:rPr>
                <w:sz w:val="17"/>
              </w:rPr>
              <w:t>today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12391ED6" w14:textId="77777777" w:rsidR="00610360" w:rsidRDefault="00000000">
            <w:pPr>
              <w:spacing w:after="0"/>
            </w:pPr>
            <w:r>
              <w:rPr>
                <w:sz w:val="17"/>
              </w:rPr>
              <w:t>adverb</w:t>
            </w:r>
          </w:p>
        </w:tc>
      </w:tr>
      <w:tr w:rsidR="00610360" w14:paraId="2884530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BDA51E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1854139" w14:textId="77777777" w:rsidR="00610360" w:rsidRDefault="00000000">
            <w:pPr>
              <w:spacing w:after="0"/>
            </w:pPr>
            <w:r>
              <w:rPr>
                <w:sz w:val="17"/>
              </w:rPr>
              <w:t>morga</w:t>
            </w:r>
          </w:p>
        </w:tc>
        <w:tc>
          <w:tcPr>
            <w:tcW w:w="2592" w:type="dxa"/>
            <w:tcBorders>
              <w:top w:val="single" w:sz="4" w:space="0" w:color="D8E6EC"/>
              <w:left w:val="single" w:sz="4" w:space="0" w:color="D8E6EC"/>
              <w:bottom w:val="single" w:sz="4" w:space="0" w:color="D8E6EC"/>
              <w:right w:val="single" w:sz="4" w:space="0" w:color="D8E6EC"/>
            </w:tcBorders>
            <w:vAlign w:val="center"/>
          </w:tcPr>
          <w:p w14:paraId="7023D8A2" w14:textId="77777777" w:rsidR="00610360" w:rsidRDefault="00000000">
            <w:pPr>
              <w:spacing w:after="0"/>
            </w:pPr>
            <w:r>
              <w:rPr>
                <w:sz w:val="17"/>
              </w:rPr>
              <w:t>tomorrow</w:t>
            </w:r>
          </w:p>
        </w:tc>
        <w:tc>
          <w:tcPr>
            <w:tcW w:w="2592" w:type="dxa"/>
            <w:tcBorders>
              <w:top w:val="single" w:sz="4" w:space="0" w:color="D8E6EC"/>
              <w:left w:val="single" w:sz="4" w:space="0" w:color="D8E6EC"/>
              <w:bottom w:val="single" w:sz="4" w:space="0" w:color="D8E6EC"/>
              <w:right w:val="single" w:sz="4" w:space="0" w:color="D8E6EC"/>
            </w:tcBorders>
            <w:vAlign w:val="center"/>
          </w:tcPr>
          <w:p w14:paraId="2A3AB025" w14:textId="77777777" w:rsidR="00610360" w:rsidRDefault="00000000">
            <w:pPr>
              <w:spacing w:after="0"/>
            </w:pPr>
            <w:r>
              <w:rPr>
                <w:sz w:val="17"/>
              </w:rPr>
              <w:t>adverb</w:t>
            </w:r>
          </w:p>
        </w:tc>
      </w:tr>
      <w:tr w:rsidR="00610360" w14:paraId="3FBD3B3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77240B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2941AF" w14:textId="77777777" w:rsidR="00610360" w:rsidRDefault="00000000">
            <w:pPr>
              <w:spacing w:after="0"/>
            </w:pPr>
            <w:r>
              <w:rPr>
                <w:sz w:val="17"/>
              </w:rPr>
              <w:t>yester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4AC9BFFF" w14:textId="77777777" w:rsidR="00610360" w:rsidRDefault="00000000">
            <w:pPr>
              <w:spacing w:after="0"/>
            </w:pPr>
            <w:r>
              <w:rPr>
                <w:sz w:val="17"/>
              </w:rPr>
              <w:t>yesterday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38D7895B" w14:textId="77777777" w:rsidR="00610360" w:rsidRDefault="00000000">
            <w:pPr>
              <w:spacing w:after="0"/>
            </w:pPr>
            <w:r>
              <w:rPr>
                <w:sz w:val="17"/>
              </w:rPr>
              <w:t>adverb</w:t>
            </w:r>
          </w:p>
        </w:tc>
      </w:tr>
      <w:tr w:rsidR="00610360" w14:paraId="60C07C2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99611B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D334830" w14:textId="77777777" w:rsidR="00610360" w:rsidRDefault="00000000">
            <w:pPr>
              <w:spacing w:after="0"/>
            </w:pPr>
            <w:r>
              <w:rPr>
                <w:sz w:val="17"/>
              </w:rPr>
              <w:t>matin</w:t>
            </w:r>
          </w:p>
        </w:tc>
        <w:tc>
          <w:tcPr>
            <w:tcW w:w="2592" w:type="dxa"/>
            <w:tcBorders>
              <w:top w:val="single" w:sz="4" w:space="0" w:color="D8E6EC"/>
              <w:left w:val="single" w:sz="4" w:space="0" w:color="D8E6EC"/>
              <w:bottom w:val="single" w:sz="4" w:space="0" w:color="D8E6EC"/>
              <w:right w:val="single" w:sz="4" w:space="0" w:color="D8E6EC"/>
            </w:tcBorders>
            <w:vAlign w:val="center"/>
          </w:tcPr>
          <w:p w14:paraId="6365530B" w14:textId="77777777" w:rsidR="00610360" w:rsidRDefault="00000000">
            <w:pPr>
              <w:spacing w:after="0"/>
            </w:pPr>
            <w:r>
              <w:rPr>
                <w:sz w:val="17"/>
              </w:rPr>
              <w:t>morning</w:t>
            </w:r>
          </w:p>
        </w:tc>
        <w:tc>
          <w:tcPr>
            <w:tcW w:w="2592" w:type="dxa"/>
            <w:tcBorders>
              <w:top w:val="single" w:sz="4" w:space="0" w:color="D8E6EC"/>
              <w:left w:val="single" w:sz="4" w:space="0" w:color="D8E6EC"/>
              <w:bottom w:val="single" w:sz="4" w:space="0" w:color="D8E6EC"/>
              <w:right w:val="single" w:sz="4" w:space="0" w:color="D8E6EC"/>
            </w:tcBorders>
            <w:vAlign w:val="center"/>
          </w:tcPr>
          <w:p w14:paraId="412FC5B5" w14:textId="77777777" w:rsidR="00610360" w:rsidRDefault="00000000">
            <w:pPr>
              <w:spacing w:after="0"/>
            </w:pPr>
            <w:r>
              <w:rPr>
                <w:sz w:val="17"/>
              </w:rPr>
              <w:t>noun</w:t>
            </w:r>
          </w:p>
        </w:tc>
      </w:tr>
      <w:tr w:rsidR="00610360" w14:paraId="0B9B72C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66F3D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FA5C152" w14:textId="77777777" w:rsidR="00610360" w:rsidRDefault="00000000">
            <w:pPr>
              <w:spacing w:after="0"/>
            </w:pPr>
            <w:r>
              <w:rPr>
                <w:sz w:val="17"/>
              </w:rPr>
              <w:t>pos-dia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04F63970" w14:textId="77777777" w:rsidR="00610360" w:rsidRDefault="00000000">
            <w:pPr>
              <w:spacing w:after="0"/>
            </w:pPr>
            <w:r>
              <w:rPr>
                <w:sz w:val="17"/>
              </w:rPr>
              <w:t>afternoon</w:t>
            </w:r>
          </w:p>
        </w:tc>
        <w:tc>
          <w:tcPr>
            <w:tcW w:w="2592" w:type="dxa"/>
            <w:tcBorders>
              <w:top w:val="single" w:sz="4" w:space="0" w:color="D8E6EC"/>
              <w:left w:val="single" w:sz="4" w:space="0" w:color="D8E6EC"/>
              <w:bottom w:val="single" w:sz="4" w:space="0" w:color="D8E6EC"/>
              <w:right w:val="single" w:sz="4" w:space="0" w:color="D8E6EC"/>
            </w:tcBorders>
            <w:vAlign w:val="center"/>
          </w:tcPr>
          <w:p w14:paraId="75063E93" w14:textId="77777777" w:rsidR="00610360" w:rsidRDefault="00000000">
            <w:pPr>
              <w:spacing w:after="0"/>
            </w:pPr>
            <w:r>
              <w:rPr>
                <w:sz w:val="17"/>
              </w:rPr>
              <w:t>compound</w:t>
            </w:r>
          </w:p>
        </w:tc>
      </w:tr>
      <w:tr w:rsidR="00610360" w14:paraId="3A5528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8F335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1B1F596" w14:textId="77777777" w:rsidR="00610360" w:rsidRDefault="00000000">
            <w:pPr>
              <w:spacing w:after="0"/>
            </w:pPr>
            <w:r>
              <w:rPr>
                <w:sz w:val="17"/>
              </w:rPr>
              <w:t>vesper</w:t>
            </w:r>
          </w:p>
        </w:tc>
        <w:tc>
          <w:tcPr>
            <w:tcW w:w="2592" w:type="dxa"/>
            <w:tcBorders>
              <w:top w:val="single" w:sz="4" w:space="0" w:color="D8E6EC"/>
              <w:left w:val="single" w:sz="4" w:space="0" w:color="D8E6EC"/>
              <w:bottom w:val="single" w:sz="4" w:space="0" w:color="D8E6EC"/>
              <w:right w:val="single" w:sz="4" w:space="0" w:color="D8E6EC"/>
            </w:tcBorders>
            <w:vAlign w:val="center"/>
          </w:tcPr>
          <w:p w14:paraId="632758ED" w14:textId="77777777" w:rsidR="00610360" w:rsidRDefault="00000000">
            <w:pPr>
              <w:spacing w:after="0"/>
            </w:pPr>
            <w:r>
              <w:rPr>
                <w:sz w:val="17"/>
              </w:rPr>
              <w:t>evening</w:t>
            </w:r>
          </w:p>
        </w:tc>
        <w:tc>
          <w:tcPr>
            <w:tcW w:w="2592" w:type="dxa"/>
            <w:tcBorders>
              <w:top w:val="single" w:sz="4" w:space="0" w:color="D8E6EC"/>
              <w:left w:val="single" w:sz="4" w:space="0" w:color="D8E6EC"/>
              <w:bottom w:val="single" w:sz="4" w:space="0" w:color="D8E6EC"/>
              <w:right w:val="single" w:sz="4" w:space="0" w:color="D8E6EC"/>
            </w:tcBorders>
            <w:vAlign w:val="center"/>
          </w:tcPr>
          <w:p w14:paraId="778B6957" w14:textId="77777777" w:rsidR="00610360" w:rsidRDefault="00000000">
            <w:pPr>
              <w:spacing w:after="0"/>
            </w:pPr>
            <w:r>
              <w:rPr>
                <w:sz w:val="17"/>
              </w:rPr>
              <w:t>noun</w:t>
            </w:r>
          </w:p>
        </w:tc>
      </w:tr>
      <w:tr w:rsidR="00610360" w14:paraId="00938BE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FFA581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2116DAC" w14:textId="77777777" w:rsidR="00610360" w:rsidRDefault="00000000">
            <w:pPr>
              <w:spacing w:after="0"/>
            </w:pPr>
            <w:r>
              <w:rPr>
                <w:sz w:val="17"/>
              </w:rPr>
              <w:t>nokte</w:t>
            </w:r>
          </w:p>
        </w:tc>
        <w:tc>
          <w:tcPr>
            <w:tcW w:w="2592" w:type="dxa"/>
            <w:tcBorders>
              <w:top w:val="single" w:sz="4" w:space="0" w:color="D8E6EC"/>
              <w:left w:val="single" w:sz="4" w:space="0" w:color="D8E6EC"/>
              <w:bottom w:val="single" w:sz="4" w:space="0" w:color="D8E6EC"/>
              <w:right w:val="single" w:sz="4" w:space="0" w:color="D8E6EC"/>
            </w:tcBorders>
            <w:vAlign w:val="center"/>
          </w:tcPr>
          <w:p w14:paraId="21A95619" w14:textId="77777777" w:rsidR="00610360" w:rsidRDefault="00000000">
            <w:pPr>
              <w:spacing w:after="0"/>
            </w:pPr>
            <w:r>
              <w:rPr>
                <w:sz w:val="17"/>
              </w:rPr>
              <w:t>night</w:t>
            </w:r>
          </w:p>
        </w:tc>
        <w:tc>
          <w:tcPr>
            <w:tcW w:w="2592" w:type="dxa"/>
            <w:tcBorders>
              <w:top w:val="single" w:sz="4" w:space="0" w:color="D8E6EC"/>
              <w:left w:val="single" w:sz="4" w:space="0" w:color="D8E6EC"/>
              <w:bottom w:val="single" w:sz="4" w:space="0" w:color="D8E6EC"/>
              <w:right w:val="single" w:sz="4" w:space="0" w:color="D8E6EC"/>
            </w:tcBorders>
            <w:vAlign w:val="center"/>
          </w:tcPr>
          <w:p w14:paraId="7858C53C" w14:textId="77777777" w:rsidR="00610360" w:rsidRDefault="00000000">
            <w:pPr>
              <w:spacing w:after="0"/>
            </w:pPr>
            <w:r>
              <w:rPr>
                <w:sz w:val="17"/>
              </w:rPr>
              <w:t>noun</w:t>
            </w:r>
          </w:p>
        </w:tc>
      </w:tr>
      <w:tr w:rsidR="00610360" w14:paraId="51F198D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76BEA2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2019E19" w14:textId="77777777" w:rsidR="00610360" w:rsidRDefault="00000000">
            <w:pPr>
              <w:spacing w:after="0"/>
            </w:pPr>
            <w:r>
              <w:rPr>
                <w:sz w:val="17"/>
              </w:rPr>
              <w:t>lunadia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531B0D88" w14:textId="77777777" w:rsidR="00610360" w:rsidRDefault="00000000">
            <w:pPr>
              <w:spacing w:after="0"/>
            </w:pPr>
            <w:r>
              <w:rPr>
                <w:sz w:val="17"/>
              </w:rPr>
              <w:t>Monday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4FE2FC30" w14:textId="77777777" w:rsidR="00610360" w:rsidRDefault="00000000">
            <w:pPr>
              <w:spacing w:after="0"/>
            </w:pPr>
            <w:r>
              <w:rPr>
                <w:sz w:val="17"/>
              </w:rPr>
              <w:t>day</w:t>
            </w:r>
          </w:p>
        </w:tc>
      </w:tr>
      <w:tr w:rsidR="00610360" w14:paraId="6EC2A2C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C81ADC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5F36E53" w14:textId="77777777" w:rsidR="00610360" w:rsidRDefault="00000000">
            <w:pPr>
              <w:spacing w:after="0"/>
            </w:pPr>
            <w:r>
              <w:rPr>
                <w:sz w:val="17"/>
              </w:rPr>
              <w:t>martedia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76DC3C3E" w14:textId="77777777" w:rsidR="00610360" w:rsidRDefault="00000000">
            <w:pPr>
              <w:spacing w:after="0"/>
            </w:pPr>
            <w:r>
              <w:rPr>
                <w:sz w:val="17"/>
              </w:rPr>
              <w:t>Tuesday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7A000B69" w14:textId="77777777" w:rsidR="00610360" w:rsidRDefault="00000000">
            <w:pPr>
              <w:spacing w:after="0"/>
            </w:pPr>
            <w:r>
              <w:rPr>
                <w:sz w:val="17"/>
              </w:rPr>
              <w:t>day</w:t>
            </w:r>
          </w:p>
        </w:tc>
      </w:tr>
      <w:tr w:rsidR="00610360" w14:paraId="1F9E30B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BEB418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B3C8E8F" w14:textId="77777777" w:rsidR="00610360" w:rsidRDefault="00000000">
            <w:pPr>
              <w:spacing w:after="0"/>
            </w:pPr>
            <w:r>
              <w:rPr>
                <w:sz w:val="17"/>
              </w:rPr>
              <w:t>merkurdia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6D35F397" w14:textId="77777777" w:rsidR="00610360" w:rsidRDefault="00000000">
            <w:pPr>
              <w:spacing w:after="0"/>
            </w:pPr>
            <w:r>
              <w:rPr>
                <w:sz w:val="17"/>
              </w:rPr>
              <w:t>Wednesday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49CEDA6C" w14:textId="77777777" w:rsidR="00610360" w:rsidRDefault="00000000">
            <w:pPr>
              <w:spacing w:after="0"/>
            </w:pPr>
            <w:r>
              <w:rPr>
                <w:sz w:val="17"/>
              </w:rPr>
              <w:t>day</w:t>
            </w:r>
          </w:p>
        </w:tc>
      </w:tr>
      <w:tr w:rsidR="00610360" w14:paraId="490A483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2C06B6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AE5E0E1" w14:textId="77777777" w:rsidR="00610360" w:rsidRDefault="00000000">
            <w:pPr>
              <w:spacing w:after="0"/>
            </w:pPr>
            <w:r>
              <w:rPr>
                <w:sz w:val="17"/>
              </w:rPr>
              <w:t>jovedia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5FF0FEFD" w14:textId="77777777" w:rsidR="00610360" w:rsidRDefault="00000000">
            <w:pPr>
              <w:spacing w:after="0"/>
            </w:pPr>
            <w:r>
              <w:rPr>
                <w:sz w:val="17"/>
              </w:rPr>
              <w:t>Thursday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3B731570" w14:textId="77777777" w:rsidR="00610360" w:rsidRDefault="00000000">
            <w:pPr>
              <w:spacing w:after="0"/>
            </w:pPr>
            <w:r>
              <w:rPr>
                <w:sz w:val="17"/>
              </w:rPr>
              <w:t>day</w:t>
            </w:r>
          </w:p>
        </w:tc>
      </w:tr>
      <w:tr w:rsidR="00610360" w14:paraId="0362F3F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A827B9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ACB4BFB" w14:textId="77777777" w:rsidR="00610360" w:rsidRDefault="00000000">
            <w:pPr>
              <w:spacing w:after="0"/>
            </w:pPr>
            <w:r>
              <w:rPr>
                <w:sz w:val="17"/>
              </w:rPr>
              <w:t>venerdia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142EC204" w14:textId="77777777" w:rsidR="00610360" w:rsidRDefault="00000000">
            <w:pPr>
              <w:spacing w:after="0"/>
            </w:pPr>
            <w:r>
              <w:rPr>
                <w:sz w:val="17"/>
              </w:rPr>
              <w:t>Friday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60D5C13C" w14:textId="77777777" w:rsidR="00610360" w:rsidRDefault="00000000">
            <w:pPr>
              <w:spacing w:after="0"/>
            </w:pPr>
            <w:r>
              <w:rPr>
                <w:sz w:val="17"/>
              </w:rPr>
              <w:t>day</w:t>
            </w:r>
          </w:p>
        </w:tc>
      </w:tr>
      <w:tr w:rsidR="00610360" w14:paraId="49D1C9C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36040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1463ED6" w14:textId="77777777" w:rsidR="00610360" w:rsidRDefault="00000000">
            <w:pPr>
              <w:spacing w:after="0"/>
            </w:pPr>
            <w:r>
              <w:rPr>
                <w:sz w:val="17"/>
              </w:rPr>
              <w:t>saturdia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5EE588F5" w14:textId="77777777" w:rsidR="00610360" w:rsidRDefault="00000000">
            <w:pPr>
              <w:spacing w:after="0"/>
            </w:pPr>
            <w:r>
              <w:rPr>
                <w:sz w:val="17"/>
              </w:rPr>
              <w:t>Saturday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26C40A74" w14:textId="77777777" w:rsidR="00610360" w:rsidRDefault="00000000">
            <w:pPr>
              <w:spacing w:after="0"/>
            </w:pPr>
            <w:r>
              <w:rPr>
                <w:sz w:val="17"/>
              </w:rPr>
              <w:t>day</w:t>
            </w:r>
          </w:p>
        </w:tc>
      </w:tr>
      <w:tr w:rsidR="00610360" w14:paraId="136FF97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0359AC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37F7777" w14:textId="77777777" w:rsidR="00610360" w:rsidRDefault="00000000">
            <w:pPr>
              <w:spacing w:after="0"/>
            </w:pPr>
            <w:r>
              <w:rPr>
                <w:sz w:val="17"/>
              </w:rPr>
              <w:t>soldia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7C1712C1" w14:textId="77777777" w:rsidR="00610360" w:rsidRDefault="00000000">
            <w:pPr>
              <w:spacing w:after="0"/>
            </w:pPr>
            <w:r>
              <w:rPr>
                <w:sz w:val="17"/>
              </w:rPr>
              <w:t>Sunday</w:t>
            </w:r>
          </w:p>
        </w:tc>
        <w:tc>
          <w:tcPr>
            <w:tcW w:w="2592" w:type="dxa"/>
            <w:tcBorders>
              <w:top w:val="single" w:sz="4" w:space="0" w:color="D8E6EC"/>
              <w:left w:val="single" w:sz="4" w:space="0" w:color="D8E6EC"/>
              <w:bottom w:val="single" w:sz="4" w:space="0" w:color="D8E6EC"/>
              <w:right w:val="single" w:sz="4" w:space="0" w:color="D8E6EC"/>
            </w:tcBorders>
            <w:vAlign w:val="center"/>
          </w:tcPr>
          <w:p w14:paraId="1C376024" w14:textId="77777777" w:rsidR="00610360" w:rsidRDefault="00000000">
            <w:pPr>
              <w:spacing w:after="0"/>
            </w:pPr>
            <w:r>
              <w:rPr>
                <w:sz w:val="17"/>
              </w:rPr>
              <w:t>day</w:t>
            </w:r>
          </w:p>
        </w:tc>
      </w:tr>
      <w:tr w:rsidR="00610360" w14:paraId="79DC7B5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C1AFB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67E810E" w14:textId="77777777" w:rsidR="00610360" w:rsidRDefault="00000000">
            <w:pPr>
              <w:spacing w:after="0"/>
            </w:pPr>
            <w:r>
              <w:rPr>
                <w:sz w:val="17"/>
              </w:rPr>
              <w:t>januar</w:t>
            </w:r>
          </w:p>
        </w:tc>
        <w:tc>
          <w:tcPr>
            <w:tcW w:w="2592" w:type="dxa"/>
            <w:tcBorders>
              <w:top w:val="single" w:sz="4" w:space="0" w:color="D8E6EC"/>
              <w:left w:val="single" w:sz="4" w:space="0" w:color="D8E6EC"/>
              <w:bottom w:val="single" w:sz="4" w:space="0" w:color="D8E6EC"/>
              <w:right w:val="single" w:sz="4" w:space="0" w:color="D8E6EC"/>
            </w:tcBorders>
            <w:vAlign w:val="center"/>
          </w:tcPr>
          <w:p w14:paraId="5E29C8CE" w14:textId="77777777" w:rsidR="00610360" w:rsidRDefault="00000000">
            <w:pPr>
              <w:spacing w:after="0"/>
            </w:pPr>
            <w:r>
              <w:rPr>
                <w:sz w:val="17"/>
              </w:rPr>
              <w:t>January</w:t>
            </w:r>
          </w:p>
        </w:tc>
        <w:tc>
          <w:tcPr>
            <w:tcW w:w="2592" w:type="dxa"/>
            <w:tcBorders>
              <w:top w:val="single" w:sz="4" w:space="0" w:color="D8E6EC"/>
              <w:left w:val="single" w:sz="4" w:space="0" w:color="D8E6EC"/>
              <w:bottom w:val="single" w:sz="4" w:space="0" w:color="D8E6EC"/>
              <w:right w:val="single" w:sz="4" w:space="0" w:color="D8E6EC"/>
            </w:tcBorders>
            <w:vAlign w:val="center"/>
          </w:tcPr>
          <w:p w14:paraId="0409750F" w14:textId="77777777" w:rsidR="00610360" w:rsidRDefault="00000000">
            <w:pPr>
              <w:spacing w:after="0"/>
            </w:pPr>
            <w:r>
              <w:rPr>
                <w:sz w:val="17"/>
              </w:rPr>
              <w:t>month</w:t>
            </w:r>
          </w:p>
        </w:tc>
      </w:tr>
      <w:tr w:rsidR="00610360" w14:paraId="0E83835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A74AFF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98F7E36" w14:textId="77777777" w:rsidR="00610360" w:rsidRDefault="00000000">
            <w:pPr>
              <w:spacing w:after="0"/>
            </w:pPr>
            <w:r>
              <w:rPr>
                <w:sz w:val="17"/>
              </w:rPr>
              <w:t>februar</w:t>
            </w:r>
          </w:p>
        </w:tc>
        <w:tc>
          <w:tcPr>
            <w:tcW w:w="2592" w:type="dxa"/>
            <w:tcBorders>
              <w:top w:val="single" w:sz="4" w:space="0" w:color="D8E6EC"/>
              <w:left w:val="single" w:sz="4" w:space="0" w:color="D8E6EC"/>
              <w:bottom w:val="single" w:sz="4" w:space="0" w:color="D8E6EC"/>
              <w:right w:val="single" w:sz="4" w:space="0" w:color="D8E6EC"/>
            </w:tcBorders>
            <w:vAlign w:val="center"/>
          </w:tcPr>
          <w:p w14:paraId="60E98B2C" w14:textId="77777777" w:rsidR="00610360" w:rsidRDefault="00000000">
            <w:pPr>
              <w:spacing w:after="0"/>
            </w:pPr>
            <w:r>
              <w:rPr>
                <w:sz w:val="17"/>
              </w:rPr>
              <w:t>February</w:t>
            </w:r>
          </w:p>
        </w:tc>
        <w:tc>
          <w:tcPr>
            <w:tcW w:w="2592" w:type="dxa"/>
            <w:tcBorders>
              <w:top w:val="single" w:sz="4" w:space="0" w:color="D8E6EC"/>
              <w:left w:val="single" w:sz="4" w:space="0" w:color="D8E6EC"/>
              <w:bottom w:val="single" w:sz="4" w:space="0" w:color="D8E6EC"/>
              <w:right w:val="single" w:sz="4" w:space="0" w:color="D8E6EC"/>
            </w:tcBorders>
            <w:vAlign w:val="center"/>
          </w:tcPr>
          <w:p w14:paraId="7A8D019B" w14:textId="77777777" w:rsidR="00610360" w:rsidRDefault="00000000">
            <w:pPr>
              <w:spacing w:after="0"/>
            </w:pPr>
            <w:r>
              <w:rPr>
                <w:sz w:val="17"/>
              </w:rPr>
              <w:t>month</w:t>
            </w:r>
          </w:p>
        </w:tc>
      </w:tr>
      <w:tr w:rsidR="00610360" w14:paraId="284ACE3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53113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BC7B4E3" w14:textId="77777777" w:rsidR="00610360" w:rsidRDefault="00000000">
            <w:pPr>
              <w:spacing w:after="0"/>
            </w:pPr>
            <w:r>
              <w:rPr>
                <w:sz w:val="17"/>
              </w:rPr>
              <w:t>mars</w:t>
            </w:r>
          </w:p>
        </w:tc>
        <w:tc>
          <w:tcPr>
            <w:tcW w:w="2592" w:type="dxa"/>
            <w:tcBorders>
              <w:top w:val="single" w:sz="4" w:space="0" w:color="D8E6EC"/>
              <w:left w:val="single" w:sz="4" w:space="0" w:color="D8E6EC"/>
              <w:bottom w:val="single" w:sz="4" w:space="0" w:color="D8E6EC"/>
              <w:right w:val="single" w:sz="4" w:space="0" w:color="D8E6EC"/>
            </w:tcBorders>
            <w:vAlign w:val="center"/>
          </w:tcPr>
          <w:p w14:paraId="57731665" w14:textId="77777777" w:rsidR="00610360" w:rsidRDefault="00000000">
            <w:pPr>
              <w:spacing w:after="0"/>
            </w:pPr>
            <w:r>
              <w:rPr>
                <w:sz w:val="17"/>
              </w:rPr>
              <w:t>March</w:t>
            </w:r>
          </w:p>
        </w:tc>
        <w:tc>
          <w:tcPr>
            <w:tcW w:w="2592" w:type="dxa"/>
            <w:tcBorders>
              <w:top w:val="single" w:sz="4" w:space="0" w:color="D8E6EC"/>
              <w:left w:val="single" w:sz="4" w:space="0" w:color="D8E6EC"/>
              <w:bottom w:val="single" w:sz="4" w:space="0" w:color="D8E6EC"/>
              <w:right w:val="single" w:sz="4" w:space="0" w:color="D8E6EC"/>
            </w:tcBorders>
            <w:vAlign w:val="center"/>
          </w:tcPr>
          <w:p w14:paraId="752F07CA" w14:textId="77777777" w:rsidR="00610360" w:rsidRDefault="00000000">
            <w:pPr>
              <w:spacing w:after="0"/>
            </w:pPr>
            <w:r>
              <w:rPr>
                <w:sz w:val="17"/>
              </w:rPr>
              <w:t>month</w:t>
            </w:r>
          </w:p>
        </w:tc>
      </w:tr>
      <w:tr w:rsidR="00610360" w14:paraId="719C921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8D4E06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9B0B403" w14:textId="77777777" w:rsidR="00610360" w:rsidRDefault="00000000">
            <w:pPr>
              <w:spacing w:after="0"/>
            </w:pPr>
            <w:r>
              <w:rPr>
                <w:sz w:val="17"/>
              </w:rPr>
              <w:t>april</w:t>
            </w:r>
          </w:p>
        </w:tc>
        <w:tc>
          <w:tcPr>
            <w:tcW w:w="2592" w:type="dxa"/>
            <w:tcBorders>
              <w:top w:val="single" w:sz="4" w:space="0" w:color="D8E6EC"/>
              <w:left w:val="single" w:sz="4" w:space="0" w:color="D8E6EC"/>
              <w:bottom w:val="single" w:sz="4" w:space="0" w:color="D8E6EC"/>
              <w:right w:val="single" w:sz="4" w:space="0" w:color="D8E6EC"/>
            </w:tcBorders>
            <w:vAlign w:val="center"/>
          </w:tcPr>
          <w:p w14:paraId="0AF6E1EF" w14:textId="77777777" w:rsidR="00610360" w:rsidRDefault="00000000">
            <w:pPr>
              <w:spacing w:after="0"/>
            </w:pPr>
            <w:r>
              <w:rPr>
                <w:sz w:val="17"/>
              </w:rPr>
              <w:t>April</w:t>
            </w:r>
          </w:p>
        </w:tc>
        <w:tc>
          <w:tcPr>
            <w:tcW w:w="2592" w:type="dxa"/>
            <w:tcBorders>
              <w:top w:val="single" w:sz="4" w:space="0" w:color="D8E6EC"/>
              <w:left w:val="single" w:sz="4" w:space="0" w:color="D8E6EC"/>
              <w:bottom w:val="single" w:sz="4" w:space="0" w:color="D8E6EC"/>
              <w:right w:val="single" w:sz="4" w:space="0" w:color="D8E6EC"/>
            </w:tcBorders>
            <w:vAlign w:val="center"/>
          </w:tcPr>
          <w:p w14:paraId="3C4657A1" w14:textId="77777777" w:rsidR="00610360" w:rsidRDefault="00000000">
            <w:pPr>
              <w:spacing w:after="0"/>
            </w:pPr>
            <w:r>
              <w:rPr>
                <w:sz w:val="17"/>
              </w:rPr>
              <w:t>month</w:t>
            </w:r>
          </w:p>
        </w:tc>
      </w:tr>
      <w:tr w:rsidR="00610360" w14:paraId="3632F6F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E9DEEC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BDD069B" w14:textId="77777777" w:rsidR="00610360" w:rsidRDefault="00000000">
            <w:pPr>
              <w:spacing w:after="0"/>
            </w:pPr>
            <w:r>
              <w:rPr>
                <w:sz w:val="17"/>
              </w:rPr>
              <w:t>mai</w:t>
            </w:r>
          </w:p>
        </w:tc>
        <w:tc>
          <w:tcPr>
            <w:tcW w:w="2592" w:type="dxa"/>
            <w:tcBorders>
              <w:top w:val="single" w:sz="4" w:space="0" w:color="D8E6EC"/>
              <w:left w:val="single" w:sz="4" w:space="0" w:color="D8E6EC"/>
              <w:bottom w:val="single" w:sz="4" w:space="0" w:color="D8E6EC"/>
              <w:right w:val="single" w:sz="4" w:space="0" w:color="D8E6EC"/>
            </w:tcBorders>
            <w:vAlign w:val="center"/>
          </w:tcPr>
          <w:p w14:paraId="59532D64" w14:textId="77777777" w:rsidR="00610360" w:rsidRDefault="00000000">
            <w:pPr>
              <w:spacing w:after="0"/>
            </w:pPr>
            <w:r>
              <w:rPr>
                <w:sz w:val="17"/>
              </w:rPr>
              <w:t>May</w:t>
            </w:r>
          </w:p>
        </w:tc>
        <w:tc>
          <w:tcPr>
            <w:tcW w:w="2592" w:type="dxa"/>
            <w:tcBorders>
              <w:top w:val="single" w:sz="4" w:space="0" w:color="D8E6EC"/>
              <w:left w:val="single" w:sz="4" w:space="0" w:color="D8E6EC"/>
              <w:bottom w:val="single" w:sz="4" w:space="0" w:color="D8E6EC"/>
              <w:right w:val="single" w:sz="4" w:space="0" w:color="D8E6EC"/>
            </w:tcBorders>
            <w:vAlign w:val="center"/>
          </w:tcPr>
          <w:p w14:paraId="6701414C" w14:textId="77777777" w:rsidR="00610360" w:rsidRDefault="00000000">
            <w:pPr>
              <w:spacing w:after="0"/>
            </w:pPr>
            <w:r>
              <w:rPr>
                <w:sz w:val="17"/>
              </w:rPr>
              <w:t>month</w:t>
            </w:r>
          </w:p>
        </w:tc>
      </w:tr>
      <w:tr w:rsidR="00610360" w14:paraId="503838D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3A6E2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8A19082" w14:textId="77777777" w:rsidR="00610360" w:rsidRDefault="00000000">
            <w:pPr>
              <w:spacing w:after="0"/>
            </w:pPr>
            <w:r>
              <w:rPr>
                <w:sz w:val="17"/>
              </w:rPr>
              <w:t>juni</w:t>
            </w:r>
          </w:p>
        </w:tc>
        <w:tc>
          <w:tcPr>
            <w:tcW w:w="2592" w:type="dxa"/>
            <w:tcBorders>
              <w:top w:val="single" w:sz="4" w:space="0" w:color="D8E6EC"/>
              <w:left w:val="single" w:sz="4" w:space="0" w:color="D8E6EC"/>
              <w:bottom w:val="single" w:sz="4" w:space="0" w:color="D8E6EC"/>
              <w:right w:val="single" w:sz="4" w:space="0" w:color="D8E6EC"/>
            </w:tcBorders>
            <w:vAlign w:val="center"/>
          </w:tcPr>
          <w:p w14:paraId="7931B519" w14:textId="77777777" w:rsidR="00610360" w:rsidRDefault="00000000">
            <w:pPr>
              <w:spacing w:after="0"/>
            </w:pPr>
            <w:r>
              <w:rPr>
                <w:sz w:val="17"/>
              </w:rPr>
              <w:t>June</w:t>
            </w:r>
          </w:p>
        </w:tc>
        <w:tc>
          <w:tcPr>
            <w:tcW w:w="2592" w:type="dxa"/>
            <w:tcBorders>
              <w:top w:val="single" w:sz="4" w:space="0" w:color="D8E6EC"/>
              <w:left w:val="single" w:sz="4" w:space="0" w:color="D8E6EC"/>
              <w:bottom w:val="single" w:sz="4" w:space="0" w:color="D8E6EC"/>
              <w:right w:val="single" w:sz="4" w:space="0" w:color="D8E6EC"/>
            </w:tcBorders>
            <w:vAlign w:val="center"/>
          </w:tcPr>
          <w:p w14:paraId="02FD732D" w14:textId="77777777" w:rsidR="00610360" w:rsidRDefault="00000000">
            <w:pPr>
              <w:spacing w:after="0"/>
            </w:pPr>
            <w:r>
              <w:rPr>
                <w:sz w:val="17"/>
              </w:rPr>
              <w:t>month</w:t>
            </w:r>
          </w:p>
        </w:tc>
      </w:tr>
      <w:tr w:rsidR="00610360" w14:paraId="1211B29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E8C85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85A088B" w14:textId="77777777" w:rsidR="00610360" w:rsidRDefault="00000000">
            <w:pPr>
              <w:spacing w:after="0"/>
            </w:pPr>
            <w:r>
              <w:rPr>
                <w:sz w:val="17"/>
              </w:rPr>
              <w:t>juli</w:t>
            </w:r>
          </w:p>
        </w:tc>
        <w:tc>
          <w:tcPr>
            <w:tcW w:w="2592" w:type="dxa"/>
            <w:tcBorders>
              <w:top w:val="single" w:sz="4" w:space="0" w:color="D8E6EC"/>
              <w:left w:val="single" w:sz="4" w:space="0" w:color="D8E6EC"/>
              <w:bottom w:val="single" w:sz="4" w:space="0" w:color="D8E6EC"/>
              <w:right w:val="single" w:sz="4" w:space="0" w:color="D8E6EC"/>
            </w:tcBorders>
            <w:vAlign w:val="center"/>
          </w:tcPr>
          <w:p w14:paraId="1106A805" w14:textId="77777777" w:rsidR="00610360" w:rsidRDefault="00000000">
            <w:pPr>
              <w:spacing w:after="0"/>
            </w:pPr>
            <w:r>
              <w:rPr>
                <w:sz w:val="17"/>
              </w:rPr>
              <w:t>July</w:t>
            </w:r>
          </w:p>
        </w:tc>
        <w:tc>
          <w:tcPr>
            <w:tcW w:w="2592" w:type="dxa"/>
            <w:tcBorders>
              <w:top w:val="single" w:sz="4" w:space="0" w:color="D8E6EC"/>
              <w:left w:val="single" w:sz="4" w:space="0" w:color="D8E6EC"/>
              <w:bottom w:val="single" w:sz="4" w:space="0" w:color="D8E6EC"/>
              <w:right w:val="single" w:sz="4" w:space="0" w:color="D8E6EC"/>
            </w:tcBorders>
            <w:vAlign w:val="center"/>
          </w:tcPr>
          <w:p w14:paraId="47689465" w14:textId="77777777" w:rsidR="00610360" w:rsidRDefault="00000000">
            <w:pPr>
              <w:spacing w:after="0"/>
            </w:pPr>
            <w:r>
              <w:rPr>
                <w:sz w:val="17"/>
              </w:rPr>
              <w:t>month</w:t>
            </w:r>
          </w:p>
        </w:tc>
      </w:tr>
      <w:tr w:rsidR="00610360" w14:paraId="6B52765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BFD4B2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F382FFE" w14:textId="77777777" w:rsidR="00610360" w:rsidRDefault="00000000">
            <w:pPr>
              <w:spacing w:after="0"/>
            </w:pPr>
            <w:r>
              <w:rPr>
                <w:sz w:val="17"/>
              </w:rPr>
              <w:t>august</w:t>
            </w:r>
          </w:p>
        </w:tc>
        <w:tc>
          <w:tcPr>
            <w:tcW w:w="2592" w:type="dxa"/>
            <w:tcBorders>
              <w:top w:val="single" w:sz="4" w:space="0" w:color="D8E6EC"/>
              <w:left w:val="single" w:sz="4" w:space="0" w:color="D8E6EC"/>
              <w:bottom w:val="single" w:sz="4" w:space="0" w:color="D8E6EC"/>
              <w:right w:val="single" w:sz="4" w:space="0" w:color="D8E6EC"/>
            </w:tcBorders>
            <w:vAlign w:val="center"/>
          </w:tcPr>
          <w:p w14:paraId="3995F88B" w14:textId="77777777" w:rsidR="00610360" w:rsidRDefault="00000000">
            <w:pPr>
              <w:spacing w:after="0"/>
            </w:pPr>
            <w:r>
              <w:rPr>
                <w:sz w:val="17"/>
              </w:rPr>
              <w:t>August</w:t>
            </w:r>
          </w:p>
        </w:tc>
        <w:tc>
          <w:tcPr>
            <w:tcW w:w="2592" w:type="dxa"/>
            <w:tcBorders>
              <w:top w:val="single" w:sz="4" w:space="0" w:color="D8E6EC"/>
              <w:left w:val="single" w:sz="4" w:space="0" w:color="D8E6EC"/>
              <w:bottom w:val="single" w:sz="4" w:space="0" w:color="D8E6EC"/>
              <w:right w:val="single" w:sz="4" w:space="0" w:color="D8E6EC"/>
            </w:tcBorders>
            <w:vAlign w:val="center"/>
          </w:tcPr>
          <w:p w14:paraId="496CBB18" w14:textId="77777777" w:rsidR="00610360" w:rsidRDefault="00000000">
            <w:pPr>
              <w:spacing w:after="0"/>
            </w:pPr>
            <w:r>
              <w:rPr>
                <w:sz w:val="17"/>
              </w:rPr>
              <w:t>month</w:t>
            </w:r>
          </w:p>
        </w:tc>
      </w:tr>
      <w:tr w:rsidR="00610360" w14:paraId="3069FFC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591B8C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26B4CF0" w14:textId="77777777" w:rsidR="00610360" w:rsidRDefault="00000000">
            <w:pPr>
              <w:spacing w:after="0"/>
            </w:pPr>
            <w:r>
              <w:rPr>
                <w:sz w:val="17"/>
              </w:rPr>
              <w:t>septembr</w:t>
            </w:r>
          </w:p>
        </w:tc>
        <w:tc>
          <w:tcPr>
            <w:tcW w:w="2592" w:type="dxa"/>
            <w:tcBorders>
              <w:top w:val="single" w:sz="4" w:space="0" w:color="D8E6EC"/>
              <w:left w:val="single" w:sz="4" w:space="0" w:color="D8E6EC"/>
              <w:bottom w:val="single" w:sz="4" w:space="0" w:color="D8E6EC"/>
              <w:right w:val="single" w:sz="4" w:space="0" w:color="D8E6EC"/>
            </w:tcBorders>
            <w:vAlign w:val="center"/>
          </w:tcPr>
          <w:p w14:paraId="7973836D" w14:textId="77777777" w:rsidR="00610360" w:rsidRDefault="00000000">
            <w:pPr>
              <w:spacing w:after="0"/>
            </w:pPr>
            <w:r>
              <w:rPr>
                <w:sz w:val="17"/>
              </w:rPr>
              <w:t>September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F85F08B" w14:textId="77777777" w:rsidR="00610360" w:rsidRDefault="00000000">
            <w:pPr>
              <w:spacing w:after="0"/>
            </w:pPr>
            <w:r>
              <w:rPr>
                <w:sz w:val="17"/>
              </w:rPr>
              <w:t>month</w:t>
            </w:r>
          </w:p>
        </w:tc>
      </w:tr>
      <w:tr w:rsidR="00610360" w14:paraId="7388ECC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85613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0F017A2" w14:textId="77777777" w:rsidR="00610360" w:rsidRDefault="00000000">
            <w:pPr>
              <w:spacing w:after="0"/>
            </w:pPr>
            <w:r>
              <w:rPr>
                <w:sz w:val="17"/>
              </w:rPr>
              <w:t>octobr</w:t>
            </w:r>
          </w:p>
        </w:tc>
        <w:tc>
          <w:tcPr>
            <w:tcW w:w="2592" w:type="dxa"/>
            <w:tcBorders>
              <w:top w:val="single" w:sz="4" w:space="0" w:color="D8E6EC"/>
              <w:left w:val="single" w:sz="4" w:space="0" w:color="D8E6EC"/>
              <w:bottom w:val="single" w:sz="4" w:space="0" w:color="D8E6EC"/>
              <w:right w:val="single" w:sz="4" w:space="0" w:color="D8E6EC"/>
            </w:tcBorders>
            <w:vAlign w:val="center"/>
          </w:tcPr>
          <w:p w14:paraId="05C77DCB" w14:textId="77777777" w:rsidR="00610360" w:rsidRDefault="00000000">
            <w:pPr>
              <w:spacing w:after="0"/>
            </w:pPr>
            <w:r>
              <w:rPr>
                <w:sz w:val="17"/>
              </w:rPr>
              <w:t>October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131835A" w14:textId="77777777" w:rsidR="00610360" w:rsidRDefault="00000000">
            <w:pPr>
              <w:spacing w:after="0"/>
            </w:pPr>
            <w:r>
              <w:rPr>
                <w:sz w:val="17"/>
              </w:rPr>
              <w:t>month</w:t>
            </w:r>
          </w:p>
        </w:tc>
      </w:tr>
      <w:tr w:rsidR="00610360" w14:paraId="49AFDBC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F0B3B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B2C0F89" w14:textId="77777777" w:rsidR="00610360" w:rsidRDefault="00000000">
            <w:pPr>
              <w:spacing w:after="0"/>
            </w:pPr>
            <w:r>
              <w:rPr>
                <w:sz w:val="17"/>
              </w:rPr>
              <w:t>novembr</w:t>
            </w:r>
          </w:p>
        </w:tc>
        <w:tc>
          <w:tcPr>
            <w:tcW w:w="2592" w:type="dxa"/>
            <w:tcBorders>
              <w:top w:val="single" w:sz="4" w:space="0" w:color="D8E6EC"/>
              <w:left w:val="single" w:sz="4" w:space="0" w:color="D8E6EC"/>
              <w:bottom w:val="single" w:sz="4" w:space="0" w:color="D8E6EC"/>
              <w:right w:val="single" w:sz="4" w:space="0" w:color="D8E6EC"/>
            </w:tcBorders>
            <w:vAlign w:val="center"/>
          </w:tcPr>
          <w:p w14:paraId="245CC540" w14:textId="77777777" w:rsidR="00610360" w:rsidRDefault="00000000">
            <w:pPr>
              <w:spacing w:after="0"/>
            </w:pPr>
            <w:r>
              <w:rPr>
                <w:sz w:val="17"/>
              </w:rPr>
              <w:t>November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607F0DC" w14:textId="77777777" w:rsidR="00610360" w:rsidRDefault="00000000">
            <w:pPr>
              <w:spacing w:after="0"/>
            </w:pPr>
            <w:r>
              <w:rPr>
                <w:sz w:val="17"/>
              </w:rPr>
              <w:t>month</w:t>
            </w:r>
          </w:p>
        </w:tc>
      </w:tr>
      <w:tr w:rsidR="00610360" w14:paraId="06291CC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A8F091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5C2F69" w14:textId="77777777" w:rsidR="00610360" w:rsidRDefault="00000000">
            <w:pPr>
              <w:spacing w:after="0"/>
            </w:pPr>
            <w:r>
              <w:rPr>
                <w:sz w:val="17"/>
              </w:rPr>
              <w:t>dekmbr</w:t>
            </w:r>
          </w:p>
        </w:tc>
        <w:tc>
          <w:tcPr>
            <w:tcW w:w="2592" w:type="dxa"/>
            <w:tcBorders>
              <w:top w:val="single" w:sz="4" w:space="0" w:color="D8E6EC"/>
              <w:left w:val="single" w:sz="4" w:space="0" w:color="D8E6EC"/>
              <w:bottom w:val="single" w:sz="4" w:space="0" w:color="D8E6EC"/>
              <w:right w:val="single" w:sz="4" w:space="0" w:color="D8E6EC"/>
            </w:tcBorders>
            <w:vAlign w:val="center"/>
          </w:tcPr>
          <w:p w14:paraId="5793C5C1" w14:textId="77777777" w:rsidR="00610360" w:rsidRDefault="00000000">
            <w:pPr>
              <w:spacing w:after="0"/>
            </w:pPr>
            <w:r>
              <w:rPr>
                <w:sz w:val="17"/>
              </w:rPr>
              <w:t>Dekmber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B166B8E" w14:textId="77777777" w:rsidR="00610360" w:rsidRDefault="00000000">
            <w:pPr>
              <w:spacing w:after="0"/>
            </w:pPr>
            <w:r>
              <w:rPr>
                <w:sz w:val="17"/>
              </w:rPr>
              <w:t>month</w:t>
            </w:r>
          </w:p>
        </w:tc>
      </w:tr>
    </w:tbl>
    <w:p w14:paraId="7240B662" w14:textId="77777777" w:rsidR="00610360" w:rsidRDefault="00000000">
      <w:pPr>
        <w:pStyle w:val="Heading2"/>
        <w:spacing w:after="120"/>
      </w:pPr>
      <w:r>
        <w:rPr>
          <w:rFonts w:ascii="Aptos" w:hAnsi="Aptos"/>
        </w:rPr>
        <w:t>Body and health</w:t>
      </w:r>
    </w:p>
    <w:tbl>
      <w:tblPr>
        <w:tblW w:w="0" w:type="auto"/>
        <w:jc w:val="center"/>
        <w:tblLook w:val="04A0" w:firstRow="1" w:lastRow="0" w:firstColumn="1" w:lastColumn="0" w:noHBand="0" w:noVBand="1"/>
      </w:tblPr>
      <w:tblGrid>
        <w:gridCol w:w="2592"/>
        <w:gridCol w:w="2592"/>
        <w:gridCol w:w="2592"/>
        <w:gridCol w:w="2592"/>
      </w:tblGrid>
      <w:tr w:rsidR="00610360" w14:paraId="6ABDAD8D"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7A1B621"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51D4D273"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6C9A6409"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9FC9A70" w14:textId="77777777" w:rsidR="00610360" w:rsidRDefault="00000000">
            <w:pPr>
              <w:spacing w:after="0"/>
            </w:pPr>
            <w:r>
              <w:rPr>
                <w:b/>
                <w:color w:val="FFFFFF"/>
                <w:sz w:val="17"/>
              </w:rPr>
              <w:t>Note</w:t>
            </w:r>
          </w:p>
        </w:tc>
      </w:tr>
      <w:tr w:rsidR="00610360" w14:paraId="1EC29BF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9B7E59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EEFDD38" w14:textId="77777777" w:rsidR="00610360" w:rsidRDefault="00000000">
            <w:pPr>
              <w:spacing w:after="0"/>
            </w:pPr>
            <w:r>
              <w:rPr>
                <w:sz w:val="17"/>
              </w:rPr>
              <w:t>korpo</w:t>
            </w:r>
          </w:p>
        </w:tc>
        <w:tc>
          <w:tcPr>
            <w:tcW w:w="2592" w:type="dxa"/>
            <w:tcBorders>
              <w:top w:val="single" w:sz="4" w:space="0" w:color="D8E6EC"/>
              <w:left w:val="single" w:sz="4" w:space="0" w:color="D8E6EC"/>
              <w:bottom w:val="single" w:sz="4" w:space="0" w:color="D8E6EC"/>
              <w:right w:val="single" w:sz="4" w:space="0" w:color="D8E6EC"/>
            </w:tcBorders>
            <w:vAlign w:val="center"/>
          </w:tcPr>
          <w:p w14:paraId="0306A7DB" w14:textId="77777777" w:rsidR="00610360" w:rsidRDefault="00000000">
            <w:pPr>
              <w:spacing w:after="0"/>
            </w:pPr>
            <w:r>
              <w:rPr>
                <w:sz w:val="17"/>
              </w:rPr>
              <w:t>body</w:t>
            </w:r>
          </w:p>
        </w:tc>
        <w:tc>
          <w:tcPr>
            <w:tcW w:w="2592" w:type="dxa"/>
            <w:tcBorders>
              <w:top w:val="single" w:sz="4" w:space="0" w:color="D8E6EC"/>
              <w:left w:val="single" w:sz="4" w:space="0" w:color="D8E6EC"/>
              <w:bottom w:val="single" w:sz="4" w:space="0" w:color="D8E6EC"/>
              <w:right w:val="single" w:sz="4" w:space="0" w:color="D8E6EC"/>
            </w:tcBorders>
            <w:vAlign w:val="center"/>
          </w:tcPr>
          <w:p w14:paraId="31622F70" w14:textId="77777777" w:rsidR="00610360" w:rsidRDefault="00000000">
            <w:pPr>
              <w:spacing w:after="0"/>
            </w:pPr>
            <w:r>
              <w:rPr>
                <w:sz w:val="17"/>
              </w:rPr>
              <w:t>noun</w:t>
            </w:r>
          </w:p>
        </w:tc>
      </w:tr>
      <w:tr w:rsidR="00610360" w14:paraId="00600DE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AE6B0D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F1A2A73" w14:textId="77777777" w:rsidR="00610360" w:rsidRDefault="00000000">
            <w:pPr>
              <w:spacing w:after="0"/>
            </w:pPr>
            <w:r>
              <w:rPr>
                <w:sz w:val="17"/>
              </w:rPr>
              <w:t>kap</w:t>
            </w:r>
          </w:p>
        </w:tc>
        <w:tc>
          <w:tcPr>
            <w:tcW w:w="2592" w:type="dxa"/>
            <w:tcBorders>
              <w:top w:val="single" w:sz="4" w:space="0" w:color="D8E6EC"/>
              <w:left w:val="single" w:sz="4" w:space="0" w:color="D8E6EC"/>
              <w:bottom w:val="single" w:sz="4" w:space="0" w:color="D8E6EC"/>
              <w:right w:val="single" w:sz="4" w:space="0" w:color="D8E6EC"/>
            </w:tcBorders>
            <w:vAlign w:val="center"/>
          </w:tcPr>
          <w:p w14:paraId="59DB6687" w14:textId="77777777" w:rsidR="00610360" w:rsidRDefault="00000000">
            <w:pPr>
              <w:spacing w:after="0"/>
            </w:pPr>
            <w:r>
              <w:rPr>
                <w:sz w:val="17"/>
              </w:rPr>
              <w:t>head</w:t>
            </w:r>
          </w:p>
        </w:tc>
        <w:tc>
          <w:tcPr>
            <w:tcW w:w="2592" w:type="dxa"/>
            <w:tcBorders>
              <w:top w:val="single" w:sz="4" w:space="0" w:color="D8E6EC"/>
              <w:left w:val="single" w:sz="4" w:space="0" w:color="D8E6EC"/>
              <w:bottom w:val="single" w:sz="4" w:space="0" w:color="D8E6EC"/>
              <w:right w:val="single" w:sz="4" w:space="0" w:color="D8E6EC"/>
            </w:tcBorders>
            <w:vAlign w:val="center"/>
          </w:tcPr>
          <w:p w14:paraId="50F9207C" w14:textId="77777777" w:rsidR="00610360" w:rsidRDefault="00000000">
            <w:pPr>
              <w:spacing w:after="0"/>
            </w:pPr>
            <w:r>
              <w:rPr>
                <w:sz w:val="17"/>
              </w:rPr>
              <w:t>noun</w:t>
            </w:r>
          </w:p>
        </w:tc>
      </w:tr>
      <w:tr w:rsidR="00610360" w14:paraId="77F8677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0028DD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D077386" w14:textId="77777777" w:rsidR="00610360" w:rsidRDefault="00000000">
            <w:pPr>
              <w:spacing w:after="0"/>
            </w:pPr>
            <w:r>
              <w:rPr>
                <w:sz w:val="17"/>
              </w:rPr>
              <w:t>okulo</w:t>
            </w:r>
          </w:p>
        </w:tc>
        <w:tc>
          <w:tcPr>
            <w:tcW w:w="2592" w:type="dxa"/>
            <w:tcBorders>
              <w:top w:val="single" w:sz="4" w:space="0" w:color="D8E6EC"/>
              <w:left w:val="single" w:sz="4" w:space="0" w:color="D8E6EC"/>
              <w:bottom w:val="single" w:sz="4" w:space="0" w:color="D8E6EC"/>
              <w:right w:val="single" w:sz="4" w:space="0" w:color="D8E6EC"/>
            </w:tcBorders>
            <w:vAlign w:val="center"/>
          </w:tcPr>
          <w:p w14:paraId="21E7D9C6" w14:textId="77777777" w:rsidR="00610360" w:rsidRDefault="00000000">
            <w:pPr>
              <w:spacing w:after="0"/>
            </w:pPr>
            <w:r>
              <w:rPr>
                <w:sz w:val="17"/>
              </w:rPr>
              <w:t>eye</w:t>
            </w:r>
          </w:p>
        </w:tc>
        <w:tc>
          <w:tcPr>
            <w:tcW w:w="2592" w:type="dxa"/>
            <w:tcBorders>
              <w:top w:val="single" w:sz="4" w:space="0" w:color="D8E6EC"/>
              <w:left w:val="single" w:sz="4" w:space="0" w:color="D8E6EC"/>
              <w:bottom w:val="single" w:sz="4" w:space="0" w:color="D8E6EC"/>
              <w:right w:val="single" w:sz="4" w:space="0" w:color="D8E6EC"/>
            </w:tcBorders>
            <w:vAlign w:val="center"/>
          </w:tcPr>
          <w:p w14:paraId="569A493C" w14:textId="77777777" w:rsidR="00610360" w:rsidRDefault="00000000">
            <w:pPr>
              <w:spacing w:after="0"/>
            </w:pPr>
            <w:r>
              <w:rPr>
                <w:sz w:val="17"/>
              </w:rPr>
              <w:t>noun</w:t>
            </w:r>
          </w:p>
        </w:tc>
      </w:tr>
      <w:tr w:rsidR="00610360" w14:paraId="3153A18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FA7782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6B89A14" w14:textId="77777777" w:rsidR="00610360" w:rsidRDefault="00000000">
            <w:pPr>
              <w:spacing w:after="0"/>
            </w:pPr>
            <w:r>
              <w:rPr>
                <w:sz w:val="17"/>
              </w:rPr>
              <w:t>orela</w:t>
            </w:r>
          </w:p>
        </w:tc>
        <w:tc>
          <w:tcPr>
            <w:tcW w:w="2592" w:type="dxa"/>
            <w:tcBorders>
              <w:top w:val="single" w:sz="4" w:space="0" w:color="D8E6EC"/>
              <w:left w:val="single" w:sz="4" w:space="0" w:color="D8E6EC"/>
              <w:bottom w:val="single" w:sz="4" w:space="0" w:color="D8E6EC"/>
              <w:right w:val="single" w:sz="4" w:space="0" w:color="D8E6EC"/>
            </w:tcBorders>
            <w:vAlign w:val="center"/>
          </w:tcPr>
          <w:p w14:paraId="12FBB00F" w14:textId="77777777" w:rsidR="00610360" w:rsidRDefault="00000000">
            <w:pPr>
              <w:spacing w:after="0"/>
            </w:pPr>
            <w:r>
              <w:rPr>
                <w:sz w:val="17"/>
              </w:rPr>
              <w:t>ear</w:t>
            </w:r>
          </w:p>
        </w:tc>
        <w:tc>
          <w:tcPr>
            <w:tcW w:w="2592" w:type="dxa"/>
            <w:tcBorders>
              <w:top w:val="single" w:sz="4" w:space="0" w:color="D8E6EC"/>
              <w:left w:val="single" w:sz="4" w:space="0" w:color="D8E6EC"/>
              <w:bottom w:val="single" w:sz="4" w:space="0" w:color="D8E6EC"/>
              <w:right w:val="single" w:sz="4" w:space="0" w:color="D8E6EC"/>
            </w:tcBorders>
            <w:vAlign w:val="center"/>
          </w:tcPr>
          <w:p w14:paraId="5C9DEB2A" w14:textId="77777777" w:rsidR="00610360" w:rsidRDefault="00000000">
            <w:pPr>
              <w:spacing w:after="0"/>
            </w:pPr>
            <w:r>
              <w:rPr>
                <w:sz w:val="17"/>
              </w:rPr>
              <w:t>noun</w:t>
            </w:r>
          </w:p>
        </w:tc>
      </w:tr>
      <w:tr w:rsidR="00610360" w14:paraId="0037262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06931E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EAD4889" w14:textId="77777777" w:rsidR="00610360" w:rsidRDefault="00000000">
            <w:pPr>
              <w:spacing w:after="0"/>
            </w:pPr>
            <w:r>
              <w:rPr>
                <w:sz w:val="17"/>
              </w:rPr>
              <w:t>nasa</w:t>
            </w:r>
          </w:p>
        </w:tc>
        <w:tc>
          <w:tcPr>
            <w:tcW w:w="2592" w:type="dxa"/>
            <w:tcBorders>
              <w:top w:val="single" w:sz="4" w:space="0" w:color="D8E6EC"/>
              <w:left w:val="single" w:sz="4" w:space="0" w:color="D8E6EC"/>
              <w:bottom w:val="single" w:sz="4" w:space="0" w:color="D8E6EC"/>
              <w:right w:val="single" w:sz="4" w:space="0" w:color="D8E6EC"/>
            </w:tcBorders>
            <w:vAlign w:val="center"/>
          </w:tcPr>
          <w:p w14:paraId="28C477ED" w14:textId="77777777" w:rsidR="00610360" w:rsidRDefault="00000000">
            <w:pPr>
              <w:spacing w:after="0"/>
            </w:pPr>
            <w:r>
              <w:rPr>
                <w:sz w:val="17"/>
              </w:rPr>
              <w:t>nose</w:t>
            </w:r>
          </w:p>
        </w:tc>
        <w:tc>
          <w:tcPr>
            <w:tcW w:w="2592" w:type="dxa"/>
            <w:tcBorders>
              <w:top w:val="single" w:sz="4" w:space="0" w:color="D8E6EC"/>
              <w:left w:val="single" w:sz="4" w:space="0" w:color="D8E6EC"/>
              <w:bottom w:val="single" w:sz="4" w:space="0" w:color="D8E6EC"/>
              <w:right w:val="single" w:sz="4" w:space="0" w:color="D8E6EC"/>
            </w:tcBorders>
            <w:vAlign w:val="center"/>
          </w:tcPr>
          <w:p w14:paraId="143995DE" w14:textId="77777777" w:rsidR="00610360" w:rsidRDefault="00000000">
            <w:pPr>
              <w:spacing w:after="0"/>
            </w:pPr>
            <w:r>
              <w:rPr>
                <w:sz w:val="17"/>
              </w:rPr>
              <w:t>noun</w:t>
            </w:r>
          </w:p>
        </w:tc>
      </w:tr>
      <w:tr w:rsidR="00610360" w14:paraId="24E2A7D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EBFDBC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15FDFFB" w14:textId="77777777" w:rsidR="00610360" w:rsidRDefault="00000000">
            <w:pPr>
              <w:spacing w:after="0"/>
            </w:pPr>
            <w:r>
              <w:rPr>
                <w:sz w:val="17"/>
              </w:rPr>
              <w:t>boka</w:t>
            </w:r>
          </w:p>
        </w:tc>
        <w:tc>
          <w:tcPr>
            <w:tcW w:w="2592" w:type="dxa"/>
            <w:tcBorders>
              <w:top w:val="single" w:sz="4" w:space="0" w:color="D8E6EC"/>
              <w:left w:val="single" w:sz="4" w:space="0" w:color="D8E6EC"/>
              <w:bottom w:val="single" w:sz="4" w:space="0" w:color="D8E6EC"/>
              <w:right w:val="single" w:sz="4" w:space="0" w:color="D8E6EC"/>
            </w:tcBorders>
            <w:vAlign w:val="center"/>
          </w:tcPr>
          <w:p w14:paraId="56204AE4" w14:textId="77777777" w:rsidR="00610360" w:rsidRDefault="00000000">
            <w:pPr>
              <w:spacing w:after="0"/>
            </w:pPr>
            <w:r>
              <w:rPr>
                <w:sz w:val="17"/>
              </w:rPr>
              <w:t>mouth</w:t>
            </w:r>
          </w:p>
        </w:tc>
        <w:tc>
          <w:tcPr>
            <w:tcW w:w="2592" w:type="dxa"/>
            <w:tcBorders>
              <w:top w:val="single" w:sz="4" w:space="0" w:color="D8E6EC"/>
              <w:left w:val="single" w:sz="4" w:space="0" w:color="D8E6EC"/>
              <w:bottom w:val="single" w:sz="4" w:space="0" w:color="D8E6EC"/>
              <w:right w:val="single" w:sz="4" w:space="0" w:color="D8E6EC"/>
            </w:tcBorders>
            <w:vAlign w:val="center"/>
          </w:tcPr>
          <w:p w14:paraId="2FE5FB33" w14:textId="77777777" w:rsidR="00610360" w:rsidRDefault="00000000">
            <w:pPr>
              <w:spacing w:after="0"/>
            </w:pPr>
            <w:r>
              <w:rPr>
                <w:sz w:val="17"/>
              </w:rPr>
              <w:t>noun</w:t>
            </w:r>
          </w:p>
        </w:tc>
      </w:tr>
      <w:tr w:rsidR="00610360" w14:paraId="40E1E5C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64D0A6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9475C4" w14:textId="77777777" w:rsidR="00610360" w:rsidRDefault="00000000">
            <w:pPr>
              <w:spacing w:after="0"/>
            </w:pPr>
            <w:r>
              <w:rPr>
                <w:sz w:val="17"/>
              </w:rPr>
              <w:t>dente</w:t>
            </w:r>
          </w:p>
        </w:tc>
        <w:tc>
          <w:tcPr>
            <w:tcW w:w="2592" w:type="dxa"/>
            <w:tcBorders>
              <w:top w:val="single" w:sz="4" w:space="0" w:color="D8E6EC"/>
              <w:left w:val="single" w:sz="4" w:space="0" w:color="D8E6EC"/>
              <w:bottom w:val="single" w:sz="4" w:space="0" w:color="D8E6EC"/>
              <w:right w:val="single" w:sz="4" w:space="0" w:color="D8E6EC"/>
            </w:tcBorders>
            <w:vAlign w:val="center"/>
          </w:tcPr>
          <w:p w14:paraId="7E76DF6E" w14:textId="77777777" w:rsidR="00610360" w:rsidRDefault="00000000">
            <w:pPr>
              <w:spacing w:after="0"/>
            </w:pPr>
            <w:r>
              <w:rPr>
                <w:sz w:val="17"/>
              </w:rPr>
              <w:t>tooth</w:t>
            </w:r>
          </w:p>
        </w:tc>
        <w:tc>
          <w:tcPr>
            <w:tcW w:w="2592" w:type="dxa"/>
            <w:tcBorders>
              <w:top w:val="single" w:sz="4" w:space="0" w:color="D8E6EC"/>
              <w:left w:val="single" w:sz="4" w:space="0" w:color="D8E6EC"/>
              <w:bottom w:val="single" w:sz="4" w:space="0" w:color="D8E6EC"/>
              <w:right w:val="single" w:sz="4" w:space="0" w:color="D8E6EC"/>
            </w:tcBorders>
            <w:vAlign w:val="center"/>
          </w:tcPr>
          <w:p w14:paraId="31666949" w14:textId="77777777" w:rsidR="00610360" w:rsidRDefault="00000000">
            <w:pPr>
              <w:spacing w:after="0"/>
            </w:pPr>
            <w:r>
              <w:rPr>
                <w:sz w:val="17"/>
              </w:rPr>
              <w:t>noun</w:t>
            </w:r>
          </w:p>
        </w:tc>
      </w:tr>
      <w:tr w:rsidR="00610360" w14:paraId="33B4A92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387EA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35F761A" w14:textId="77777777" w:rsidR="00610360" w:rsidRDefault="00000000">
            <w:pPr>
              <w:spacing w:after="0"/>
            </w:pPr>
            <w:r>
              <w:rPr>
                <w:sz w:val="17"/>
              </w:rPr>
              <w:t>mano</w:t>
            </w:r>
          </w:p>
        </w:tc>
        <w:tc>
          <w:tcPr>
            <w:tcW w:w="2592" w:type="dxa"/>
            <w:tcBorders>
              <w:top w:val="single" w:sz="4" w:space="0" w:color="D8E6EC"/>
              <w:left w:val="single" w:sz="4" w:space="0" w:color="D8E6EC"/>
              <w:bottom w:val="single" w:sz="4" w:space="0" w:color="D8E6EC"/>
              <w:right w:val="single" w:sz="4" w:space="0" w:color="D8E6EC"/>
            </w:tcBorders>
            <w:vAlign w:val="center"/>
          </w:tcPr>
          <w:p w14:paraId="1042AE72" w14:textId="77777777" w:rsidR="00610360" w:rsidRDefault="00000000">
            <w:pPr>
              <w:spacing w:after="0"/>
            </w:pPr>
            <w:r>
              <w:rPr>
                <w:sz w:val="17"/>
              </w:rPr>
              <w:t>hand</w:t>
            </w:r>
          </w:p>
        </w:tc>
        <w:tc>
          <w:tcPr>
            <w:tcW w:w="2592" w:type="dxa"/>
            <w:tcBorders>
              <w:top w:val="single" w:sz="4" w:space="0" w:color="D8E6EC"/>
              <w:left w:val="single" w:sz="4" w:space="0" w:color="D8E6EC"/>
              <w:bottom w:val="single" w:sz="4" w:space="0" w:color="D8E6EC"/>
              <w:right w:val="single" w:sz="4" w:space="0" w:color="D8E6EC"/>
            </w:tcBorders>
            <w:vAlign w:val="center"/>
          </w:tcPr>
          <w:p w14:paraId="692B0D93" w14:textId="77777777" w:rsidR="00610360" w:rsidRDefault="00000000">
            <w:pPr>
              <w:spacing w:after="0"/>
            </w:pPr>
            <w:r>
              <w:rPr>
                <w:sz w:val="17"/>
              </w:rPr>
              <w:t>noun</w:t>
            </w:r>
          </w:p>
        </w:tc>
      </w:tr>
      <w:tr w:rsidR="00610360" w14:paraId="38764AC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4CA147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77FBDCC" w14:textId="77777777" w:rsidR="00610360" w:rsidRDefault="00000000">
            <w:pPr>
              <w:spacing w:after="0"/>
            </w:pPr>
            <w:r>
              <w:rPr>
                <w:sz w:val="17"/>
              </w:rPr>
              <w:t>braso</w:t>
            </w:r>
          </w:p>
        </w:tc>
        <w:tc>
          <w:tcPr>
            <w:tcW w:w="2592" w:type="dxa"/>
            <w:tcBorders>
              <w:top w:val="single" w:sz="4" w:space="0" w:color="D8E6EC"/>
              <w:left w:val="single" w:sz="4" w:space="0" w:color="D8E6EC"/>
              <w:bottom w:val="single" w:sz="4" w:space="0" w:color="D8E6EC"/>
              <w:right w:val="single" w:sz="4" w:space="0" w:color="D8E6EC"/>
            </w:tcBorders>
            <w:vAlign w:val="center"/>
          </w:tcPr>
          <w:p w14:paraId="0AA1072A" w14:textId="77777777" w:rsidR="00610360" w:rsidRDefault="00000000">
            <w:pPr>
              <w:spacing w:after="0"/>
            </w:pPr>
            <w:r>
              <w:rPr>
                <w:sz w:val="17"/>
              </w:rPr>
              <w:t>arm</w:t>
            </w:r>
          </w:p>
        </w:tc>
        <w:tc>
          <w:tcPr>
            <w:tcW w:w="2592" w:type="dxa"/>
            <w:tcBorders>
              <w:top w:val="single" w:sz="4" w:space="0" w:color="D8E6EC"/>
              <w:left w:val="single" w:sz="4" w:space="0" w:color="D8E6EC"/>
              <w:bottom w:val="single" w:sz="4" w:space="0" w:color="D8E6EC"/>
              <w:right w:val="single" w:sz="4" w:space="0" w:color="D8E6EC"/>
            </w:tcBorders>
            <w:vAlign w:val="center"/>
          </w:tcPr>
          <w:p w14:paraId="5E9C97BE" w14:textId="77777777" w:rsidR="00610360" w:rsidRDefault="00000000">
            <w:pPr>
              <w:spacing w:after="0"/>
            </w:pPr>
            <w:r>
              <w:rPr>
                <w:sz w:val="17"/>
              </w:rPr>
              <w:t>noun</w:t>
            </w:r>
          </w:p>
        </w:tc>
      </w:tr>
      <w:tr w:rsidR="00610360" w14:paraId="5FD9987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D1FD70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9896231" w14:textId="77777777" w:rsidR="00610360" w:rsidRDefault="00000000">
            <w:pPr>
              <w:spacing w:after="0"/>
            </w:pPr>
            <w:r>
              <w:rPr>
                <w:sz w:val="17"/>
              </w:rPr>
              <w:t>gamba</w:t>
            </w:r>
          </w:p>
        </w:tc>
        <w:tc>
          <w:tcPr>
            <w:tcW w:w="2592" w:type="dxa"/>
            <w:tcBorders>
              <w:top w:val="single" w:sz="4" w:space="0" w:color="D8E6EC"/>
              <w:left w:val="single" w:sz="4" w:space="0" w:color="D8E6EC"/>
              <w:bottom w:val="single" w:sz="4" w:space="0" w:color="D8E6EC"/>
              <w:right w:val="single" w:sz="4" w:space="0" w:color="D8E6EC"/>
            </w:tcBorders>
            <w:vAlign w:val="center"/>
          </w:tcPr>
          <w:p w14:paraId="6688B72F" w14:textId="77777777" w:rsidR="00610360" w:rsidRDefault="00000000">
            <w:pPr>
              <w:spacing w:after="0"/>
            </w:pPr>
            <w:r>
              <w:rPr>
                <w:sz w:val="17"/>
              </w:rPr>
              <w:t>leg</w:t>
            </w:r>
          </w:p>
        </w:tc>
        <w:tc>
          <w:tcPr>
            <w:tcW w:w="2592" w:type="dxa"/>
            <w:tcBorders>
              <w:top w:val="single" w:sz="4" w:space="0" w:color="D8E6EC"/>
              <w:left w:val="single" w:sz="4" w:space="0" w:color="D8E6EC"/>
              <w:bottom w:val="single" w:sz="4" w:space="0" w:color="D8E6EC"/>
              <w:right w:val="single" w:sz="4" w:space="0" w:color="D8E6EC"/>
            </w:tcBorders>
            <w:vAlign w:val="center"/>
          </w:tcPr>
          <w:p w14:paraId="25E8678F" w14:textId="77777777" w:rsidR="00610360" w:rsidRDefault="00000000">
            <w:pPr>
              <w:spacing w:after="0"/>
            </w:pPr>
            <w:r>
              <w:rPr>
                <w:sz w:val="17"/>
              </w:rPr>
              <w:t>noun</w:t>
            </w:r>
          </w:p>
        </w:tc>
      </w:tr>
      <w:tr w:rsidR="00610360" w14:paraId="044BF5B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9BBCE7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EBDFDA" w14:textId="77777777" w:rsidR="00610360" w:rsidRDefault="00000000">
            <w:pPr>
              <w:spacing w:after="0"/>
            </w:pPr>
            <w:r>
              <w:rPr>
                <w:sz w:val="17"/>
              </w:rPr>
              <w:t>korde</w:t>
            </w:r>
          </w:p>
        </w:tc>
        <w:tc>
          <w:tcPr>
            <w:tcW w:w="2592" w:type="dxa"/>
            <w:tcBorders>
              <w:top w:val="single" w:sz="4" w:space="0" w:color="D8E6EC"/>
              <w:left w:val="single" w:sz="4" w:space="0" w:color="D8E6EC"/>
              <w:bottom w:val="single" w:sz="4" w:space="0" w:color="D8E6EC"/>
              <w:right w:val="single" w:sz="4" w:space="0" w:color="D8E6EC"/>
            </w:tcBorders>
            <w:vAlign w:val="center"/>
          </w:tcPr>
          <w:p w14:paraId="17F79261" w14:textId="77777777" w:rsidR="00610360" w:rsidRDefault="00000000">
            <w:pPr>
              <w:spacing w:after="0"/>
            </w:pPr>
            <w:r>
              <w:rPr>
                <w:sz w:val="17"/>
              </w:rPr>
              <w:t>heart</w:t>
            </w:r>
          </w:p>
        </w:tc>
        <w:tc>
          <w:tcPr>
            <w:tcW w:w="2592" w:type="dxa"/>
            <w:tcBorders>
              <w:top w:val="single" w:sz="4" w:space="0" w:color="D8E6EC"/>
              <w:left w:val="single" w:sz="4" w:space="0" w:color="D8E6EC"/>
              <w:bottom w:val="single" w:sz="4" w:space="0" w:color="D8E6EC"/>
              <w:right w:val="single" w:sz="4" w:space="0" w:color="D8E6EC"/>
            </w:tcBorders>
            <w:vAlign w:val="center"/>
          </w:tcPr>
          <w:p w14:paraId="0FB7412C" w14:textId="77777777" w:rsidR="00610360" w:rsidRDefault="00000000">
            <w:pPr>
              <w:spacing w:after="0"/>
            </w:pPr>
            <w:r>
              <w:rPr>
                <w:sz w:val="17"/>
              </w:rPr>
              <w:t>noun</w:t>
            </w:r>
          </w:p>
        </w:tc>
      </w:tr>
      <w:tr w:rsidR="00610360" w14:paraId="77CDE87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11E91A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CC6662C" w14:textId="77777777" w:rsidR="00610360" w:rsidRDefault="00000000">
            <w:pPr>
              <w:spacing w:after="0"/>
            </w:pPr>
            <w:r>
              <w:rPr>
                <w:sz w:val="17"/>
              </w:rPr>
              <w:t>sang</w:t>
            </w:r>
          </w:p>
        </w:tc>
        <w:tc>
          <w:tcPr>
            <w:tcW w:w="2592" w:type="dxa"/>
            <w:tcBorders>
              <w:top w:val="single" w:sz="4" w:space="0" w:color="D8E6EC"/>
              <w:left w:val="single" w:sz="4" w:space="0" w:color="D8E6EC"/>
              <w:bottom w:val="single" w:sz="4" w:space="0" w:color="D8E6EC"/>
              <w:right w:val="single" w:sz="4" w:space="0" w:color="D8E6EC"/>
            </w:tcBorders>
            <w:vAlign w:val="center"/>
          </w:tcPr>
          <w:p w14:paraId="224A69F2" w14:textId="77777777" w:rsidR="00610360" w:rsidRDefault="00000000">
            <w:pPr>
              <w:spacing w:after="0"/>
            </w:pPr>
            <w:r>
              <w:rPr>
                <w:sz w:val="17"/>
              </w:rPr>
              <w:t>blood</w:t>
            </w:r>
          </w:p>
        </w:tc>
        <w:tc>
          <w:tcPr>
            <w:tcW w:w="2592" w:type="dxa"/>
            <w:tcBorders>
              <w:top w:val="single" w:sz="4" w:space="0" w:color="D8E6EC"/>
              <w:left w:val="single" w:sz="4" w:space="0" w:color="D8E6EC"/>
              <w:bottom w:val="single" w:sz="4" w:space="0" w:color="D8E6EC"/>
              <w:right w:val="single" w:sz="4" w:space="0" w:color="D8E6EC"/>
            </w:tcBorders>
            <w:vAlign w:val="center"/>
          </w:tcPr>
          <w:p w14:paraId="1BCF3917" w14:textId="77777777" w:rsidR="00610360" w:rsidRDefault="00000000">
            <w:pPr>
              <w:spacing w:after="0"/>
            </w:pPr>
            <w:r>
              <w:rPr>
                <w:sz w:val="17"/>
              </w:rPr>
              <w:t>noun</w:t>
            </w:r>
          </w:p>
        </w:tc>
      </w:tr>
      <w:tr w:rsidR="00610360" w14:paraId="3E1D892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15C178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4FEE737" w14:textId="77777777" w:rsidR="00610360" w:rsidRDefault="00000000">
            <w:pPr>
              <w:spacing w:after="0"/>
            </w:pPr>
            <w:r>
              <w:rPr>
                <w:sz w:val="17"/>
              </w:rPr>
              <w:t>dolor</w:t>
            </w:r>
          </w:p>
        </w:tc>
        <w:tc>
          <w:tcPr>
            <w:tcW w:w="2592" w:type="dxa"/>
            <w:tcBorders>
              <w:top w:val="single" w:sz="4" w:space="0" w:color="D8E6EC"/>
              <w:left w:val="single" w:sz="4" w:space="0" w:color="D8E6EC"/>
              <w:bottom w:val="single" w:sz="4" w:space="0" w:color="D8E6EC"/>
              <w:right w:val="single" w:sz="4" w:space="0" w:color="D8E6EC"/>
            </w:tcBorders>
            <w:vAlign w:val="center"/>
          </w:tcPr>
          <w:p w14:paraId="31F8EEAA" w14:textId="77777777" w:rsidR="00610360" w:rsidRDefault="00000000">
            <w:pPr>
              <w:spacing w:after="0"/>
            </w:pPr>
            <w:r>
              <w:rPr>
                <w:sz w:val="17"/>
              </w:rPr>
              <w:t>pain</w:t>
            </w:r>
          </w:p>
        </w:tc>
        <w:tc>
          <w:tcPr>
            <w:tcW w:w="2592" w:type="dxa"/>
            <w:tcBorders>
              <w:top w:val="single" w:sz="4" w:space="0" w:color="D8E6EC"/>
              <w:left w:val="single" w:sz="4" w:space="0" w:color="D8E6EC"/>
              <w:bottom w:val="single" w:sz="4" w:space="0" w:color="D8E6EC"/>
              <w:right w:val="single" w:sz="4" w:space="0" w:color="D8E6EC"/>
            </w:tcBorders>
            <w:vAlign w:val="center"/>
          </w:tcPr>
          <w:p w14:paraId="35E8C6C0" w14:textId="77777777" w:rsidR="00610360" w:rsidRDefault="00000000">
            <w:pPr>
              <w:spacing w:after="0"/>
            </w:pPr>
            <w:r>
              <w:rPr>
                <w:sz w:val="17"/>
              </w:rPr>
              <w:t>noun</w:t>
            </w:r>
          </w:p>
        </w:tc>
      </w:tr>
      <w:tr w:rsidR="00610360" w14:paraId="76C3825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E24132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8FFCBE3" w14:textId="77777777" w:rsidR="00610360" w:rsidRDefault="00000000">
            <w:pPr>
              <w:spacing w:after="0"/>
            </w:pPr>
            <w:r>
              <w:rPr>
                <w:sz w:val="17"/>
              </w:rPr>
              <w:t>febre</w:t>
            </w:r>
          </w:p>
        </w:tc>
        <w:tc>
          <w:tcPr>
            <w:tcW w:w="2592" w:type="dxa"/>
            <w:tcBorders>
              <w:top w:val="single" w:sz="4" w:space="0" w:color="D8E6EC"/>
              <w:left w:val="single" w:sz="4" w:space="0" w:color="D8E6EC"/>
              <w:bottom w:val="single" w:sz="4" w:space="0" w:color="D8E6EC"/>
              <w:right w:val="single" w:sz="4" w:space="0" w:color="D8E6EC"/>
            </w:tcBorders>
            <w:vAlign w:val="center"/>
          </w:tcPr>
          <w:p w14:paraId="283D7B97" w14:textId="77777777" w:rsidR="00610360" w:rsidRDefault="00000000">
            <w:pPr>
              <w:spacing w:after="0"/>
            </w:pPr>
            <w:r>
              <w:rPr>
                <w:sz w:val="17"/>
              </w:rPr>
              <w:t>fever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9BB0534" w14:textId="77777777" w:rsidR="00610360" w:rsidRDefault="00000000">
            <w:pPr>
              <w:spacing w:after="0"/>
            </w:pPr>
            <w:r>
              <w:rPr>
                <w:sz w:val="17"/>
              </w:rPr>
              <w:t>noun</w:t>
            </w:r>
          </w:p>
        </w:tc>
      </w:tr>
      <w:tr w:rsidR="00610360" w14:paraId="6493CFD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56B42E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EF1897B" w14:textId="77777777" w:rsidR="00610360" w:rsidRDefault="00000000">
            <w:pPr>
              <w:spacing w:after="0"/>
            </w:pPr>
            <w:r>
              <w:rPr>
                <w:sz w:val="17"/>
              </w:rPr>
              <w:t>maladi</w:t>
            </w:r>
          </w:p>
        </w:tc>
        <w:tc>
          <w:tcPr>
            <w:tcW w:w="2592" w:type="dxa"/>
            <w:tcBorders>
              <w:top w:val="single" w:sz="4" w:space="0" w:color="D8E6EC"/>
              <w:left w:val="single" w:sz="4" w:space="0" w:color="D8E6EC"/>
              <w:bottom w:val="single" w:sz="4" w:space="0" w:color="D8E6EC"/>
              <w:right w:val="single" w:sz="4" w:space="0" w:color="D8E6EC"/>
            </w:tcBorders>
            <w:vAlign w:val="center"/>
          </w:tcPr>
          <w:p w14:paraId="5334020F" w14:textId="77777777" w:rsidR="00610360" w:rsidRDefault="00000000">
            <w:pPr>
              <w:spacing w:after="0"/>
            </w:pPr>
            <w:r>
              <w:rPr>
                <w:sz w:val="17"/>
              </w:rPr>
              <w:t>illness</w:t>
            </w:r>
          </w:p>
        </w:tc>
        <w:tc>
          <w:tcPr>
            <w:tcW w:w="2592" w:type="dxa"/>
            <w:tcBorders>
              <w:top w:val="single" w:sz="4" w:space="0" w:color="D8E6EC"/>
              <w:left w:val="single" w:sz="4" w:space="0" w:color="D8E6EC"/>
              <w:bottom w:val="single" w:sz="4" w:space="0" w:color="D8E6EC"/>
              <w:right w:val="single" w:sz="4" w:space="0" w:color="D8E6EC"/>
            </w:tcBorders>
            <w:vAlign w:val="center"/>
          </w:tcPr>
          <w:p w14:paraId="0D3FD324" w14:textId="77777777" w:rsidR="00610360" w:rsidRDefault="00000000">
            <w:pPr>
              <w:spacing w:after="0"/>
            </w:pPr>
            <w:r>
              <w:rPr>
                <w:sz w:val="17"/>
              </w:rPr>
              <w:t>noun</w:t>
            </w:r>
          </w:p>
        </w:tc>
      </w:tr>
      <w:tr w:rsidR="00610360" w14:paraId="1A034A2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598403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CE38BA5" w14:textId="77777777" w:rsidR="00610360" w:rsidRDefault="00000000">
            <w:pPr>
              <w:spacing w:after="0"/>
            </w:pPr>
            <w:r>
              <w:rPr>
                <w:sz w:val="17"/>
              </w:rPr>
              <w:t>medika</w:t>
            </w:r>
          </w:p>
        </w:tc>
        <w:tc>
          <w:tcPr>
            <w:tcW w:w="2592" w:type="dxa"/>
            <w:tcBorders>
              <w:top w:val="single" w:sz="4" w:space="0" w:color="D8E6EC"/>
              <w:left w:val="single" w:sz="4" w:space="0" w:color="D8E6EC"/>
              <w:bottom w:val="single" w:sz="4" w:space="0" w:color="D8E6EC"/>
              <w:right w:val="single" w:sz="4" w:space="0" w:color="D8E6EC"/>
            </w:tcBorders>
            <w:vAlign w:val="center"/>
          </w:tcPr>
          <w:p w14:paraId="1070E561" w14:textId="77777777" w:rsidR="00610360" w:rsidRDefault="00000000">
            <w:pPr>
              <w:spacing w:after="0"/>
            </w:pPr>
            <w:r>
              <w:rPr>
                <w:sz w:val="17"/>
              </w:rPr>
              <w:t>medicine</w:t>
            </w:r>
          </w:p>
        </w:tc>
        <w:tc>
          <w:tcPr>
            <w:tcW w:w="2592" w:type="dxa"/>
            <w:tcBorders>
              <w:top w:val="single" w:sz="4" w:space="0" w:color="D8E6EC"/>
              <w:left w:val="single" w:sz="4" w:space="0" w:color="D8E6EC"/>
              <w:bottom w:val="single" w:sz="4" w:space="0" w:color="D8E6EC"/>
              <w:right w:val="single" w:sz="4" w:space="0" w:color="D8E6EC"/>
            </w:tcBorders>
            <w:vAlign w:val="center"/>
          </w:tcPr>
          <w:p w14:paraId="561C62B3" w14:textId="77777777" w:rsidR="00610360" w:rsidRDefault="00000000">
            <w:pPr>
              <w:spacing w:after="0"/>
            </w:pPr>
            <w:r>
              <w:rPr>
                <w:sz w:val="17"/>
              </w:rPr>
              <w:t>noun</w:t>
            </w:r>
          </w:p>
        </w:tc>
      </w:tr>
      <w:tr w:rsidR="00610360" w14:paraId="54E7186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B40FEA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7754A5E" w14:textId="77777777" w:rsidR="00610360" w:rsidRDefault="00000000">
            <w:pPr>
              <w:spacing w:after="0"/>
            </w:pPr>
            <w:r>
              <w:rPr>
                <w:sz w:val="17"/>
              </w:rPr>
              <w:t>doktor</w:t>
            </w:r>
          </w:p>
        </w:tc>
        <w:tc>
          <w:tcPr>
            <w:tcW w:w="2592" w:type="dxa"/>
            <w:tcBorders>
              <w:top w:val="single" w:sz="4" w:space="0" w:color="D8E6EC"/>
              <w:left w:val="single" w:sz="4" w:space="0" w:color="D8E6EC"/>
              <w:bottom w:val="single" w:sz="4" w:space="0" w:color="D8E6EC"/>
              <w:right w:val="single" w:sz="4" w:space="0" w:color="D8E6EC"/>
            </w:tcBorders>
            <w:vAlign w:val="center"/>
          </w:tcPr>
          <w:p w14:paraId="49B2D6DC" w14:textId="77777777" w:rsidR="00610360" w:rsidRDefault="00000000">
            <w:pPr>
              <w:spacing w:after="0"/>
            </w:pPr>
            <w:r>
              <w:rPr>
                <w:sz w:val="17"/>
              </w:rPr>
              <w:t>doctor</w:t>
            </w:r>
          </w:p>
        </w:tc>
        <w:tc>
          <w:tcPr>
            <w:tcW w:w="2592" w:type="dxa"/>
            <w:tcBorders>
              <w:top w:val="single" w:sz="4" w:space="0" w:color="D8E6EC"/>
              <w:left w:val="single" w:sz="4" w:space="0" w:color="D8E6EC"/>
              <w:bottom w:val="single" w:sz="4" w:space="0" w:color="D8E6EC"/>
              <w:right w:val="single" w:sz="4" w:space="0" w:color="D8E6EC"/>
            </w:tcBorders>
            <w:vAlign w:val="center"/>
          </w:tcPr>
          <w:p w14:paraId="6CE9802C" w14:textId="77777777" w:rsidR="00610360" w:rsidRDefault="00000000">
            <w:pPr>
              <w:spacing w:after="0"/>
            </w:pPr>
            <w:r>
              <w:rPr>
                <w:sz w:val="17"/>
              </w:rPr>
              <w:t>noun</w:t>
            </w:r>
          </w:p>
        </w:tc>
      </w:tr>
      <w:tr w:rsidR="00610360" w14:paraId="342510E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0A05AD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2CAF7F9" w14:textId="77777777" w:rsidR="00610360" w:rsidRDefault="00000000">
            <w:pPr>
              <w:spacing w:after="0"/>
            </w:pPr>
            <w:r>
              <w:rPr>
                <w:sz w:val="17"/>
              </w:rPr>
              <w:t>hospital</w:t>
            </w:r>
          </w:p>
        </w:tc>
        <w:tc>
          <w:tcPr>
            <w:tcW w:w="2592" w:type="dxa"/>
            <w:tcBorders>
              <w:top w:val="single" w:sz="4" w:space="0" w:color="D8E6EC"/>
              <w:left w:val="single" w:sz="4" w:space="0" w:color="D8E6EC"/>
              <w:bottom w:val="single" w:sz="4" w:space="0" w:color="D8E6EC"/>
              <w:right w:val="single" w:sz="4" w:space="0" w:color="D8E6EC"/>
            </w:tcBorders>
            <w:vAlign w:val="center"/>
          </w:tcPr>
          <w:p w14:paraId="1F97F8EE" w14:textId="77777777" w:rsidR="00610360" w:rsidRDefault="00000000">
            <w:pPr>
              <w:spacing w:after="0"/>
            </w:pPr>
            <w:r>
              <w:rPr>
                <w:sz w:val="17"/>
              </w:rPr>
              <w:t>hospital</w:t>
            </w:r>
          </w:p>
        </w:tc>
        <w:tc>
          <w:tcPr>
            <w:tcW w:w="2592" w:type="dxa"/>
            <w:tcBorders>
              <w:top w:val="single" w:sz="4" w:space="0" w:color="D8E6EC"/>
              <w:left w:val="single" w:sz="4" w:space="0" w:color="D8E6EC"/>
              <w:bottom w:val="single" w:sz="4" w:space="0" w:color="D8E6EC"/>
              <w:right w:val="single" w:sz="4" w:space="0" w:color="D8E6EC"/>
            </w:tcBorders>
            <w:vAlign w:val="center"/>
          </w:tcPr>
          <w:p w14:paraId="24358466" w14:textId="77777777" w:rsidR="00610360" w:rsidRDefault="00000000">
            <w:pPr>
              <w:spacing w:after="0"/>
            </w:pPr>
            <w:r>
              <w:rPr>
                <w:sz w:val="17"/>
              </w:rPr>
              <w:t>noun</w:t>
            </w:r>
          </w:p>
        </w:tc>
      </w:tr>
      <w:tr w:rsidR="00610360" w14:paraId="75336A7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D062B3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0B4806C" w14:textId="77777777" w:rsidR="00610360" w:rsidRDefault="00000000">
            <w:pPr>
              <w:spacing w:after="0"/>
            </w:pPr>
            <w:r>
              <w:rPr>
                <w:sz w:val="17"/>
              </w:rPr>
              <w:t>emergensia</w:t>
            </w:r>
          </w:p>
        </w:tc>
        <w:tc>
          <w:tcPr>
            <w:tcW w:w="2592" w:type="dxa"/>
            <w:tcBorders>
              <w:top w:val="single" w:sz="4" w:space="0" w:color="D8E6EC"/>
              <w:left w:val="single" w:sz="4" w:space="0" w:color="D8E6EC"/>
              <w:bottom w:val="single" w:sz="4" w:space="0" w:color="D8E6EC"/>
              <w:right w:val="single" w:sz="4" w:space="0" w:color="D8E6EC"/>
            </w:tcBorders>
            <w:vAlign w:val="center"/>
          </w:tcPr>
          <w:p w14:paraId="67AF85D9" w14:textId="77777777" w:rsidR="00610360" w:rsidRDefault="00000000">
            <w:pPr>
              <w:spacing w:after="0"/>
            </w:pPr>
            <w:r>
              <w:rPr>
                <w:sz w:val="17"/>
              </w:rPr>
              <w:t>emergency</w:t>
            </w:r>
          </w:p>
        </w:tc>
        <w:tc>
          <w:tcPr>
            <w:tcW w:w="2592" w:type="dxa"/>
            <w:tcBorders>
              <w:top w:val="single" w:sz="4" w:space="0" w:color="D8E6EC"/>
              <w:left w:val="single" w:sz="4" w:space="0" w:color="D8E6EC"/>
              <w:bottom w:val="single" w:sz="4" w:space="0" w:color="D8E6EC"/>
              <w:right w:val="single" w:sz="4" w:space="0" w:color="D8E6EC"/>
            </w:tcBorders>
            <w:vAlign w:val="center"/>
          </w:tcPr>
          <w:p w14:paraId="53AED522" w14:textId="77777777" w:rsidR="00610360" w:rsidRDefault="00000000">
            <w:pPr>
              <w:spacing w:after="0"/>
            </w:pPr>
            <w:r>
              <w:rPr>
                <w:sz w:val="17"/>
              </w:rPr>
              <w:t>noun</w:t>
            </w:r>
          </w:p>
        </w:tc>
      </w:tr>
      <w:tr w:rsidR="00610360" w14:paraId="02CD8D7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089484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DA5AF6B" w14:textId="77777777" w:rsidR="00610360" w:rsidRDefault="00000000">
            <w:pPr>
              <w:spacing w:after="0"/>
            </w:pPr>
            <w:r>
              <w:rPr>
                <w:sz w:val="17"/>
              </w:rPr>
              <w:t>cura</w:t>
            </w:r>
          </w:p>
        </w:tc>
        <w:tc>
          <w:tcPr>
            <w:tcW w:w="2592" w:type="dxa"/>
            <w:tcBorders>
              <w:top w:val="single" w:sz="4" w:space="0" w:color="D8E6EC"/>
              <w:left w:val="single" w:sz="4" w:space="0" w:color="D8E6EC"/>
              <w:bottom w:val="single" w:sz="4" w:space="0" w:color="D8E6EC"/>
              <w:right w:val="single" w:sz="4" w:space="0" w:color="D8E6EC"/>
            </w:tcBorders>
            <w:vAlign w:val="center"/>
          </w:tcPr>
          <w:p w14:paraId="1847727E" w14:textId="77777777" w:rsidR="00610360" w:rsidRDefault="00000000">
            <w:pPr>
              <w:spacing w:after="0"/>
            </w:pPr>
            <w:r>
              <w:rPr>
                <w:sz w:val="17"/>
              </w:rPr>
              <w:t>care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FFFE5B" w14:textId="77777777" w:rsidR="00610360" w:rsidRDefault="00000000">
            <w:pPr>
              <w:spacing w:after="0"/>
            </w:pPr>
            <w:r>
              <w:rPr>
                <w:sz w:val="17"/>
              </w:rPr>
              <w:t>noun</w:t>
            </w:r>
          </w:p>
        </w:tc>
      </w:tr>
      <w:tr w:rsidR="00610360" w14:paraId="08EEF01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2B93F7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7C3756C" w14:textId="77777777" w:rsidR="00610360" w:rsidRDefault="00000000">
            <w:pPr>
              <w:spacing w:after="0"/>
            </w:pPr>
            <w:r>
              <w:rPr>
                <w:sz w:val="17"/>
              </w:rPr>
              <w:t>respira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07C7085" w14:textId="77777777" w:rsidR="00610360" w:rsidRDefault="00000000">
            <w:pPr>
              <w:spacing w:after="0"/>
            </w:pPr>
            <w:r>
              <w:rPr>
                <w:sz w:val="17"/>
              </w:rPr>
              <w:t>breathe</w:t>
            </w:r>
          </w:p>
        </w:tc>
        <w:tc>
          <w:tcPr>
            <w:tcW w:w="2592" w:type="dxa"/>
            <w:tcBorders>
              <w:top w:val="single" w:sz="4" w:space="0" w:color="D8E6EC"/>
              <w:left w:val="single" w:sz="4" w:space="0" w:color="D8E6EC"/>
              <w:bottom w:val="single" w:sz="4" w:space="0" w:color="D8E6EC"/>
              <w:right w:val="single" w:sz="4" w:space="0" w:color="D8E6EC"/>
            </w:tcBorders>
            <w:vAlign w:val="center"/>
          </w:tcPr>
          <w:p w14:paraId="20F598AD" w14:textId="77777777" w:rsidR="00610360" w:rsidRDefault="00000000">
            <w:pPr>
              <w:spacing w:after="0"/>
            </w:pPr>
            <w:r>
              <w:rPr>
                <w:sz w:val="17"/>
              </w:rPr>
              <w:t>verb</w:t>
            </w:r>
          </w:p>
        </w:tc>
      </w:tr>
      <w:tr w:rsidR="00610360" w14:paraId="4B62073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17CF0D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12FCC62" w14:textId="77777777" w:rsidR="00610360" w:rsidRDefault="00000000">
            <w:pPr>
              <w:spacing w:after="0"/>
            </w:pPr>
            <w:r>
              <w:rPr>
                <w:sz w:val="17"/>
              </w:rPr>
              <w:t>toka</w:t>
            </w:r>
          </w:p>
        </w:tc>
        <w:tc>
          <w:tcPr>
            <w:tcW w:w="2592" w:type="dxa"/>
            <w:tcBorders>
              <w:top w:val="single" w:sz="4" w:space="0" w:color="D8E6EC"/>
              <w:left w:val="single" w:sz="4" w:space="0" w:color="D8E6EC"/>
              <w:bottom w:val="single" w:sz="4" w:space="0" w:color="D8E6EC"/>
              <w:right w:val="single" w:sz="4" w:space="0" w:color="D8E6EC"/>
            </w:tcBorders>
            <w:vAlign w:val="center"/>
          </w:tcPr>
          <w:p w14:paraId="61C09D7F" w14:textId="77777777" w:rsidR="00610360" w:rsidRDefault="00000000">
            <w:pPr>
              <w:spacing w:after="0"/>
            </w:pPr>
            <w:r>
              <w:rPr>
                <w:sz w:val="17"/>
              </w:rPr>
              <w:t>touch</w:t>
            </w:r>
          </w:p>
        </w:tc>
        <w:tc>
          <w:tcPr>
            <w:tcW w:w="2592" w:type="dxa"/>
            <w:tcBorders>
              <w:top w:val="single" w:sz="4" w:space="0" w:color="D8E6EC"/>
              <w:left w:val="single" w:sz="4" w:space="0" w:color="D8E6EC"/>
              <w:bottom w:val="single" w:sz="4" w:space="0" w:color="D8E6EC"/>
              <w:right w:val="single" w:sz="4" w:space="0" w:color="D8E6EC"/>
            </w:tcBorders>
            <w:vAlign w:val="center"/>
          </w:tcPr>
          <w:p w14:paraId="3566FF6F" w14:textId="77777777" w:rsidR="00610360" w:rsidRDefault="00000000">
            <w:pPr>
              <w:spacing w:after="0"/>
            </w:pPr>
            <w:r>
              <w:rPr>
                <w:sz w:val="17"/>
              </w:rPr>
              <w:t>verb</w:t>
            </w:r>
          </w:p>
        </w:tc>
      </w:tr>
      <w:tr w:rsidR="00610360" w14:paraId="0ECE04E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BA895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132A9D7" w14:textId="77777777" w:rsidR="00610360" w:rsidRDefault="00000000">
            <w:pPr>
              <w:spacing w:after="0"/>
            </w:pPr>
            <w:r>
              <w:rPr>
                <w:sz w:val="17"/>
              </w:rPr>
              <w:t>fatiga</w:t>
            </w:r>
          </w:p>
        </w:tc>
        <w:tc>
          <w:tcPr>
            <w:tcW w:w="2592" w:type="dxa"/>
            <w:tcBorders>
              <w:top w:val="single" w:sz="4" w:space="0" w:color="D8E6EC"/>
              <w:left w:val="single" w:sz="4" w:space="0" w:color="D8E6EC"/>
              <w:bottom w:val="single" w:sz="4" w:space="0" w:color="D8E6EC"/>
              <w:right w:val="single" w:sz="4" w:space="0" w:color="D8E6EC"/>
            </w:tcBorders>
            <w:vAlign w:val="center"/>
          </w:tcPr>
          <w:p w14:paraId="7FAA6688" w14:textId="77777777" w:rsidR="00610360" w:rsidRDefault="00000000">
            <w:pPr>
              <w:spacing w:after="0"/>
            </w:pPr>
            <w:r>
              <w:rPr>
                <w:sz w:val="17"/>
              </w:rPr>
              <w:t>tiredness / fatigue</w:t>
            </w:r>
          </w:p>
        </w:tc>
        <w:tc>
          <w:tcPr>
            <w:tcW w:w="2592" w:type="dxa"/>
            <w:tcBorders>
              <w:top w:val="single" w:sz="4" w:space="0" w:color="D8E6EC"/>
              <w:left w:val="single" w:sz="4" w:space="0" w:color="D8E6EC"/>
              <w:bottom w:val="single" w:sz="4" w:space="0" w:color="D8E6EC"/>
              <w:right w:val="single" w:sz="4" w:space="0" w:color="D8E6EC"/>
            </w:tcBorders>
            <w:vAlign w:val="center"/>
          </w:tcPr>
          <w:p w14:paraId="472C6FE8" w14:textId="77777777" w:rsidR="00610360" w:rsidRDefault="00000000">
            <w:pPr>
              <w:spacing w:after="0"/>
            </w:pPr>
            <w:r>
              <w:rPr>
                <w:sz w:val="17"/>
              </w:rPr>
              <w:t>noun</w:t>
            </w:r>
          </w:p>
        </w:tc>
      </w:tr>
    </w:tbl>
    <w:p w14:paraId="109EE1CB" w14:textId="77777777" w:rsidR="00610360" w:rsidRDefault="00000000">
      <w:pPr>
        <w:pStyle w:val="Heading2"/>
        <w:spacing w:after="120"/>
      </w:pPr>
      <w:r>
        <w:rPr>
          <w:rFonts w:ascii="Aptos" w:hAnsi="Aptos"/>
        </w:rPr>
        <w:t>Communication and media</w:t>
      </w:r>
    </w:p>
    <w:tbl>
      <w:tblPr>
        <w:tblW w:w="0" w:type="auto"/>
        <w:jc w:val="center"/>
        <w:tblLook w:val="04A0" w:firstRow="1" w:lastRow="0" w:firstColumn="1" w:lastColumn="0" w:noHBand="0" w:noVBand="1"/>
      </w:tblPr>
      <w:tblGrid>
        <w:gridCol w:w="2592"/>
        <w:gridCol w:w="2592"/>
        <w:gridCol w:w="2592"/>
        <w:gridCol w:w="2592"/>
      </w:tblGrid>
      <w:tr w:rsidR="00610360" w14:paraId="5859ED0C"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A48F459"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BD2DEBD"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3B7BB6D"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3A9DF201" w14:textId="77777777" w:rsidR="00610360" w:rsidRDefault="00000000">
            <w:pPr>
              <w:spacing w:after="0"/>
            </w:pPr>
            <w:r>
              <w:rPr>
                <w:b/>
                <w:color w:val="FFFFFF"/>
                <w:sz w:val="17"/>
              </w:rPr>
              <w:t>Note</w:t>
            </w:r>
          </w:p>
        </w:tc>
      </w:tr>
      <w:tr w:rsidR="00610360" w14:paraId="531DE59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E7D9A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5958B8C" w14:textId="77777777" w:rsidR="00610360" w:rsidRDefault="00000000">
            <w:pPr>
              <w:spacing w:after="0"/>
            </w:pPr>
            <w:r>
              <w:rPr>
                <w:sz w:val="17"/>
              </w:rPr>
              <w:t>linga</w:t>
            </w:r>
          </w:p>
        </w:tc>
        <w:tc>
          <w:tcPr>
            <w:tcW w:w="2592" w:type="dxa"/>
            <w:tcBorders>
              <w:top w:val="single" w:sz="4" w:space="0" w:color="D8E6EC"/>
              <w:left w:val="single" w:sz="4" w:space="0" w:color="D8E6EC"/>
              <w:bottom w:val="single" w:sz="4" w:space="0" w:color="D8E6EC"/>
              <w:right w:val="single" w:sz="4" w:space="0" w:color="D8E6EC"/>
            </w:tcBorders>
            <w:vAlign w:val="center"/>
          </w:tcPr>
          <w:p w14:paraId="45175652" w14:textId="77777777" w:rsidR="00610360" w:rsidRDefault="00000000">
            <w:pPr>
              <w:spacing w:after="0"/>
            </w:pPr>
            <w:r>
              <w:rPr>
                <w:sz w:val="17"/>
              </w:rPr>
              <w:t>language</w:t>
            </w:r>
          </w:p>
        </w:tc>
        <w:tc>
          <w:tcPr>
            <w:tcW w:w="2592" w:type="dxa"/>
            <w:tcBorders>
              <w:top w:val="single" w:sz="4" w:space="0" w:color="D8E6EC"/>
              <w:left w:val="single" w:sz="4" w:space="0" w:color="D8E6EC"/>
              <w:bottom w:val="single" w:sz="4" w:space="0" w:color="D8E6EC"/>
              <w:right w:val="single" w:sz="4" w:space="0" w:color="D8E6EC"/>
            </w:tcBorders>
            <w:vAlign w:val="center"/>
          </w:tcPr>
          <w:p w14:paraId="2B57672D" w14:textId="77777777" w:rsidR="00610360" w:rsidRDefault="00000000">
            <w:pPr>
              <w:spacing w:after="0"/>
            </w:pPr>
            <w:r>
              <w:rPr>
                <w:sz w:val="17"/>
              </w:rPr>
              <w:t>noun</w:t>
            </w:r>
          </w:p>
        </w:tc>
      </w:tr>
      <w:tr w:rsidR="00610360" w14:paraId="7F55CC4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CFDAD3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AEA1ABF" w14:textId="77777777" w:rsidR="00610360" w:rsidRDefault="00000000">
            <w:pPr>
              <w:spacing w:after="0"/>
            </w:pPr>
            <w:r>
              <w:rPr>
                <w:sz w:val="17"/>
              </w:rPr>
              <w:t>linga</w:t>
            </w:r>
          </w:p>
        </w:tc>
        <w:tc>
          <w:tcPr>
            <w:tcW w:w="2592" w:type="dxa"/>
            <w:tcBorders>
              <w:top w:val="single" w:sz="4" w:space="0" w:color="D8E6EC"/>
              <w:left w:val="single" w:sz="4" w:space="0" w:color="D8E6EC"/>
              <w:bottom w:val="single" w:sz="4" w:space="0" w:color="D8E6EC"/>
              <w:right w:val="single" w:sz="4" w:space="0" w:color="D8E6EC"/>
            </w:tcBorders>
            <w:vAlign w:val="center"/>
          </w:tcPr>
          <w:p w14:paraId="32110B72" w14:textId="77777777" w:rsidR="00610360" w:rsidRDefault="00000000">
            <w:pPr>
              <w:spacing w:after="0"/>
            </w:pPr>
            <w:r>
              <w:rPr>
                <w:sz w:val="17"/>
              </w:rPr>
              <w:t>language, familiar/short</w:t>
            </w:r>
          </w:p>
        </w:tc>
        <w:tc>
          <w:tcPr>
            <w:tcW w:w="2592" w:type="dxa"/>
            <w:tcBorders>
              <w:top w:val="single" w:sz="4" w:space="0" w:color="D8E6EC"/>
              <w:left w:val="single" w:sz="4" w:space="0" w:color="D8E6EC"/>
              <w:bottom w:val="single" w:sz="4" w:space="0" w:color="D8E6EC"/>
              <w:right w:val="single" w:sz="4" w:space="0" w:color="D8E6EC"/>
            </w:tcBorders>
            <w:vAlign w:val="center"/>
          </w:tcPr>
          <w:p w14:paraId="52F0EA35" w14:textId="77777777" w:rsidR="00610360" w:rsidRDefault="00000000">
            <w:pPr>
              <w:spacing w:after="0"/>
            </w:pPr>
            <w:r>
              <w:rPr>
                <w:sz w:val="17"/>
              </w:rPr>
              <w:t>accepted form</w:t>
            </w:r>
          </w:p>
        </w:tc>
      </w:tr>
      <w:tr w:rsidR="00610360" w14:paraId="279FE47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98A44D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87EBFFE" w14:textId="77777777" w:rsidR="00610360" w:rsidRDefault="00000000">
            <w:pPr>
              <w:spacing w:after="0"/>
            </w:pPr>
            <w:r>
              <w:rPr>
                <w:sz w:val="17"/>
              </w:rPr>
              <w:t>parola</w:t>
            </w:r>
          </w:p>
        </w:tc>
        <w:tc>
          <w:tcPr>
            <w:tcW w:w="2592" w:type="dxa"/>
            <w:tcBorders>
              <w:top w:val="single" w:sz="4" w:space="0" w:color="D8E6EC"/>
              <w:left w:val="single" w:sz="4" w:space="0" w:color="D8E6EC"/>
              <w:bottom w:val="single" w:sz="4" w:space="0" w:color="D8E6EC"/>
              <w:right w:val="single" w:sz="4" w:space="0" w:color="D8E6EC"/>
            </w:tcBorders>
            <w:vAlign w:val="center"/>
          </w:tcPr>
          <w:p w14:paraId="61986AB5" w14:textId="77777777" w:rsidR="00610360" w:rsidRDefault="00000000">
            <w:pPr>
              <w:spacing w:after="0"/>
            </w:pPr>
            <w:r>
              <w:rPr>
                <w:sz w:val="17"/>
              </w:rPr>
              <w:t>word</w:t>
            </w:r>
          </w:p>
        </w:tc>
        <w:tc>
          <w:tcPr>
            <w:tcW w:w="2592" w:type="dxa"/>
            <w:tcBorders>
              <w:top w:val="single" w:sz="4" w:space="0" w:color="D8E6EC"/>
              <w:left w:val="single" w:sz="4" w:space="0" w:color="D8E6EC"/>
              <w:bottom w:val="single" w:sz="4" w:space="0" w:color="D8E6EC"/>
              <w:right w:val="single" w:sz="4" w:space="0" w:color="D8E6EC"/>
            </w:tcBorders>
            <w:vAlign w:val="center"/>
          </w:tcPr>
          <w:p w14:paraId="2F429020" w14:textId="77777777" w:rsidR="00610360" w:rsidRDefault="00000000">
            <w:pPr>
              <w:spacing w:after="0"/>
            </w:pPr>
            <w:r>
              <w:rPr>
                <w:sz w:val="17"/>
              </w:rPr>
              <w:t>noun</w:t>
            </w:r>
          </w:p>
        </w:tc>
      </w:tr>
      <w:tr w:rsidR="00610360" w14:paraId="5FEA446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C0C254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8FE3D21" w14:textId="77777777" w:rsidR="00610360" w:rsidRDefault="00000000">
            <w:pPr>
              <w:spacing w:after="0"/>
            </w:pPr>
            <w:r>
              <w:rPr>
                <w:sz w:val="17"/>
              </w:rPr>
              <w:t>frase</w:t>
            </w:r>
          </w:p>
        </w:tc>
        <w:tc>
          <w:tcPr>
            <w:tcW w:w="2592" w:type="dxa"/>
            <w:tcBorders>
              <w:top w:val="single" w:sz="4" w:space="0" w:color="D8E6EC"/>
              <w:left w:val="single" w:sz="4" w:space="0" w:color="D8E6EC"/>
              <w:bottom w:val="single" w:sz="4" w:space="0" w:color="D8E6EC"/>
              <w:right w:val="single" w:sz="4" w:space="0" w:color="D8E6EC"/>
            </w:tcBorders>
            <w:vAlign w:val="center"/>
          </w:tcPr>
          <w:p w14:paraId="0C7BE0E6" w14:textId="77777777" w:rsidR="00610360" w:rsidRDefault="00000000">
            <w:pPr>
              <w:spacing w:after="0"/>
            </w:pPr>
            <w:r>
              <w:rPr>
                <w:sz w:val="17"/>
              </w:rPr>
              <w:t>sentence / phrase</w:t>
            </w:r>
          </w:p>
        </w:tc>
        <w:tc>
          <w:tcPr>
            <w:tcW w:w="2592" w:type="dxa"/>
            <w:tcBorders>
              <w:top w:val="single" w:sz="4" w:space="0" w:color="D8E6EC"/>
              <w:left w:val="single" w:sz="4" w:space="0" w:color="D8E6EC"/>
              <w:bottom w:val="single" w:sz="4" w:space="0" w:color="D8E6EC"/>
              <w:right w:val="single" w:sz="4" w:space="0" w:color="D8E6EC"/>
            </w:tcBorders>
            <w:vAlign w:val="center"/>
          </w:tcPr>
          <w:p w14:paraId="076F9D18" w14:textId="77777777" w:rsidR="00610360" w:rsidRDefault="00000000">
            <w:pPr>
              <w:spacing w:after="0"/>
            </w:pPr>
            <w:r>
              <w:rPr>
                <w:sz w:val="17"/>
              </w:rPr>
              <w:t>noun</w:t>
            </w:r>
          </w:p>
        </w:tc>
      </w:tr>
      <w:tr w:rsidR="00610360" w14:paraId="005F015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94F4DC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268B3A0" w14:textId="77777777" w:rsidR="00610360" w:rsidRDefault="00000000">
            <w:pPr>
              <w:spacing w:after="0"/>
            </w:pPr>
            <w:r>
              <w:rPr>
                <w:sz w:val="17"/>
              </w:rPr>
              <w:t>texto</w:t>
            </w:r>
          </w:p>
        </w:tc>
        <w:tc>
          <w:tcPr>
            <w:tcW w:w="2592" w:type="dxa"/>
            <w:tcBorders>
              <w:top w:val="single" w:sz="4" w:space="0" w:color="D8E6EC"/>
              <w:left w:val="single" w:sz="4" w:space="0" w:color="D8E6EC"/>
              <w:bottom w:val="single" w:sz="4" w:space="0" w:color="D8E6EC"/>
              <w:right w:val="single" w:sz="4" w:space="0" w:color="D8E6EC"/>
            </w:tcBorders>
            <w:vAlign w:val="center"/>
          </w:tcPr>
          <w:p w14:paraId="75BFC827" w14:textId="77777777" w:rsidR="00610360" w:rsidRDefault="00000000">
            <w:pPr>
              <w:spacing w:after="0"/>
            </w:pPr>
            <w:r>
              <w:rPr>
                <w:sz w:val="17"/>
              </w:rPr>
              <w:t>text</w:t>
            </w:r>
          </w:p>
        </w:tc>
        <w:tc>
          <w:tcPr>
            <w:tcW w:w="2592" w:type="dxa"/>
            <w:tcBorders>
              <w:top w:val="single" w:sz="4" w:space="0" w:color="D8E6EC"/>
              <w:left w:val="single" w:sz="4" w:space="0" w:color="D8E6EC"/>
              <w:bottom w:val="single" w:sz="4" w:space="0" w:color="D8E6EC"/>
              <w:right w:val="single" w:sz="4" w:space="0" w:color="D8E6EC"/>
            </w:tcBorders>
            <w:vAlign w:val="center"/>
          </w:tcPr>
          <w:p w14:paraId="596E87DD" w14:textId="77777777" w:rsidR="00610360" w:rsidRDefault="00000000">
            <w:pPr>
              <w:spacing w:after="0"/>
            </w:pPr>
            <w:r>
              <w:rPr>
                <w:sz w:val="17"/>
              </w:rPr>
              <w:t>noun</w:t>
            </w:r>
          </w:p>
        </w:tc>
      </w:tr>
      <w:tr w:rsidR="00610360" w14:paraId="26967EE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7C2B76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402B39F" w14:textId="77777777" w:rsidR="00610360" w:rsidRDefault="00000000">
            <w:pPr>
              <w:spacing w:after="0"/>
            </w:pPr>
            <w:r>
              <w:rPr>
                <w:sz w:val="17"/>
              </w:rPr>
              <w:t>grammatika</w:t>
            </w:r>
          </w:p>
        </w:tc>
        <w:tc>
          <w:tcPr>
            <w:tcW w:w="2592" w:type="dxa"/>
            <w:tcBorders>
              <w:top w:val="single" w:sz="4" w:space="0" w:color="D8E6EC"/>
              <w:left w:val="single" w:sz="4" w:space="0" w:color="D8E6EC"/>
              <w:bottom w:val="single" w:sz="4" w:space="0" w:color="D8E6EC"/>
              <w:right w:val="single" w:sz="4" w:space="0" w:color="D8E6EC"/>
            </w:tcBorders>
            <w:vAlign w:val="center"/>
          </w:tcPr>
          <w:p w14:paraId="56B1D4BE" w14:textId="77777777" w:rsidR="00610360" w:rsidRDefault="00000000">
            <w:pPr>
              <w:spacing w:after="0"/>
            </w:pPr>
            <w:r>
              <w:rPr>
                <w:sz w:val="17"/>
              </w:rPr>
              <w:t>grammar</w:t>
            </w:r>
          </w:p>
        </w:tc>
        <w:tc>
          <w:tcPr>
            <w:tcW w:w="2592" w:type="dxa"/>
            <w:tcBorders>
              <w:top w:val="single" w:sz="4" w:space="0" w:color="D8E6EC"/>
              <w:left w:val="single" w:sz="4" w:space="0" w:color="D8E6EC"/>
              <w:bottom w:val="single" w:sz="4" w:space="0" w:color="D8E6EC"/>
              <w:right w:val="single" w:sz="4" w:space="0" w:color="D8E6EC"/>
            </w:tcBorders>
            <w:vAlign w:val="center"/>
          </w:tcPr>
          <w:p w14:paraId="7F3B7222" w14:textId="77777777" w:rsidR="00610360" w:rsidRDefault="00000000">
            <w:pPr>
              <w:spacing w:after="0"/>
            </w:pPr>
            <w:r>
              <w:rPr>
                <w:sz w:val="17"/>
              </w:rPr>
              <w:t>noun</w:t>
            </w:r>
          </w:p>
        </w:tc>
      </w:tr>
      <w:tr w:rsidR="00610360" w14:paraId="7752CE9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68E79B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2E15F77" w14:textId="77777777" w:rsidR="00610360" w:rsidRDefault="00000000">
            <w:pPr>
              <w:spacing w:after="0"/>
            </w:pPr>
            <w:r>
              <w:rPr>
                <w:sz w:val="17"/>
              </w:rPr>
              <w:t>regula</w:t>
            </w:r>
          </w:p>
        </w:tc>
        <w:tc>
          <w:tcPr>
            <w:tcW w:w="2592" w:type="dxa"/>
            <w:tcBorders>
              <w:top w:val="single" w:sz="4" w:space="0" w:color="D8E6EC"/>
              <w:left w:val="single" w:sz="4" w:space="0" w:color="D8E6EC"/>
              <w:bottom w:val="single" w:sz="4" w:space="0" w:color="D8E6EC"/>
              <w:right w:val="single" w:sz="4" w:space="0" w:color="D8E6EC"/>
            </w:tcBorders>
            <w:vAlign w:val="center"/>
          </w:tcPr>
          <w:p w14:paraId="2B18325F" w14:textId="77777777" w:rsidR="00610360" w:rsidRDefault="00000000">
            <w:pPr>
              <w:spacing w:after="0"/>
            </w:pPr>
            <w:r>
              <w:rPr>
                <w:sz w:val="17"/>
              </w:rPr>
              <w:t>rule</w:t>
            </w:r>
          </w:p>
        </w:tc>
        <w:tc>
          <w:tcPr>
            <w:tcW w:w="2592" w:type="dxa"/>
            <w:tcBorders>
              <w:top w:val="single" w:sz="4" w:space="0" w:color="D8E6EC"/>
              <w:left w:val="single" w:sz="4" w:space="0" w:color="D8E6EC"/>
              <w:bottom w:val="single" w:sz="4" w:space="0" w:color="D8E6EC"/>
              <w:right w:val="single" w:sz="4" w:space="0" w:color="D8E6EC"/>
            </w:tcBorders>
            <w:vAlign w:val="center"/>
          </w:tcPr>
          <w:p w14:paraId="5A512DB1" w14:textId="77777777" w:rsidR="00610360" w:rsidRDefault="00000000">
            <w:pPr>
              <w:spacing w:after="0"/>
            </w:pPr>
            <w:r>
              <w:rPr>
                <w:sz w:val="17"/>
              </w:rPr>
              <w:t>noun</w:t>
            </w:r>
          </w:p>
        </w:tc>
      </w:tr>
      <w:tr w:rsidR="00610360" w14:paraId="719E8A9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ECB86C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0FDCADF" w14:textId="77777777" w:rsidR="00610360" w:rsidRDefault="00000000">
            <w:pPr>
              <w:spacing w:after="0"/>
            </w:pPr>
            <w:r>
              <w:rPr>
                <w:sz w:val="17"/>
              </w:rPr>
              <w:t>letra</w:t>
            </w:r>
          </w:p>
        </w:tc>
        <w:tc>
          <w:tcPr>
            <w:tcW w:w="2592" w:type="dxa"/>
            <w:tcBorders>
              <w:top w:val="single" w:sz="4" w:space="0" w:color="D8E6EC"/>
              <w:left w:val="single" w:sz="4" w:space="0" w:color="D8E6EC"/>
              <w:bottom w:val="single" w:sz="4" w:space="0" w:color="D8E6EC"/>
              <w:right w:val="single" w:sz="4" w:space="0" w:color="D8E6EC"/>
            </w:tcBorders>
            <w:vAlign w:val="center"/>
          </w:tcPr>
          <w:p w14:paraId="435C934B" w14:textId="77777777" w:rsidR="00610360" w:rsidRDefault="00000000">
            <w:pPr>
              <w:spacing w:after="0"/>
            </w:pPr>
            <w:r>
              <w:rPr>
                <w:sz w:val="17"/>
              </w:rPr>
              <w:t>letter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18B8C9F" w14:textId="77777777" w:rsidR="00610360" w:rsidRDefault="00000000">
            <w:pPr>
              <w:spacing w:after="0"/>
            </w:pPr>
            <w:r>
              <w:rPr>
                <w:sz w:val="17"/>
              </w:rPr>
              <w:t>noun</w:t>
            </w:r>
          </w:p>
        </w:tc>
      </w:tr>
      <w:tr w:rsidR="00610360" w14:paraId="4B58269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A3708E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5EA971" w14:textId="77777777" w:rsidR="00610360" w:rsidRDefault="00000000">
            <w:pPr>
              <w:spacing w:after="0"/>
            </w:pPr>
            <w:r>
              <w:rPr>
                <w:sz w:val="17"/>
              </w:rPr>
              <w:t>sono</w:t>
            </w:r>
          </w:p>
        </w:tc>
        <w:tc>
          <w:tcPr>
            <w:tcW w:w="2592" w:type="dxa"/>
            <w:tcBorders>
              <w:top w:val="single" w:sz="4" w:space="0" w:color="D8E6EC"/>
              <w:left w:val="single" w:sz="4" w:space="0" w:color="D8E6EC"/>
              <w:bottom w:val="single" w:sz="4" w:space="0" w:color="D8E6EC"/>
              <w:right w:val="single" w:sz="4" w:space="0" w:color="D8E6EC"/>
            </w:tcBorders>
            <w:vAlign w:val="center"/>
          </w:tcPr>
          <w:p w14:paraId="36972E1E" w14:textId="77777777" w:rsidR="00610360" w:rsidRDefault="00000000">
            <w:pPr>
              <w:spacing w:after="0"/>
            </w:pPr>
            <w:r>
              <w:rPr>
                <w:sz w:val="17"/>
              </w:rPr>
              <w:t>sound</w:t>
            </w:r>
          </w:p>
        </w:tc>
        <w:tc>
          <w:tcPr>
            <w:tcW w:w="2592" w:type="dxa"/>
            <w:tcBorders>
              <w:top w:val="single" w:sz="4" w:space="0" w:color="D8E6EC"/>
              <w:left w:val="single" w:sz="4" w:space="0" w:color="D8E6EC"/>
              <w:bottom w:val="single" w:sz="4" w:space="0" w:color="D8E6EC"/>
              <w:right w:val="single" w:sz="4" w:space="0" w:color="D8E6EC"/>
            </w:tcBorders>
            <w:vAlign w:val="center"/>
          </w:tcPr>
          <w:p w14:paraId="60D0F51C" w14:textId="77777777" w:rsidR="00610360" w:rsidRDefault="00000000">
            <w:pPr>
              <w:spacing w:after="0"/>
            </w:pPr>
            <w:r>
              <w:rPr>
                <w:sz w:val="17"/>
              </w:rPr>
              <w:t>noun</w:t>
            </w:r>
          </w:p>
        </w:tc>
      </w:tr>
      <w:tr w:rsidR="00610360" w14:paraId="52AF53E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FCC31A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79A07F2" w14:textId="77777777" w:rsidR="00610360" w:rsidRDefault="00000000">
            <w:pPr>
              <w:spacing w:after="0"/>
            </w:pPr>
            <w:r>
              <w:rPr>
                <w:sz w:val="17"/>
              </w:rPr>
              <w:t>signe</w:t>
            </w:r>
          </w:p>
        </w:tc>
        <w:tc>
          <w:tcPr>
            <w:tcW w:w="2592" w:type="dxa"/>
            <w:tcBorders>
              <w:top w:val="single" w:sz="4" w:space="0" w:color="D8E6EC"/>
              <w:left w:val="single" w:sz="4" w:space="0" w:color="D8E6EC"/>
              <w:bottom w:val="single" w:sz="4" w:space="0" w:color="D8E6EC"/>
              <w:right w:val="single" w:sz="4" w:space="0" w:color="D8E6EC"/>
            </w:tcBorders>
            <w:vAlign w:val="center"/>
          </w:tcPr>
          <w:p w14:paraId="5B2FA9CD" w14:textId="77777777" w:rsidR="00610360" w:rsidRDefault="00000000">
            <w:pPr>
              <w:spacing w:after="0"/>
            </w:pPr>
            <w:r>
              <w:rPr>
                <w:sz w:val="17"/>
              </w:rPr>
              <w:t>sign</w:t>
            </w:r>
          </w:p>
        </w:tc>
        <w:tc>
          <w:tcPr>
            <w:tcW w:w="2592" w:type="dxa"/>
            <w:tcBorders>
              <w:top w:val="single" w:sz="4" w:space="0" w:color="D8E6EC"/>
              <w:left w:val="single" w:sz="4" w:space="0" w:color="D8E6EC"/>
              <w:bottom w:val="single" w:sz="4" w:space="0" w:color="D8E6EC"/>
              <w:right w:val="single" w:sz="4" w:space="0" w:color="D8E6EC"/>
            </w:tcBorders>
            <w:vAlign w:val="center"/>
          </w:tcPr>
          <w:p w14:paraId="4E9203F9" w14:textId="77777777" w:rsidR="00610360" w:rsidRDefault="00000000">
            <w:pPr>
              <w:spacing w:after="0"/>
            </w:pPr>
            <w:r>
              <w:rPr>
                <w:sz w:val="17"/>
              </w:rPr>
              <w:t>noun</w:t>
            </w:r>
          </w:p>
        </w:tc>
      </w:tr>
      <w:tr w:rsidR="00610360" w14:paraId="6E48093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31B23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C8E826F" w14:textId="77777777" w:rsidR="00610360" w:rsidRDefault="00000000">
            <w:pPr>
              <w:spacing w:after="0"/>
            </w:pPr>
            <w:r>
              <w:rPr>
                <w:sz w:val="17"/>
              </w:rPr>
              <w:t>simbol</w:t>
            </w:r>
          </w:p>
        </w:tc>
        <w:tc>
          <w:tcPr>
            <w:tcW w:w="2592" w:type="dxa"/>
            <w:tcBorders>
              <w:top w:val="single" w:sz="4" w:space="0" w:color="D8E6EC"/>
              <w:left w:val="single" w:sz="4" w:space="0" w:color="D8E6EC"/>
              <w:bottom w:val="single" w:sz="4" w:space="0" w:color="D8E6EC"/>
              <w:right w:val="single" w:sz="4" w:space="0" w:color="D8E6EC"/>
            </w:tcBorders>
            <w:vAlign w:val="center"/>
          </w:tcPr>
          <w:p w14:paraId="722E945E" w14:textId="77777777" w:rsidR="00610360" w:rsidRDefault="00000000">
            <w:pPr>
              <w:spacing w:after="0"/>
            </w:pPr>
            <w:r>
              <w:rPr>
                <w:sz w:val="17"/>
              </w:rPr>
              <w:t>symbol</w:t>
            </w:r>
          </w:p>
        </w:tc>
        <w:tc>
          <w:tcPr>
            <w:tcW w:w="2592" w:type="dxa"/>
            <w:tcBorders>
              <w:top w:val="single" w:sz="4" w:space="0" w:color="D8E6EC"/>
              <w:left w:val="single" w:sz="4" w:space="0" w:color="D8E6EC"/>
              <w:bottom w:val="single" w:sz="4" w:space="0" w:color="D8E6EC"/>
              <w:right w:val="single" w:sz="4" w:space="0" w:color="D8E6EC"/>
            </w:tcBorders>
            <w:vAlign w:val="center"/>
          </w:tcPr>
          <w:p w14:paraId="7FFED541" w14:textId="77777777" w:rsidR="00610360" w:rsidRDefault="00000000">
            <w:pPr>
              <w:spacing w:after="0"/>
            </w:pPr>
            <w:r>
              <w:rPr>
                <w:sz w:val="17"/>
              </w:rPr>
              <w:t>noun</w:t>
            </w:r>
          </w:p>
        </w:tc>
      </w:tr>
      <w:tr w:rsidR="00610360" w14:paraId="06B1DB0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C972EE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EEFCB68" w14:textId="77777777" w:rsidR="00610360" w:rsidRDefault="00000000">
            <w:pPr>
              <w:spacing w:after="0"/>
            </w:pPr>
            <w:r>
              <w:rPr>
                <w:sz w:val="17"/>
              </w:rPr>
              <w:t>jurnal</w:t>
            </w:r>
          </w:p>
        </w:tc>
        <w:tc>
          <w:tcPr>
            <w:tcW w:w="2592" w:type="dxa"/>
            <w:tcBorders>
              <w:top w:val="single" w:sz="4" w:space="0" w:color="D8E6EC"/>
              <w:left w:val="single" w:sz="4" w:space="0" w:color="D8E6EC"/>
              <w:bottom w:val="single" w:sz="4" w:space="0" w:color="D8E6EC"/>
              <w:right w:val="single" w:sz="4" w:space="0" w:color="D8E6EC"/>
            </w:tcBorders>
            <w:vAlign w:val="center"/>
          </w:tcPr>
          <w:p w14:paraId="405B2D0C" w14:textId="77777777" w:rsidR="00610360" w:rsidRDefault="00000000">
            <w:pPr>
              <w:spacing w:after="0"/>
            </w:pPr>
            <w:r>
              <w:rPr>
                <w:sz w:val="17"/>
              </w:rPr>
              <w:t>journal</w:t>
            </w:r>
          </w:p>
        </w:tc>
        <w:tc>
          <w:tcPr>
            <w:tcW w:w="2592" w:type="dxa"/>
            <w:tcBorders>
              <w:top w:val="single" w:sz="4" w:space="0" w:color="D8E6EC"/>
              <w:left w:val="single" w:sz="4" w:space="0" w:color="D8E6EC"/>
              <w:bottom w:val="single" w:sz="4" w:space="0" w:color="D8E6EC"/>
              <w:right w:val="single" w:sz="4" w:space="0" w:color="D8E6EC"/>
            </w:tcBorders>
            <w:vAlign w:val="center"/>
          </w:tcPr>
          <w:p w14:paraId="04DBFE27" w14:textId="77777777" w:rsidR="00610360" w:rsidRDefault="00000000">
            <w:pPr>
              <w:spacing w:after="0"/>
            </w:pPr>
            <w:r>
              <w:rPr>
                <w:sz w:val="17"/>
              </w:rPr>
              <w:t>noun</w:t>
            </w:r>
          </w:p>
        </w:tc>
      </w:tr>
      <w:tr w:rsidR="00610360" w14:paraId="3F91B5D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02BC87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AB5ACC2" w14:textId="77777777" w:rsidR="00610360" w:rsidRDefault="00000000">
            <w:pPr>
              <w:spacing w:after="0"/>
            </w:pPr>
            <w:r>
              <w:rPr>
                <w:sz w:val="17"/>
              </w:rPr>
              <w:t>radio</w:t>
            </w:r>
          </w:p>
        </w:tc>
        <w:tc>
          <w:tcPr>
            <w:tcW w:w="2592" w:type="dxa"/>
            <w:tcBorders>
              <w:top w:val="single" w:sz="4" w:space="0" w:color="D8E6EC"/>
              <w:left w:val="single" w:sz="4" w:space="0" w:color="D8E6EC"/>
              <w:bottom w:val="single" w:sz="4" w:space="0" w:color="D8E6EC"/>
              <w:right w:val="single" w:sz="4" w:space="0" w:color="D8E6EC"/>
            </w:tcBorders>
            <w:vAlign w:val="center"/>
          </w:tcPr>
          <w:p w14:paraId="06B16553" w14:textId="77777777" w:rsidR="00610360" w:rsidRDefault="00000000">
            <w:pPr>
              <w:spacing w:after="0"/>
            </w:pPr>
            <w:r>
              <w:rPr>
                <w:sz w:val="17"/>
              </w:rPr>
              <w:t>radio</w:t>
            </w:r>
          </w:p>
        </w:tc>
        <w:tc>
          <w:tcPr>
            <w:tcW w:w="2592" w:type="dxa"/>
            <w:tcBorders>
              <w:top w:val="single" w:sz="4" w:space="0" w:color="D8E6EC"/>
              <w:left w:val="single" w:sz="4" w:space="0" w:color="D8E6EC"/>
              <w:bottom w:val="single" w:sz="4" w:space="0" w:color="D8E6EC"/>
              <w:right w:val="single" w:sz="4" w:space="0" w:color="D8E6EC"/>
            </w:tcBorders>
            <w:vAlign w:val="center"/>
          </w:tcPr>
          <w:p w14:paraId="5E88C245" w14:textId="77777777" w:rsidR="00610360" w:rsidRDefault="00000000">
            <w:pPr>
              <w:spacing w:after="0"/>
            </w:pPr>
            <w:r>
              <w:rPr>
                <w:sz w:val="17"/>
              </w:rPr>
              <w:t>noun</w:t>
            </w:r>
          </w:p>
        </w:tc>
      </w:tr>
      <w:tr w:rsidR="00610360" w14:paraId="0CBBB6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3FA051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9A16911" w14:textId="77777777" w:rsidR="00610360" w:rsidRDefault="00000000">
            <w:pPr>
              <w:spacing w:after="0"/>
            </w:pPr>
            <w:r>
              <w:rPr>
                <w:sz w:val="17"/>
              </w:rPr>
              <w:t>video</w:t>
            </w:r>
          </w:p>
        </w:tc>
        <w:tc>
          <w:tcPr>
            <w:tcW w:w="2592" w:type="dxa"/>
            <w:tcBorders>
              <w:top w:val="single" w:sz="4" w:space="0" w:color="D8E6EC"/>
              <w:left w:val="single" w:sz="4" w:space="0" w:color="D8E6EC"/>
              <w:bottom w:val="single" w:sz="4" w:space="0" w:color="D8E6EC"/>
              <w:right w:val="single" w:sz="4" w:space="0" w:color="D8E6EC"/>
            </w:tcBorders>
            <w:vAlign w:val="center"/>
          </w:tcPr>
          <w:p w14:paraId="00488FBD" w14:textId="77777777" w:rsidR="00610360" w:rsidRDefault="00000000">
            <w:pPr>
              <w:spacing w:after="0"/>
            </w:pPr>
            <w:r>
              <w:rPr>
                <w:sz w:val="17"/>
              </w:rPr>
              <w:t>video</w:t>
            </w:r>
          </w:p>
        </w:tc>
        <w:tc>
          <w:tcPr>
            <w:tcW w:w="2592" w:type="dxa"/>
            <w:tcBorders>
              <w:top w:val="single" w:sz="4" w:space="0" w:color="D8E6EC"/>
              <w:left w:val="single" w:sz="4" w:space="0" w:color="D8E6EC"/>
              <w:bottom w:val="single" w:sz="4" w:space="0" w:color="D8E6EC"/>
              <w:right w:val="single" w:sz="4" w:space="0" w:color="D8E6EC"/>
            </w:tcBorders>
            <w:vAlign w:val="center"/>
          </w:tcPr>
          <w:p w14:paraId="7ABF01F9" w14:textId="77777777" w:rsidR="00610360" w:rsidRDefault="00000000">
            <w:pPr>
              <w:spacing w:after="0"/>
            </w:pPr>
            <w:r>
              <w:rPr>
                <w:sz w:val="17"/>
              </w:rPr>
              <w:t>noun</w:t>
            </w:r>
          </w:p>
        </w:tc>
      </w:tr>
      <w:tr w:rsidR="00610360" w14:paraId="5A49C5A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846DDD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1B95060" w14:textId="77777777" w:rsidR="00610360" w:rsidRDefault="00000000">
            <w:pPr>
              <w:spacing w:after="0"/>
            </w:pPr>
            <w:r>
              <w:rPr>
                <w:sz w:val="17"/>
              </w:rPr>
              <w:t>audio</w:t>
            </w:r>
          </w:p>
        </w:tc>
        <w:tc>
          <w:tcPr>
            <w:tcW w:w="2592" w:type="dxa"/>
            <w:tcBorders>
              <w:top w:val="single" w:sz="4" w:space="0" w:color="D8E6EC"/>
              <w:left w:val="single" w:sz="4" w:space="0" w:color="D8E6EC"/>
              <w:bottom w:val="single" w:sz="4" w:space="0" w:color="D8E6EC"/>
              <w:right w:val="single" w:sz="4" w:space="0" w:color="D8E6EC"/>
            </w:tcBorders>
            <w:vAlign w:val="center"/>
          </w:tcPr>
          <w:p w14:paraId="6D4D79D2" w14:textId="77777777" w:rsidR="00610360" w:rsidRDefault="00000000">
            <w:pPr>
              <w:spacing w:after="0"/>
            </w:pPr>
            <w:r>
              <w:rPr>
                <w:sz w:val="17"/>
              </w:rPr>
              <w:t>audio</w:t>
            </w:r>
          </w:p>
        </w:tc>
        <w:tc>
          <w:tcPr>
            <w:tcW w:w="2592" w:type="dxa"/>
            <w:tcBorders>
              <w:top w:val="single" w:sz="4" w:space="0" w:color="D8E6EC"/>
              <w:left w:val="single" w:sz="4" w:space="0" w:color="D8E6EC"/>
              <w:bottom w:val="single" w:sz="4" w:space="0" w:color="D8E6EC"/>
              <w:right w:val="single" w:sz="4" w:space="0" w:color="D8E6EC"/>
            </w:tcBorders>
            <w:vAlign w:val="center"/>
          </w:tcPr>
          <w:p w14:paraId="50474C5F" w14:textId="77777777" w:rsidR="00610360" w:rsidRDefault="00000000">
            <w:pPr>
              <w:spacing w:after="0"/>
            </w:pPr>
            <w:r>
              <w:rPr>
                <w:sz w:val="17"/>
              </w:rPr>
              <w:t>noun</w:t>
            </w:r>
          </w:p>
        </w:tc>
      </w:tr>
      <w:tr w:rsidR="00610360" w14:paraId="1CCB983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B31970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87ABF55" w14:textId="77777777" w:rsidR="00610360" w:rsidRDefault="00000000">
            <w:pPr>
              <w:spacing w:after="0"/>
            </w:pPr>
            <w:r>
              <w:rPr>
                <w:sz w:val="17"/>
              </w:rPr>
              <w:t>musik</w:t>
            </w:r>
          </w:p>
        </w:tc>
        <w:tc>
          <w:tcPr>
            <w:tcW w:w="2592" w:type="dxa"/>
            <w:tcBorders>
              <w:top w:val="single" w:sz="4" w:space="0" w:color="D8E6EC"/>
              <w:left w:val="single" w:sz="4" w:space="0" w:color="D8E6EC"/>
              <w:bottom w:val="single" w:sz="4" w:space="0" w:color="D8E6EC"/>
              <w:right w:val="single" w:sz="4" w:space="0" w:color="D8E6EC"/>
            </w:tcBorders>
            <w:vAlign w:val="center"/>
          </w:tcPr>
          <w:p w14:paraId="380ADBAC" w14:textId="77777777" w:rsidR="00610360" w:rsidRDefault="00000000">
            <w:pPr>
              <w:spacing w:after="0"/>
            </w:pPr>
            <w:r>
              <w:rPr>
                <w:sz w:val="17"/>
              </w:rPr>
              <w:t>music</w:t>
            </w:r>
          </w:p>
        </w:tc>
        <w:tc>
          <w:tcPr>
            <w:tcW w:w="2592" w:type="dxa"/>
            <w:tcBorders>
              <w:top w:val="single" w:sz="4" w:space="0" w:color="D8E6EC"/>
              <w:left w:val="single" w:sz="4" w:space="0" w:color="D8E6EC"/>
              <w:bottom w:val="single" w:sz="4" w:space="0" w:color="D8E6EC"/>
              <w:right w:val="single" w:sz="4" w:space="0" w:color="D8E6EC"/>
            </w:tcBorders>
            <w:vAlign w:val="center"/>
          </w:tcPr>
          <w:p w14:paraId="139A2D61" w14:textId="77777777" w:rsidR="00610360" w:rsidRDefault="00000000">
            <w:pPr>
              <w:spacing w:after="0"/>
            </w:pPr>
            <w:r>
              <w:rPr>
                <w:sz w:val="17"/>
              </w:rPr>
              <w:t>noun</w:t>
            </w:r>
          </w:p>
        </w:tc>
      </w:tr>
      <w:tr w:rsidR="00610360" w14:paraId="1658935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99A3AE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CD1DAF3" w14:textId="77777777" w:rsidR="00610360" w:rsidRDefault="00000000">
            <w:pPr>
              <w:spacing w:after="0"/>
            </w:pPr>
            <w:r>
              <w:rPr>
                <w:sz w:val="17"/>
              </w:rPr>
              <w:t>melodia</w:t>
            </w:r>
          </w:p>
        </w:tc>
        <w:tc>
          <w:tcPr>
            <w:tcW w:w="2592" w:type="dxa"/>
            <w:tcBorders>
              <w:top w:val="single" w:sz="4" w:space="0" w:color="D8E6EC"/>
              <w:left w:val="single" w:sz="4" w:space="0" w:color="D8E6EC"/>
              <w:bottom w:val="single" w:sz="4" w:space="0" w:color="D8E6EC"/>
              <w:right w:val="single" w:sz="4" w:space="0" w:color="D8E6EC"/>
            </w:tcBorders>
            <w:vAlign w:val="center"/>
          </w:tcPr>
          <w:p w14:paraId="59C976DD" w14:textId="77777777" w:rsidR="00610360" w:rsidRDefault="00000000">
            <w:pPr>
              <w:spacing w:after="0"/>
            </w:pPr>
            <w:r>
              <w:rPr>
                <w:sz w:val="17"/>
              </w:rPr>
              <w:t>melody</w:t>
            </w:r>
          </w:p>
        </w:tc>
        <w:tc>
          <w:tcPr>
            <w:tcW w:w="2592" w:type="dxa"/>
            <w:tcBorders>
              <w:top w:val="single" w:sz="4" w:space="0" w:color="D8E6EC"/>
              <w:left w:val="single" w:sz="4" w:space="0" w:color="D8E6EC"/>
              <w:bottom w:val="single" w:sz="4" w:space="0" w:color="D8E6EC"/>
              <w:right w:val="single" w:sz="4" w:space="0" w:color="D8E6EC"/>
            </w:tcBorders>
            <w:vAlign w:val="center"/>
          </w:tcPr>
          <w:p w14:paraId="20E1ED47" w14:textId="77777777" w:rsidR="00610360" w:rsidRDefault="00000000">
            <w:pPr>
              <w:spacing w:after="0"/>
            </w:pPr>
            <w:r>
              <w:rPr>
                <w:sz w:val="17"/>
              </w:rPr>
              <w:t>noun</w:t>
            </w:r>
          </w:p>
        </w:tc>
      </w:tr>
      <w:tr w:rsidR="00610360" w14:paraId="2E86E11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191C3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15C38E1" w14:textId="77777777" w:rsidR="00610360" w:rsidRDefault="00000000">
            <w:pPr>
              <w:spacing w:after="0"/>
            </w:pPr>
            <w:r>
              <w:rPr>
                <w:sz w:val="17"/>
              </w:rPr>
              <w:t>kanta</w:t>
            </w:r>
          </w:p>
        </w:tc>
        <w:tc>
          <w:tcPr>
            <w:tcW w:w="2592" w:type="dxa"/>
            <w:tcBorders>
              <w:top w:val="single" w:sz="4" w:space="0" w:color="D8E6EC"/>
              <w:left w:val="single" w:sz="4" w:space="0" w:color="D8E6EC"/>
              <w:bottom w:val="single" w:sz="4" w:space="0" w:color="D8E6EC"/>
              <w:right w:val="single" w:sz="4" w:space="0" w:color="D8E6EC"/>
            </w:tcBorders>
            <w:vAlign w:val="center"/>
          </w:tcPr>
          <w:p w14:paraId="29FEF3D8" w14:textId="77777777" w:rsidR="00610360" w:rsidRDefault="00000000">
            <w:pPr>
              <w:spacing w:after="0"/>
            </w:pPr>
            <w:r>
              <w:rPr>
                <w:sz w:val="17"/>
              </w:rPr>
              <w:t>song</w:t>
            </w:r>
          </w:p>
        </w:tc>
        <w:tc>
          <w:tcPr>
            <w:tcW w:w="2592" w:type="dxa"/>
            <w:tcBorders>
              <w:top w:val="single" w:sz="4" w:space="0" w:color="D8E6EC"/>
              <w:left w:val="single" w:sz="4" w:space="0" w:color="D8E6EC"/>
              <w:bottom w:val="single" w:sz="4" w:space="0" w:color="D8E6EC"/>
              <w:right w:val="single" w:sz="4" w:space="0" w:color="D8E6EC"/>
            </w:tcBorders>
            <w:vAlign w:val="center"/>
          </w:tcPr>
          <w:p w14:paraId="34DD72B9" w14:textId="77777777" w:rsidR="00610360" w:rsidRDefault="00000000">
            <w:pPr>
              <w:spacing w:after="0"/>
            </w:pPr>
            <w:r>
              <w:rPr>
                <w:sz w:val="17"/>
              </w:rPr>
              <w:t>noun</w:t>
            </w:r>
          </w:p>
        </w:tc>
      </w:tr>
      <w:tr w:rsidR="00610360" w14:paraId="1F518D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776574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1FECE14" w14:textId="77777777" w:rsidR="00610360" w:rsidRDefault="00000000">
            <w:pPr>
              <w:spacing w:after="0"/>
            </w:pPr>
            <w:r>
              <w:rPr>
                <w:sz w:val="17"/>
              </w:rPr>
              <w:t>histori</w:t>
            </w:r>
          </w:p>
        </w:tc>
        <w:tc>
          <w:tcPr>
            <w:tcW w:w="2592" w:type="dxa"/>
            <w:tcBorders>
              <w:top w:val="single" w:sz="4" w:space="0" w:color="D8E6EC"/>
              <w:left w:val="single" w:sz="4" w:space="0" w:color="D8E6EC"/>
              <w:bottom w:val="single" w:sz="4" w:space="0" w:color="D8E6EC"/>
              <w:right w:val="single" w:sz="4" w:space="0" w:color="D8E6EC"/>
            </w:tcBorders>
            <w:vAlign w:val="center"/>
          </w:tcPr>
          <w:p w14:paraId="0734B135" w14:textId="77777777" w:rsidR="00610360" w:rsidRDefault="00000000">
            <w:pPr>
              <w:spacing w:after="0"/>
            </w:pPr>
            <w:r>
              <w:rPr>
                <w:sz w:val="17"/>
              </w:rPr>
              <w:t>history / story</w:t>
            </w:r>
          </w:p>
        </w:tc>
        <w:tc>
          <w:tcPr>
            <w:tcW w:w="2592" w:type="dxa"/>
            <w:tcBorders>
              <w:top w:val="single" w:sz="4" w:space="0" w:color="D8E6EC"/>
              <w:left w:val="single" w:sz="4" w:space="0" w:color="D8E6EC"/>
              <w:bottom w:val="single" w:sz="4" w:space="0" w:color="D8E6EC"/>
              <w:right w:val="single" w:sz="4" w:space="0" w:color="D8E6EC"/>
            </w:tcBorders>
            <w:vAlign w:val="center"/>
          </w:tcPr>
          <w:p w14:paraId="0B7EECDD" w14:textId="77777777" w:rsidR="00610360" w:rsidRDefault="00000000">
            <w:pPr>
              <w:spacing w:after="0"/>
            </w:pPr>
            <w:r>
              <w:rPr>
                <w:sz w:val="17"/>
              </w:rPr>
              <w:t>noun</w:t>
            </w:r>
          </w:p>
        </w:tc>
      </w:tr>
      <w:tr w:rsidR="00610360" w14:paraId="4982C97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69B84C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742AF12" w14:textId="77777777" w:rsidR="00610360" w:rsidRDefault="00000000">
            <w:pPr>
              <w:spacing w:after="0"/>
            </w:pPr>
            <w:r>
              <w:rPr>
                <w:sz w:val="17"/>
              </w:rPr>
              <w:t>arte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04433663" w14:textId="77777777" w:rsidR="00610360" w:rsidRDefault="00000000">
            <w:pPr>
              <w:spacing w:after="0"/>
            </w:pPr>
            <w:r>
              <w:rPr>
                <w:sz w:val="17"/>
              </w:rPr>
              <w:t>art</w:t>
            </w:r>
          </w:p>
        </w:tc>
        <w:tc>
          <w:tcPr>
            <w:tcW w:w="2592" w:type="dxa"/>
            <w:tcBorders>
              <w:top w:val="single" w:sz="4" w:space="0" w:color="D8E6EC"/>
              <w:left w:val="single" w:sz="4" w:space="0" w:color="D8E6EC"/>
              <w:bottom w:val="single" w:sz="4" w:space="0" w:color="D8E6EC"/>
              <w:right w:val="single" w:sz="4" w:space="0" w:color="D8E6EC"/>
            </w:tcBorders>
            <w:vAlign w:val="center"/>
          </w:tcPr>
          <w:p w14:paraId="218A1636" w14:textId="77777777" w:rsidR="00610360" w:rsidRDefault="00000000">
            <w:pPr>
              <w:spacing w:after="0"/>
            </w:pPr>
            <w:r>
              <w:rPr>
                <w:sz w:val="17"/>
              </w:rPr>
              <w:t>noun</w:t>
            </w:r>
          </w:p>
        </w:tc>
      </w:tr>
      <w:tr w:rsidR="00610360" w14:paraId="276D0EC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977CEBF"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4433A2C" w14:textId="77777777" w:rsidR="00610360" w:rsidRDefault="00000000">
            <w:pPr>
              <w:spacing w:after="0"/>
            </w:pPr>
            <w:r>
              <w:rPr>
                <w:sz w:val="17"/>
              </w:rPr>
              <w:t>imaje</w:t>
            </w:r>
          </w:p>
        </w:tc>
        <w:tc>
          <w:tcPr>
            <w:tcW w:w="2592" w:type="dxa"/>
            <w:tcBorders>
              <w:top w:val="single" w:sz="4" w:space="0" w:color="D8E6EC"/>
              <w:left w:val="single" w:sz="4" w:space="0" w:color="D8E6EC"/>
              <w:bottom w:val="single" w:sz="4" w:space="0" w:color="D8E6EC"/>
              <w:right w:val="single" w:sz="4" w:space="0" w:color="D8E6EC"/>
            </w:tcBorders>
            <w:vAlign w:val="center"/>
          </w:tcPr>
          <w:p w14:paraId="621B7A15" w14:textId="77777777" w:rsidR="00610360" w:rsidRDefault="00000000">
            <w:pPr>
              <w:spacing w:after="0"/>
            </w:pPr>
            <w:r>
              <w:rPr>
                <w:sz w:val="17"/>
              </w:rPr>
              <w:t>image</w:t>
            </w:r>
          </w:p>
        </w:tc>
        <w:tc>
          <w:tcPr>
            <w:tcW w:w="2592" w:type="dxa"/>
            <w:tcBorders>
              <w:top w:val="single" w:sz="4" w:space="0" w:color="D8E6EC"/>
              <w:left w:val="single" w:sz="4" w:space="0" w:color="D8E6EC"/>
              <w:bottom w:val="single" w:sz="4" w:space="0" w:color="D8E6EC"/>
              <w:right w:val="single" w:sz="4" w:space="0" w:color="D8E6EC"/>
            </w:tcBorders>
            <w:vAlign w:val="center"/>
          </w:tcPr>
          <w:p w14:paraId="53275823" w14:textId="77777777" w:rsidR="00610360" w:rsidRDefault="00000000">
            <w:pPr>
              <w:spacing w:after="0"/>
            </w:pPr>
            <w:r>
              <w:rPr>
                <w:sz w:val="17"/>
              </w:rPr>
              <w:t>noun</w:t>
            </w:r>
          </w:p>
        </w:tc>
      </w:tr>
      <w:tr w:rsidR="00610360" w14:paraId="7A6A4AB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DDBEC5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90774FE" w14:textId="77777777" w:rsidR="00610360" w:rsidRDefault="00000000">
            <w:pPr>
              <w:spacing w:after="0"/>
            </w:pPr>
            <w:r>
              <w:rPr>
                <w:sz w:val="17"/>
              </w:rPr>
              <w:t>skrino</w:t>
            </w:r>
          </w:p>
        </w:tc>
        <w:tc>
          <w:tcPr>
            <w:tcW w:w="2592" w:type="dxa"/>
            <w:tcBorders>
              <w:top w:val="single" w:sz="4" w:space="0" w:color="D8E6EC"/>
              <w:left w:val="single" w:sz="4" w:space="0" w:color="D8E6EC"/>
              <w:bottom w:val="single" w:sz="4" w:space="0" w:color="D8E6EC"/>
              <w:right w:val="single" w:sz="4" w:space="0" w:color="D8E6EC"/>
            </w:tcBorders>
            <w:vAlign w:val="center"/>
          </w:tcPr>
          <w:p w14:paraId="4E1FF982" w14:textId="77777777" w:rsidR="00610360" w:rsidRDefault="00000000">
            <w:pPr>
              <w:spacing w:after="0"/>
            </w:pPr>
            <w:r>
              <w:rPr>
                <w:sz w:val="17"/>
              </w:rPr>
              <w:t>screen</w:t>
            </w:r>
          </w:p>
        </w:tc>
        <w:tc>
          <w:tcPr>
            <w:tcW w:w="2592" w:type="dxa"/>
            <w:tcBorders>
              <w:top w:val="single" w:sz="4" w:space="0" w:color="D8E6EC"/>
              <w:left w:val="single" w:sz="4" w:space="0" w:color="D8E6EC"/>
              <w:bottom w:val="single" w:sz="4" w:space="0" w:color="D8E6EC"/>
              <w:right w:val="single" w:sz="4" w:space="0" w:color="D8E6EC"/>
            </w:tcBorders>
            <w:vAlign w:val="center"/>
          </w:tcPr>
          <w:p w14:paraId="3BB3C3C6" w14:textId="77777777" w:rsidR="00610360" w:rsidRDefault="00000000">
            <w:pPr>
              <w:spacing w:after="0"/>
            </w:pPr>
            <w:r>
              <w:rPr>
                <w:sz w:val="17"/>
              </w:rPr>
              <w:t>noun</w:t>
            </w:r>
          </w:p>
        </w:tc>
      </w:tr>
      <w:tr w:rsidR="00610360" w14:paraId="3BE1D7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AC1026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98624FA" w14:textId="77777777" w:rsidR="00610360" w:rsidRDefault="00000000">
            <w:pPr>
              <w:spacing w:after="0"/>
            </w:pPr>
            <w:r>
              <w:rPr>
                <w:sz w:val="17"/>
              </w:rPr>
              <w:t>telefon</w:t>
            </w:r>
          </w:p>
        </w:tc>
        <w:tc>
          <w:tcPr>
            <w:tcW w:w="2592" w:type="dxa"/>
            <w:tcBorders>
              <w:top w:val="single" w:sz="4" w:space="0" w:color="D8E6EC"/>
              <w:left w:val="single" w:sz="4" w:space="0" w:color="D8E6EC"/>
              <w:bottom w:val="single" w:sz="4" w:space="0" w:color="D8E6EC"/>
              <w:right w:val="single" w:sz="4" w:space="0" w:color="D8E6EC"/>
            </w:tcBorders>
            <w:vAlign w:val="center"/>
          </w:tcPr>
          <w:p w14:paraId="6A455273" w14:textId="77777777" w:rsidR="00610360" w:rsidRDefault="00000000">
            <w:pPr>
              <w:spacing w:after="0"/>
            </w:pPr>
            <w:r>
              <w:rPr>
                <w:sz w:val="17"/>
              </w:rPr>
              <w:t>telephone</w:t>
            </w:r>
          </w:p>
        </w:tc>
        <w:tc>
          <w:tcPr>
            <w:tcW w:w="2592" w:type="dxa"/>
            <w:tcBorders>
              <w:top w:val="single" w:sz="4" w:space="0" w:color="D8E6EC"/>
              <w:left w:val="single" w:sz="4" w:space="0" w:color="D8E6EC"/>
              <w:bottom w:val="single" w:sz="4" w:space="0" w:color="D8E6EC"/>
              <w:right w:val="single" w:sz="4" w:space="0" w:color="D8E6EC"/>
            </w:tcBorders>
            <w:vAlign w:val="center"/>
          </w:tcPr>
          <w:p w14:paraId="0078F87F" w14:textId="77777777" w:rsidR="00610360" w:rsidRDefault="00000000">
            <w:pPr>
              <w:spacing w:after="0"/>
            </w:pPr>
            <w:r>
              <w:rPr>
                <w:sz w:val="17"/>
              </w:rPr>
              <w:t>noun</w:t>
            </w:r>
          </w:p>
        </w:tc>
      </w:tr>
      <w:tr w:rsidR="00610360" w14:paraId="19EC60F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0719A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56F1878" w14:textId="77777777" w:rsidR="00610360" w:rsidRDefault="00000000">
            <w:pPr>
              <w:spacing w:after="0"/>
            </w:pPr>
            <w:r>
              <w:rPr>
                <w:sz w:val="17"/>
              </w:rPr>
              <w:t>internet</w:t>
            </w:r>
          </w:p>
        </w:tc>
        <w:tc>
          <w:tcPr>
            <w:tcW w:w="2592" w:type="dxa"/>
            <w:tcBorders>
              <w:top w:val="single" w:sz="4" w:space="0" w:color="D8E6EC"/>
              <w:left w:val="single" w:sz="4" w:space="0" w:color="D8E6EC"/>
              <w:bottom w:val="single" w:sz="4" w:space="0" w:color="D8E6EC"/>
              <w:right w:val="single" w:sz="4" w:space="0" w:color="D8E6EC"/>
            </w:tcBorders>
            <w:vAlign w:val="center"/>
          </w:tcPr>
          <w:p w14:paraId="520A8B69" w14:textId="77777777" w:rsidR="00610360" w:rsidRDefault="00000000">
            <w:pPr>
              <w:spacing w:after="0"/>
            </w:pPr>
            <w:r>
              <w:rPr>
                <w:sz w:val="17"/>
              </w:rPr>
              <w:t>internet</w:t>
            </w:r>
          </w:p>
        </w:tc>
        <w:tc>
          <w:tcPr>
            <w:tcW w:w="2592" w:type="dxa"/>
            <w:tcBorders>
              <w:top w:val="single" w:sz="4" w:space="0" w:color="D8E6EC"/>
              <w:left w:val="single" w:sz="4" w:space="0" w:color="D8E6EC"/>
              <w:bottom w:val="single" w:sz="4" w:space="0" w:color="D8E6EC"/>
              <w:right w:val="single" w:sz="4" w:space="0" w:color="D8E6EC"/>
            </w:tcBorders>
            <w:vAlign w:val="center"/>
          </w:tcPr>
          <w:p w14:paraId="7993107C" w14:textId="77777777" w:rsidR="00610360" w:rsidRDefault="00000000">
            <w:pPr>
              <w:spacing w:after="0"/>
            </w:pPr>
            <w:r>
              <w:rPr>
                <w:sz w:val="17"/>
              </w:rPr>
              <w:t>noun</w:t>
            </w:r>
          </w:p>
        </w:tc>
      </w:tr>
      <w:tr w:rsidR="00610360" w14:paraId="77905A3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C51417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487818" w14:textId="77777777" w:rsidR="00610360" w:rsidRDefault="00000000">
            <w:pPr>
              <w:spacing w:after="0"/>
            </w:pPr>
            <w:r>
              <w:rPr>
                <w:sz w:val="17"/>
              </w:rPr>
              <w:t>mensaje</w:t>
            </w:r>
          </w:p>
        </w:tc>
        <w:tc>
          <w:tcPr>
            <w:tcW w:w="2592" w:type="dxa"/>
            <w:tcBorders>
              <w:top w:val="single" w:sz="4" w:space="0" w:color="D8E6EC"/>
              <w:left w:val="single" w:sz="4" w:space="0" w:color="D8E6EC"/>
              <w:bottom w:val="single" w:sz="4" w:space="0" w:color="D8E6EC"/>
              <w:right w:val="single" w:sz="4" w:space="0" w:color="D8E6EC"/>
            </w:tcBorders>
            <w:vAlign w:val="center"/>
          </w:tcPr>
          <w:p w14:paraId="1B342E14" w14:textId="77777777" w:rsidR="00610360" w:rsidRDefault="00000000">
            <w:pPr>
              <w:spacing w:after="0"/>
            </w:pPr>
            <w:r>
              <w:rPr>
                <w:sz w:val="17"/>
              </w:rPr>
              <w:t>message</w:t>
            </w:r>
          </w:p>
        </w:tc>
        <w:tc>
          <w:tcPr>
            <w:tcW w:w="2592" w:type="dxa"/>
            <w:tcBorders>
              <w:top w:val="single" w:sz="4" w:space="0" w:color="D8E6EC"/>
              <w:left w:val="single" w:sz="4" w:space="0" w:color="D8E6EC"/>
              <w:bottom w:val="single" w:sz="4" w:space="0" w:color="D8E6EC"/>
              <w:right w:val="single" w:sz="4" w:space="0" w:color="D8E6EC"/>
            </w:tcBorders>
            <w:vAlign w:val="center"/>
          </w:tcPr>
          <w:p w14:paraId="3BD86465" w14:textId="77777777" w:rsidR="00610360" w:rsidRDefault="00000000">
            <w:pPr>
              <w:spacing w:after="0"/>
            </w:pPr>
            <w:r>
              <w:rPr>
                <w:sz w:val="17"/>
              </w:rPr>
              <w:t>noun</w:t>
            </w:r>
          </w:p>
        </w:tc>
      </w:tr>
      <w:tr w:rsidR="00610360" w14:paraId="3AA4D3F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7E1126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108B8BA1" w14:textId="77777777" w:rsidR="00610360" w:rsidRDefault="00000000">
            <w:pPr>
              <w:spacing w:after="0"/>
            </w:pPr>
            <w:r>
              <w:rPr>
                <w:sz w:val="17"/>
              </w:rPr>
              <w:t>posta</w:t>
            </w:r>
          </w:p>
        </w:tc>
        <w:tc>
          <w:tcPr>
            <w:tcW w:w="2592" w:type="dxa"/>
            <w:tcBorders>
              <w:top w:val="single" w:sz="4" w:space="0" w:color="D8E6EC"/>
              <w:left w:val="single" w:sz="4" w:space="0" w:color="D8E6EC"/>
              <w:bottom w:val="single" w:sz="4" w:space="0" w:color="D8E6EC"/>
              <w:right w:val="single" w:sz="4" w:space="0" w:color="D8E6EC"/>
            </w:tcBorders>
            <w:vAlign w:val="center"/>
          </w:tcPr>
          <w:p w14:paraId="5478585C" w14:textId="77777777" w:rsidR="00610360" w:rsidRDefault="00000000">
            <w:pPr>
              <w:spacing w:after="0"/>
            </w:pPr>
            <w:r>
              <w:rPr>
                <w:sz w:val="17"/>
              </w:rPr>
              <w:t>mail / post</w:t>
            </w:r>
          </w:p>
        </w:tc>
        <w:tc>
          <w:tcPr>
            <w:tcW w:w="2592" w:type="dxa"/>
            <w:tcBorders>
              <w:top w:val="single" w:sz="4" w:space="0" w:color="D8E6EC"/>
              <w:left w:val="single" w:sz="4" w:space="0" w:color="D8E6EC"/>
              <w:bottom w:val="single" w:sz="4" w:space="0" w:color="D8E6EC"/>
              <w:right w:val="single" w:sz="4" w:space="0" w:color="D8E6EC"/>
            </w:tcBorders>
            <w:vAlign w:val="center"/>
          </w:tcPr>
          <w:p w14:paraId="27E29618" w14:textId="77777777" w:rsidR="00610360" w:rsidRDefault="00000000">
            <w:pPr>
              <w:spacing w:after="0"/>
            </w:pPr>
            <w:r>
              <w:rPr>
                <w:sz w:val="17"/>
              </w:rPr>
              <w:t>noun</w:t>
            </w:r>
          </w:p>
        </w:tc>
      </w:tr>
      <w:tr w:rsidR="00610360" w14:paraId="1051D7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063610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F8DFDEB" w14:textId="77777777" w:rsidR="00610360" w:rsidRDefault="00000000">
            <w:pPr>
              <w:spacing w:after="0"/>
            </w:pPr>
            <w:r>
              <w:rPr>
                <w:sz w:val="17"/>
              </w:rPr>
              <w:t>kopi</w:t>
            </w:r>
          </w:p>
        </w:tc>
        <w:tc>
          <w:tcPr>
            <w:tcW w:w="2592" w:type="dxa"/>
            <w:tcBorders>
              <w:top w:val="single" w:sz="4" w:space="0" w:color="D8E6EC"/>
              <w:left w:val="single" w:sz="4" w:space="0" w:color="D8E6EC"/>
              <w:bottom w:val="single" w:sz="4" w:space="0" w:color="D8E6EC"/>
              <w:right w:val="single" w:sz="4" w:space="0" w:color="D8E6EC"/>
            </w:tcBorders>
            <w:vAlign w:val="center"/>
          </w:tcPr>
          <w:p w14:paraId="6552F8EF" w14:textId="77777777" w:rsidR="00610360" w:rsidRDefault="00000000">
            <w:pPr>
              <w:spacing w:after="0"/>
            </w:pPr>
            <w:r>
              <w:rPr>
                <w:sz w:val="17"/>
              </w:rPr>
              <w:t>copy</w:t>
            </w:r>
          </w:p>
        </w:tc>
        <w:tc>
          <w:tcPr>
            <w:tcW w:w="2592" w:type="dxa"/>
            <w:tcBorders>
              <w:top w:val="single" w:sz="4" w:space="0" w:color="D8E6EC"/>
              <w:left w:val="single" w:sz="4" w:space="0" w:color="D8E6EC"/>
              <w:bottom w:val="single" w:sz="4" w:space="0" w:color="D8E6EC"/>
              <w:right w:val="single" w:sz="4" w:space="0" w:color="D8E6EC"/>
            </w:tcBorders>
            <w:vAlign w:val="center"/>
          </w:tcPr>
          <w:p w14:paraId="3B24DD7D" w14:textId="77777777" w:rsidR="00610360" w:rsidRDefault="00000000">
            <w:pPr>
              <w:spacing w:after="0"/>
            </w:pPr>
            <w:r>
              <w:rPr>
                <w:sz w:val="17"/>
              </w:rPr>
              <w:t>noun/verb</w:t>
            </w:r>
          </w:p>
        </w:tc>
      </w:tr>
      <w:tr w:rsidR="00610360" w14:paraId="09EAE22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EB6FB3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CD00183" w14:textId="77777777" w:rsidR="00610360" w:rsidRDefault="00000000">
            <w:pPr>
              <w:spacing w:after="0"/>
            </w:pPr>
            <w:r>
              <w:rPr>
                <w:sz w:val="17"/>
              </w:rPr>
              <w:t>program</w:t>
            </w:r>
          </w:p>
        </w:tc>
        <w:tc>
          <w:tcPr>
            <w:tcW w:w="2592" w:type="dxa"/>
            <w:tcBorders>
              <w:top w:val="single" w:sz="4" w:space="0" w:color="D8E6EC"/>
              <w:left w:val="single" w:sz="4" w:space="0" w:color="D8E6EC"/>
              <w:bottom w:val="single" w:sz="4" w:space="0" w:color="D8E6EC"/>
              <w:right w:val="single" w:sz="4" w:space="0" w:color="D8E6EC"/>
            </w:tcBorders>
            <w:vAlign w:val="center"/>
          </w:tcPr>
          <w:p w14:paraId="12D6CF97" w14:textId="77777777" w:rsidR="00610360" w:rsidRDefault="00000000">
            <w:pPr>
              <w:spacing w:after="0"/>
            </w:pPr>
            <w:r>
              <w:rPr>
                <w:sz w:val="17"/>
              </w:rPr>
              <w:t>program</w:t>
            </w:r>
          </w:p>
        </w:tc>
        <w:tc>
          <w:tcPr>
            <w:tcW w:w="2592" w:type="dxa"/>
            <w:tcBorders>
              <w:top w:val="single" w:sz="4" w:space="0" w:color="D8E6EC"/>
              <w:left w:val="single" w:sz="4" w:space="0" w:color="D8E6EC"/>
              <w:bottom w:val="single" w:sz="4" w:space="0" w:color="D8E6EC"/>
              <w:right w:val="single" w:sz="4" w:space="0" w:color="D8E6EC"/>
            </w:tcBorders>
            <w:vAlign w:val="center"/>
          </w:tcPr>
          <w:p w14:paraId="55E694E4" w14:textId="77777777" w:rsidR="00610360" w:rsidRDefault="00000000">
            <w:pPr>
              <w:spacing w:after="0"/>
            </w:pPr>
            <w:r>
              <w:rPr>
                <w:sz w:val="17"/>
              </w:rPr>
              <w:t>noun</w:t>
            </w:r>
          </w:p>
        </w:tc>
      </w:tr>
      <w:tr w:rsidR="00610360" w14:paraId="6E202B8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2F26DD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96BFCF5" w14:textId="77777777" w:rsidR="00610360" w:rsidRDefault="00000000">
            <w:pPr>
              <w:spacing w:after="0"/>
            </w:pPr>
            <w:r>
              <w:rPr>
                <w:sz w:val="17"/>
              </w:rPr>
              <w:t>sistem</w:t>
            </w:r>
          </w:p>
        </w:tc>
        <w:tc>
          <w:tcPr>
            <w:tcW w:w="2592" w:type="dxa"/>
            <w:tcBorders>
              <w:top w:val="single" w:sz="4" w:space="0" w:color="D8E6EC"/>
              <w:left w:val="single" w:sz="4" w:space="0" w:color="D8E6EC"/>
              <w:bottom w:val="single" w:sz="4" w:space="0" w:color="D8E6EC"/>
              <w:right w:val="single" w:sz="4" w:space="0" w:color="D8E6EC"/>
            </w:tcBorders>
            <w:vAlign w:val="center"/>
          </w:tcPr>
          <w:p w14:paraId="3ED443E2" w14:textId="77777777" w:rsidR="00610360" w:rsidRDefault="00000000">
            <w:pPr>
              <w:spacing w:after="0"/>
            </w:pPr>
            <w:r>
              <w:rPr>
                <w:sz w:val="17"/>
              </w:rPr>
              <w:t>system</w:t>
            </w:r>
          </w:p>
        </w:tc>
        <w:tc>
          <w:tcPr>
            <w:tcW w:w="2592" w:type="dxa"/>
            <w:tcBorders>
              <w:top w:val="single" w:sz="4" w:space="0" w:color="D8E6EC"/>
              <w:left w:val="single" w:sz="4" w:space="0" w:color="D8E6EC"/>
              <w:bottom w:val="single" w:sz="4" w:space="0" w:color="D8E6EC"/>
              <w:right w:val="single" w:sz="4" w:space="0" w:color="D8E6EC"/>
            </w:tcBorders>
            <w:vAlign w:val="center"/>
          </w:tcPr>
          <w:p w14:paraId="703CF8C2" w14:textId="77777777" w:rsidR="00610360" w:rsidRDefault="00000000">
            <w:pPr>
              <w:spacing w:after="0"/>
            </w:pPr>
            <w:r>
              <w:rPr>
                <w:sz w:val="17"/>
              </w:rPr>
              <w:t>noun</w:t>
            </w:r>
          </w:p>
        </w:tc>
      </w:tr>
      <w:tr w:rsidR="00610360" w14:paraId="4DB21F1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331C59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776D21C" w14:textId="77777777" w:rsidR="00610360" w:rsidRDefault="00000000">
            <w:pPr>
              <w:spacing w:after="0"/>
            </w:pPr>
            <w:r>
              <w:rPr>
                <w:sz w:val="17"/>
              </w:rPr>
              <w:t>data</w:t>
            </w:r>
          </w:p>
        </w:tc>
        <w:tc>
          <w:tcPr>
            <w:tcW w:w="2592" w:type="dxa"/>
            <w:tcBorders>
              <w:top w:val="single" w:sz="4" w:space="0" w:color="D8E6EC"/>
              <w:left w:val="single" w:sz="4" w:space="0" w:color="D8E6EC"/>
              <w:bottom w:val="single" w:sz="4" w:space="0" w:color="D8E6EC"/>
              <w:right w:val="single" w:sz="4" w:space="0" w:color="D8E6EC"/>
            </w:tcBorders>
            <w:vAlign w:val="center"/>
          </w:tcPr>
          <w:p w14:paraId="746726E1" w14:textId="77777777" w:rsidR="00610360" w:rsidRDefault="00000000">
            <w:pPr>
              <w:spacing w:after="0"/>
            </w:pPr>
            <w:r>
              <w:rPr>
                <w:sz w:val="17"/>
              </w:rPr>
              <w:t>data</w:t>
            </w:r>
          </w:p>
        </w:tc>
        <w:tc>
          <w:tcPr>
            <w:tcW w:w="2592" w:type="dxa"/>
            <w:tcBorders>
              <w:top w:val="single" w:sz="4" w:space="0" w:color="D8E6EC"/>
              <w:left w:val="single" w:sz="4" w:space="0" w:color="D8E6EC"/>
              <w:bottom w:val="single" w:sz="4" w:space="0" w:color="D8E6EC"/>
              <w:right w:val="single" w:sz="4" w:space="0" w:color="D8E6EC"/>
            </w:tcBorders>
            <w:vAlign w:val="center"/>
          </w:tcPr>
          <w:p w14:paraId="344B741C" w14:textId="77777777" w:rsidR="00610360" w:rsidRDefault="00000000">
            <w:pPr>
              <w:spacing w:after="0"/>
            </w:pPr>
            <w:r>
              <w:rPr>
                <w:sz w:val="17"/>
              </w:rPr>
              <w:t>noun</w:t>
            </w:r>
          </w:p>
        </w:tc>
      </w:tr>
      <w:tr w:rsidR="00610360" w14:paraId="215D4AA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55F11F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B41FAF0" w14:textId="77777777" w:rsidR="00610360" w:rsidRDefault="00000000">
            <w:pPr>
              <w:spacing w:after="0"/>
            </w:pPr>
            <w:r>
              <w:rPr>
                <w:sz w:val="17"/>
              </w:rPr>
              <w:t>arkivo</w:t>
            </w:r>
          </w:p>
        </w:tc>
        <w:tc>
          <w:tcPr>
            <w:tcW w:w="2592" w:type="dxa"/>
            <w:tcBorders>
              <w:top w:val="single" w:sz="4" w:space="0" w:color="D8E6EC"/>
              <w:left w:val="single" w:sz="4" w:space="0" w:color="D8E6EC"/>
              <w:bottom w:val="single" w:sz="4" w:space="0" w:color="D8E6EC"/>
              <w:right w:val="single" w:sz="4" w:space="0" w:color="D8E6EC"/>
            </w:tcBorders>
            <w:vAlign w:val="center"/>
          </w:tcPr>
          <w:p w14:paraId="5D44B5D5" w14:textId="77777777" w:rsidR="00610360" w:rsidRDefault="00000000">
            <w:pPr>
              <w:spacing w:after="0"/>
            </w:pPr>
            <w:r>
              <w:rPr>
                <w:sz w:val="17"/>
              </w:rPr>
              <w:t>file / archive</w:t>
            </w:r>
          </w:p>
        </w:tc>
        <w:tc>
          <w:tcPr>
            <w:tcW w:w="2592" w:type="dxa"/>
            <w:tcBorders>
              <w:top w:val="single" w:sz="4" w:space="0" w:color="D8E6EC"/>
              <w:left w:val="single" w:sz="4" w:space="0" w:color="D8E6EC"/>
              <w:bottom w:val="single" w:sz="4" w:space="0" w:color="D8E6EC"/>
              <w:right w:val="single" w:sz="4" w:space="0" w:color="D8E6EC"/>
            </w:tcBorders>
            <w:vAlign w:val="center"/>
          </w:tcPr>
          <w:p w14:paraId="300094E8" w14:textId="77777777" w:rsidR="00610360" w:rsidRDefault="00000000">
            <w:pPr>
              <w:spacing w:after="0"/>
            </w:pPr>
            <w:r>
              <w:rPr>
                <w:sz w:val="17"/>
              </w:rPr>
              <w:t>noun</w:t>
            </w:r>
          </w:p>
        </w:tc>
      </w:tr>
      <w:tr w:rsidR="00610360" w14:paraId="5FEBA1D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306596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5A1026F" w14:textId="77777777" w:rsidR="00610360" w:rsidRDefault="00000000">
            <w:pPr>
              <w:spacing w:after="0"/>
            </w:pPr>
            <w:r>
              <w:rPr>
                <w:sz w:val="17"/>
              </w:rPr>
              <w:t>memoria</w:t>
            </w:r>
          </w:p>
        </w:tc>
        <w:tc>
          <w:tcPr>
            <w:tcW w:w="2592" w:type="dxa"/>
            <w:tcBorders>
              <w:top w:val="single" w:sz="4" w:space="0" w:color="D8E6EC"/>
              <w:left w:val="single" w:sz="4" w:space="0" w:color="D8E6EC"/>
              <w:bottom w:val="single" w:sz="4" w:space="0" w:color="D8E6EC"/>
              <w:right w:val="single" w:sz="4" w:space="0" w:color="D8E6EC"/>
            </w:tcBorders>
            <w:vAlign w:val="center"/>
          </w:tcPr>
          <w:p w14:paraId="3CE74EBE" w14:textId="77777777" w:rsidR="00610360" w:rsidRDefault="00000000">
            <w:pPr>
              <w:spacing w:after="0"/>
            </w:pPr>
            <w:r>
              <w:rPr>
                <w:sz w:val="17"/>
              </w:rPr>
              <w:t>memory</w:t>
            </w:r>
          </w:p>
        </w:tc>
        <w:tc>
          <w:tcPr>
            <w:tcW w:w="2592" w:type="dxa"/>
            <w:tcBorders>
              <w:top w:val="single" w:sz="4" w:space="0" w:color="D8E6EC"/>
              <w:left w:val="single" w:sz="4" w:space="0" w:color="D8E6EC"/>
              <w:bottom w:val="single" w:sz="4" w:space="0" w:color="D8E6EC"/>
              <w:right w:val="single" w:sz="4" w:space="0" w:color="D8E6EC"/>
            </w:tcBorders>
            <w:vAlign w:val="center"/>
          </w:tcPr>
          <w:p w14:paraId="10C49097" w14:textId="77777777" w:rsidR="00610360" w:rsidRDefault="00000000">
            <w:pPr>
              <w:spacing w:after="0"/>
            </w:pPr>
            <w:r>
              <w:rPr>
                <w:sz w:val="17"/>
              </w:rPr>
              <w:t>noun</w:t>
            </w:r>
          </w:p>
        </w:tc>
      </w:tr>
    </w:tbl>
    <w:p w14:paraId="6DAD46D1" w14:textId="77777777" w:rsidR="00610360" w:rsidRDefault="00000000">
      <w:pPr>
        <w:pStyle w:val="Heading2"/>
        <w:spacing w:after="120"/>
      </w:pPr>
      <w:r>
        <w:rPr>
          <w:rFonts w:ascii="Aptos" w:hAnsi="Aptos"/>
        </w:rPr>
        <w:t>Society, culture, and ideas</w:t>
      </w:r>
    </w:p>
    <w:tbl>
      <w:tblPr>
        <w:tblW w:w="0" w:type="auto"/>
        <w:jc w:val="center"/>
        <w:tblLook w:val="04A0" w:firstRow="1" w:lastRow="0" w:firstColumn="1" w:lastColumn="0" w:noHBand="0" w:noVBand="1"/>
      </w:tblPr>
      <w:tblGrid>
        <w:gridCol w:w="2592"/>
        <w:gridCol w:w="2592"/>
        <w:gridCol w:w="2592"/>
        <w:gridCol w:w="2592"/>
      </w:tblGrid>
      <w:tr w:rsidR="00610360" w14:paraId="3DD75F73"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B82AE39"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F628292"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1137E7EB"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28C8E3C9" w14:textId="77777777" w:rsidR="00610360" w:rsidRDefault="00000000">
            <w:pPr>
              <w:spacing w:after="0"/>
            </w:pPr>
            <w:r>
              <w:rPr>
                <w:b/>
                <w:color w:val="FFFFFF"/>
                <w:sz w:val="17"/>
              </w:rPr>
              <w:t>Note</w:t>
            </w:r>
          </w:p>
        </w:tc>
      </w:tr>
      <w:tr w:rsidR="00610360" w14:paraId="4800D72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7598E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C78368D" w14:textId="77777777" w:rsidR="00610360" w:rsidRDefault="00000000">
            <w:pPr>
              <w:spacing w:after="0"/>
            </w:pPr>
            <w:r>
              <w:rPr>
                <w:sz w:val="17"/>
              </w:rPr>
              <w:t>kultura</w:t>
            </w:r>
          </w:p>
        </w:tc>
        <w:tc>
          <w:tcPr>
            <w:tcW w:w="2592" w:type="dxa"/>
            <w:tcBorders>
              <w:top w:val="single" w:sz="4" w:space="0" w:color="D8E6EC"/>
              <w:left w:val="single" w:sz="4" w:space="0" w:color="D8E6EC"/>
              <w:bottom w:val="single" w:sz="4" w:space="0" w:color="D8E6EC"/>
              <w:right w:val="single" w:sz="4" w:space="0" w:color="D8E6EC"/>
            </w:tcBorders>
            <w:vAlign w:val="center"/>
          </w:tcPr>
          <w:p w14:paraId="0AD1AE7F" w14:textId="77777777" w:rsidR="00610360" w:rsidRDefault="00000000">
            <w:pPr>
              <w:spacing w:after="0"/>
            </w:pPr>
            <w:r>
              <w:rPr>
                <w:sz w:val="17"/>
              </w:rPr>
              <w:t>culture</w:t>
            </w:r>
          </w:p>
        </w:tc>
        <w:tc>
          <w:tcPr>
            <w:tcW w:w="2592" w:type="dxa"/>
            <w:tcBorders>
              <w:top w:val="single" w:sz="4" w:space="0" w:color="D8E6EC"/>
              <w:left w:val="single" w:sz="4" w:space="0" w:color="D8E6EC"/>
              <w:bottom w:val="single" w:sz="4" w:space="0" w:color="D8E6EC"/>
              <w:right w:val="single" w:sz="4" w:space="0" w:color="D8E6EC"/>
            </w:tcBorders>
            <w:vAlign w:val="center"/>
          </w:tcPr>
          <w:p w14:paraId="291FE780" w14:textId="77777777" w:rsidR="00610360" w:rsidRDefault="00000000">
            <w:pPr>
              <w:spacing w:after="0"/>
            </w:pPr>
            <w:r>
              <w:rPr>
                <w:sz w:val="17"/>
              </w:rPr>
              <w:t>noun</w:t>
            </w:r>
          </w:p>
        </w:tc>
      </w:tr>
      <w:tr w:rsidR="00610360" w14:paraId="5EE0DBB9"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34B52E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BB8504B" w14:textId="77777777" w:rsidR="00610360" w:rsidRDefault="00000000">
            <w:pPr>
              <w:spacing w:after="0"/>
            </w:pPr>
            <w:r>
              <w:rPr>
                <w:sz w:val="17"/>
              </w:rPr>
              <w:t>tradision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8ED280F" w14:textId="77777777" w:rsidR="00610360" w:rsidRDefault="00000000">
            <w:pPr>
              <w:spacing w:after="0"/>
            </w:pPr>
            <w:r>
              <w:rPr>
                <w:sz w:val="17"/>
              </w:rPr>
              <w:t>tradition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D26A6FB" w14:textId="77777777" w:rsidR="00610360" w:rsidRDefault="00000000">
            <w:pPr>
              <w:spacing w:after="0"/>
            </w:pPr>
            <w:r>
              <w:rPr>
                <w:sz w:val="17"/>
              </w:rPr>
              <w:t>noun</w:t>
            </w:r>
          </w:p>
        </w:tc>
      </w:tr>
      <w:tr w:rsidR="00610360" w14:paraId="653FF43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35A41A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8960174" w14:textId="77777777" w:rsidR="00610360" w:rsidRDefault="00000000">
            <w:pPr>
              <w:spacing w:after="0"/>
            </w:pPr>
            <w:r>
              <w:rPr>
                <w:sz w:val="17"/>
              </w:rPr>
              <w:t>religion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5DC2B227" w14:textId="77777777" w:rsidR="00610360" w:rsidRDefault="00000000">
            <w:pPr>
              <w:spacing w:after="0"/>
            </w:pPr>
            <w:r>
              <w:rPr>
                <w:sz w:val="17"/>
              </w:rPr>
              <w:t>religion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11397B68" w14:textId="77777777" w:rsidR="00610360" w:rsidRDefault="00000000">
            <w:pPr>
              <w:spacing w:after="0"/>
            </w:pPr>
            <w:r>
              <w:rPr>
                <w:sz w:val="17"/>
              </w:rPr>
              <w:t>noun</w:t>
            </w:r>
          </w:p>
        </w:tc>
      </w:tr>
      <w:tr w:rsidR="00610360" w14:paraId="4D2F252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18894A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FBADC99" w14:textId="77777777" w:rsidR="00610360" w:rsidRDefault="00000000">
            <w:pPr>
              <w:spacing w:after="0"/>
            </w:pPr>
            <w:r>
              <w:rPr>
                <w:sz w:val="17"/>
              </w:rPr>
              <w:t>filosofia</w:t>
            </w:r>
          </w:p>
        </w:tc>
        <w:tc>
          <w:tcPr>
            <w:tcW w:w="2592" w:type="dxa"/>
            <w:tcBorders>
              <w:top w:val="single" w:sz="4" w:space="0" w:color="D8E6EC"/>
              <w:left w:val="single" w:sz="4" w:space="0" w:color="D8E6EC"/>
              <w:bottom w:val="single" w:sz="4" w:space="0" w:color="D8E6EC"/>
              <w:right w:val="single" w:sz="4" w:space="0" w:color="D8E6EC"/>
            </w:tcBorders>
            <w:vAlign w:val="center"/>
          </w:tcPr>
          <w:p w14:paraId="4EADB9F0" w14:textId="77777777" w:rsidR="00610360" w:rsidRDefault="00000000">
            <w:pPr>
              <w:spacing w:after="0"/>
            </w:pPr>
            <w:r>
              <w:rPr>
                <w:sz w:val="17"/>
              </w:rPr>
              <w:t>philosophy</w:t>
            </w:r>
          </w:p>
        </w:tc>
        <w:tc>
          <w:tcPr>
            <w:tcW w:w="2592" w:type="dxa"/>
            <w:tcBorders>
              <w:top w:val="single" w:sz="4" w:space="0" w:color="D8E6EC"/>
              <w:left w:val="single" w:sz="4" w:space="0" w:color="D8E6EC"/>
              <w:bottom w:val="single" w:sz="4" w:space="0" w:color="D8E6EC"/>
              <w:right w:val="single" w:sz="4" w:space="0" w:color="D8E6EC"/>
            </w:tcBorders>
            <w:vAlign w:val="center"/>
          </w:tcPr>
          <w:p w14:paraId="79C31CA7" w14:textId="77777777" w:rsidR="00610360" w:rsidRDefault="00000000">
            <w:pPr>
              <w:spacing w:after="0"/>
            </w:pPr>
            <w:r>
              <w:rPr>
                <w:sz w:val="17"/>
              </w:rPr>
              <w:t>noun</w:t>
            </w:r>
          </w:p>
        </w:tc>
      </w:tr>
      <w:tr w:rsidR="00610360" w14:paraId="6CE1FD9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4B15E5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37D6EF9" w14:textId="77777777" w:rsidR="00610360" w:rsidRDefault="00000000">
            <w:pPr>
              <w:spacing w:after="0"/>
            </w:pPr>
            <w:r>
              <w:rPr>
                <w:sz w:val="17"/>
              </w:rPr>
              <w:t>siensia</w:t>
            </w:r>
          </w:p>
        </w:tc>
        <w:tc>
          <w:tcPr>
            <w:tcW w:w="2592" w:type="dxa"/>
            <w:tcBorders>
              <w:top w:val="single" w:sz="4" w:space="0" w:color="D8E6EC"/>
              <w:left w:val="single" w:sz="4" w:space="0" w:color="D8E6EC"/>
              <w:bottom w:val="single" w:sz="4" w:space="0" w:color="D8E6EC"/>
              <w:right w:val="single" w:sz="4" w:space="0" w:color="D8E6EC"/>
            </w:tcBorders>
            <w:vAlign w:val="center"/>
          </w:tcPr>
          <w:p w14:paraId="3E171CDA" w14:textId="77777777" w:rsidR="00610360" w:rsidRDefault="00000000">
            <w:pPr>
              <w:spacing w:after="0"/>
            </w:pPr>
            <w:r>
              <w:rPr>
                <w:sz w:val="17"/>
              </w:rPr>
              <w:t>science</w:t>
            </w:r>
          </w:p>
        </w:tc>
        <w:tc>
          <w:tcPr>
            <w:tcW w:w="2592" w:type="dxa"/>
            <w:tcBorders>
              <w:top w:val="single" w:sz="4" w:space="0" w:color="D8E6EC"/>
              <w:left w:val="single" w:sz="4" w:space="0" w:color="D8E6EC"/>
              <w:bottom w:val="single" w:sz="4" w:space="0" w:color="D8E6EC"/>
              <w:right w:val="single" w:sz="4" w:space="0" w:color="D8E6EC"/>
            </w:tcBorders>
            <w:vAlign w:val="center"/>
          </w:tcPr>
          <w:p w14:paraId="17BA9B3C" w14:textId="77777777" w:rsidR="00610360" w:rsidRDefault="00000000">
            <w:pPr>
              <w:spacing w:after="0"/>
            </w:pPr>
            <w:r>
              <w:rPr>
                <w:sz w:val="17"/>
              </w:rPr>
              <w:t>noun</w:t>
            </w:r>
          </w:p>
        </w:tc>
      </w:tr>
      <w:tr w:rsidR="00610360" w14:paraId="7094D59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4C9D3C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DCD8DEC" w14:textId="77777777" w:rsidR="00610360" w:rsidRDefault="00000000">
            <w:pPr>
              <w:spacing w:after="0"/>
            </w:pPr>
            <w:r>
              <w:rPr>
                <w:sz w:val="17"/>
              </w:rPr>
              <w:t>matematika</w:t>
            </w:r>
          </w:p>
        </w:tc>
        <w:tc>
          <w:tcPr>
            <w:tcW w:w="2592" w:type="dxa"/>
            <w:tcBorders>
              <w:top w:val="single" w:sz="4" w:space="0" w:color="D8E6EC"/>
              <w:left w:val="single" w:sz="4" w:space="0" w:color="D8E6EC"/>
              <w:bottom w:val="single" w:sz="4" w:space="0" w:color="D8E6EC"/>
              <w:right w:val="single" w:sz="4" w:space="0" w:color="D8E6EC"/>
            </w:tcBorders>
            <w:vAlign w:val="center"/>
          </w:tcPr>
          <w:p w14:paraId="11CA656A" w14:textId="77777777" w:rsidR="00610360" w:rsidRDefault="00000000">
            <w:pPr>
              <w:spacing w:after="0"/>
            </w:pPr>
            <w:r>
              <w:rPr>
                <w:sz w:val="17"/>
              </w:rPr>
              <w:t>mathematics</w:t>
            </w:r>
          </w:p>
        </w:tc>
        <w:tc>
          <w:tcPr>
            <w:tcW w:w="2592" w:type="dxa"/>
            <w:tcBorders>
              <w:top w:val="single" w:sz="4" w:space="0" w:color="D8E6EC"/>
              <w:left w:val="single" w:sz="4" w:space="0" w:color="D8E6EC"/>
              <w:bottom w:val="single" w:sz="4" w:space="0" w:color="D8E6EC"/>
              <w:right w:val="single" w:sz="4" w:space="0" w:color="D8E6EC"/>
            </w:tcBorders>
            <w:vAlign w:val="center"/>
          </w:tcPr>
          <w:p w14:paraId="1CA13C59" w14:textId="77777777" w:rsidR="00610360" w:rsidRDefault="00000000">
            <w:pPr>
              <w:spacing w:after="0"/>
            </w:pPr>
            <w:r>
              <w:rPr>
                <w:sz w:val="17"/>
              </w:rPr>
              <w:t>noun</w:t>
            </w:r>
          </w:p>
        </w:tc>
      </w:tr>
      <w:tr w:rsidR="00610360" w14:paraId="6FF5711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8D2984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22801CD" w14:textId="77777777" w:rsidR="00610360" w:rsidRDefault="00000000">
            <w:pPr>
              <w:spacing w:after="0"/>
            </w:pPr>
            <w:r>
              <w:rPr>
                <w:sz w:val="17"/>
              </w:rPr>
              <w:t>edukasion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33DA0FE8" w14:textId="77777777" w:rsidR="00610360" w:rsidRDefault="00000000">
            <w:pPr>
              <w:spacing w:after="0"/>
            </w:pPr>
            <w:r>
              <w:rPr>
                <w:sz w:val="17"/>
              </w:rPr>
              <w:t>education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FA1097A" w14:textId="77777777" w:rsidR="00610360" w:rsidRDefault="00000000">
            <w:pPr>
              <w:spacing w:after="0"/>
            </w:pPr>
            <w:r>
              <w:rPr>
                <w:sz w:val="17"/>
              </w:rPr>
              <w:t>noun</w:t>
            </w:r>
          </w:p>
        </w:tc>
      </w:tr>
      <w:tr w:rsidR="00610360" w14:paraId="629F647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601B05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9D7D498" w14:textId="77777777" w:rsidR="00610360" w:rsidRDefault="00000000">
            <w:pPr>
              <w:spacing w:after="0"/>
            </w:pPr>
            <w:r>
              <w:rPr>
                <w:sz w:val="17"/>
              </w:rPr>
              <w:t>skola</w:t>
            </w:r>
          </w:p>
        </w:tc>
        <w:tc>
          <w:tcPr>
            <w:tcW w:w="2592" w:type="dxa"/>
            <w:tcBorders>
              <w:top w:val="single" w:sz="4" w:space="0" w:color="D8E6EC"/>
              <w:left w:val="single" w:sz="4" w:space="0" w:color="D8E6EC"/>
              <w:bottom w:val="single" w:sz="4" w:space="0" w:color="D8E6EC"/>
              <w:right w:val="single" w:sz="4" w:space="0" w:color="D8E6EC"/>
            </w:tcBorders>
            <w:vAlign w:val="center"/>
          </w:tcPr>
          <w:p w14:paraId="6803D23D" w14:textId="77777777" w:rsidR="00610360" w:rsidRDefault="00000000">
            <w:pPr>
              <w:spacing w:after="0"/>
            </w:pPr>
            <w:r>
              <w:rPr>
                <w:sz w:val="17"/>
              </w:rPr>
              <w:t>school</w:t>
            </w:r>
          </w:p>
        </w:tc>
        <w:tc>
          <w:tcPr>
            <w:tcW w:w="2592" w:type="dxa"/>
            <w:tcBorders>
              <w:top w:val="single" w:sz="4" w:space="0" w:color="D8E6EC"/>
              <w:left w:val="single" w:sz="4" w:space="0" w:color="D8E6EC"/>
              <w:bottom w:val="single" w:sz="4" w:space="0" w:color="D8E6EC"/>
              <w:right w:val="single" w:sz="4" w:space="0" w:color="D8E6EC"/>
            </w:tcBorders>
            <w:vAlign w:val="center"/>
          </w:tcPr>
          <w:p w14:paraId="75A55449" w14:textId="77777777" w:rsidR="00610360" w:rsidRDefault="00000000">
            <w:pPr>
              <w:spacing w:after="0"/>
            </w:pPr>
            <w:r>
              <w:rPr>
                <w:sz w:val="17"/>
              </w:rPr>
              <w:t>noun</w:t>
            </w:r>
          </w:p>
        </w:tc>
      </w:tr>
      <w:tr w:rsidR="00610360" w14:paraId="4203D85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DDEB1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790C499" w14:textId="77777777" w:rsidR="00610360" w:rsidRDefault="00000000">
            <w:pPr>
              <w:spacing w:after="0"/>
            </w:pPr>
            <w:r>
              <w:rPr>
                <w:sz w:val="17"/>
              </w:rPr>
              <w:t>klase</w:t>
            </w:r>
          </w:p>
        </w:tc>
        <w:tc>
          <w:tcPr>
            <w:tcW w:w="2592" w:type="dxa"/>
            <w:tcBorders>
              <w:top w:val="single" w:sz="4" w:space="0" w:color="D8E6EC"/>
              <w:left w:val="single" w:sz="4" w:space="0" w:color="D8E6EC"/>
              <w:bottom w:val="single" w:sz="4" w:space="0" w:color="D8E6EC"/>
              <w:right w:val="single" w:sz="4" w:space="0" w:color="D8E6EC"/>
            </w:tcBorders>
            <w:vAlign w:val="center"/>
          </w:tcPr>
          <w:p w14:paraId="47D2E2FF" w14:textId="77777777" w:rsidR="00610360" w:rsidRDefault="00000000">
            <w:pPr>
              <w:spacing w:after="0"/>
            </w:pPr>
            <w:r>
              <w:rPr>
                <w:sz w:val="17"/>
              </w:rPr>
              <w:t>class</w:t>
            </w:r>
          </w:p>
        </w:tc>
        <w:tc>
          <w:tcPr>
            <w:tcW w:w="2592" w:type="dxa"/>
            <w:tcBorders>
              <w:top w:val="single" w:sz="4" w:space="0" w:color="D8E6EC"/>
              <w:left w:val="single" w:sz="4" w:space="0" w:color="D8E6EC"/>
              <w:bottom w:val="single" w:sz="4" w:space="0" w:color="D8E6EC"/>
              <w:right w:val="single" w:sz="4" w:space="0" w:color="D8E6EC"/>
            </w:tcBorders>
            <w:vAlign w:val="center"/>
          </w:tcPr>
          <w:p w14:paraId="005B1A12" w14:textId="77777777" w:rsidR="00610360" w:rsidRDefault="00000000">
            <w:pPr>
              <w:spacing w:after="0"/>
            </w:pPr>
            <w:r>
              <w:rPr>
                <w:sz w:val="17"/>
              </w:rPr>
              <w:t>noun</w:t>
            </w:r>
          </w:p>
        </w:tc>
      </w:tr>
      <w:tr w:rsidR="00610360" w14:paraId="3F1B135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88E629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969D1F6" w14:textId="77777777" w:rsidR="00610360" w:rsidRDefault="00000000">
            <w:pPr>
              <w:spacing w:after="0"/>
            </w:pPr>
            <w:r>
              <w:rPr>
                <w:sz w:val="17"/>
              </w:rPr>
              <w:t>projekt</w:t>
            </w:r>
          </w:p>
        </w:tc>
        <w:tc>
          <w:tcPr>
            <w:tcW w:w="2592" w:type="dxa"/>
            <w:tcBorders>
              <w:top w:val="single" w:sz="4" w:space="0" w:color="D8E6EC"/>
              <w:left w:val="single" w:sz="4" w:space="0" w:color="D8E6EC"/>
              <w:bottom w:val="single" w:sz="4" w:space="0" w:color="D8E6EC"/>
              <w:right w:val="single" w:sz="4" w:space="0" w:color="D8E6EC"/>
            </w:tcBorders>
            <w:vAlign w:val="center"/>
          </w:tcPr>
          <w:p w14:paraId="6BA8BBA8" w14:textId="77777777" w:rsidR="00610360" w:rsidRDefault="00000000">
            <w:pPr>
              <w:spacing w:after="0"/>
            </w:pPr>
            <w:r>
              <w:rPr>
                <w:sz w:val="17"/>
              </w:rPr>
              <w:t>project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43340E72" w14:textId="77777777" w:rsidR="00610360" w:rsidRDefault="00000000">
            <w:pPr>
              <w:spacing w:after="0"/>
            </w:pPr>
            <w:r>
              <w:rPr>
                <w:sz w:val="17"/>
              </w:rPr>
              <w:t>noun</w:t>
            </w:r>
          </w:p>
        </w:tc>
      </w:tr>
      <w:tr w:rsidR="00610360" w14:paraId="5F82BC3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C1C7F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1216D5C" w14:textId="77777777" w:rsidR="00610360" w:rsidRDefault="00000000">
            <w:pPr>
              <w:spacing w:after="0"/>
            </w:pPr>
            <w:r>
              <w:rPr>
                <w:sz w:val="17"/>
              </w:rPr>
              <w:t>ofise</w:t>
            </w:r>
          </w:p>
        </w:tc>
        <w:tc>
          <w:tcPr>
            <w:tcW w:w="2592" w:type="dxa"/>
            <w:tcBorders>
              <w:top w:val="single" w:sz="4" w:space="0" w:color="D8E6EC"/>
              <w:left w:val="single" w:sz="4" w:space="0" w:color="D8E6EC"/>
              <w:bottom w:val="single" w:sz="4" w:space="0" w:color="D8E6EC"/>
              <w:right w:val="single" w:sz="4" w:space="0" w:color="D8E6EC"/>
            </w:tcBorders>
            <w:vAlign w:val="center"/>
          </w:tcPr>
          <w:p w14:paraId="7A6D03FD" w14:textId="77777777" w:rsidR="00610360" w:rsidRDefault="00000000">
            <w:pPr>
              <w:spacing w:after="0"/>
            </w:pPr>
            <w:r>
              <w:rPr>
                <w:sz w:val="17"/>
              </w:rPr>
              <w:t>office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433EE923" w14:textId="77777777" w:rsidR="00610360" w:rsidRDefault="00000000">
            <w:pPr>
              <w:spacing w:after="0"/>
            </w:pPr>
            <w:r>
              <w:rPr>
                <w:sz w:val="17"/>
              </w:rPr>
              <w:t>noun</w:t>
            </w:r>
          </w:p>
        </w:tc>
      </w:tr>
      <w:tr w:rsidR="00610360" w14:paraId="19ED052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57B049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B6BC555" w14:textId="77777777" w:rsidR="00610360" w:rsidRDefault="00000000">
            <w:pPr>
              <w:spacing w:after="0"/>
            </w:pPr>
            <w:r>
              <w:rPr>
                <w:sz w:val="17"/>
              </w:rPr>
              <w:t>merkato</w:t>
            </w:r>
          </w:p>
        </w:tc>
        <w:tc>
          <w:tcPr>
            <w:tcW w:w="2592" w:type="dxa"/>
            <w:tcBorders>
              <w:top w:val="single" w:sz="4" w:space="0" w:color="D8E6EC"/>
              <w:left w:val="single" w:sz="4" w:space="0" w:color="D8E6EC"/>
              <w:bottom w:val="single" w:sz="4" w:space="0" w:color="D8E6EC"/>
              <w:right w:val="single" w:sz="4" w:space="0" w:color="D8E6EC"/>
            </w:tcBorders>
            <w:vAlign w:val="center"/>
          </w:tcPr>
          <w:p w14:paraId="007E3BBA" w14:textId="77777777" w:rsidR="00610360" w:rsidRDefault="00000000">
            <w:pPr>
              <w:spacing w:after="0"/>
            </w:pPr>
            <w:r>
              <w:rPr>
                <w:sz w:val="17"/>
              </w:rPr>
              <w:t>market</w:t>
            </w:r>
          </w:p>
        </w:tc>
        <w:tc>
          <w:tcPr>
            <w:tcW w:w="2592" w:type="dxa"/>
            <w:tcBorders>
              <w:top w:val="single" w:sz="4" w:space="0" w:color="D8E6EC"/>
              <w:left w:val="single" w:sz="4" w:space="0" w:color="D8E6EC"/>
              <w:bottom w:val="single" w:sz="4" w:space="0" w:color="D8E6EC"/>
              <w:right w:val="single" w:sz="4" w:space="0" w:color="D8E6EC"/>
            </w:tcBorders>
            <w:vAlign w:val="center"/>
          </w:tcPr>
          <w:p w14:paraId="05C60CFD" w14:textId="77777777" w:rsidR="00610360" w:rsidRDefault="00000000">
            <w:pPr>
              <w:spacing w:after="0"/>
            </w:pPr>
            <w:r>
              <w:rPr>
                <w:sz w:val="17"/>
              </w:rPr>
              <w:t>noun</w:t>
            </w:r>
          </w:p>
        </w:tc>
      </w:tr>
      <w:tr w:rsidR="00610360" w14:paraId="3CB2072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4EB73D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7C77199" w14:textId="77777777" w:rsidR="00610360" w:rsidRDefault="00000000">
            <w:pPr>
              <w:spacing w:after="0"/>
            </w:pPr>
            <w:r>
              <w:rPr>
                <w:sz w:val="17"/>
              </w:rPr>
              <w:t>komersio</w:t>
            </w:r>
          </w:p>
        </w:tc>
        <w:tc>
          <w:tcPr>
            <w:tcW w:w="2592" w:type="dxa"/>
            <w:tcBorders>
              <w:top w:val="single" w:sz="4" w:space="0" w:color="D8E6EC"/>
              <w:left w:val="single" w:sz="4" w:space="0" w:color="D8E6EC"/>
              <w:bottom w:val="single" w:sz="4" w:space="0" w:color="D8E6EC"/>
              <w:right w:val="single" w:sz="4" w:space="0" w:color="D8E6EC"/>
            </w:tcBorders>
            <w:vAlign w:val="center"/>
          </w:tcPr>
          <w:p w14:paraId="495DE7FA" w14:textId="77777777" w:rsidR="00610360" w:rsidRDefault="00000000">
            <w:pPr>
              <w:spacing w:after="0"/>
            </w:pPr>
            <w:r>
              <w:rPr>
                <w:sz w:val="17"/>
              </w:rPr>
              <w:t>commerce / trade</w:t>
            </w:r>
          </w:p>
        </w:tc>
        <w:tc>
          <w:tcPr>
            <w:tcW w:w="2592" w:type="dxa"/>
            <w:tcBorders>
              <w:top w:val="single" w:sz="4" w:space="0" w:color="D8E6EC"/>
              <w:left w:val="single" w:sz="4" w:space="0" w:color="D8E6EC"/>
              <w:bottom w:val="single" w:sz="4" w:space="0" w:color="D8E6EC"/>
              <w:right w:val="single" w:sz="4" w:space="0" w:color="D8E6EC"/>
            </w:tcBorders>
            <w:vAlign w:val="center"/>
          </w:tcPr>
          <w:p w14:paraId="32994327" w14:textId="77777777" w:rsidR="00610360" w:rsidRDefault="00000000">
            <w:pPr>
              <w:spacing w:after="0"/>
            </w:pPr>
            <w:r>
              <w:rPr>
                <w:sz w:val="17"/>
              </w:rPr>
              <w:t>noun</w:t>
            </w:r>
          </w:p>
        </w:tc>
      </w:tr>
      <w:tr w:rsidR="00610360" w14:paraId="5C2E1B1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4C886A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BE1C22D" w14:textId="77777777" w:rsidR="00610360" w:rsidRDefault="00000000">
            <w:pPr>
              <w:spacing w:after="0"/>
            </w:pPr>
            <w:r>
              <w:rPr>
                <w:sz w:val="17"/>
              </w:rPr>
              <w:t>servisio</w:t>
            </w:r>
          </w:p>
        </w:tc>
        <w:tc>
          <w:tcPr>
            <w:tcW w:w="2592" w:type="dxa"/>
            <w:tcBorders>
              <w:top w:val="single" w:sz="4" w:space="0" w:color="D8E6EC"/>
              <w:left w:val="single" w:sz="4" w:space="0" w:color="D8E6EC"/>
              <w:bottom w:val="single" w:sz="4" w:space="0" w:color="D8E6EC"/>
              <w:right w:val="single" w:sz="4" w:space="0" w:color="D8E6EC"/>
            </w:tcBorders>
            <w:vAlign w:val="center"/>
          </w:tcPr>
          <w:p w14:paraId="4EE32392" w14:textId="77777777" w:rsidR="00610360" w:rsidRDefault="00000000">
            <w:pPr>
              <w:spacing w:after="0"/>
            </w:pPr>
            <w:r>
              <w:rPr>
                <w:sz w:val="17"/>
              </w:rPr>
              <w:t>service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7AD86F2D" w14:textId="77777777" w:rsidR="00610360" w:rsidRDefault="00000000">
            <w:pPr>
              <w:spacing w:after="0"/>
            </w:pPr>
            <w:r>
              <w:rPr>
                <w:sz w:val="17"/>
              </w:rPr>
              <w:t>noun</w:t>
            </w:r>
          </w:p>
        </w:tc>
      </w:tr>
      <w:tr w:rsidR="00610360" w14:paraId="184574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FD12F9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71CB570" w14:textId="77777777" w:rsidR="00610360" w:rsidRDefault="00000000">
            <w:pPr>
              <w:spacing w:after="0"/>
            </w:pPr>
            <w:r>
              <w:rPr>
                <w:sz w:val="17"/>
              </w:rPr>
              <w:t>governa</w:t>
            </w:r>
          </w:p>
        </w:tc>
        <w:tc>
          <w:tcPr>
            <w:tcW w:w="2592" w:type="dxa"/>
            <w:tcBorders>
              <w:top w:val="single" w:sz="4" w:space="0" w:color="D8E6EC"/>
              <w:left w:val="single" w:sz="4" w:space="0" w:color="D8E6EC"/>
              <w:bottom w:val="single" w:sz="4" w:space="0" w:color="D8E6EC"/>
              <w:right w:val="single" w:sz="4" w:space="0" w:color="D8E6EC"/>
            </w:tcBorders>
            <w:vAlign w:val="center"/>
          </w:tcPr>
          <w:p w14:paraId="3369590A" w14:textId="77777777" w:rsidR="00610360" w:rsidRDefault="00000000">
            <w:pPr>
              <w:spacing w:after="0"/>
            </w:pPr>
            <w:r>
              <w:rPr>
                <w:sz w:val="17"/>
              </w:rPr>
              <w:t>govern</w:t>
            </w:r>
          </w:p>
        </w:tc>
        <w:tc>
          <w:tcPr>
            <w:tcW w:w="2592" w:type="dxa"/>
            <w:tcBorders>
              <w:top w:val="single" w:sz="4" w:space="0" w:color="D8E6EC"/>
              <w:left w:val="single" w:sz="4" w:space="0" w:color="D8E6EC"/>
              <w:bottom w:val="single" w:sz="4" w:space="0" w:color="D8E6EC"/>
              <w:right w:val="single" w:sz="4" w:space="0" w:color="D8E6EC"/>
            </w:tcBorders>
            <w:vAlign w:val="center"/>
          </w:tcPr>
          <w:p w14:paraId="6B8995D1" w14:textId="77777777" w:rsidR="00610360" w:rsidRDefault="00000000">
            <w:pPr>
              <w:spacing w:after="0"/>
            </w:pPr>
            <w:r>
              <w:rPr>
                <w:sz w:val="17"/>
              </w:rPr>
              <w:t>verb</w:t>
            </w:r>
          </w:p>
        </w:tc>
      </w:tr>
      <w:tr w:rsidR="00610360" w14:paraId="73DA469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B86C8E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CD6F920" w14:textId="77777777" w:rsidR="00610360" w:rsidRDefault="00000000">
            <w:pPr>
              <w:spacing w:after="0"/>
            </w:pPr>
            <w:r>
              <w:rPr>
                <w:sz w:val="17"/>
              </w:rPr>
              <w:t>governo</w:t>
            </w:r>
          </w:p>
        </w:tc>
        <w:tc>
          <w:tcPr>
            <w:tcW w:w="2592" w:type="dxa"/>
            <w:tcBorders>
              <w:top w:val="single" w:sz="4" w:space="0" w:color="D8E6EC"/>
              <w:left w:val="single" w:sz="4" w:space="0" w:color="D8E6EC"/>
              <w:bottom w:val="single" w:sz="4" w:space="0" w:color="D8E6EC"/>
              <w:right w:val="single" w:sz="4" w:space="0" w:color="D8E6EC"/>
            </w:tcBorders>
            <w:vAlign w:val="center"/>
          </w:tcPr>
          <w:p w14:paraId="1E200FFA" w14:textId="77777777" w:rsidR="00610360" w:rsidRDefault="00000000">
            <w:pPr>
              <w:spacing w:after="0"/>
            </w:pPr>
            <w:r>
              <w:rPr>
                <w:sz w:val="17"/>
              </w:rPr>
              <w:t>government</w:t>
            </w:r>
          </w:p>
        </w:tc>
        <w:tc>
          <w:tcPr>
            <w:tcW w:w="2592" w:type="dxa"/>
            <w:tcBorders>
              <w:top w:val="single" w:sz="4" w:space="0" w:color="D8E6EC"/>
              <w:left w:val="single" w:sz="4" w:space="0" w:color="D8E6EC"/>
              <w:bottom w:val="single" w:sz="4" w:space="0" w:color="D8E6EC"/>
              <w:right w:val="single" w:sz="4" w:space="0" w:color="D8E6EC"/>
            </w:tcBorders>
            <w:vAlign w:val="center"/>
          </w:tcPr>
          <w:p w14:paraId="4F11AB02" w14:textId="77777777" w:rsidR="00610360" w:rsidRDefault="00000000">
            <w:pPr>
              <w:spacing w:after="0"/>
            </w:pPr>
            <w:r>
              <w:rPr>
                <w:sz w:val="17"/>
              </w:rPr>
              <w:t>noun</w:t>
            </w:r>
          </w:p>
        </w:tc>
      </w:tr>
      <w:tr w:rsidR="00610360" w14:paraId="78AA810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7D3DB8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59A0331" w14:textId="77777777" w:rsidR="00610360" w:rsidRDefault="00000000">
            <w:pPr>
              <w:spacing w:after="0"/>
            </w:pPr>
            <w:r>
              <w:rPr>
                <w:sz w:val="17"/>
              </w:rPr>
              <w:t>ordine</w:t>
            </w:r>
          </w:p>
        </w:tc>
        <w:tc>
          <w:tcPr>
            <w:tcW w:w="2592" w:type="dxa"/>
            <w:tcBorders>
              <w:top w:val="single" w:sz="4" w:space="0" w:color="D8E6EC"/>
              <w:left w:val="single" w:sz="4" w:space="0" w:color="D8E6EC"/>
              <w:bottom w:val="single" w:sz="4" w:space="0" w:color="D8E6EC"/>
              <w:right w:val="single" w:sz="4" w:space="0" w:color="D8E6EC"/>
            </w:tcBorders>
            <w:vAlign w:val="center"/>
          </w:tcPr>
          <w:p w14:paraId="70794245" w14:textId="77777777" w:rsidR="00610360" w:rsidRDefault="00000000">
            <w:pPr>
              <w:spacing w:after="0"/>
            </w:pPr>
            <w:r>
              <w:rPr>
                <w:sz w:val="17"/>
              </w:rPr>
              <w:t>order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6F0383D" w14:textId="77777777" w:rsidR="00610360" w:rsidRDefault="00000000">
            <w:pPr>
              <w:spacing w:after="0"/>
            </w:pPr>
            <w:r>
              <w:rPr>
                <w:sz w:val="17"/>
              </w:rPr>
              <w:t>noun</w:t>
            </w:r>
          </w:p>
        </w:tc>
      </w:tr>
      <w:tr w:rsidR="00610360" w14:paraId="7D6CBEF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024058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0F4600F" w14:textId="77777777" w:rsidR="00610360" w:rsidRDefault="00000000">
            <w:pPr>
              <w:spacing w:after="0"/>
            </w:pPr>
            <w:r>
              <w:rPr>
                <w:sz w:val="17"/>
              </w:rPr>
              <w:t>justisia</w:t>
            </w:r>
          </w:p>
        </w:tc>
        <w:tc>
          <w:tcPr>
            <w:tcW w:w="2592" w:type="dxa"/>
            <w:tcBorders>
              <w:top w:val="single" w:sz="4" w:space="0" w:color="D8E6EC"/>
              <w:left w:val="single" w:sz="4" w:space="0" w:color="D8E6EC"/>
              <w:bottom w:val="single" w:sz="4" w:space="0" w:color="D8E6EC"/>
              <w:right w:val="single" w:sz="4" w:space="0" w:color="D8E6EC"/>
            </w:tcBorders>
            <w:vAlign w:val="center"/>
          </w:tcPr>
          <w:p w14:paraId="7A1607BF" w14:textId="77777777" w:rsidR="00610360" w:rsidRDefault="00000000">
            <w:pPr>
              <w:spacing w:after="0"/>
            </w:pPr>
            <w:r>
              <w:rPr>
                <w:sz w:val="17"/>
              </w:rPr>
              <w:t>justice</w:t>
            </w:r>
          </w:p>
        </w:tc>
        <w:tc>
          <w:tcPr>
            <w:tcW w:w="2592" w:type="dxa"/>
            <w:tcBorders>
              <w:top w:val="single" w:sz="4" w:space="0" w:color="D8E6EC"/>
              <w:left w:val="single" w:sz="4" w:space="0" w:color="D8E6EC"/>
              <w:bottom w:val="single" w:sz="4" w:space="0" w:color="D8E6EC"/>
              <w:right w:val="single" w:sz="4" w:space="0" w:color="D8E6EC"/>
            </w:tcBorders>
            <w:vAlign w:val="center"/>
          </w:tcPr>
          <w:p w14:paraId="3A342498" w14:textId="77777777" w:rsidR="00610360" w:rsidRDefault="00000000">
            <w:pPr>
              <w:spacing w:after="0"/>
            </w:pPr>
            <w:r>
              <w:rPr>
                <w:sz w:val="17"/>
              </w:rPr>
              <w:t>noun</w:t>
            </w:r>
          </w:p>
        </w:tc>
      </w:tr>
      <w:tr w:rsidR="00610360" w14:paraId="0A7BB7F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FE6410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F5A625E" w14:textId="77777777" w:rsidR="00610360" w:rsidRDefault="00000000">
            <w:pPr>
              <w:spacing w:after="0"/>
            </w:pPr>
            <w:r>
              <w:rPr>
                <w:sz w:val="17"/>
              </w:rPr>
              <w:t>liberti</w:t>
            </w:r>
          </w:p>
        </w:tc>
        <w:tc>
          <w:tcPr>
            <w:tcW w:w="2592" w:type="dxa"/>
            <w:tcBorders>
              <w:top w:val="single" w:sz="4" w:space="0" w:color="D8E6EC"/>
              <w:left w:val="single" w:sz="4" w:space="0" w:color="D8E6EC"/>
              <w:bottom w:val="single" w:sz="4" w:space="0" w:color="D8E6EC"/>
              <w:right w:val="single" w:sz="4" w:space="0" w:color="D8E6EC"/>
            </w:tcBorders>
            <w:vAlign w:val="center"/>
          </w:tcPr>
          <w:p w14:paraId="597C9766" w14:textId="77777777" w:rsidR="00610360" w:rsidRDefault="00000000">
            <w:pPr>
              <w:spacing w:after="0"/>
            </w:pPr>
            <w:r>
              <w:rPr>
                <w:sz w:val="17"/>
              </w:rPr>
              <w:t>liberty / freedom</w:t>
            </w:r>
          </w:p>
        </w:tc>
        <w:tc>
          <w:tcPr>
            <w:tcW w:w="2592" w:type="dxa"/>
            <w:tcBorders>
              <w:top w:val="single" w:sz="4" w:space="0" w:color="D8E6EC"/>
              <w:left w:val="single" w:sz="4" w:space="0" w:color="D8E6EC"/>
              <w:bottom w:val="single" w:sz="4" w:space="0" w:color="D8E6EC"/>
              <w:right w:val="single" w:sz="4" w:space="0" w:color="D8E6EC"/>
            </w:tcBorders>
            <w:vAlign w:val="center"/>
          </w:tcPr>
          <w:p w14:paraId="1BC9096F" w14:textId="77777777" w:rsidR="00610360" w:rsidRDefault="00000000">
            <w:pPr>
              <w:spacing w:after="0"/>
            </w:pPr>
            <w:r>
              <w:rPr>
                <w:sz w:val="17"/>
              </w:rPr>
              <w:t>noun</w:t>
            </w:r>
          </w:p>
        </w:tc>
      </w:tr>
      <w:tr w:rsidR="00610360" w14:paraId="1F327B6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74CA9D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31C584C" w14:textId="77777777" w:rsidR="00610360" w:rsidRDefault="00000000">
            <w:pPr>
              <w:spacing w:after="0"/>
            </w:pPr>
            <w:r>
              <w:rPr>
                <w:sz w:val="17"/>
              </w:rPr>
              <w:t>pase</w:t>
            </w:r>
          </w:p>
        </w:tc>
        <w:tc>
          <w:tcPr>
            <w:tcW w:w="2592" w:type="dxa"/>
            <w:tcBorders>
              <w:top w:val="single" w:sz="4" w:space="0" w:color="D8E6EC"/>
              <w:left w:val="single" w:sz="4" w:space="0" w:color="D8E6EC"/>
              <w:bottom w:val="single" w:sz="4" w:space="0" w:color="D8E6EC"/>
              <w:right w:val="single" w:sz="4" w:space="0" w:color="D8E6EC"/>
            </w:tcBorders>
            <w:vAlign w:val="center"/>
          </w:tcPr>
          <w:p w14:paraId="5174487B" w14:textId="77777777" w:rsidR="00610360" w:rsidRDefault="00000000">
            <w:pPr>
              <w:spacing w:after="0"/>
            </w:pPr>
            <w:r>
              <w:rPr>
                <w:sz w:val="17"/>
              </w:rPr>
              <w:t>peace</w:t>
            </w:r>
          </w:p>
        </w:tc>
        <w:tc>
          <w:tcPr>
            <w:tcW w:w="2592" w:type="dxa"/>
            <w:tcBorders>
              <w:top w:val="single" w:sz="4" w:space="0" w:color="D8E6EC"/>
              <w:left w:val="single" w:sz="4" w:space="0" w:color="D8E6EC"/>
              <w:bottom w:val="single" w:sz="4" w:space="0" w:color="D8E6EC"/>
              <w:right w:val="single" w:sz="4" w:space="0" w:color="D8E6EC"/>
            </w:tcBorders>
            <w:vAlign w:val="center"/>
          </w:tcPr>
          <w:p w14:paraId="750D6D99" w14:textId="77777777" w:rsidR="00610360" w:rsidRDefault="00000000">
            <w:pPr>
              <w:spacing w:after="0"/>
            </w:pPr>
            <w:r>
              <w:rPr>
                <w:sz w:val="17"/>
              </w:rPr>
              <w:t>noun</w:t>
            </w:r>
          </w:p>
        </w:tc>
      </w:tr>
      <w:tr w:rsidR="00610360" w14:paraId="66324A7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EB4B26C"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52DC62F" w14:textId="77777777" w:rsidR="00610360" w:rsidRDefault="00000000">
            <w:pPr>
              <w:spacing w:after="0"/>
            </w:pPr>
            <w:r>
              <w:rPr>
                <w:sz w:val="17"/>
              </w:rPr>
              <w:t>guerra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818B0BE" w14:textId="77777777" w:rsidR="00610360" w:rsidRDefault="00000000">
            <w:pPr>
              <w:spacing w:after="0"/>
            </w:pPr>
            <w:r>
              <w:rPr>
                <w:sz w:val="17"/>
              </w:rPr>
              <w:t>war</w:t>
            </w:r>
          </w:p>
        </w:tc>
        <w:tc>
          <w:tcPr>
            <w:tcW w:w="2592" w:type="dxa"/>
            <w:tcBorders>
              <w:top w:val="single" w:sz="4" w:space="0" w:color="D8E6EC"/>
              <w:left w:val="single" w:sz="4" w:space="0" w:color="D8E6EC"/>
              <w:bottom w:val="single" w:sz="4" w:space="0" w:color="D8E6EC"/>
              <w:right w:val="single" w:sz="4" w:space="0" w:color="D8E6EC"/>
            </w:tcBorders>
            <w:vAlign w:val="center"/>
          </w:tcPr>
          <w:p w14:paraId="164167A8" w14:textId="77777777" w:rsidR="00610360" w:rsidRDefault="00000000">
            <w:pPr>
              <w:spacing w:after="0"/>
            </w:pPr>
            <w:r>
              <w:rPr>
                <w:sz w:val="17"/>
              </w:rPr>
              <w:t>noun</w:t>
            </w:r>
          </w:p>
        </w:tc>
      </w:tr>
      <w:tr w:rsidR="00610360" w14:paraId="4823ABA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25F4DB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D35057A" w14:textId="77777777" w:rsidR="00610360" w:rsidRDefault="00000000">
            <w:pPr>
              <w:spacing w:after="0"/>
            </w:pPr>
            <w:r>
              <w:rPr>
                <w:sz w:val="17"/>
              </w:rPr>
              <w:t>problema</w:t>
            </w:r>
          </w:p>
        </w:tc>
        <w:tc>
          <w:tcPr>
            <w:tcW w:w="2592" w:type="dxa"/>
            <w:tcBorders>
              <w:top w:val="single" w:sz="4" w:space="0" w:color="D8E6EC"/>
              <w:left w:val="single" w:sz="4" w:space="0" w:color="D8E6EC"/>
              <w:bottom w:val="single" w:sz="4" w:space="0" w:color="D8E6EC"/>
              <w:right w:val="single" w:sz="4" w:space="0" w:color="D8E6EC"/>
            </w:tcBorders>
            <w:vAlign w:val="center"/>
          </w:tcPr>
          <w:p w14:paraId="461FE24D" w14:textId="77777777" w:rsidR="00610360" w:rsidRDefault="00000000">
            <w:pPr>
              <w:spacing w:after="0"/>
            </w:pPr>
            <w:r>
              <w:rPr>
                <w:sz w:val="17"/>
              </w:rPr>
              <w:t>problem</w:t>
            </w:r>
          </w:p>
        </w:tc>
        <w:tc>
          <w:tcPr>
            <w:tcW w:w="2592" w:type="dxa"/>
            <w:tcBorders>
              <w:top w:val="single" w:sz="4" w:space="0" w:color="D8E6EC"/>
              <w:left w:val="single" w:sz="4" w:space="0" w:color="D8E6EC"/>
              <w:bottom w:val="single" w:sz="4" w:space="0" w:color="D8E6EC"/>
              <w:right w:val="single" w:sz="4" w:space="0" w:color="D8E6EC"/>
            </w:tcBorders>
            <w:vAlign w:val="center"/>
          </w:tcPr>
          <w:p w14:paraId="50397AAA" w14:textId="77777777" w:rsidR="00610360" w:rsidRDefault="00000000">
            <w:pPr>
              <w:spacing w:after="0"/>
            </w:pPr>
            <w:r>
              <w:rPr>
                <w:sz w:val="17"/>
              </w:rPr>
              <w:t>noun</w:t>
            </w:r>
          </w:p>
        </w:tc>
      </w:tr>
      <w:tr w:rsidR="00610360" w14:paraId="2351CB1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B7D85C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9820826" w14:textId="77777777" w:rsidR="00610360" w:rsidRDefault="00000000">
            <w:pPr>
              <w:spacing w:after="0"/>
            </w:pPr>
            <w:r>
              <w:rPr>
                <w:sz w:val="17"/>
              </w:rPr>
              <w:t>solusion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C7F6003" w14:textId="77777777" w:rsidR="00610360" w:rsidRDefault="00000000">
            <w:pPr>
              <w:spacing w:after="0"/>
            </w:pPr>
            <w:r>
              <w:rPr>
                <w:sz w:val="17"/>
              </w:rPr>
              <w:t>solution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4D93347F" w14:textId="77777777" w:rsidR="00610360" w:rsidRDefault="00000000">
            <w:pPr>
              <w:spacing w:after="0"/>
            </w:pPr>
            <w:r>
              <w:rPr>
                <w:sz w:val="17"/>
              </w:rPr>
              <w:t>noun</w:t>
            </w:r>
          </w:p>
        </w:tc>
      </w:tr>
      <w:tr w:rsidR="00610360" w14:paraId="62899B1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3E850B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26CB0BA" w14:textId="77777777" w:rsidR="00610360" w:rsidRDefault="00000000">
            <w:pPr>
              <w:spacing w:after="0"/>
            </w:pPr>
            <w:r>
              <w:rPr>
                <w:sz w:val="17"/>
              </w:rPr>
              <w:t>idea</w:t>
            </w:r>
          </w:p>
        </w:tc>
        <w:tc>
          <w:tcPr>
            <w:tcW w:w="2592" w:type="dxa"/>
            <w:tcBorders>
              <w:top w:val="single" w:sz="4" w:space="0" w:color="D8E6EC"/>
              <w:left w:val="single" w:sz="4" w:space="0" w:color="D8E6EC"/>
              <w:bottom w:val="single" w:sz="4" w:space="0" w:color="D8E6EC"/>
              <w:right w:val="single" w:sz="4" w:space="0" w:color="D8E6EC"/>
            </w:tcBorders>
            <w:vAlign w:val="center"/>
          </w:tcPr>
          <w:p w14:paraId="2EC4B746" w14:textId="77777777" w:rsidR="00610360" w:rsidRDefault="00000000">
            <w:pPr>
              <w:spacing w:after="0"/>
            </w:pPr>
            <w:r>
              <w:rPr>
                <w:sz w:val="17"/>
              </w:rPr>
              <w:t>idea</w:t>
            </w:r>
          </w:p>
        </w:tc>
        <w:tc>
          <w:tcPr>
            <w:tcW w:w="2592" w:type="dxa"/>
            <w:tcBorders>
              <w:top w:val="single" w:sz="4" w:space="0" w:color="D8E6EC"/>
              <w:left w:val="single" w:sz="4" w:space="0" w:color="D8E6EC"/>
              <w:bottom w:val="single" w:sz="4" w:space="0" w:color="D8E6EC"/>
              <w:right w:val="single" w:sz="4" w:space="0" w:color="D8E6EC"/>
            </w:tcBorders>
            <w:vAlign w:val="center"/>
          </w:tcPr>
          <w:p w14:paraId="4BB7BAE4" w14:textId="77777777" w:rsidR="00610360" w:rsidRDefault="00000000">
            <w:pPr>
              <w:spacing w:after="0"/>
            </w:pPr>
            <w:r>
              <w:rPr>
                <w:sz w:val="17"/>
              </w:rPr>
              <w:t>noun</w:t>
            </w:r>
          </w:p>
        </w:tc>
      </w:tr>
      <w:tr w:rsidR="00610360" w14:paraId="243050A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40F882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2E77FAF" w14:textId="77777777" w:rsidR="00610360" w:rsidRDefault="00000000">
            <w:pPr>
              <w:spacing w:after="0"/>
            </w:pPr>
            <w:r>
              <w:rPr>
                <w:sz w:val="17"/>
              </w:rPr>
              <w:t>fakt</w:t>
            </w:r>
          </w:p>
        </w:tc>
        <w:tc>
          <w:tcPr>
            <w:tcW w:w="2592" w:type="dxa"/>
            <w:tcBorders>
              <w:top w:val="single" w:sz="4" w:space="0" w:color="D8E6EC"/>
              <w:left w:val="single" w:sz="4" w:space="0" w:color="D8E6EC"/>
              <w:bottom w:val="single" w:sz="4" w:space="0" w:color="D8E6EC"/>
              <w:right w:val="single" w:sz="4" w:space="0" w:color="D8E6EC"/>
            </w:tcBorders>
            <w:vAlign w:val="center"/>
          </w:tcPr>
          <w:p w14:paraId="361A40E7" w14:textId="77777777" w:rsidR="00610360" w:rsidRDefault="00000000">
            <w:pPr>
              <w:spacing w:after="0"/>
            </w:pPr>
            <w:r>
              <w:rPr>
                <w:sz w:val="17"/>
              </w:rPr>
              <w:t>fact</w:t>
            </w:r>
          </w:p>
        </w:tc>
        <w:tc>
          <w:tcPr>
            <w:tcW w:w="2592" w:type="dxa"/>
            <w:tcBorders>
              <w:top w:val="single" w:sz="4" w:space="0" w:color="D8E6EC"/>
              <w:left w:val="single" w:sz="4" w:space="0" w:color="D8E6EC"/>
              <w:bottom w:val="single" w:sz="4" w:space="0" w:color="D8E6EC"/>
              <w:right w:val="single" w:sz="4" w:space="0" w:color="D8E6EC"/>
            </w:tcBorders>
            <w:vAlign w:val="center"/>
          </w:tcPr>
          <w:p w14:paraId="2838C027" w14:textId="77777777" w:rsidR="00610360" w:rsidRDefault="00000000">
            <w:pPr>
              <w:spacing w:after="0"/>
            </w:pPr>
            <w:r>
              <w:rPr>
                <w:sz w:val="17"/>
              </w:rPr>
              <w:t>noun</w:t>
            </w:r>
          </w:p>
        </w:tc>
      </w:tr>
      <w:tr w:rsidR="00610360" w14:paraId="178B8B5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C9361F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D217919" w14:textId="77777777" w:rsidR="00610360" w:rsidRDefault="00000000">
            <w:pPr>
              <w:spacing w:after="0"/>
            </w:pPr>
            <w:r>
              <w:rPr>
                <w:sz w:val="17"/>
              </w:rPr>
              <w:t>rasion</w:t>
            </w:r>
          </w:p>
        </w:tc>
        <w:tc>
          <w:tcPr>
            <w:tcW w:w="2592" w:type="dxa"/>
            <w:tcBorders>
              <w:top w:val="single" w:sz="4" w:space="0" w:color="D8E6EC"/>
              <w:left w:val="single" w:sz="4" w:space="0" w:color="D8E6EC"/>
              <w:bottom w:val="single" w:sz="4" w:space="0" w:color="D8E6EC"/>
              <w:right w:val="single" w:sz="4" w:space="0" w:color="D8E6EC"/>
            </w:tcBorders>
            <w:vAlign w:val="center"/>
          </w:tcPr>
          <w:p w14:paraId="382F9B69" w14:textId="77777777" w:rsidR="00610360" w:rsidRDefault="00000000">
            <w:pPr>
              <w:spacing w:after="0"/>
            </w:pPr>
            <w:r>
              <w:rPr>
                <w:sz w:val="17"/>
              </w:rPr>
              <w:t>reason</w:t>
            </w:r>
          </w:p>
        </w:tc>
        <w:tc>
          <w:tcPr>
            <w:tcW w:w="2592" w:type="dxa"/>
            <w:tcBorders>
              <w:top w:val="single" w:sz="4" w:space="0" w:color="D8E6EC"/>
              <w:left w:val="single" w:sz="4" w:space="0" w:color="D8E6EC"/>
              <w:bottom w:val="single" w:sz="4" w:space="0" w:color="D8E6EC"/>
              <w:right w:val="single" w:sz="4" w:space="0" w:color="D8E6EC"/>
            </w:tcBorders>
            <w:vAlign w:val="center"/>
          </w:tcPr>
          <w:p w14:paraId="1569D135" w14:textId="77777777" w:rsidR="00610360" w:rsidRDefault="00000000">
            <w:pPr>
              <w:spacing w:after="0"/>
            </w:pPr>
            <w:r>
              <w:rPr>
                <w:sz w:val="17"/>
              </w:rPr>
              <w:t>noun</w:t>
            </w:r>
          </w:p>
        </w:tc>
      </w:tr>
      <w:tr w:rsidR="00610360" w14:paraId="26BCFC1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6E2F9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124DEFE" w14:textId="77777777" w:rsidR="00610360" w:rsidRDefault="00000000">
            <w:pPr>
              <w:spacing w:after="0"/>
            </w:pPr>
            <w:r>
              <w:rPr>
                <w:sz w:val="17"/>
              </w:rPr>
              <w:t>kausa</w:t>
            </w:r>
          </w:p>
        </w:tc>
        <w:tc>
          <w:tcPr>
            <w:tcW w:w="2592" w:type="dxa"/>
            <w:tcBorders>
              <w:top w:val="single" w:sz="4" w:space="0" w:color="D8E6EC"/>
              <w:left w:val="single" w:sz="4" w:space="0" w:color="D8E6EC"/>
              <w:bottom w:val="single" w:sz="4" w:space="0" w:color="D8E6EC"/>
              <w:right w:val="single" w:sz="4" w:space="0" w:color="D8E6EC"/>
            </w:tcBorders>
            <w:vAlign w:val="center"/>
          </w:tcPr>
          <w:p w14:paraId="1E8B8B05" w14:textId="77777777" w:rsidR="00610360" w:rsidRDefault="00000000">
            <w:pPr>
              <w:spacing w:after="0"/>
            </w:pPr>
            <w:r>
              <w:rPr>
                <w:sz w:val="17"/>
              </w:rPr>
              <w:t>cause</w:t>
            </w:r>
          </w:p>
        </w:tc>
        <w:tc>
          <w:tcPr>
            <w:tcW w:w="2592" w:type="dxa"/>
            <w:tcBorders>
              <w:top w:val="single" w:sz="4" w:space="0" w:color="D8E6EC"/>
              <w:left w:val="single" w:sz="4" w:space="0" w:color="D8E6EC"/>
              <w:bottom w:val="single" w:sz="4" w:space="0" w:color="D8E6EC"/>
              <w:right w:val="single" w:sz="4" w:space="0" w:color="D8E6EC"/>
            </w:tcBorders>
            <w:vAlign w:val="center"/>
          </w:tcPr>
          <w:p w14:paraId="6A610300" w14:textId="77777777" w:rsidR="00610360" w:rsidRDefault="00000000">
            <w:pPr>
              <w:spacing w:after="0"/>
            </w:pPr>
            <w:r>
              <w:rPr>
                <w:sz w:val="17"/>
              </w:rPr>
              <w:t>noun</w:t>
            </w:r>
          </w:p>
        </w:tc>
      </w:tr>
      <w:tr w:rsidR="00610360" w14:paraId="3032040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B1F666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EA76C48" w14:textId="77777777" w:rsidR="00610360" w:rsidRDefault="00000000">
            <w:pPr>
              <w:spacing w:after="0"/>
            </w:pPr>
            <w:r>
              <w:rPr>
                <w:sz w:val="17"/>
              </w:rPr>
              <w:t>efekt</w:t>
            </w:r>
          </w:p>
        </w:tc>
        <w:tc>
          <w:tcPr>
            <w:tcW w:w="2592" w:type="dxa"/>
            <w:tcBorders>
              <w:top w:val="single" w:sz="4" w:space="0" w:color="D8E6EC"/>
              <w:left w:val="single" w:sz="4" w:space="0" w:color="D8E6EC"/>
              <w:bottom w:val="single" w:sz="4" w:space="0" w:color="D8E6EC"/>
              <w:right w:val="single" w:sz="4" w:space="0" w:color="D8E6EC"/>
            </w:tcBorders>
            <w:vAlign w:val="center"/>
          </w:tcPr>
          <w:p w14:paraId="37F1E637" w14:textId="77777777" w:rsidR="00610360" w:rsidRDefault="00000000">
            <w:pPr>
              <w:spacing w:after="0"/>
            </w:pPr>
            <w:r>
              <w:rPr>
                <w:sz w:val="17"/>
              </w:rPr>
              <w:t>effect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5619A093" w14:textId="77777777" w:rsidR="00610360" w:rsidRDefault="00000000">
            <w:pPr>
              <w:spacing w:after="0"/>
            </w:pPr>
            <w:r>
              <w:rPr>
                <w:sz w:val="17"/>
              </w:rPr>
              <w:t>noun</w:t>
            </w:r>
          </w:p>
        </w:tc>
      </w:tr>
      <w:tr w:rsidR="00610360" w14:paraId="417C4EF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9D0D46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B719A82" w14:textId="77777777" w:rsidR="00610360" w:rsidRDefault="00000000">
            <w:pPr>
              <w:spacing w:after="0"/>
            </w:pPr>
            <w:r>
              <w:rPr>
                <w:sz w:val="17"/>
              </w:rPr>
              <w:t>goal</w:t>
            </w:r>
          </w:p>
        </w:tc>
        <w:tc>
          <w:tcPr>
            <w:tcW w:w="2592" w:type="dxa"/>
            <w:tcBorders>
              <w:top w:val="single" w:sz="4" w:space="0" w:color="D8E6EC"/>
              <w:left w:val="single" w:sz="4" w:space="0" w:color="D8E6EC"/>
              <w:bottom w:val="single" w:sz="4" w:space="0" w:color="D8E6EC"/>
              <w:right w:val="single" w:sz="4" w:space="0" w:color="D8E6EC"/>
            </w:tcBorders>
            <w:vAlign w:val="center"/>
          </w:tcPr>
          <w:p w14:paraId="40414950" w14:textId="77777777" w:rsidR="00610360" w:rsidRDefault="00000000">
            <w:pPr>
              <w:spacing w:after="0"/>
            </w:pPr>
            <w:r>
              <w:rPr>
                <w:sz w:val="17"/>
              </w:rPr>
              <w:t>goal</w:t>
            </w:r>
          </w:p>
        </w:tc>
        <w:tc>
          <w:tcPr>
            <w:tcW w:w="2592" w:type="dxa"/>
            <w:tcBorders>
              <w:top w:val="single" w:sz="4" w:space="0" w:color="D8E6EC"/>
              <w:left w:val="single" w:sz="4" w:space="0" w:color="D8E6EC"/>
              <w:bottom w:val="single" w:sz="4" w:space="0" w:color="D8E6EC"/>
              <w:right w:val="single" w:sz="4" w:space="0" w:color="D8E6EC"/>
            </w:tcBorders>
            <w:vAlign w:val="center"/>
          </w:tcPr>
          <w:p w14:paraId="23A664F8" w14:textId="77777777" w:rsidR="00610360" w:rsidRDefault="00000000">
            <w:pPr>
              <w:spacing w:after="0"/>
            </w:pPr>
            <w:r>
              <w:rPr>
                <w:sz w:val="17"/>
              </w:rPr>
              <w:t>noun</w:t>
            </w:r>
          </w:p>
        </w:tc>
      </w:tr>
      <w:tr w:rsidR="00610360" w14:paraId="518F847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8ED4D0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2B067A6" w14:textId="77777777" w:rsidR="00610360" w:rsidRDefault="00000000">
            <w:pPr>
              <w:spacing w:after="0"/>
            </w:pPr>
            <w:r>
              <w:rPr>
                <w:sz w:val="17"/>
              </w:rPr>
              <w:t>exempla</w:t>
            </w:r>
          </w:p>
        </w:tc>
        <w:tc>
          <w:tcPr>
            <w:tcW w:w="2592" w:type="dxa"/>
            <w:tcBorders>
              <w:top w:val="single" w:sz="4" w:space="0" w:color="D8E6EC"/>
              <w:left w:val="single" w:sz="4" w:space="0" w:color="D8E6EC"/>
              <w:bottom w:val="single" w:sz="4" w:space="0" w:color="D8E6EC"/>
              <w:right w:val="single" w:sz="4" w:space="0" w:color="D8E6EC"/>
            </w:tcBorders>
            <w:vAlign w:val="center"/>
          </w:tcPr>
          <w:p w14:paraId="648512EF" w14:textId="77777777" w:rsidR="00610360" w:rsidRDefault="00000000">
            <w:pPr>
              <w:spacing w:after="0"/>
            </w:pPr>
            <w:r>
              <w:rPr>
                <w:sz w:val="17"/>
              </w:rPr>
              <w:t>example</w:t>
            </w:r>
          </w:p>
        </w:tc>
        <w:tc>
          <w:tcPr>
            <w:tcW w:w="2592" w:type="dxa"/>
            <w:tcBorders>
              <w:top w:val="single" w:sz="4" w:space="0" w:color="D8E6EC"/>
              <w:left w:val="single" w:sz="4" w:space="0" w:color="D8E6EC"/>
              <w:bottom w:val="single" w:sz="4" w:space="0" w:color="D8E6EC"/>
              <w:right w:val="single" w:sz="4" w:space="0" w:color="D8E6EC"/>
            </w:tcBorders>
            <w:vAlign w:val="center"/>
          </w:tcPr>
          <w:p w14:paraId="60344D8A" w14:textId="77777777" w:rsidR="00610360" w:rsidRDefault="00000000">
            <w:pPr>
              <w:spacing w:after="0"/>
            </w:pPr>
            <w:r>
              <w:rPr>
                <w:sz w:val="17"/>
              </w:rPr>
              <w:t>noun</w:t>
            </w:r>
          </w:p>
        </w:tc>
      </w:tr>
      <w:tr w:rsidR="00610360" w14:paraId="6EF1802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9DABC0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76D163E" w14:textId="77777777" w:rsidR="00610360" w:rsidRDefault="00000000">
            <w:pPr>
              <w:spacing w:after="0"/>
            </w:pPr>
            <w:r>
              <w:rPr>
                <w:sz w:val="17"/>
              </w:rPr>
              <w:t>kaso</w:t>
            </w:r>
          </w:p>
        </w:tc>
        <w:tc>
          <w:tcPr>
            <w:tcW w:w="2592" w:type="dxa"/>
            <w:tcBorders>
              <w:top w:val="single" w:sz="4" w:space="0" w:color="D8E6EC"/>
              <w:left w:val="single" w:sz="4" w:space="0" w:color="D8E6EC"/>
              <w:bottom w:val="single" w:sz="4" w:space="0" w:color="D8E6EC"/>
              <w:right w:val="single" w:sz="4" w:space="0" w:color="D8E6EC"/>
            </w:tcBorders>
            <w:vAlign w:val="center"/>
          </w:tcPr>
          <w:p w14:paraId="1EFB01FF" w14:textId="77777777" w:rsidR="00610360" w:rsidRDefault="00000000">
            <w:pPr>
              <w:spacing w:after="0"/>
            </w:pPr>
            <w:r>
              <w:rPr>
                <w:sz w:val="17"/>
              </w:rPr>
              <w:t>case</w:t>
            </w:r>
          </w:p>
        </w:tc>
        <w:tc>
          <w:tcPr>
            <w:tcW w:w="2592" w:type="dxa"/>
            <w:tcBorders>
              <w:top w:val="single" w:sz="4" w:space="0" w:color="D8E6EC"/>
              <w:left w:val="single" w:sz="4" w:space="0" w:color="D8E6EC"/>
              <w:bottom w:val="single" w:sz="4" w:space="0" w:color="D8E6EC"/>
              <w:right w:val="single" w:sz="4" w:space="0" w:color="D8E6EC"/>
            </w:tcBorders>
            <w:vAlign w:val="center"/>
          </w:tcPr>
          <w:p w14:paraId="1E885354" w14:textId="77777777" w:rsidR="00610360" w:rsidRDefault="00000000">
            <w:pPr>
              <w:spacing w:after="0"/>
            </w:pPr>
            <w:r>
              <w:rPr>
                <w:sz w:val="17"/>
              </w:rPr>
              <w:t>noun</w:t>
            </w:r>
          </w:p>
        </w:tc>
      </w:tr>
      <w:tr w:rsidR="00610360" w14:paraId="4D36A2FF"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1CD37D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8E35837" w14:textId="77777777" w:rsidR="00610360" w:rsidRDefault="00000000">
            <w:pPr>
              <w:spacing w:after="0"/>
            </w:pPr>
            <w:r>
              <w:rPr>
                <w:sz w:val="17"/>
              </w:rPr>
              <w:t>modo</w:t>
            </w:r>
          </w:p>
        </w:tc>
        <w:tc>
          <w:tcPr>
            <w:tcW w:w="2592" w:type="dxa"/>
            <w:tcBorders>
              <w:top w:val="single" w:sz="4" w:space="0" w:color="D8E6EC"/>
              <w:left w:val="single" w:sz="4" w:space="0" w:color="D8E6EC"/>
              <w:bottom w:val="single" w:sz="4" w:space="0" w:color="D8E6EC"/>
              <w:right w:val="single" w:sz="4" w:space="0" w:color="D8E6EC"/>
            </w:tcBorders>
            <w:vAlign w:val="center"/>
          </w:tcPr>
          <w:p w14:paraId="44BC2985" w14:textId="77777777" w:rsidR="00610360" w:rsidRDefault="00000000">
            <w:pPr>
              <w:spacing w:after="0"/>
            </w:pPr>
            <w:r>
              <w:rPr>
                <w:sz w:val="17"/>
              </w:rPr>
              <w:t>way / manner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191B0C2" w14:textId="77777777" w:rsidR="00610360" w:rsidRDefault="00000000">
            <w:pPr>
              <w:spacing w:after="0"/>
            </w:pPr>
            <w:r>
              <w:rPr>
                <w:sz w:val="17"/>
              </w:rPr>
              <w:t>noun</w:t>
            </w:r>
          </w:p>
        </w:tc>
      </w:tr>
      <w:tr w:rsidR="00610360" w14:paraId="1205679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417E408"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393F294" w14:textId="77777777" w:rsidR="00610360" w:rsidRDefault="00000000">
            <w:pPr>
              <w:spacing w:after="0"/>
            </w:pPr>
            <w:r>
              <w:rPr>
                <w:sz w:val="17"/>
              </w:rPr>
              <w:t>forma</w:t>
            </w:r>
          </w:p>
        </w:tc>
        <w:tc>
          <w:tcPr>
            <w:tcW w:w="2592" w:type="dxa"/>
            <w:tcBorders>
              <w:top w:val="single" w:sz="4" w:space="0" w:color="D8E6EC"/>
              <w:left w:val="single" w:sz="4" w:space="0" w:color="D8E6EC"/>
              <w:bottom w:val="single" w:sz="4" w:space="0" w:color="D8E6EC"/>
              <w:right w:val="single" w:sz="4" w:space="0" w:color="D8E6EC"/>
            </w:tcBorders>
            <w:vAlign w:val="center"/>
          </w:tcPr>
          <w:p w14:paraId="3DCDF248" w14:textId="77777777" w:rsidR="00610360" w:rsidRDefault="00000000">
            <w:pPr>
              <w:spacing w:after="0"/>
            </w:pPr>
            <w:r>
              <w:rPr>
                <w:sz w:val="17"/>
              </w:rPr>
              <w:t>form / shape</w:t>
            </w:r>
          </w:p>
        </w:tc>
        <w:tc>
          <w:tcPr>
            <w:tcW w:w="2592" w:type="dxa"/>
            <w:tcBorders>
              <w:top w:val="single" w:sz="4" w:space="0" w:color="D8E6EC"/>
              <w:left w:val="single" w:sz="4" w:space="0" w:color="D8E6EC"/>
              <w:bottom w:val="single" w:sz="4" w:space="0" w:color="D8E6EC"/>
              <w:right w:val="single" w:sz="4" w:space="0" w:color="D8E6EC"/>
            </w:tcBorders>
            <w:vAlign w:val="center"/>
          </w:tcPr>
          <w:p w14:paraId="20D477D2" w14:textId="77777777" w:rsidR="00610360" w:rsidRDefault="00000000">
            <w:pPr>
              <w:spacing w:after="0"/>
            </w:pPr>
            <w:r>
              <w:rPr>
                <w:sz w:val="17"/>
              </w:rPr>
              <w:t>noun</w:t>
            </w:r>
          </w:p>
        </w:tc>
      </w:tr>
      <w:tr w:rsidR="00610360" w14:paraId="3D70E89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463DD7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6337D90" w14:textId="77777777" w:rsidR="00610360" w:rsidRDefault="00000000">
            <w:pPr>
              <w:spacing w:after="0"/>
            </w:pPr>
            <w:r>
              <w:rPr>
                <w:sz w:val="17"/>
              </w:rPr>
              <w:t>parte</w:t>
            </w:r>
          </w:p>
        </w:tc>
        <w:tc>
          <w:tcPr>
            <w:tcW w:w="2592" w:type="dxa"/>
            <w:tcBorders>
              <w:top w:val="single" w:sz="4" w:space="0" w:color="D8E6EC"/>
              <w:left w:val="single" w:sz="4" w:space="0" w:color="D8E6EC"/>
              <w:bottom w:val="single" w:sz="4" w:space="0" w:color="D8E6EC"/>
              <w:right w:val="single" w:sz="4" w:space="0" w:color="D8E6EC"/>
            </w:tcBorders>
            <w:vAlign w:val="center"/>
          </w:tcPr>
          <w:p w14:paraId="7064CFA8" w14:textId="77777777" w:rsidR="00610360" w:rsidRDefault="00000000">
            <w:pPr>
              <w:spacing w:after="0"/>
            </w:pPr>
            <w:r>
              <w:rPr>
                <w:sz w:val="17"/>
              </w:rPr>
              <w:t>part</w:t>
            </w:r>
          </w:p>
        </w:tc>
        <w:tc>
          <w:tcPr>
            <w:tcW w:w="2592" w:type="dxa"/>
            <w:tcBorders>
              <w:top w:val="single" w:sz="4" w:space="0" w:color="D8E6EC"/>
              <w:left w:val="single" w:sz="4" w:space="0" w:color="D8E6EC"/>
              <w:bottom w:val="single" w:sz="4" w:space="0" w:color="D8E6EC"/>
              <w:right w:val="single" w:sz="4" w:space="0" w:color="D8E6EC"/>
            </w:tcBorders>
            <w:vAlign w:val="center"/>
          </w:tcPr>
          <w:p w14:paraId="667F51C5" w14:textId="77777777" w:rsidR="00610360" w:rsidRDefault="00000000">
            <w:pPr>
              <w:spacing w:after="0"/>
            </w:pPr>
            <w:r>
              <w:rPr>
                <w:sz w:val="17"/>
              </w:rPr>
              <w:t>noun</w:t>
            </w:r>
          </w:p>
        </w:tc>
      </w:tr>
      <w:tr w:rsidR="00610360" w14:paraId="41C7D61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F9752D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B51596B" w14:textId="77777777" w:rsidR="00610360" w:rsidRDefault="00000000">
            <w:pPr>
              <w:spacing w:after="0"/>
            </w:pPr>
            <w:r>
              <w:rPr>
                <w:sz w:val="17"/>
              </w:rPr>
              <w:t>linea</w:t>
            </w:r>
          </w:p>
        </w:tc>
        <w:tc>
          <w:tcPr>
            <w:tcW w:w="2592" w:type="dxa"/>
            <w:tcBorders>
              <w:top w:val="single" w:sz="4" w:space="0" w:color="D8E6EC"/>
              <w:left w:val="single" w:sz="4" w:space="0" w:color="D8E6EC"/>
              <w:bottom w:val="single" w:sz="4" w:space="0" w:color="D8E6EC"/>
              <w:right w:val="single" w:sz="4" w:space="0" w:color="D8E6EC"/>
            </w:tcBorders>
            <w:vAlign w:val="center"/>
          </w:tcPr>
          <w:p w14:paraId="5AE045DF" w14:textId="77777777" w:rsidR="00610360" w:rsidRDefault="00000000">
            <w:pPr>
              <w:spacing w:after="0"/>
            </w:pPr>
            <w:r>
              <w:rPr>
                <w:sz w:val="17"/>
              </w:rPr>
              <w:t>line</w:t>
            </w:r>
          </w:p>
        </w:tc>
        <w:tc>
          <w:tcPr>
            <w:tcW w:w="2592" w:type="dxa"/>
            <w:tcBorders>
              <w:top w:val="single" w:sz="4" w:space="0" w:color="D8E6EC"/>
              <w:left w:val="single" w:sz="4" w:space="0" w:color="D8E6EC"/>
              <w:bottom w:val="single" w:sz="4" w:space="0" w:color="D8E6EC"/>
              <w:right w:val="single" w:sz="4" w:space="0" w:color="D8E6EC"/>
            </w:tcBorders>
            <w:vAlign w:val="center"/>
          </w:tcPr>
          <w:p w14:paraId="68E55A58" w14:textId="77777777" w:rsidR="00610360" w:rsidRDefault="00000000">
            <w:pPr>
              <w:spacing w:after="0"/>
            </w:pPr>
            <w:r>
              <w:rPr>
                <w:sz w:val="17"/>
              </w:rPr>
              <w:t>noun</w:t>
            </w:r>
          </w:p>
        </w:tc>
      </w:tr>
      <w:tr w:rsidR="00610360" w14:paraId="6B1893CD"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A6DB87B"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E4B0506" w14:textId="77777777" w:rsidR="00610360" w:rsidRDefault="00000000">
            <w:pPr>
              <w:spacing w:after="0"/>
            </w:pPr>
            <w:r>
              <w:rPr>
                <w:sz w:val="17"/>
              </w:rPr>
              <w:t>core</w:t>
            </w:r>
          </w:p>
        </w:tc>
        <w:tc>
          <w:tcPr>
            <w:tcW w:w="2592" w:type="dxa"/>
            <w:tcBorders>
              <w:top w:val="single" w:sz="4" w:space="0" w:color="D8E6EC"/>
              <w:left w:val="single" w:sz="4" w:space="0" w:color="D8E6EC"/>
              <w:bottom w:val="single" w:sz="4" w:space="0" w:color="D8E6EC"/>
              <w:right w:val="single" w:sz="4" w:space="0" w:color="D8E6EC"/>
            </w:tcBorders>
            <w:vAlign w:val="center"/>
          </w:tcPr>
          <w:p w14:paraId="2F0C95D1" w14:textId="77777777" w:rsidR="00610360" w:rsidRDefault="00000000">
            <w:pPr>
              <w:spacing w:after="0"/>
            </w:pPr>
            <w:r>
              <w:rPr>
                <w:sz w:val="17"/>
              </w:rPr>
              <w:t>core</w:t>
            </w:r>
          </w:p>
        </w:tc>
        <w:tc>
          <w:tcPr>
            <w:tcW w:w="2592" w:type="dxa"/>
            <w:tcBorders>
              <w:top w:val="single" w:sz="4" w:space="0" w:color="D8E6EC"/>
              <w:left w:val="single" w:sz="4" w:space="0" w:color="D8E6EC"/>
              <w:bottom w:val="single" w:sz="4" w:space="0" w:color="D8E6EC"/>
              <w:right w:val="single" w:sz="4" w:space="0" w:color="D8E6EC"/>
            </w:tcBorders>
            <w:vAlign w:val="center"/>
          </w:tcPr>
          <w:p w14:paraId="10DC3637" w14:textId="77777777" w:rsidR="00610360" w:rsidRDefault="00000000">
            <w:pPr>
              <w:spacing w:after="0"/>
            </w:pPr>
            <w:r>
              <w:rPr>
                <w:sz w:val="17"/>
              </w:rPr>
              <w:t>noun</w:t>
            </w:r>
          </w:p>
        </w:tc>
      </w:tr>
      <w:tr w:rsidR="00610360" w14:paraId="2A23D8E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8EB05A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B458E65" w14:textId="77777777" w:rsidR="00610360" w:rsidRDefault="00000000">
            <w:pPr>
              <w:spacing w:after="0"/>
            </w:pPr>
            <w:r>
              <w:rPr>
                <w:sz w:val="17"/>
              </w:rPr>
              <w:t>gloria</w:t>
            </w:r>
          </w:p>
        </w:tc>
        <w:tc>
          <w:tcPr>
            <w:tcW w:w="2592" w:type="dxa"/>
            <w:tcBorders>
              <w:top w:val="single" w:sz="4" w:space="0" w:color="D8E6EC"/>
              <w:left w:val="single" w:sz="4" w:space="0" w:color="D8E6EC"/>
              <w:bottom w:val="single" w:sz="4" w:space="0" w:color="D8E6EC"/>
              <w:right w:val="single" w:sz="4" w:space="0" w:color="D8E6EC"/>
            </w:tcBorders>
            <w:vAlign w:val="center"/>
          </w:tcPr>
          <w:p w14:paraId="16749CA6" w14:textId="77777777" w:rsidR="00610360" w:rsidRDefault="00000000">
            <w:pPr>
              <w:spacing w:after="0"/>
            </w:pPr>
            <w:r>
              <w:rPr>
                <w:sz w:val="17"/>
              </w:rPr>
              <w:t>glory</w:t>
            </w:r>
          </w:p>
        </w:tc>
        <w:tc>
          <w:tcPr>
            <w:tcW w:w="2592" w:type="dxa"/>
            <w:tcBorders>
              <w:top w:val="single" w:sz="4" w:space="0" w:color="D8E6EC"/>
              <w:left w:val="single" w:sz="4" w:space="0" w:color="D8E6EC"/>
              <w:bottom w:val="single" w:sz="4" w:space="0" w:color="D8E6EC"/>
              <w:right w:val="single" w:sz="4" w:space="0" w:color="D8E6EC"/>
            </w:tcBorders>
            <w:vAlign w:val="center"/>
          </w:tcPr>
          <w:p w14:paraId="12AA4B9F" w14:textId="77777777" w:rsidR="00610360" w:rsidRDefault="00000000">
            <w:pPr>
              <w:spacing w:after="0"/>
            </w:pPr>
            <w:r>
              <w:rPr>
                <w:sz w:val="17"/>
              </w:rPr>
              <w:t>noun</w:t>
            </w:r>
          </w:p>
        </w:tc>
      </w:tr>
      <w:tr w:rsidR="00610360" w14:paraId="4BFC5B2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C44A3A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0463A8B" w14:textId="77777777" w:rsidR="00610360" w:rsidRDefault="00000000">
            <w:pPr>
              <w:spacing w:after="0"/>
            </w:pPr>
            <w:r>
              <w:rPr>
                <w:sz w:val="17"/>
              </w:rPr>
              <w:t>anima</w:t>
            </w:r>
          </w:p>
        </w:tc>
        <w:tc>
          <w:tcPr>
            <w:tcW w:w="2592" w:type="dxa"/>
            <w:tcBorders>
              <w:top w:val="single" w:sz="4" w:space="0" w:color="D8E6EC"/>
              <w:left w:val="single" w:sz="4" w:space="0" w:color="D8E6EC"/>
              <w:bottom w:val="single" w:sz="4" w:space="0" w:color="D8E6EC"/>
              <w:right w:val="single" w:sz="4" w:space="0" w:color="D8E6EC"/>
            </w:tcBorders>
            <w:vAlign w:val="center"/>
          </w:tcPr>
          <w:p w14:paraId="1140C549" w14:textId="77777777" w:rsidR="00610360" w:rsidRDefault="00000000">
            <w:pPr>
              <w:spacing w:after="0"/>
            </w:pPr>
            <w:r>
              <w:rPr>
                <w:sz w:val="17"/>
              </w:rPr>
              <w:t>soul / spirit</w:t>
            </w:r>
          </w:p>
        </w:tc>
        <w:tc>
          <w:tcPr>
            <w:tcW w:w="2592" w:type="dxa"/>
            <w:tcBorders>
              <w:top w:val="single" w:sz="4" w:space="0" w:color="D8E6EC"/>
              <w:left w:val="single" w:sz="4" w:space="0" w:color="D8E6EC"/>
              <w:bottom w:val="single" w:sz="4" w:space="0" w:color="D8E6EC"/>
              <w:right w:val="single" w:sz="4" w:space="0" w:color="D8E6EC"/>
            </w:tcBorders>
            <w:vAlign w:val="center"/>
          </w:tcPr>
          <w:p w14:paraId="7CDD2C60" w14:textId="77777777" w:rsidR="00610360" w:rsidRDefault="00000000">
            <w:pPr>
              <w:spacing w:after="0"/>
            </w:pPr>
            <w:r>
              <w:rPr>
                <w:sz w:val="17"/>
              </w:rPr>
              <w:t>noun</w:t>
            </w:r>
          </w:p>
        </w:tc>
      </w:tr>
      <w:tr w:rsidR="00610360" w14:paraId="1145EAC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B42DAB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ECE5522" w14:textId="77777777" w:rsidR="00610360" w:rsidRDefault="00000000">
            <w:pPr>
              <w:spacing w:after="0"/>
            </w:pPr>
            <w:r>
              <w:rPr>
                <w:sz w:val="17"/>
              </w:rPr>
              <w:t>humor</w:t>
            </w:r>
          </w:p>
        </w:tc>
        <w:tc>
          <w:tcPr>
            <w:tcW w:w="2592" w:type="dxa"/>
            <w:tcBorders>
              <w:top w:val="single" w:sz="4" w:space="0" w:color="D8E6EC"/>
              <w:left w:val="single" w:sz="4" w:space="0" w:color="D8E6EC"/>
              <w:bottom w:val="single" w:sz="4" w:space="0" w:color="D8E6EC"/>
              <w:right w:val="single" w:sz="4" w:space="0" w:color="D8E6EC"/>
            </w:tcBorders>
            <w:vAlign w:val="center"/>
          </w:tcPr>
          <w:p w14:paraId="0CA4D657" w14:textId="77777777" w:rsidR="00610360" w:rsidRDefault="00000000">
            <w:pPr>
              <w:spacing w:after="0"/>
            </w:pPr>
            <w:r>
              <w:rPr>
                <w:sz w:val="17"/>
              </w:rPr>
              <w:t>humor</w:t>
            </w:r>
          </w:p>
        </w:tc>
        <w:tc>
          <w:tcPr>
            <w:tcW w:w="2592" w:type="dxa"/>
            <w:tcBorders>
              <w:top w:val="single" w:sz="4" w:space="0" w:color="D8E6EC"/>
              <w:left w:val="single" w:sz="4" w:space="0" w:color="D8E6EC"/>
              <w:bottom w:val="single" w:sz="4" w:space="0" w:color="D8E6EC"/>
              <w:right w:val="single" w:sz="4" w:space="0" w:color="D8E6EC"/>
            </w:tcBorders>
            <w:vAlign w:val="center"/>
          </w:tcPr>
          <w:p w14:paraId="2ABF8B0B" w14:textId="77777777" w:rsidR="00610360" w:rsidRDefault="00000000">
            <w:pPr>
              <w:spacing w:after="0"/>
            </w:pPr>
            <w:r>
              <w:rPr>
                <w:sz w:val="17"/>
              </w:rPr>
              <w:t>noun</w:t>
            </w:r>
          </w:p>
        </w:tc>
      </w:tr>
    </w:tbl>
    <w:p w14:paraId="424BCC13" w14:textId="77777777" w:rsidR="00610360" w:rsidRDefault="00000000">
      <w:pPr>
        <w:pStyle w:val="Heading2"/>
        <w:spacing w:after="120"/>
      </w:pPr>
      <w:r>
        <w:rPr>
          <w:rFonts w:ascii="Aptos" w:hAnsi="Aptos"/>
        </w:rPr>
        <w:t>Technology and tools</w:t>
      </w:r>
    </w:p>
    <w:tbl>
      <w:tblPr>
        <w:tblW w:w="0" w:type="auto"/>
        <w:jc w:val="center"/>
        <w:tblLook w:val="04A0" w:firstRow="1" w:lastRow="0" w:firstColumn="1" w:lastColumn="0" w:noHBand="0" w:noVBand="1"/>
      </w:tblPr>
      <w:tblGrid>
        <w:gridCol w:w="2592"/>
        <w:gridCol w:w="2592"/>
        <w:gridCol w:w="2592"/>
        <w:gridCol w:w="2592"/>
      </w:tblGrid>
      <w:tr w:rsidR="00610360" w14:paraId="4E2E819F" w14:textId="77777777">
        <w:trPr>
          <w:jc w:val="center"/>
        </w:trPr>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0E0C632" w14:textId="77777777" w:rsidR="00610360" w:rsidRDefault="00000000">
            <w:pPr>
              <w:spacing w:after="0"/>
            </w:pPr>
            <w:r>
              <w:rPr>
                <w:b/>
                <w:color w:val="FFFFFF"/>
                <w:sz w:val="17"/>
              </w:rPr>
              <w:t>Done</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7A206F6F" w14:textId="77777777" w:rsidR="00610360" w:rsidRDefault="00000000">
            <w:pPr>
              <w:spacing w:after="0"/>
            </w:pPr>
            <w:r>
              <w:rPr>
                <w:b/>
                <w:color w:val="FFFFFF"/>
                <w:sz w:val="17"/>
              </w:rPr>
              <w:t>Claralinga</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495FFE85" w14:textId="77777777" w:rsidR="00610360" w:rsidRDefault="00000000">
            <w:pPr>
              <w:spacing w:after="0"/>
            </w:pPr>
            <w:r>
              <w:rPr>
                <w:b/>
                <w:color w:val="FFFFFF"/>
                <w:sz w:val="17"/>
              </w:rPr>
              <w:t>English</w:t>
            </w:r>
          </w:p>
        </w:tc>
        <w:tc>
          <w:tcPr>
            <w:tcW w:w="2592" w:type="dxa"/>
            <w:tcBorders>
              <w:top w:val="single" w:sz="4" w:space="0" w:color="D8E6EC"/>
              <w:left w:val="single" w:sz="4" w:space="0" w:color="D8E6EC"/>
              <w:bottom w:val="single" w:sz="4" w:space="0" w:color="D8E6EC"/>
              <w:right w:val="single" w:sz="4" w:space="0" w:color="D8E6EC"/>
            </w:tcBorders>
            <w:shd w:val="clear" w:color="auto" w:fill="0B2E4A"/>
            <w:vAlign w:val="center"/>
          </w:tcPr>
          <w:p w14:paraId="02B3FE46" w14:textId="77777777" w:rsidR="00610360" w:rsidRDefault="00000000">
            <w:pPr>
              <w:spacing w:after="0"/>
            </w:pPr>
            <w:r>
              <w:rPr>
                <w:b/>
                <w:color w:val="FFFFFF"/>
                <w:sz w:val="17"/>
              </w:rPr>
              <w:t>Note</w:t>
            </w:r>
          </w:p>
        </w:tc>
      </w:tr>
      <w:tr w:rsidR="00610360" w14:paraId="7D05F7A7"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92F817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E866E65" w14:textId="77777777" w:rsidR="00610360" w:rsidRDefault="00000000">
            <w:pPr>
              <w:spacing w:after="0"/>
            </w:pPr>
            <w:r>
              <w:rPr>
                <w:sz w:val="17"/>
              </w:rPr>
              <w:t>teknologia</w:t>
            </w:r>
          </w:p>
        </w:tc>
        <w:tc>
          <w:tcPr>
            <w:tcW w:w="2592" w:type="dxa"/>
            <w:tcBorders>
              <w:top w:val="single" w:sz="4" w:space="0" w:color="D8E6EC"/>
              <w:left w:val="single" w:sz="4" w:space="0" w:color="D8E6EC"/>
              <w:bottom w:val="single" w:sz="4" w:space="0" w:color="D8E6EC"/>
              <w:right w:val="single" w:sz="4" w:space="0" w:color="D8E6EC"/>
            </w:tcBorders>
            <w:vAlign w:val="center"/>
          </w:tcPr>
          <w:p w14:paraId="6646136C" w14:textId="77777777" w:rsidR="00610360" w:rsidRDefault="00000000">
            <w:pPr>
              <w:spacing w:after="0"/>
            </w:pPr>
            <w:r>
              <w:rPr>
                <w:sz w:val="17"/>
              </w:rPr>
              <w:t>technology</w:t>
            </w:r>
          </w:p>
        </w:tc>
        <w:tc>
          <w:tcPr>
            <w:tcW w:w="2592" w:type="dxa"/>
            <w:tcBorders>
              <w:top w:val="single" w:sz="4" w:space="0" w:color="D8E6EC"/>
              <w:left w:val="single" w:sz="4" w:space="0" w:color="D8E6EC"/>
              <w:bottom w:val="single" w:sz="4" w:space="0" w:color="D8E6EC"/>
              <w:right w:val="single" w:sz="4" w:space="0" w:color="D8E6EC"/>
            </w:tcBorders>
            <w:vAlign w:val="center"/>
          </w:tcPr>
          <w:p w14:paraId="2964044E" w14:textId="77777777" w:rsidR="00610360" w:rsidRDefault="00000000">
            <w:pPr>
              <w:spacing w:after="0"/>
            </w:pPr>
            <w:r>
              <w:rPr>
                <w:sz w:val="17"/>
              </w:rPr>
              <w:t>noun</w:t>
            </w:r>
          </w:p>
        </w:tc>
      </w:tr>
      <w:tr w:rsidR="00610360" w14:paraId="1AB8A3D3"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8FAC14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6D55ACA" w14:textId="77777777" w:rsidR="00610360" w:rsidRDefault="00000000">
            <w:pPr>
              <w:spacing w:after="0"/>
            </w:pPr>
            <w:r>
              <w:rPr>
                <w:sz w:val="17"/>
              </w:rPr>
              <w:t>komputer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7208F8B5" w14:textId="77777777" w:rsidR="00610360" w:rsidRDefault="00000000">
            <w:pPr>
              <w:spacing w:after="0"/>
            </w:pPr>
            <w:r>
              <w:rPr>
                <w:sz w:val="17"/>
              </w:rPr>
              <w:t>computer</w:t>
            </w:r>
          </w:p>
        </w:tc>
        <w:tc>
          <w:tcPr>
            <w:tcW w:w="2592" w:type="dxa"/>
            <w:tcBorders>
              <w:top w:val="single" w:sz="4" w:space="0" w:color="D8E6EC"/>
              <w:left w:val="single" w:sz="4" w:space="0" w:color="D8E6EC"/>
              <w:bottom w:val="single" w:sz="4" w:space="0" w:color="D8E6EC"/>
              <w:right w:val="single" w:sz="4" w:space="0" w:color="D8E6EC"/>
            </w:tcBorders>
            <w:vAlign w:val="center"/>
          </w:tcPr>
          <w:p w14:paraId="5D3A255F" w14:textId="77777777" w:rsidR="00610360" w:rsidRDefault="00000000">
            <w:pPr>
              <w:spacing w:after="0"/>
            </w:pPr>
            <w:r>
              <w:rPr>
                <w:sz w:val="17"/>
              </w:rPr>
              <w:t>noun</w:t>
            </w:r>
          </w:p>
        </w:tc>
      </w:tr>
      <w:tr w:rsidR="00610360" w14:paraId="6E8EABC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871A839"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B4F72FD" w14:textId="77777777" w:rsidR="00610360" w:rsidRDefault="00000000">
            <w:pPr>
              <w:spacing w:after="0"/>
            </w:pPr>
            <w:r>
              <w:rPr>
                <w:sz w:val="17"/>
              </w:rPr>
              <w:t>motor</w:t>
            </w:r>
          </w:p>
        </w:tc>
        <w:tc>
          <w:tcPr>
            <w:tcW w:w="2592" w:type="dxa"/>
            <w:tcBorders>
              <w:top w:val="single" w:sz="4" w:space="0" w:color="D8E6EC"/>
              <w:left w:val="single" w:sz="4" w:space="0" w:color="D8E6EC"/>
              <w:bottom w:val="single" w:sz="4" w:space="0" w:color="D8E6EC"/>
              <w:right w:val="single" w:sz="4" w:space="0" w:color="D8E6EC"/>
            </w:tcBorders>
            <w:vAlign w:val="center"/>
          </w:tcPr>
          <w:p w14:paraId="31FB3D69" w14:textId="77777777" w:rsidR="00610360" w:rsidRDefault="00000000">
            <w:pPr>
              <w:spacing w:after="0"/>
            </w:pPr>
            <w:r>
              <w:rPr>
                <w:sz w:val="17"/>
              </w:rPr>
              <w:t>motor / engine</w:t>
            </w:r>
          </w:p>
        </w:tc>
        <w:tc>
          <w:tcPr>
            <w:tcW w:w="2592" w:type="dxa"/>
            <w:tcBorders>
              <w:top w:val="single" w:sz="4" w:space="0" w:color="D8E6EC"/>
              <w:left w:val="single" w:sz="4" w:space="0" w:color="D8E6EC"/>
              <w:bottom w:val="single" w:sz="4" w:space="0" w:color="D8E6EC"/>
              <w:right w:val="single" w:sz="4" w:space="0" w:color="D8E6EC"/>
            </w:tcBorders>
            <w:vAlign w:val="center"/>
          </w:tcPr>
          <w:p w14:paraId="0E6FB565" w14:textId="77777777" w:rsidR="00610360" w:rsidRDefault="00000000">
            <w:pPr>
              <w:spacing w:after="0"/>
            </w:pPr>
            <w:r>
              <w:rPr>
                <w:sz w:val="17"/>
              </w:rPr>
              <w:t>noun</w:t>
            </w:r>
          </w:p>
        </w:tc>
      </w:tr>
      <w:tr w:rsidR="00610360" w14:paraId="500AF50C"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2609AB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F1CBCA4" w14:textId="77777777" w:rsidR="00610360" w:rsidRDefault="00000000">
            <w:pPr>
              <w:spacing w:after="0"/>
            </w:pPr>
            <w:r>
              <w:rPr>
                <w:sz w:val="17"/>
              </w:rPr>
              <w:t>energia</w:t>
            </w:r>
          </w:p>
        </w:tc>
        <w:tc>
          <w:tcPr>
            <w:tcW w:w="2592" w:type="dxa"/>
            <w:tcBorders>
              <w:top w:val="single" w:sz="4" w:space="0" w:color="D8E6EC"/>
              <w:left w:val="single" w:sz="4" w:space="0" w:color="D8E6EC"/>
              <w:bottom w:val="single" w:sz="4" w:space="0" w:color="D8E6EC"/>
              <w:right w:val="single" w:sz="4" w:space="0" w:color="D8E6EC"/>
            </w:tcBorders>
            <w:vAlign w:val="center"/>
          </w:tcPr>
          <w:p w14:paraId="0C7DCF26" w14:textId="77777777" w:rsidR="00610360" w:rsidRDefault="00000000">
            <w:pPr>
              <w:spacing w:after="0"/>
            </w:pPr>
            <w:r>
              <w:rPr>
                <w:sz w:val="17"/>
              </w:rPr>
              <w:t>energy</w:t>
            </w:r>
          </w:p>
        </w:tc>
        <w:tc>
          <w:tcPr>
            <w:tcW w:w="2592" w:type="dxa"/>
            <w:tcBorders>
              <w:top w:val="single" w:sz="4" w:space="0" w:color="D8E6EC"/>
              <w:left w:val="single" w:sz="4" w:space="0" w:color="D8E6EC"/>
              <w:bottom w:val="single" w:sz="4" w:space="0" w:color="D8E6EC"/>
              <w:right w:val="single" w:sz="4" w:space="0" w:color="D8E6EC"/>
            </w:tcBorders>
            <w:vAlign w:val="center"/>
          </w:tcPr>
          <w:p w14:paraId="5180AA1D" w14:textId="77777777" w:rsidR="00610360" w:rsidRDefault="00000000">
            <w:pPr>
              <w:spacing w:after="0"/>
            </w:pPr>
            <w:r>
              <w:rPr>
                <w:sz w:val="17"/>
              </w:rPr>
              <w:t>noun</w:t>
            </w:r>
          </w:p>
        </w:tc>
      </w:tr>
      <w:tr w:rsidR="00610360" w14:paraId="07CF0C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4F67B76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8F30543" w14:textId="77777777" w:rsidR="00610360" w:rsidRDefault="00000000">
            <w:pPr>
              <w:spacing w:after="0"/>
            </w:pPr>
            <w:r>
              <w:rPr>
                <w:sz w:val="17"/>
              </w:rPr>
              <w:t>elektrik</w:t>
            </w:r>
          </w:p>
        </w:tc>
        <w:tc>
          <w:tcPr>
            <w:tcW w:w="2592" w:type="dxa"/>
            <w:tcBorders>
              <w:top w:val="single" w:sz="4" w:space="0" w:color="D8E6EC"/>
              <w:left w:val="single" w:sz="4" w:space="0" w:color="D8E6EC"/>
              <w:bottom w:val="single" w:sz="4" w:space="0" w:color="D8E6EC"/>
              <w:right w:val="single" w:sz="4" w:space="0" w:color="D8E6EC"/>
            </w:tcBorders>
            <w:vAlign w:val="center"/>
          </w:tcPr>
          <w:p w14:paraId="7E1DD34C" w14:textId="77777777" w:rsidR="00610360" w:rsidRDefault="00000000">
            <w:pPr>
              <w:spacing w:after="0"/>
            </w:pPr>
            <w:r>
              <w:rPr>
                <w:sz w:val="17"/>
              </w:rPr>
              <w:t>electric</w:t>
            </w:r>
          </w:p>
        </w:tc>
        <w:tc>
          <w:tcPr>
            <w:tcW w:w="2592" w:type="dxa"/>
            <w:tcBorders>
              <w:top w:val="single" w:sz="4" w:space="0" w:color="D8E6EC"/>
              <w:left w:val="single" w:sz="4" w:space="0" w:color="D8E6EC"/>
              <w:bottom w:val="single" w:sz="4" w:space="0" w:color="D8E6EC"/>
              <w:right w:val="single" w:sz="4" w:space="0" w:color="D8E6EC"/>
            </w:tcBorders>
            <w:vAlign w:val="center"/>
          </w:tcPr>
          <w:p w14:paraId="59400364" w14:textId="77777777" w:rsidR="00610360" w:rsidRDefault="00000000">
            <w:pPr>
              <w:spacing w:after="0"/>
            </w:pPr>
            <w:r>
              <w:rPr>
                <w:sz w:val="17"/>
              </w:rPr>
              <w:t>adjective</w:t>
            </w:r>
          </w:p>
        </w:tc>
      </w:tr>
      <w:tr w:rsidR="00610360" w14:paraId="30E6C75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D0DA703"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FCCED96" w14:textId="77777777" w:rsidR="00610360" w:rsidRDefault="00000000">
            <w:pPr>
              <w:spacing w:after="0"/>
            </w:pPr>
            <w:r>
              <w:rPr>
                <w:sz w:val="17"/>
              </w:rPr>
              <w:t>bateria</w:t>
            </w:r>
          </w:p>
        </w:tc>
        <w:tc>
          <w:tcPr>
            <w:tcW w:w="2592" w:type="dxa"/>
            <w:tcBorders>
              <w:top w:val="single" w:sz="4" w:space="0" w:color="D8E6EC"/>
              <w:left w:val="single" w:sz="4" w:space="0" w:color="D8E6EC"/>
              <w:bottom w:val="single" w:sz="4" w:space="0" w:color="D8E6EC"/>
              <w:right w:val="single" w:sz="4" w:space="0" w:color="D8E6EC"/>
            </w:tcBorders>
            <w:vAlign w:val="center"/>
          </w:tcPr>
          <w:p w14:paraId="73C388FA" w14:textId="77777777" w:rsidR="00610360" w:rsidRDefault="00000000">
            <w:pPr>
              <w:spacing w:after="0"/>
            </w:pPr>
            <w:r>
              <w:rPr>
                <w:sz w:val="17"/>
              </w:rPr>
              <w:t>battery</w:t>
            </w:r>
          </w:p>
        </w:tc>
        <w:tc>
          <w:tcPr>
            <w:tcW w:w="2592" w:type="dxa"/>
            <w:tcBorders>
              <w:top w:val="single" w:sz="4" w:space="0" w:color="D8E6EC"/>
              <w:left w:val="single" w:sz="4" w:space="0" w:color="D8E6EC"/>
              <w:bottom w:val="single" w:sz="4" w:space="0" w:color="D8E6EC"/>
              <w:right w:val="single" w:sz="4" w:space="0" w:color="D8E6EC"/>
            </w:tcBorders>
            <w:vAlign w:val="center"/>
          </w:tcPr>
          <w:p w14:paraId="2F6AD7D5" w14:textId="77777777" w:rsidR="00610360" w:rsidRDefault="00000000">
            <w:pPr>
              <w:spacing w:after="0"/>
            </w:pPr>
            <w:r>
              <w:rPr>
                <w:sz w:val="17"/>
              </w:rPr>
              <w:t>noun</w:t>
            </w:r>
          </w:p>
        </w:tc>
      </w:tr>
      <w:tr w:rsidR="00610360" w14:paraId="6933E3E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207A40F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D1A9D25" w14:textId="77777777" w:rsidR="00610360" w:rsidRDefault="00000000">
            <w:pPr>
              <w:spacing w:after="0"/>
            </w:pPr>
            <w:r>
              <w:rPr>
                <w:sz w:val="17"/>
              </w:rPr>
              <w:t>kabla</w:t>
            </w:r>
          </w:p>
        </w:tc>
        <w:tc>
          <w:tcPr>
            <w:tcW w:w="2592" w:type="dxa"/>
            <w:tcBorders>
              <w:top w:val="single" w:sz="4" w:space="0" w:color="D8E6EC"/>
              <w:left w:val="single" w:sz="4" w:space="0" w:color="D8E6EC"/>
              <w:bottom w:val="single" w:sz="4" w:space="0" w:color="D8E6EC"/>
              <w:right w:val="single" w:sz="4" w:space="0" w:color="D8E6EC"/>
            </w:tcBorders>
            <w:vAlign w:val="center"/>
          </w:tcPr>
          <w:p w14:paraId="510B5960" w14:textId="77777777" w:rsidR="00610360" w:rsidRDefault="00000000">
            <w:pPr>
              <w:spacing w:after="0"/>
            </w:pPr>
            <w:r>
              <w:rPr>
                <w:sz w:val="17"/>
              </w:rPr>
              <w:t>cable</w:t>
            </w:r>
          </w:p>
        </w:tc>
        <w:tc>
          <w:tcPr>
            <w:tcW w:w="2592" w:type="dxa"/>
            <w:tcBorders>
              <w:top w:val="single" w:sz="4" w:space="0" w:color="D8E6EC"/>
              <w:left w:val="single" w:sz="4" w:space="0" w:color="D8E6EC"/>
              <w:bottom w:val="single" w:sz="4" w:space="0" w:color="D8E6EC"/>
              <w:right w:val="single" w:sz="4" w:space="0" w:color="D8E6EC"/>
            </w:tcBorders>
            <w:vAlign w:val="center"/>
          </w:tcPr>
          <w:p w14:paraId="3B7095E9" w14:textId="77777777" w:rsidR="00610360" w:rsidRDefault="00000000">
            <w:pPr>
              <w:spacing w:after="0"/>
            </w:pPr>
            <w:r>
              <w:rPr>
                <w:sz w:val="17"/>
              </w:rPr>
              <w:t>noun</w:t>
            </w:r>
          </w:p>
        </w:tc>
      </w:tr>
      <w:tr w:rsidR="00610360" w14:paraId="64D2FBC4"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BB3A7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7BD9787" w14:textId="77777777" w:rsidR="00610360" w:rsidRDefault="00000000">
            <w:pPr>
              <w:spacing w:after="0"/>
            </w:pPr>
            <w:r>
              <w:rPr>
                <w:sz w:val="17"/>
              </w:rPr>
              <w:t>rede</w:t>
            </w:r>
          </w:p>
        </w:tc>
        <w:tc>
          <w:tcPr>
            <w:tcW w:w="2592" w:type="dxa"/>
            <w:tcBorders>
              <w:top w:val="single" w:sz="4" w:space="0" w:color="D8E6EC"/>
              <w:left w:val="single" w:sz="4" w:space="0" w:color="D8E6EC"/>
              <w:bottom w:val="single" w:sz="4" w:space="0" w:color="D8E6EC"/>
              <w:right w:val="single" w:sz="4" w:space="0" w:color="D8E6EC"/>
            </w:tcBorders>
            <w:vAlign w:val="center"/>
          </w:tcPr>
          <w:p w14:paraId="1F6B02C4" w14:textId="77777777" w:rsidR="00610360" w:rsidRDefault="00000000">
            <w:pPr>
              <w:spacing w:after="0"/>
            </w:pPr>
            <w:r>
              <w:rPr>
                <w:sz w:val="17"/>
              </w:rPr>
              <w:t>network</w:t>
            </w:r>
          </w:p>
        </w:tc>
        <w:tc>
          <w:tcPr>
            <w:tcW w:w="2592" w:type="dxa"/>
            <w:tcBorders>
              <w:top w:val="single" w:sz="4" w:space="0" w:color="D8E6EC"/>
              <w:left w:val="single" w:sz="4" w:space="0" w:color="D8E6EC"/>
              <w:bottom w:val="single" w:sz="4" w:space="0" w:color="D8E6EC"/>
              <w:right w:val="single" w:sz="4" w:space="0" w:color="D8E6EC"/>
            </w:tcBorders>
            <w:vAlign w:val="center"/>
          </w:tcPr>
          <w:p w14:paraId="6755E22E" w14:textId="77777777" w:rsidR="00610360" w:rsidRDefault="00000000">
            <w:pPr>
              <w:spacing w:after="0"/>
            </w:pPr>
            <w:r>
              <w:rPr>
                <w:sz w:val="17"/>
              </w:rPr>
              <w:t>noun</w:t>
            </w:r>
          </w:p>
        </w:tc>
      </w:tr>
      <w:tr w:rsidR="00610360" w14:paraId="7430914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D116E1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0BA1531" w14:textId="77777777" w:rsidR="00610360" w:rsidRDefault="00000000">
            <w:pPr>
              <w:spacing w:after="0"/>
            </w:pPr>
            <w:r>
              <w:rPr>
                <w:sz w:val="17"/>
              </w:rPr>
              <w:t>des-konekte</w:t>
            </w:r>
          </w:p>
        </w:tc>
        <w:tc>
          <w:tcPr>
            <w:tcW w:w="2592" w:type="dxa"/>
            <w:tcBorders>
              <w:top w:val="single" w:sz="4" w:space="0" w:color="D8E6EC"/>
              <w:left w:val="single" w:sz="4" w:space="0" w:color="D8E6EC"/>
              <w:bottom w:val="single" w:sz="4" w:space="0" w:color="D8E6EC"/>
              <w:right w:val="single" w:sz="4" w:space="0" w:color="D8E6EC"/>
            </w:tcBorders>
            <w:vAlign w:val="center"/>
          </w:tcPr>
          <w:p w14:paraId="2DCBDDA8" w14:textId="77777777" w:rsidR="00610360" w:rsidRDefault="00000000">
            <w:pPr>
              <w:spacing w:after="0"/>
            </w:pPr>
            <w:r>
              <w:rPr>
                <w:sz w:val="17"/>
              </w:rPr>
              <w:t>disconnect</w:t>
            </w:r>
          </w:p>
        </w:tc>
        <w:tc>
          <w:tcPr>
            <w:tcW w:w="2592" w:type="dxa"/>
            <w:tcBorders>
              <w:top w:val="single" w:sz="4" w:space="0" w:color="D8E6EC"/>
              <w:left w:val="single" w:sz="4" w:space="0" w:color="D8E6EC"/>
              <w:bottom w:val="single" w:sz="4" w:space="0" w:color="D8E6EC"/>
              <w:right w:val="single" w:sz="4" w:space="0" w:color="D8E6EC"/>
            </w:tcBorders>
            <w:vAlign w:val="center"/>
          </w:tcPr>
          <w:p w14:paraId="01033C65" w14:textId="77777777" w:rsidR="00610360" w:rsidRDefault="00000000">
            <w:pPr>
              <w:spacing w:after="0"/>
            </w:pPr>
            <w:r>
              <w:rPr>
                <w:sz w:val="17"/>
              </w:rPr>
              <w:t>verb</w:t>
            </w:r>
          </w:p>
        </w:tc>
      </w:tr>
      <w:tr w:rsidR="00610360" w14:paraId="27076C4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6435A6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0EF99D9" w14:textId="77777777" w:rsidR="00610360" w:rsidRDefault="00000000">
            <w:pPr>
              <w:spacing w:after="0"/>
            </w:pPr>
            <w:r>
              <w:rPr>
                <w:sz w:val="17"/>
              </w:rPr>
              <w:t>boton</w:t>
            </w:r>
          </w:p>
        </w:tc>
        <w:tc>
          <w:tcPr>
            <w:tcW w:w="2592" w:type="dxa"/>
            <w:tcBorders>
              <w:top w:val="single" w:sz="4" w:space="0" w:color="D8E6EC"/>
              <w:left w:val="single" w:sz="4" w:space="0" w:color="D8E6EC"/>
              <w:bottom w:val="single" w:sz="4" w:space="0" w:color="D8E6EC"/>
              <w:right w:val="single" w:sz="4" w:space="0" w:color="D8E6EC"/>
            </w:tcBorders>
            <w:vAlign w:val="center"/>
          </w:tcPr>
          <w:p w14:paraId="62EE0CC5" w14:textId="77777777" w:rsidR="00610360" w:rsidRDefault="00000000">
            <w:pPr>
              <w:spacing w:after="0"/>
            </w:pPr>
            <w:r>
              <w:rPr>
                <w:sz w:val="17"/>
              </w:rPr>
              <w:t>button</w:t>
            </w:r>
          </w:p>
        </w:tc>
        <w:tc>
          <w:tcPr>
            <w:tcW w:w="2592" w:type="dxa"/>
            <w:tcBorders>
              <w:top w:val="single" w:sz="4" w:space="0" w:color="D8E6EC"/>
              <w:left w:val="single" w:sz="4" w:space="0" w:color="D8E6EC"/>
              <w:bottom w:val="single" w:sz="4" w:space="0" w:color="D8E6EC"/>
              <w:right w:val="single" w:sz="4" w:space="0" w:color="D8E6EC"/>
            </w:tcBorders>
            <w:vAlign w:val="center"/>
          </w:tcPr>
          <w:p w14:paraId="616CD3D5" w14:textId="77777777" w:rsidR="00610360" w:rsidRDefault="00000000">
            <w:pPr>
              <w:spacing w:after="0"/>
            </w:pPr>
            <w:r>
              <w:rPr>
                <w:sz w:val="17"/>
              </w:rPr>
              <w:t>noun</w:t>
            </w:r>
          </w:p>
        </w:tc>
      </w:tr>
      <w:tr w:rsidR="00610360" w14:paraId="012A87C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2D251E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99C46BC" w14:textId="77777777" w:rsidR="00610360" w:rsidRDefault="00000000">
            <w:pPr>
              <w:spacing w:after="0"/>
            </w:pPr>
            <w:r>
              <w:rPr>
                <w:sz w:val="17"/>
              </w:rPr>
              <w:t>klika</w:t>
            </w:r>
          </w:p>
        </w:tc>
        <w:tc>
          <w:tcPr>
            <w:tcW w:w="2592" w:type="dxa"/>
            <w:tcBorders>
              <w:top w:val="single" w:sz="4" w:space="0" w:color="D8E6EC"/>
              <w:left w:val="single" w:sz="4" w:space="0" w:color="D8E6EC"/>
              <w:bottom w:val="single" w:sz="4" w:space="0" w:color="D8E6EC"/>
              <w:right w:val="single" w:sz="4" w:space="0" w:color="D8E6EC"/>
            </w:tcBorders>
            <w:vAlign w:val="center"/>
          </w:tcPr>
          <w:p w14:paraId="3B5268E6" w14:textId="77777777" w:rsidR="00610360" w:rsidRDefault="00000000">
            <w:pPr>
              <w:spacing w:after="0"/>
            </w:pPr>
            <w:r>
              <w:rPr>
                <w:sz w:val="17"/>
              </w:rPr>
              <w:t>click</w:t>
            </w:r>
          </w:p>
        </w:tc>
        <w:tc>
          <w:tcPr>
            <w:tcW w:w="2592" w:type="dxa"/>
            <w:tcBorders>
              <w:top w:val="single" w:sz="4" w:space="0" w:color="D8E6EC"/>
              <w:left w:val="single" w:sz="4" w:space="0" w:color="D8E6EC"/>
              <w:bottom w:val="single" w:sz="4" w:space="0" w:color="D8E6EC"/>
              <w:right w:val="single" w:sz="4" w:space="0" w:color="D8E6EC"/>
            </w:tcBorders>
            <w:vAlign w:val="center"/>
          </w:tcPr>
          <w:p w14:paraId="638F07C9" w14:textId="77777777" w:rsidR="00610360" w:rsidRDefault="00000000">
            <w:pPr>
              <w:spacing w:after="0"/>
            </w:pPr>
            <w:r>
              <w:rPr>
                <w:sz w:val="17"/>
              </w:rPr>
              <w:t>verb</w:t>
            </w:r>
          </w:p>
        </w:tc>
      </w:tr>
      <w:tr w:rsidR="00610360" w14:paraId="42F07815"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7A6D9DE"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70102ED" w14:textId="77777777" w:rsidR="00610360" w:rsidRDefault="00000000">
            <w:pPr>
              <w:spacing w:after="0"/>
            </w:pPr>
            <w:r>
              <w:rPr>
                <w:sz w:val="17"/>
              </w:rPr>
              <w:t>skrino</w:t>
            </w:r>
          </w:p>
        </w:tc>
        <w:tc>
          <w:tcPr>
            <w:tcW w:w="2592" w:type="dxa"/>
            <w:tcBorders>
              <w:top w:val="single" w:sz="4" w:space="0" w:color="D8E6EC"/>
              <w:left w:val="single" w:sz="4" w:space="0" w:color="D8E6EC"/>
              <w:bottom w:val="single" w:sz="4" w:space="0" w:color="D8E6EC"/>
              <w:right w:val="single" w:sz="4" w:space="0" w:color="D8E6EC"/>
            </w:tcBorders>
            <w:vAlign w:val="center"/>
          </w:tcPr>
          <w:p w14:paraId="3CDA04E8" w14:textId="77777777" w:rsidR="00610360" w:rsidRDefault="00000000">
            <w:pPr>
              <w:spacing w:after="0"/>
            </w:pPr>
            <w:r>
              <w:rPr>
                <w:sz w:val="17"/>
              </w:rPr>
              <w:t>screen</w:t>
            </w:r>
          </w:p>
        </w:tc>
        <w:tc>
          <w:tcPr>
            <w:tcW w:w="2592" w:type="dxa"/>
            <w:tcBorders>
              <w:top w:val="single" w:sz="4" w:space="0" w:color="D8E6EC"/>
              <w:left w:val="single" w:sz="4" w:space="0" w:color="D8E6EC"/>
              <w:bottom w:val="single" w:sz="4" w:space="0" w:color="D8E6EC"/>
              <w:right w:val="single" w:sz="4" w:space="0" w:color="D8E6EC"/>
            </w:tcBorders>
            <w:vAlign w:val="center"/>
          </w:tcPr>
          <w:p w14:paraId="12FB04B6" w14:textId="77777777" w:rsidR="00610360" w:rsidRDefault="00000000">
            <w:pPr>
              <w:spacing w:after="0"/>
            </w:pPr>
            <w:r>
              <w:rPr>
                <w:sz w:val="17"/>
              </w:rPr>
              <w:t>noun</w:t>
            </w:r>
          </w:p>
        </w:tc>
      </w:tr>
      <w:tr w:rsidR="00610360" w14:paraId="13A9A1A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E3B9FC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06DB9E8" w14:textId="77777777" w:rsidR="00610360" w:rsidRDefault="00000000">
            <w:pPr>
              <w:spacing w:after="0"/>
            </w:pPr>
            <w:r>
              <w:rPr>
                <w:sz w:val="17"/>
              </w:rPr>
              <w:t>mikrofon</w:t>
            </w:r>
          </w:p>
        </w:tc>
        <w:tc>
          <w:tcPr>
            <w:tcW w:w="2592" w:type="dxa"/>
            <w:tcBorders>
              <w:top w:val="single" w:sz="4" w:space="0" w:color="D8E6EC"/>
              <w:left w:val="single" w:sz="4" w:space="0" w:color="D8E6EC"/>
              <w:bottom w:val="single" w:sz="4" w:space="0" w:color="D8E6EC"/>
              <w:right w:val="single" w:sz="4" w:space="0" w:color="D8E6EC"/>
            </w:tcBorders>
            <w:vAlign w:val="center"/>
          </w:tcPr>
          <w:p w14:paraId="3C81FBF5" w14:textId="77777777" w:rsidR="00610360" w:rsidRDefault="00000000">
            <w:pPr>
              <w:spacing w:after="0"/>
            </w:pPr>
            <w:r>
              <w:rPr>
                <w:sz w:val="17"/>
              </w:rPr>
              <w:t>microphone</w:t>
            </w:r>
          </w:p>
        </w:tc>
        <w:tc>
          <w:tcPr>
            <w:tcW w:w="2592" w:type="dxa"/>
            <w:tcBorders>
              <w:top w:val="single" w:sz="4" w:space="0" w:color="D8E6EC"/>
              <w:left w:val="single" w:sz="4" w:space="0" w:color="D8E6EC"/>
              <w:bottom w:val="single" w:sz="4" w:space="0" w:color="D8E6EC"/>
              <w:right w:val="single" w:sz="4" w:space="0" w:color="D8E6EC"/>
            </w:tcBorders>
            <w:vAlign w:val="center"/>
          </w:tcPr>
          <w:p w14:paraId="61ABB773" w14:textId="77777777" w:rsidR="00610360" w:rsidRDefault="00000000">
            <w:pPr>
              <w:spacing w:after="0"/>
            </w:pPr>
            <w:r>
              <w:rPr>
                <w:sz w:val="17"/>
              </w:rPr>
              <w:t>noun</w:t>
            </w:r>
          </w:p>
        </w:tc>
      </w:tr>
      <w:tr w:rsidR="00610360" w14:paraId="339C330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DAA51B6"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3A0DA41C" w14:textId="77777777" w:rsidR="00610360" w:rsidRDefault="00000000">
            <w:pPr>
              <w:spacing w:after="0"/>
            </w:pPr>
            <w:r>
              <w:rPr>
                <w:sz w:val="17"/>
              </w:rPr>
              <w:t>parler-audio</w:t>
            </w:r>
          </w:p>
        </w:tc>
        <w:tc>
          <w:tcPr>
            <w:tcW w:w="2592" w:type="dxa"/>
            <w:tcBorders>
              <w:top w:val="single" w:sz="4" w:space="0" w:color="D8E6EC"/>
              <w:left w:val="single" w:sz="4" w:space="0" w:color="D8E6EC"/>
              <w:bottom w:val="single" w:sz="4" w:space="0" w:color="D8E6EC"/>
              <w:right w:val="single" w:sz="4" w:space="0" w:color="D8E6EC"/>
            </w:tcBorders>
            <w:vAlign w:val="center"/>
          </w:tcPr>
          <w:p w14:paraId="385D9CB7" w14:textId="77777777" w:rsidR="00610360" w:rsidRDefault="00000000">
            <w:pPr>
              <w:spacing w:after="0"/>
            </w:pPr>
            <w:r>
              <w:rPr>
                <w:sz w:val="17"/>
              </w:rPr>
              <w:t>speaker, audio</w:t>
            </w:r>
          </w:p>
        </w:tc>
        <w:tc>
          <w:tcPr>
            <w:tcW w:w="2592" w:type="dxa"/>
            <w:tcBorders>
              <w:top w:val="single" w:sz="4" w:space="0" w:color="D8E6EC"/>
              <w:left w:val="single" w:sz="4" w:space="0" w:color="D8E6EC"/>
              <w:bottom w:val="single" w:sz="4" w:space="0" w:color="D8E6EC"/>
              <w:right w:val="single" w:sz="4" w:space="0" w:color="D8E6EC"/>
            </w:tcBorders>
            <w:vAlign w:val="center"/>
          </w:tcPr>
          <w:p w14:paraId="7A51EA73" w14:textId="77777777" w:rsidR="00610360" w:rsidRDefault="00000000">
            <w:pPr>
              <w:spacing w:after="0"/>
            </w:pPr>
            <w:r>
              <w:rPr>
                <w:sz w:val="17"/>
              </w:rPr>
              <w:t>compound</w:t>
            </w:r>
          </w:p>
        </w:tc>
      </w:tr>
      <w:tr w:rsidR="00610360" w14:paraId="7A71394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A5EEAD1"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66301C7" w14:textId="77777777" w:rsidR="00610360" w:rsidRDefault="00000000">
            <w:pPr>
              <w:spacing w:after="0"/>
            </w:pPr>
            <w:r>
              <w:rPr>
                <w:sz w:val="17"/>
              </w:rPr>
              <w:t>imprime</w:t>
            </w:r>
          </w:p>
        </w:tc>
        <w:tc>
          <w:tcPr>
            <w:tcW w:w="2592" w:type="dxa"/>
            <w:tcBorders>
              <w:top w:val="single" w:sz="4" w:space="0" w:color="D8E6EC"/>
              <w:left w:val="single" w:sz="4" w:space="0" w:color="D8E6EC"/>
              <w:bottom w:val="single" w:sz="4" w:space="0" w:color="D8E6EC"/>
              <w:right w:val="single" w:sz="4" w:space="0" w:color="D8E6EC"/>
            </w:tcBorders>
            <w:vAlign w:val="center"/>
          </w:tcPr>
          <w:p w14:paraId="4F4835CA" w14:textId="77777777" w:rsidR="00610360" w:rsidRDefault="00000000">
            <w:pPr>
              <w:spacing w:after="0"/>
            </w:pPr>
            <w:r>
              <w:rPr>
                <w:sz w:val="17"/>
              </w:rPr>
              <w:t>print</w:t>
            </w:r>
          </w:p>
        </w:tc>
        <w:tc>
          <w:tcPr>
            <w:tcW w:w="2592" w:type="dxa"/>
            <w:tcBorders>
              <w:top w:val="single" w:sz="4" w:space="0" w:color="D8E6EC"/>
              <w:left w:val="single" w:sz="4" w:space="0" w:color="D8E6EC"/>
              <w:bottom w:val="single" w:sz="4" w:space="0" w:color="D8E6EC"/>
              <w:right w:val="single" w:sz="4" w:space="0" w:color="D8E6EC"/>
            </w:tcBorders>
            <w:vAlign w:val="center"/>
          </w:tcPr>
          <w:p w14:paraId="20446206" w14:textId="77777777" w:rsidR="00610360" w:rsidRDefault="00000000">
            <w:pPr>
              <w:spacing w:after="0"/>
            </w:pPr>
            <w:r>
              <w:rPr>
                <w:sz w:val="17"/>
              </w:rPr>
              <w:t>verb</w:t>
            </w:r>
          </w:p>
        </w:tc>
      </w:tr>
      <w:tr w:rsidR="00610360" w14:paraId="578A11B8"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4AF1C00"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CD229A8" w14:textId="77777777" w:rsidR="00610360" w:rsidRDefault="00000000">
            <w:pPr>
              <w:spacing w:after="0"/>
            </w:pPr>
            <w:r>
              <w:rPr>
                <w:sz w:val="17"/>
              </w:rPr>
              <w:t>skanner</w:t>
            </w:r>
          </w:p>
        </w:tc>
        <w:tc>
          <w:tcPr>
            <w:tcW w:w="2592" w:type="dxa"/>
            <w:tcBorders>
              <w:top w:val="single" w:sz="4" w:space="0" w:color="D8E6EC"/>
              <w:left w:val="single" w:sz="4" w:space="0" w:color="D8E6EC"/>
              <w:bottom w:val="single" w:sz="4" w:space="0" w:color="D8E6EC"/>
              <w:right w:val="single" w:sz="4" w:space="0" w:color="D8E6EC"/>
            </w:tcBorders>
            <w:vAlign w:val="center"/>
          </w:tcPr>
          <w:p w14:paraId="1594DCF6" w14:textId="77777777" w:rsidR="00610360" w:rsidRDefault="00000000">
            <w:pPr>
              <w:spacing w:after="0"/>
            </w:pPr>
            <w:r>
              <w:rPr>
                <w:sz w:val="17"/>
              </w:rPr>
              <w:t>skanner</w:t>
            </w:r>
          </w:p>
        </w:tc>
        <w:tc>
          <w:tcPr>
            <w:tcW w:w="2592" w:type="dxa"/>
            <w:tcBorders>
              <w:top w:val="single" w:sz="4" w:space="0" w:color="D8E6EC"/>
              <w:left w:val="single" w:sz="4" w:space="0" w:color="D8E6EC"/>
              <w:bottom w:val="single" w:sz="4" w:space="0" w:color="D8E6EC"/>
              <w:right w:val="single" w:sz="4" w:space="0" w:color="D8E6EC"/>
            </w:tcBorders>
            <w:vAlign w:val="center"/>
          </w:tcPr>
          <w:p w14:paraId="0AED956C" w14:textId="77777777" w:rsidR="00610360" w:rsidRDefault="00000000">
            <w:pPr>
              <w:spacing w:after="0"/>
            </w:pPr>
            <w:r>
              <w:rPr>
                <w:sz w:val="17"/>
              </w:rPr>
              <w:t>noun</w:t>
            </w:r>
          </w:p>
        </w:tc>
      </w:tr>
      <w:tr w:rsidR="00610360" w14:paraId="6141EC0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6D6B69A"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6282E53" w14:textId="77777777" w:rsidR="00610360" w:rsidRDefault="00000000">
            <w:pPr>
              <w:spacing w:after="0"/>
            </w:pPr>
            <w:r>
              <w:rPr>
                <w:sz w:val="17"/>
              </w:rPr>
              <w:t>robot</w:t>
            </w:r>
          </w:p>
        </w:tc>
        <w:tc>
          <w:tcPr>
            <w:tcW w:w="2592" w:type="dxa"/>
            <w:tcBorders>
              <w:top w:val="single" w:sz="4" w:space="0" w:color="D8E6EC"/>
              <w:left w:val="single" w:sz="4" w:space="0" w:color="D8E6EC"/>
              <w:bottom w:val="single" w:sz="4" w:space="0" w:color="D8E6EC"/>
              <w:right w:val="single" w:sz="4" w:space="0" w:color="D8E6EC"/>
            </w:tcBorders>
            <w:vAlign w:val="center"/>
          </w:tcPr>
          <w:p w14:paraId="5E861412" w14:textId="77777777" w:rsidR="00610360" w:rsidRDefault="00000000">
            <w:pPr>
              <w:spacing w:after="0"/>
            </w:pPr>
            <w:r>
              <w:rPr>
                <w:sz w:val="17"/>
              </w:rPr>
              <w:t>robot</w:t>
            </w:r>
          </w:p>
        </w:tc>
        <w:tc>
          <w:tcPr>
            <w:tcW w:w="2592" w:type="dxa"/>
            <w:tcBorders>
              <w:top w:val="single" w:sz="4" w:space="0" w:color="D8E6EC"/>
              <w:left w:val="single" w:sz="4" w:space="0" w:color="D8E6EC"/>
              <w:bottom w:val="single" w:sz="4" w:space="0" w:color="D8E6EC"/>
              <w:right w:val="single" w:sz="4" w:space="0" w:color="D8E6EC"/>
            </w:tcBorders>
            <w:vAlign w:val="center"/>
          </w:tcPr>
          <w:p w14:paraId="58BCE249" w14:textId="77777777" w:rsidR="00610360" w:rsidRDefault="00000000">
            <w:pPr>
              <w:spacing w:after="0"/>
            </w:pPr>
            <w:r>
              <w:rPr>
                <w:sz w:val="17"/>
              </w:rPr>
              <w:t>noun</w:t>
            </w:r>
          </w:p>
        </w:tc>
      </w:tr>
      <w:tr w:rsidR="00610360" w14:paraId="365C5660"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907A1E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4DAF5F4" w14:textId="77777777" w:rsidR="00610360" w:rsidRDefault="00000000">
            <w:pPr>
              <w:spacing w:after="0"/>
            </w:pPr>
            <w:r>
              <w:rPr>
                <w:sz w:val="17"/>
              </w:rPr>
              <w:t>modelo</w:t>
            </w:r>
          </w:p>
        </w:tc>
        <w:tc>
          <w:tcPr>
            <w:tcW w:w="2592" w:type="dxa"/>
            <w:tcBorders>
              <w:top w:val="single" w:sz="4" w:space="0" w:color="D8E6EC"/>
              <w:left w:val="single" w:sz="4" w:space="0" w:color="D8E6EC"/>
              <w:bottom w:val="single" w:sz="4" w:space="0" w:color="D8E6EC"/>
              <w:right w:val="single" w:sz="4" w:space="0" w:color="D8E6EC"/>
            </w:tcBorders>
            <w:vAlign w:val="center"/>
          </w:tcPr>
          <w:p w14:paraId="0F1A8615" w14:textId="77777777" w:rsidR="00610360" w:rsidRDefault="00000000">
            <w:pPr>
              <w:spacing w:after="0"/>
            </w:pPr>
            <w:r>
              <w:rPr>
                <w:sz w:val="17"/>
              </w:rPr>
              <w:t>model</w:t>
            </w:r>
          </w:p>
        </w:tc>
        <w:tc>
          <w:tcPr>
            <w:tcW w:w="2592" w:type="dxa"/>
            <w:tcBorders>
              <w:top w:val="single" w:sz="4" w:space="0" w:color="D8E6EC"/>
              <w:left w:val="single" w:sz="4" w:space="0" w:color="D8E6EC"/>
              <w:bottom w:val="single" w:sz="4" w:space="0" w:color="D8E6EC"/>
              <w:right w:val="single" w:sz="4" w:space="0" w:color="D8E6EC"/>
            </w:tcBorders>
            <w:vAlign w:val="center"/>
          </w:tcPr>
          <w:p w14:paraId="07969199" w14:textId="77777777" w:rsidR="00610360" w:rsidRDefault="00000000">
            <w:pPr>
              <w:spacing w:after="0"/>
            </w:pPr>
            <w:r>
              <w:rPr>
                <w:sz w:val="17"/>
              </w:rPr>
              <w:t>noun</w:t>
            </w:r>
          </w:p>
        </w:tc>
      </w:tr>
      <w:tr w:rsidR="00610360" w14:paraId="3BAC569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F6A78C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2A7D385" w14:textId="77777777" w:rsidR="00610360" w:rsidRDefault="00000000">
            <w:pPr>
              <w:spacing w:after="0"/>
            </w:pPr>
            <w:r>
              <w:rPr>
                <w:sz w:val="17"/>
              </w:rPr>
              <w:t>fabrika</w:t>
            </w:r>
          </w:p>
        </w:tc>
        <w:tc>
          <w:tcPr>
            <w:tcW w:w="2592" w:type="dxa"/>
            <w:tcBorders>
              <w:top w:val="single" w:sz="4" w:space="0" w:color="D8E6EC"/>
              <w:left w:val="single" w:sz="4" w:space="0" w:color="D8E6EC"/>
              <w:bottom w:val="single" w:sz="4" w:space="0" w:color="D8E6EC"/>
              <w:right w:val="single" w:sz="4" w:space="0" w:color="D8E6EC"/>
            </w:tcBorders>
            <w:vAlign w:val="center"/>
          </w:tcPr>
          <w:p w14:paraId="7B6A4066" w14:textId="77777777" w:rsidR="00610360" w:rsidRDefault="00000000">
            <w:pPr>
              <w:spacing w:after="0"/>
            </w:pPr>
            <w:r>
              <w:rPr>
                <w:sz w:val="17"/>
              </w:rPr>
              <w:t>factory</w:t>
            </w:r>
          </w:p>
        </w:tc>
        <w:tc>
          <w:tcPr>
            <w:tcW w:w="2592" w:type="dxa"/>
            <w:tcBorders>
              <w:top w:val="single" w:sz="4" w:space="0" w:color="D8E6EC"/>
              <w:left w:val="single" w:sz="4" w:space="0" w:color="D8E6EC"/>
              <w:bottom w:val="single" w:sz="4" w:space="0" w:color="D8E6EC"/>
              <w:right w:val="single" w:sz="4" w:space="0" w:color="D8E6EC"/>
            </w:tcBorders>
            <w:vAlign w:val="center"/>
          </w:tcPr>
          <w:p w14:paraId="363573E8" w14:textId="77777777" w:rsidR="00610360" w:rsidRDefault="00000000">
            <w:pPr>
              <w:spacing w:after="0"/>
            </w:pPr>
            <w:r>
              <w:rPr>
                <w:sz w:val="17"/>
              </w:rPr>
              <w:t>noun</w:t>
            </w:r>
          </w:p>
        </w:tc>
      </w:tr>
      <w:tr w:rsidR="00610360" w14:paraId="72D162AB"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D82810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29C966C" w14:textId="77777777" w:rsidR="00610360" w:rsidRDefault="00000000">
            <w:pPr>
              <w:spacing w:after="0"/>
            </w:pPr>
            <w:r>
              <w:rPr>
                <w:sz w:val="17"/>
              </w:rPr>
              <w:t>industria</w:t>
            </w:r>
          </w:p>
        </w:tc>
        <w:tc>
          <w:tcPr>
            <w:tcW w:w="2592" w:type="dxa"/>
            <w:tcBorders>
              <w:top w:val="single" w:sz="4" w:space="0" w:color="D8E6EC"/>
              <w:left w:val="single" w:sz="4" w:space="0" w:color="D8E6EC"/>
              <w:bottom w:val="single" w:sz="4" w:space="0" w:color="D8E6EC"/>
              <w:right w:val="single" w:sz="4" w:space="0" w:color="D8E6EC"/>
            </w:tcBorders>
            <w:vAlign w:val="center"/>
          </w:tcPr>
          <w:p w14:paraId="7C43A5DE" w14:textId="77777777" w:rsidR="00610360" w:rsidRDefault="00000000">
            <w:pPr>
              <w:spacing w:after="0"/>
            </w:pPr>
            <w:r>
              <w:rPr>
                <w:sz w:val="17"/>
              </w:rPr>
              <w:t>industry</w:t>
            </w:r>
          </w:p>
        </w:tc>
        <w:tc>
          <w:tcPr>
            <w:tcW w:w="2592" w:type="dxa"/>
            <w:tcBorders>
              <w:top w:val="single" w:sz="4" w:space="0" w:color="D8E6EC"/>
              <w:left w:val="single" w:sz="4" w:space="0" w:color="D8E6EC"/>
              <w:bottom w:val="single" w:sz="4" w:space="0" w:color="D8E6EC"/>
              <w:right w:val="single" w:sz="4" w:space="0" w:color="D8E6EC"/>
            </w:tcBorders>
            <w:vAlign w:val="center"/>
          </w:tcPr>
          <w:p w14:paraId="4A3F2092" w14:textId="77777777" w:rsidR="00610360" w:rsidRDefault="00000000">
            <w:pPr>
              <w:spacing w:after="0"/>
            </w:pPr>
            <w:r>
              <w:rPr>
                <w:sz w:val="17"/>
              </w:rPr>
              <w:t>noun</w:t>
            </w:r>
          </w:p>
        </w:tc>
      </w:tr>
      <w:tr w:rsidR="00610360" w14:paraId="3DFC220E"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65C32DF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0BC70951" w14:textId="77777777" w:rsidR="00610360" w:rsidRDefault="00000000">
            <w:pPr>
              <w:spacing w:after="0"/>
            </w:pPr>
            <w:r>
              <w:rPr>
                <w:sz w:val="17"/>
              </w:rPr>
              <w:t>material</w:t>
            </w:r>
          </w:p>
        </w:tc>
        <w:tc>
          <w:tcPr>
            <w:tcW w:w="2592" w:type="dxa"/>
            <w:tcBorders>
              <w:top w:val="single" w:sz="4" w:space="0" w:color="D8E6EC"/>
              <w:left w:val="single" w:sz="4" w:space="0" w:color="D8E6EC"/>
              <w:bottom w:val="single" w:sz="4" w:space="0" w:color="D8E6EC"/>
              <w:right w:val="single" w:sz="4" w:space="0" w:color="D8E6EC"/>
            </w:tcBorders>
            <w:vAlign w:val="center"/>
          </w:tcPr>
          <w:p w14:paraId="6DBD1ED2" w14:textId="77777777" w:rsidR="00610360" w:rsidRDefault="00000000">
            <w:pPr>
              <w:spacing w:after="0"/>
            </w:pPr>
            <w:r>
              <w:rPr>
                <w:sz w:val="17"/>
              </w:rPr>
              <w:t>material</w:t>
            </w:r>
          </w:p>
        </w:tc>
        <w:tc>
          <w:tcPr>
            <w:tcW w:w="2592" w:type="dxa"/>
            <w:tcBorders>
              <w:top w:val="single" w:sz="4" w:space="0" w:color="D8E6EC"/>
              <w:left w:val="single" w:sz="4" w:space="0" w:color="D8E6EC"/>
              <w:bottom w:val="single" w:sz="4" w:space="0" w:color="D8E6EC"/>
              <w:right w:val="single" w:sz="4" w:space="0" w:color="D8E6EC"/>
            </w:tcBorders>
            <w:vAlign w:val="center"/>
          </w:tcPr>
          <w:p w14:paraId="0B54598D" w14:textId="77777777" w:rsidR="00610360" w:rsidRDefault="00000000">
            <w:pPr>
              <w:spacing w:after="0"/>
            </w:pPr>
            <w:r>
              <w:rPr>
                <w:sz w:val="17"/>
              </w:rPr>
              <w:t>noun</w:t>
            </w:r>
          </w:p>
        </w:tc>
      </w:tr>
      <w:tr w:rsidR="00610360" w14:paraId="60595B5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0CB356E5"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57194091" w14:textId="77777777" w:rsidR="00610360" w:rsidRDefault="00000000">
            <w:pPr>
              <w:spacing w:after="0"/>
            </w:pPr>
            <w:r>
              <w:rPr>
                <w:sz w:val="17"/>
              </w:rPr>
              <w:t>metal</w:t>
            </w:r>
          </w:p>
        </w:tc>
        <w:tc>
          <w:tcPr>
            <w:tcW w:w="2592" w:type="dxa"/>
            <w:tcBorders>
              <w:top w:val="single" w:sz="4" w:space="0" w:color="D8E6EC"/>
              <w:left w:val="single" w:sz="4" w:space="0" w:color="D8E6EC"/>
              <w:bottom w:val="single" w:sz="4" w:space="0" w:color="D8E6EC"/>
              <w:right w:val="single" w:sz="4" w:space="0" w:color="D8E6EC"/>
            </w:tcBorders>
            <w:vAlign w:val="center"/>
          </w:tcPr>
          <w:p w14:paraId="7ECEEF69" w14:textId="77777777" w:rsidR="00610360" w:rsidRDefault="00000000">
            <w:pPr>
              <w:spacing w:after="0"/>
            </w:pPr>
            <w:r>
              <w:rPr>
                <w:sz w:val="17"/>
              </w:rPr>
              <w:t>metal</w:t>
            </w:r>
          </w:p>
        </w:tc>
        <w:tc>
          <w:tcPr>
            <w:tcW w:w="2592" w:type="dxa"/>
            <w:tcBorders>
              <w:top w:val="single" w:sz="4" w:space="0" w:color="D8E6EC"/>
              <w:left w:val="single" w:sz="4" w:space="0" w:color="D8E6EC"/>
              <w:bottom w:val="single" w:sz="4" w:space="0" w:color="D8E6EC"/>
              <w:right w:val="single" w:sz="4" w:space="0" w:color="D8E6EC"/>
            </w:tcBorders>
            <w:vAlign w:val="center"/>
          </w:tcPr>
          <w:p w14:paraId="63C38F32" w14:textId="77777777" w:rsidR="00610360" w:rsidRDefault="00000000">
            <w:pPr>
              <w:spacing w:after="0"/>
            </w:pPr>
            <w:r>
              <w:rPr>
                <w:sz w:val="17"/>
              </w:rPr>
              <w:t>noun</w:t>
            </w:r>
          </w:p>
        </w:tc>
      </w:tr>
      <w:tr w:rsidR="00610360" w14:paraId="05DE1A8A"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5F11DAD7"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4B0559D3" w14:textId="77777777" w:rsidR="00610360" w:rsidRDefault="00000000">
            <w:pPr>
              <w:spacing w:after="0"/>
            </w:pPr>
            <w:r>
              <w:rPr>
                <w:sz w:val="17"/>
              </w:rPr>
              <w:t>plastik</w:t>
            </w:r>
          </w:p>
        </w:tc>
        <w:tc>
          <w:tcPr>
            <w:tcW w:w="2592" w:type="dxa"/>
            <w:tcBorders>
              <w:top w:val="single" w:sz="4" w:space="0" w:color="D8E6EC"/>
              <w:left w:val="single" w:sz="4" w:space="0" w:color="D8E6EC"/>
              <w:bottom w:val="single" w:sz="4" w:space="0" w:color="D8E6EC"/>
              <w:right w:val="single" w:sz="4" w:space="0" w:color="D8E6EC"/>
            </w:tcBorders>
            <w:vAlign w:val="center"/>
          </w:tcPr>
          <w:p w14:paraId="2753C6D3" w14:textId="77777777" w:rsidR="00610360" w:rsidRDefault="00000000">
            <w:pPr>
              <w:spacing w:after="0"/>
            </w:pPr>
            <w:r>
              <w:rPr>
                <w:sz w:val="17"/>
              </w:rPr>
              <w:t>plastic</w:t>
            </w:r>
          </w:p>
        </w:tc>
        <w:tc>
          <w:tcPr>
            <w:tcW w:w="2592" w:type="dxa"/>
            <w:tcBorders>
              <w:top w:val="single" w:sz="4" w:space="0" w:color="D8E6EC"/>
              <w:left w:val="single" w:sz="4" w:space="0" w:color="D8E6EC"/>
              <w:bottom w:val="single" w:sz="4" w:space="0" w:color="D8E6EC"/>
              <w:right w:val="single" w:sz="4" w:space="0" w:color="D8E6EC"/>
            </w:tcBorders>
            <w:vAlign w:val="center"/>
          </w:tcPr>
          <w:p w14:paraId="53FF57F4" w14:textId="77777777" w:rsidR="00610360" w:rsidRDefault="00000000">
            <w:pPr>
              <w:spacing w:after="0"/>
            </w:pPr>
            <w:r>
              <w:rPr>
                <w:sz w:val="17"/>
              </w:rPr>
              <w:t>noun</w:t>
            </w:r>
          </w:p>
        </w:tc>
      </w:tr>
      <w:tr w:rsidR="00610360" w14:paraId="44C6CC96"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34ACCD04"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6441E4B9" w14:textId="77777777" w:rsidR="00610360" w:rsidRDefault="00000000">
            <w:pPr>
              <w:spacing w:after="0"/>
            </w:pPr>
            <w:r>
              <w:rPr>
                <w:sz w:val="17"/>
              </w:rPr>
              <w:t>vidro</w:t>
            </w:r>
          </w:p>
        </w:tc>
        <w:tc>
          <w:tcPr>
            <w:tcW w:w="2592" w:type="dxa"/>
            <w:tcBorders>
              <w:top w:val="single" w:sz="4" w:space="0" w:color="D8E6EC"/>
              <w:left w:val="single" w:sz="4" w:space="0" w:color="D8E6EC"/>
              <w:bottom w:val="single" w:sz="4" w:space="0" w:color="D8E6EC"/>
              <w:right w:val="single" w:sz="4" w:space="0" w:color="D8E6EC"/>
            </w:tcBorders>
            <w:vAlign w:val="center"/>
          </w:tcPr>
          <w:p w14:paraId="4EF077FB" w14:textId="77777777" w:rsidR="00610360" w:rsidRDefault="00000000">
            <w:pPr>
              <w:spacing w:after="0"/>
            </w:pPr>
            <w:r>
              <w:rPr>
                <w:sz w:val="17"/>
              </w:rPr>
              <w:t>glass</w:t>
            </w:r>
          </w:p>
        </w:tc>
        <w:tc>
          <w:tcPr>
            <w:tcW w:w="2592" w:type="dxa"/>
            <w:tcBorders>
              <w:top w:val="single" w:sz="4" w:space="0" w:color="D8E6EC"/>
              <w:left w:val="single" w:sz="4" w:space="0" w:color="D8E6EC"/>
              <w:bottom w:val="single" w:sz="4" w:space="0" w:color="D8E6EC"/>
              <w:right w:val="single" w:sz="4" w:space="0" w:color="D8E6EC"/>
            </w:tcBorders>
            <w:vAlign w:val="center"/>
          </w:tcPr>
          <w:p w14:paraId="7A37ABCD" w14:textId="77777777" w:rsidR="00610360" w:rsidRDefault="00000000">
            <w:pPr>
              <w:spacing w:after="0"/>
            </w:pPr>
            <w:r>
              <w:rPr>
                <w:sz w:val="17"/>
              </w:rPr>
              <w:t>noun</w:t>
            </w:r>
          </w:p>
        </w:tc>
      </w:tr>
      <w:tr w:rsidR="00610360" w14:paraId="3FECD562"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19A36CBD"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2D8F44C3" w14:textId="77777777" w:rsidR="00610360" w:rsidRDefault="00000000">
            <w:pPr>
              <w:spacing w:after="0"/>
            </w:pPr>
            <w:r>
              <w:rPr>
                <w:sz w:val="17"/>
              </w:rPr>
              <w:t>repara</w:t>
            </w:r>
          </w:p>
        </w:tc>
        <w:tc>
          <w:tcPr>
            <w:tcW w:w="2592" w:type="dxa"/>
            <w:tcBorders>
              <w:top w:val="single" w:sz="4" w:space="0" w:color="D8E6EC"/>
              <w:left w:val="single" w:sz="4" w:space="0" w:color="D8E6EC"/>
              <w:bottom w:val="single" w:sz="4" w:space="0" w:color="D8E6EC"/>
              <w:right w:val="single" w:sz="4" w:space="0" w:color="D8E6EC"/>
            </w:tcBorders>
            <w:vAlign w:val="center"/>
          </w:tcPr>
          <w:p w14:paraId="6C4DA5DC" w14:textId="77777777" w:rsidR="00610360" w:rsidRDefault="00000000">
            <w:pPr>
              <w:spacing w:after="0"/>
            </w:pPr>
            <w:r>
              <w:rPr>
                <w:sz w:val="17"/>
              </w:rPr>
              <w:t>repair</w:t>
            </w:r>
          </w:p>
        </w:tc>
        <w:tc>
          <w:tcPr>
            <w:tcW w:w="2592" w:type="dxa"/>
            <w:tcBorders>
              <w:top w:val="single" w:sz="4" w:space="0" w:color="D8E6EC"/>
              <w:left w:val="single" w:sz="4" w:space="0" w:color="D8E6EC"/>
              <w:bottom w:val="single" w:sz="4" w:space="0" w:color="D8E6EC"/>
              <w:right w:val="single" w:sz="4" w:space="0" w:color="D8E6EC"/>
            </w:tcBorders>
            <w:vAlign w:val="center"/>
          </w:tcPr>
          <w:p w14:paraId="79E0CB86" w14:textId="77777777" w:rsidR="00610360" w:rsidRDefault="00000000">
            <w:pPr>
              <w:spacing w:after="0"/>
            </w:pPr>
            <w:r>
              <w:rPr>
                <w:sz w:val="17"/>
              </w:rPr>
              <w:t>verb</w:t>
            </w:r>
          </w:p>
        </w:tc>
      </w:tr>
      <w:tr w:rsidR="00610360" w14:paraId="67FFDA61" w14:textId="77777777">
        <w:trPr>
          <w:jc w:val="center"/>
        </w:trPr>
        <w:tc>
          <w:tcPr>
            <w:tcW w:w="2592" w:type="dxa"/>
            <w:tcBorders>
              <w:top w:val="single" w:sz="4" w:space="0" w:color="D8E6EC"/>
              <w:left w:val="single" w:sz="4" w:space="0" w:color="D8E6EC"/>
              <w:bottom w:val="single" w:sz="4" w:space="0" w:color="D8E6EC"/>
              <w:right w:val="single" w:sz="4" w:space="0" w:color="D8E6EC"/>
            </w:tcBorders>
            <w:vAlign w:val="center"/>
          </w:tcPr>
          <w:p w14:paraId="7BC2D442" w14:textId="77777777" w:rsidR="00610360" w:rsidRDefault="00000000">
            <w:pPr>
              <w:spacing w:after="0"/>
            </w:pPr>
            <w:r>
              <w:rPr>
                <w:sz w:val="17"/>
              </w:rPr>
              <w:t>[ ]</w:t>
            </w:r>
          </w:p>
        </w:tc>
        <w:tc>
          <w:tcPr>
            <w:tcW w:w="2592" w:type="dxa"/>
            <w:tcBorders>
              <w:top w:val="single" w:sz="4" w:space="0" w:color="D8E6EC"/>
              <w:left w:val="single" w:sz="4" w:space="0" w:color="D8E6EC"/>
              <w:bottom w:val="single" w:sz="4" w:space="0" w:color="D8E6EC"/>
              <w:right w:val="single" w:sz="4" w:space="0" w:color="D8E6EC"/>
            </w:tcBorders>
            <w:vAlign w:val="center"/>
          </w:tcPr>
          <w:p w14:paraId="7C55E900" w14:textId="77777777" w:rsidR="00610360" w:rsidRDefault="00000000">
            <w:pPr>
              <w:spacing w:after="0"/>
            </w:pPr>
            <w:r>
              <w:rPr>
                <w:sz w:val="17"/>
              </w:rPr>
              <w:t>kontrola</w:t>
            </w:r>
          </w:p>
        </w:tc>
        <w:tc>
          <w:tcPr>
            <w:tcW w:w="2592" w:type="dxa"/>
            <w:tcBorders>
              <w:top w:val="single" w:sz="4" w:space="0" w:color="D8E6EC"/>
              <w:left w:val="single" w:sz="4" w:space="0" w:color="D8E6EC"/>
              <w:bottom w:val="single" w:sz="4" w:space="0" w:color="D8E6EC"/>
              <w:right w:val="single" w:sz="4" w:space="0" w:color="D8E6EC"/>
            </w:tcBorders>
            <w:vAlign w:val="center"/>
          </w:tcPr>
          <w:p w14:paraId="06D89D1D" w14:textId="77777777" w:rsidR="00610360" w:rsidRDefault="00000000">
            <w:pPr>
              <w:spacing w:after="0"/>
            </w:pPr>
            <w:r>
              <w:rPr>
                <w:sz w:val="17"/>
              </w:rPr>
              <w:t>control</w:t>
            </w:r>
          </w:p>
        </w:tc>
        <w:tc>
          <w:tcPr>
            <w:tcW w:w="2592" w:type="dxa"/>
            <w:tcBorders>
              <w:top w:val="single" w:sz="4" w:space="0" w:color="D8E6EC"/>
              <w:left w:val="single" w:sz="4" w:space="0" w:color="D8E6EC"/>
              <w:bottom w:val="single" w:sz="4" w:space="0" w:color="D8E6EC"/>
              <w:right w:val="single" w:sz="4" w:space="0" w:color="D8E6EC"/>
            </w:tcBorders>
            <w:vAlign w:val="center"/>
          </w:tcPr>
          <w:p w14:paraId="3F101B9B" w14:textId="77777777" w:rsidR="00610360" w:rsidRDefault="00000000">
            <w:pPr>
              <w:spacing w:after="0"/>
            </w:pPr>
            <w:r>
              <w:rPr>
                <w:sz w:val="17"/>
              </w:rPr>
              <w:t>verb/noun</w:t>
            </w:r>
          </w:p>
        </w:tc>
      </w:tr>
    </w:tbl>
    <w:p w14:paraId="5D69A99B" w14:textId="77777777" w:rsidR="00610360" w:rsidRDefault="00610360">
      <w:pPr>
        <w:spacing w:after="120"/>
        <w:sectPr w:rsidR="00610360">
          <w:footerReference w:type="default" r:id="rId9"/>
          <w:headerReference w:type="default" r:id="rId13"/>
          <w:headerReference w:type="first" r:id="rId14"/>
          <w:footerReference w:type="first" r:id="rId15"/>
          <w:headerReference w:type="even" r:id="rId16"/>
          <w:footerReference w:type="even" r:id="rId17"/>
          <w:pgSz w:w="12240" w:h="15840"/>
          <w:pgMar w:top="936" w:right="936" w:bottom="936" w:left="936" w:header="720" w:footer="720" w:gutter="0"/>
          <w:cols w:space="720"/>
          <w:docGrid w:linePitch="360"/>
        </w:sectPr>
      </w:pPr>
    </w:p>
    <w:p w14:paraId="399C8E81" w14:textId="77777777" w:rsidR="00610360" w:rsidRDefault="00610360">
      <w:pPr>
        <w:spacing w:after="120"/>
      </w:pPr>
    </w:p>
    <w:sectPr w:rsidR="00610360" w:rsidSect="00034616">
      <w:footerReference w:type="default" r:id="rId10"/>
      <w:pgSz w:w="12240" w:h="15840"/>
      <w:pgMar w:top="936" w:right="936" w:bottom="936"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94EB6" w14:textId="77777777" w:rsidR="005E0048" w:rsidRDefault="005E0048">
      <w:pPr>
        <w:spacing w:after="0" w:line="240" w:lineRule="auto"/>
      </w:pPr>
      <w:r>
        <w:separator/>
      </w:r>
    </w:p>
  </w:endnote>
  <w:endnote w:type="continuationSeparator" w:id="0">
    <w:p w14:paraId="1DB3E33A" w14:textId="77777777" w:rsidR="005E0048" w:rsidRDefault="005E0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463F" w14:textId="77777777" w:rsidR="00610360" w:rsidRDefault="00000000">
    <w:pPr>
      <w:pStyle w:val="Footer"/>
      <w:jc w:val="center"/>
    </w:pPr>
    <w:proofErr w:type="spellStart"/>
    <w:r>
      <w:rPr>
        <w:color w:val="646464"/>
        <w:sz w:val="16"/>
      </w:rPr>
      <w:t>Claralinga</w:t>
    </w:r>
    <w:proofErr w:type="spellEnd"/>
    <w:r>
      <w:rPr>
        <w:color w:val="646464"/>
        <w:sz w:val="16"/>
      </w:rPr>
      <w:t xml:space="preserve"> Beginner Workbook v0.6 | Created by Chad S. Bruce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1735" w14:textId="77777777" w:rsidR="00610360" w:rsidRDefault="00610360">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4.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6911B" w14:textId="77777777" w:rsidR="005E0048" w:rsidRDefault="005E0048">
      <w:pPr>
        <w:spacing w:after="0" w:line="240" w:lineRule="auto"/>
      </w:pPr>
      <w:r>
        <w:separator/>
      </w:r>
    </w:p>
  </w:footnote>
  <w:footnote w:type="continuationSeparator" w:id="0">
    <w:p w14:paraId="1106A636" w14:textId="77777777" w:rsidR="005E0048" w:rsidRDefault="005E0048">
      <w:pPr>
        <w:spacing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73802448">
    <w:abstractNumId w:val="8"/>
  </w:num>
  <w:num w:numId="2" w16cid:durableId="900404504">
    <w:abstractNumId w:val="6"/>
  </w:num>
  <w:num w:numId="3" w16cid:durableId="1091926037">
    <w:abstractNumId w:val="5"/>
  </w:num>
  <w:num w:numId="4" w16cid:durableId="414521750">
    <w:abstractNumId w:val="4"/>
  </w:num>
  <w:num w:numId="5" w16cid:durableId="1956053822">
    <w:abstractNumId w:val="7"/>
  </w:num>
  <w:num w:numId="6" w16cid:durableId="923077595">
    <w:abstractNumId w:val="3"/>
  </w:num>
  <w:num w:numId="7" w16cid:durableId="1892691751">
    <w:abstractNumId w:val="2"/>
  </w:num>
  <w:num w:numId="8" w16cid:durableId="1665547645">
    <w:abstractNumId w:val="1"/>
  </w:num>
  <w:num w:numId="9" w16cid:durableId="484709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5E0048"/>
    <w:rsid w:val="00610360"/>
    <w:rsid w:val="00870E7C"/>
    <w:rsid w:val="00AA1D8D"/>
    <w:rsid w:val="00B47730"/>
    <w:rsid w:val="00C1236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4574F"/>
  <w14:defaultImageDpi w14:val="300"/>
  <w15:docId w15:val="{719A242F-0F83-452F-9385-20D740B7A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eastAsia="Aptos" w:hAnsi="Aptos"/>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0B2E4A"/>
      <w:sz w:val="4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006C7C"/>
      <w:sz w:val="30"/>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B77700"/>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0B2E4A"/>
      <w:spacing w:val="5"/>
      <w:kern w:val="28"/>
      <w:sz w:val="60"/>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8667</Words>
  <Characters>51137</Characters>
  <Application>Microsoft Office Word</Application>
  <DocSecurity>0</DocSecurity>
  <Lines>4261</Lines>
  <Paragraphs>4600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Chad S. Bruce</cp:lastModifiedBy>
  <cp:revision>2</cp:revision>
  <dcterms:created xsi:type="dcterms:W3CDTF">2013-12-23T23:15:00Z</dcterms:created>
  <dcterms:modified xsi:type="dcterms:W3CDTF">2026-05-20T17:45:00Z</dcterms:modified>
  <cp:category/>
</cp:coreProperties>
</file>