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AD1A1" w14:textId="77777777" w:rsidR="002376F7" w:rsidRDefault="00000000">
      <w:pPr>
        <w:spacing w:after="80"/>
        <w:jc w:val="center"/>
      </w:pPr>
      <w:r>
        <w:rPr>
          <w:noProof/>
        </w:rPr>
      </w:r>
    </w:p>
    <w:p w14:paraId="6498E5D4" w14:textId="77777777" w:rsidR="002376F7" w:rsidRDefault="00000000">
      <w:pPr>
        <w:jc w:val="center"/>
      </w:pPr>
      <w:r>
        <w:rPr>
          <w:rFonts w:ascii="Aptos Display" w:hAnsi="Aptos Display"/>
          <w:b/>
          <w:color w:val="163B60"/>
          <w:sz w:val="80"/>
        </w:rPr>
        <w:t>Claralinga</w:t>
      </w:r>
    </w:p>
    <w:p w14:paraId="58B5D5C6" w14:textId="77777777" w:rsidR="002376F7" w:rsidRDefault="00000000">
      <w:pPr>
        <w:jc w:val="center"/>
      </w:pPr>
      <w:r>
        <w:rPr>
          <w:rFonts w:ascii="Aptos Display" w:hAnsi="Aptos Display"/>
          <w:b/>
          <w:color w:val="DAA520"/>
          <w:sz w:val="50"/>
        </w:rPr>
        <w:t>An Introduction</w:t>
      </w:r>
    </w:p>
    <w:p w14:paraId="52D6EC03" w14:textId="77777777" w:rsidR="002376F7" w:rsidRDefault="00000000">
      <w:pPr>
        <w:jc w:val="center"/>
      </w:pPr>
      <w:r>
        <w:rPr>
          <w:i/>
          <w:sz w:val="26"/>
        </w:rPr>
        <w:t>La linga clar pro un grande familia de voses</w:t>
      </w:r>
    </w:p>
    <w:p>
      <w:pPr/>
      <w:r>
        <w:rPr>
          <w:sz w:val="18"/>
        </w:rPr>
        <w:t>v0.5 alignment note: This edition is aligned to Core 500 v0.6. Claralinga now uses k as the default /k/ spelling, keeps c only when it makes a word instantly recognizable, uses linga as the official word for language, and treats Core 500 v0.6 as the current public vocabulary authority.</w:t>
      </w:r>
    </w:p>
    <w:p>
      <w:pPr/>
      <w:r>
        <w:rPr>
          <w:sz w:val="18"/>
        </w:rPr>
        <w:t>Originality note: Claralinga is an original constructed auxiliary language created by Chad S. Bruce. It intentionally uses familiar international roots shared across modern Indo-European languages and is not a fork, revision, or derivative of another constructed language.</w:t>
      </w:r>
    </w:p>
    <w:p>
      <w:pPr/>
      <w:r>
        <w:rPr>
          <w:sz w:val="18"/>
        </w:rPr>
        <w:t>Not just Romance: Claralinga uses Latin and Romance-looking roots when they are already international, but it also considers Germanic, Slavic, Greek, Indo-Iranian, English international, and modern global vocabulary. Beginner clarity wins overall.</w:t>
      </w:r>
    </w:p>
    <w:p>
      <w:pPr>
        <w:pStyle w:val="IntenseQuote"/>
      </w:pPr>
      <w:r>
        <w:rPr>
          <w:sz w:val="20"/>
        </w:rPr>
        <w:t>Public alignment revision: updated to the Claralinga Consistency Audit standard for spelling, vocabulary, and release-ready wording.</w:t>
      </w:r>
    </w:p>
    <w:p w14:paraId="1A291C30" w14:textId="77777777" w:rsidR="002376F7" w:rsidRDefault="002376F7">
      <w:pPr>
        <w:pBdr>
          <w:bottom w:val="single" w:sz="12" w:space="1" w:color="DAA520"/>
        </w:pBdr>
        <w:spacing w:after="160"/>
      </w:pPr>
    </w:p>
    <w:p w14:paraId="0797E551" w14:textId="77777777" w:rsidR="00145494" w:rsidRDefault="00145494">
      <w:pPr>
        <w:pBdr>
          <w:bottom w:val="single" w:sz="12" w:space="1" w:color="DAA520"/>
        </w:pBdr>
        <w:spacing w:after="160"/>
      </w:pPr>
    </w:p>
    <w:p w14:paraId="18109D4F" w14:textId="77777777" w:rsidR="00145494" w:rsidRDefault="00145494">
      <w:pPr>
        <w:pBdr>
          <w:bottom w:val="single" w:sz="12" w:space="1" w:color="DAA520"/>
        </w:pBdr>
        <w:spacing w:after="160"/>
      </w:pPr>
    </w:p>
    <w:tbl>
      <w:tblPr>
        <w:tblW w:w="0" w:type="auto"/>
        <w:jc w:val="center"/>
        <w:tblLook w:val="04A0" w:firstRow="1" w:lastRow="0" w:firstColumn="1" w:lastColumn="0" w:noHBand="0" w:noVBand="1"/>
      </w:tblPr>
      <w:tblGrid>
        <w:gridCol w:w="10282"/>
      </w:tblGrid>
      <w:tr w:rsidR="002376F7" w14:paraId="3BBADC5C" w14:textId="77777777">
        <w:trPr>
          <w:jc w:val="center"/>
        </w:trPr>
        <w:tc>
          <w:tcPr>
            <w:tcW w:w="10282" w:type="dxa"/>
            <w:shd w:val="clear" w:color="auto" w:fill="F8F3E8"/>
          </w:tcPr>
          <w:p w14:paraId="362B22E6" w14:textId="77777777" w:rsidR="002376F7" w:rsidRDefault="00000000" w:rsidP="00145494">
            <w:pPr>
              <w:spacing w:after="40"/>
              <w:jc w:val="center"/>
            </w:pPr>
            <w:r>
              <w:rPr>
                <w:b/>
                <w:color w:val="163B60"/>
                <w:sz w:val="20"/>
              </w:rPr>
              <w:t>Version 0.6</w:t>
            </w:r>
          </w:p>
          <w:p w14:paraId="2FE693A5" w14:textId="77777777" w:rsidR="002376F7" w:rsidRDefault="00000000" w:rsidP="00145494">
            <w:pPr>
              <w:spacing w:after="40"/>
              <w:jc w:val="center"/>
            </w:pPr>
            <w:r>
              <w:rPr>
                <w:sz w:val="17"/>
              </w:rPr>
              <w:t>A beginner textbook and reference guide for the clear international auxiliary language created by Chad S. Bruce.</w:t>
            </w:r>
          </w:p>
        </w:tc>
      </w:tr>
    </w:tbl>
    <w:p w14:paraId="0AA490D7" w14:textId="77777777" w:rsidR="002376F7" w:rsidRDefault="002376F7"/>
    <w:p w14:paraId="0005F9A8" w14:textId="77777777" w:rsidR="00145494" w:rsidRDefault="00145494">
      <w:pPr>
        <w:jc w:val="center"/>
        <w:rPr>
          <w:b/>
          <w:sz w:val="24"/>
        </w:rPr>
      </w:pPr>
    </w:p>
    <w:p w14:paraId="4B045545" w14:textId="77777777" w:rsidR="00145494" w:rsidRDefault="00145494">
      <w:pPr>
        <w:jc w:val="center"/>
        <w:rPr>
          <w:b/>
          <w:sz w:val="24"/>
        </w:rPr>
      </w:pPr>
    </w:p>
    <w:p w14:paraId="6A937925" w14:textId="77777777" w:rsidR="00145494" w:rsidRDefault="00145494">
      <w:pPr>
        <w:jc w:val="center"/>
        <w:rPr>
          <w:b/>
          <w:sz w:val="24"/>
        </w:rPr>
      </w:pPr>
    </w:p>
    <w:p w14:paraId="02D785B7" w14:textId="77777777" w:rsidR="00145494" w:rsidRDefault="00145494">
      <w:pPr>
        <w:jc w:val="center"/>
        <w:rPr>
          <w:b/>
          <w:sz w:val="24"/>
        </w:rPr>
      </w:pPr>
    </w:p>
    <w:p w14:paraId="01C42D4D" w14:textId="77777777" w:rsidR="00145494" w:rsidRDefault="00145494">
      <w:pPr>
        <w:jc w:val="center"/>
        <w:rPr>
          <w:b/>
          <w:sz w:val="24"/>
        </w:rPr>
      </w:pPr>
    </w:p>
    <w:p w14:paraId="5800E287" w14:textId="77777777" w:rsidR="00145494" w:rsidRDefault="00145494">
      <w:pPr>
        <w:jc w:val="center"/>
        <w:rPr>
          <w:b/>
          <w:sz w:val="24"/>
        </w:rPr>
      </w:pPr>
    </w:p>
    <w:p w14:paraId="3DB91A22" w14:textId="77777777" w:rsidR="00145494" w:rsidRDefault="00145494">
      <w:pPr>
        <w:jc w:val="center"/>
        <w:rPr>
          <w:b/>
          <w:sz w:val="24"/>
        </w:rPr>
      </w:pPr>
    </w:p>
    <w:p w14:paraId="66552C4B" w14:textId="012C707C" w:rsidR="002376F7" w:rsidRDefault="00000000">
      <w:pPr>
        <w:jc w:val="center"/>
      </w:pPr>
      <w:r>
        <w:rPr>
          <w:b/>
          <w:sz w:val="24"/>
        </w:rPr>
        <w:t>Created by Chad S. Bruce</w:t>
      </w:r>
    </w:p>
    <w:p w14:paraId="6C912F2E" w14:textId="506F9C8A" w:rsidR="002376F7" w:rsidRDefault="00000000">
      <w:pPr>
        <w:jc w:val="center"/>
      </w:pPr>
      <w:r>
        <w:rPr>
          <w:sz w:val="17"/>
        </w:rPr>
        <w:t>Expanded learner edition with source philosophy, grammar notes, lessons, exercises, phrasebook, Core 500 roadmap.</w:t>
      </w:r>
    </w:p>
    <w:p w14:paraId="18CBF42B" w14:textId="77777777" w:rsidR="002376F7" w:rsidRDefault="00000000">
      <w:r/>
    </w:p>
    <w:p w14:paraId="6362E438" w14:textId="77777777" w:rsidR="002376F7" w:rsidRDefault="00000000">
      <w:pPr>
        <w:pStyle w:val="ChapterLabel"/>
      </w:pPr>
      <w:r>
        <w:t>Chapter 0</w:t>
      </w:r>
    </w:p>
    <w:p w14:paraId="63DA26F0" w14:textId="77777777" w:rsidR="002376F7" w:rsidRDefault="00000000">
      <w:pPr>
        <w:pStyle w:val="ChapterTitle"/>
        <w:keepNext/>
      </w:pPr>
      <w:r>
        <w:t>Front Matter</w:t>
      </w:r>
    </w:p>
    <w:p w14:paraId="4314A2EC" w14:textId="77777777" w:rsidR="002376F7" w:rsidRDefault="00000000">
      <w:pPr>
        <w:pStyle w:val="ChapterSubtitle"/>
      </w:pPr>
      <w:r>
        <w:t>Credit, purpose, and how to use this book</w:t>
      </w:r>
    </w:p>
    <w:p w14:paraId="09BB1A7E" w14:textId="77777777" w:rsidR="002376F7" w:rsidRDefault="002376F7">
      <w:pPr>
        <w:pBdr>
          <w:bottom w:val="single" w:sz="12" w:space="1" w:color="DAA520"/>
        </w:pBdr>
        <w:spacing w:after="160"/>
      </w:pPr>
    </w:p>
    <w:p w14:paraId="69F416AF" w14:textId="77777777" w:rsidR="002376F7" w:rsidRDefault="00000000">
      <w:pPr>
        <w:pStyle w:val="Heading2"/>
      </w:pPr>
      <w:r>
        <w:t>Credit</w:t>
      </w:r>
    </w:p>
    <w:p w14:paraId="54171948" w14:textId="77777777" w:rsidR="002376F7" w:rsidRDefault="00000000">
      <w:pPr>
        <w:spacing w:after="100"/>
      </w:pPr>
      <w:r>
        <w:t>Claralinga was created by Chad S. Bruce. This introduction is designed as a friendly first textbook, not a final legal code of the language.</w:t>
      </w:r>
    </w:p>
    <w:p w14:paraId="1531B39A" w14:textId="77777777" w:rsidR="002376F7" w:rsidRDefault="00000000">
      <w:pPr>
        <w:pStyle w:val="Heading2"/>
      </w:pPr>
      <w:r>
        <w:t>Preface</w:t>
      </w:r>
    </w:p>
    <w:p w14:paraId="2EC3E99F" w14:textId="77777777" w:rsidR="002376F7" w:rsidRDefault="00000000">
      <w:pPr>
        <w:spacing w:after="100"/>
      </w:pPr>
      <w:r>
        <w:t>Claralinga began as a project after noticing that many constructed international languages tend to favor one or two source languages or require learners to study roots before they can understand anything useful. Claralinga seeks to fix that problem by offering a fun, simple, and readily understandable language for learners of all ages.</w:t>
      </w:r>
    </w:p>
    <w:p w14:paraId="2CE647F6" w14:textId="77777777" w:rsidR="002376F7" w:rsidRDefault="00000000">
      <w:pPr>
        <w:spacing w:after="100"/>
      </w:pPr>
      <w:r>
        <w:t>The goal is instant recognition wherever possible. Claralinga favors familiar international vocabulary, simple grammar, clear spelling, and flexible expression. It is built for ordinary people who want a shared language that feels welcoming from the first page.</w:t>
      </w:r>
    </w:p>
    <w:p w14:paraId="196381FC" w14:textId="77777777" w:rsidR="002376F7" w:rsidRDefault="00000000">
      <w:pPr>
        <w:pStyle w:val="Heading2"/>
      </w:pPr>
      <w:r>
        <w:t>How to Use This Book</w:t>
      </w:r>
    </w:p>
    <w:p w14:paraId="197E5D51" w14:textId="77777777" w:rsidR="002376F7" w:rsidRDefault="00000000">
      <w:pPr>
        <w:spacing w:after="100"/>
      </w:pPr>
      <w:r>
        <w:t>Read Chapters 1-12 for the rules and design logic, then use Chapters 13-21 as a learner path: lessons, vocabulary, phrases, conversations, readings, exercises, and answer key. The final pages give dictionaries, a quick grammar sheet, pronunciation audio scripts, and version notes.</w:t>
      </w:r>
    </w:p>
    <w:p w14:paraId="1FCEABD1" w14:textId="77777777" w:rsidR="002376F7" w:rsidRDefault="00000000">
      <w:pPr>
        <w:pStyle w:val="Heading2"/>
      </w:pPr>
      <w:r>
        <w:t>Table of Contents</w:t>
      </w:r>
    </w:p>
    <w:tbl>
      <w:tblPr>
        <w:tblStyle w:val="TableGrid"/>
        <w:tblW w:w="0" w:type="auto"/>
        <w:jc w:val="center"/>
        <w:tblLook w:val="04A0" w:firstRow="1" w:lastRow="0" w:firstColumn="1" w:lastColumn="0" w:noHBand="0" w:noVBand="1"/>
      </w:tblPr>
      <w:tblGrid>
        <w:gridCol w:w="1152"/>
        <w:gridCol w:w="8496"/>
      </w:tblGrid>
      <w:tr w:rsidR="002376F7" w14:paraId="0DEDA35B" w14:textId="77777777">
        <w:trPr>
          <w:tblHeader/>
          <w:jc w:val="center"/>
        </w:trPr>
        <w:tc>
          <w:tcPr>
            <w:tcW w:w="1152" w:type="dxa"/>
            <w:shd w:val="clear" w:color="auto" w:fill="163B60"/>
          </w:tcPr>
          <w:p w14:paraId="56A23E07" w14:textId="77777777" w:rsidR="002376F7" w:rsidRDefault="00000000">
            <w:r>
              <w:rPr>
                <w:b/>
                <w:color w:val="FFFFFF"/>
                <w:sz w:val="16"/>
              </w:rPr>
              <w:t>Chapter</w:t>
            </w:r>
          </w:p>
        </w:tc>
        <w:tc>
          <w:tcPr>
            <w:tcW w:w="8496" w:type="dxa"/>
            <w:shd w:val="clear" w:color="auto" w:fill="163B60"/>
          </w:tcPr>
          <w:p w14:paraId="293268DD" w14:textId="77777777" w:rsidR="002376F7" w:rsidRDefault="00000000">
            <w:r>
              <w:rPr>
                <w:b/>
                <w:color w:val="FFFFFF"/>
                <w:sz w:val="16"/>
              </w:rPr>
              <w:t>Title</w:t>
            </w:r>
          </w:p>
        </w:tc>
      </w:tr>
      <w:tr w:rsidR="002376F7" w14:paraId="41D2AE70" w14:textId="77777777">
        <w:trPr>
          <w:jc w:val="center"/>
        </w:trPr>
        <w:tc>
          <w:tcPr>
            <w:tcW w:w="1152" w:type="dxa"/>
          </w:tcPr>
          <w:p w14:paraId="70A08EF5" w14:textId="77777777" w:rsidR="002376F7" w:rsidRDefault="00000000">
            <w:r>
              <w:rPr>
                <w:sz w:val="14"/>
              </w:rPr>
              <w:t>1</w:t>
            </w:r>
          </w:p>
        </w:tc>
        <w:tc>
          <w:tcPr>
            <w:tcW w:w="8496" w:type="dxa"/>
          </w:tcPr>
          <w:p w14:paraId="5A992FFC" w14:textId="77777777" w:rsidR="002376F7" w:rsidRDefault="00000000">
            <w:r>
              <w:rPr>
                <w:sz w:val="14"/>
              </w:rPr>
              <w:t>The Language Family Claralinga Serves</w:t>
            </w:r>
          </w:p>
        </w:tc>
      </w:tr>
      <w:tr w:rsidR="002376F7" w14:paraId="68F0E042" w14:textId="77777777">
        <w:trPr>
          <w:jc w:val="center"/>
        </w:trPr>
        <w:tc>
          <w:tcPr>
            <w:tcW w:w="1152" w:type="dxa"/>
            <w:shd w:val="clear" w:color="auto" w:fill="EEF6F8"/>
          </w:tcPr>
          <w:p w14:paraId="4A7ADB00" w14:textId="77777777" w:rsidR="002376F7" w:rsidRDefault="00000000">
            <w:r>
              <w:rPr>
                <w:sz w:val="14"/>
              </w:rPr>
              <w:t>2</w:t>
            </w:r>
          </w:p>
        </w:tc>
        <w:tc>
          <w:tcPr>
            <w:tcW w:w="8496" w:type="dxa"/>
            <w:shd w:val="clear" w:color="auto" w:fill="EEF6F8"/>
          </w:tcPr>
          <w:p w14:paraId="66306072" w14:textId="77777777" w:rsidR="002376F7" w:rsidRDefault="00000000">
            <w:r>
              <w:rPr>
                <w:sz w:val="14"/>
              </w:rPr>
              <w:t>Why Claralinga Is Not Just a Romance Language</w:t>
            </w:r>
          </w:p>
        </w:tc>
      </w:tr>
      <w:tr w:rsidR="002376F7" w14:paraId="500A2DE6" w14:textId="77777777">
        <w:trPr>
          <w:jc w:val="center"/>
        </w:trPr>
        <w:tc>
          <w:tcPr>
            <w:tcW w:w="1152" w:type="dxa"/>
          </w:tcPr>
          <w:p w14:paraId="7BD844ED" w14:textId="77777777" w:rsidR="002376F7" w:rsidRDefault="00000000">
            <w:r>
              <w:rPr>
                <w:sz w:val="14"/>
              </w:rPr>
              <w:t>3</w:t>
            </w:r>
          </w:p>
        </w:tc>
        <w:tc>
          <w:tcPr>
            <w:tcW w:w="8496" w:type="dxa"/>
          </w:tcPr>
          <w:p w14:paraId="32D92917" w14:textId="77777777" w:rsidR="002376F7" w:rsidRDefault="00000000">
            <w:r>
              <w:rPr>
                <w:sz w:val="14"/>
              </w:rPr>
              <w:t>How Claralinga Chooses Words</w:t>
            </w:r>
          </w:p>
        </w:tc>
      </w:tr>
      <w:tr w:rsidR="002376F7" w14:paraId="2FE778A8" w14:textId="77777777">
        <w:trPr>
          <w:jc w:val="center"/>
        </w:trPr>
        <w:tc>
          <w:tcPr>
            <w:tcW w:w="1152" w:type="dxa"/>
            <w:shd w:val="clear" w:color="auto" w:fill="EEF6F8"/>
          </w:tcPr>
          <w:p w14:paraId="318FA287" w14:textId="77777777" w:rsidR="002376F7" w:rsidRDefault="00000000">
            <w:r>
              <w:rPr>
                <w:sz w:val="14"/>
              </w:rPr>
              <w:t>4</w:t>
            </w:r>
          </w:p>
        </w:tc>
        <w:tc>
          <w:tcPr>
            <w:tcW w:w="8496" w:type="dxa"/>
            <w:shd w:val="clear" w:color="auto" w:fill="EEF6F8"/>
          </w:tcPr>
          <w:p w14:paraId="6E5AE3F1" w14:textId="77777777" w:rsidR="002376F7" w:rsidRDefault="00000000">
            <w:r>
              <w:rPr>
                <w:sz w:val="14"/>
              </w:rPr>
              <w:t>International Roots en Practice</w:t>
            </w:r>
          </w:p>
        </w:tc>
      </w:tr>
      <w:tr w:rsidR="002376F7" w14:paraId="04336F56" w14:textId="77777777">
        <w:trPr>
          <w:jc w:val="center"/>
        </w:trPr>
        <w:tc>
          <w:tcPr>
            <w:tcW w:w="1152" w:type="dxa"/>
          </w:tcPr>
          <w:p w14:paraId="5E0C9248" w14:textId="77777777" w:rsidR="002376F7" w:rsidRDefault="00000000">
            <w:r>
              <w:rPr>
                <w:sz w:val="14"/>
              </w:rPr>
              <w:t>5</w:t>
            </w:r>
          </w:p>
        </w:tc>
        <w:tc>
          <w:tcPr>
            <w:tcW w:w="8496" w:type="dxa"/>
          </w:tcPr>
          <w:p w14:paraId="2354B86A" w14:textId="77777777" w:rsidR="002376F7" w:rsidRDefault="00000000">
            <w:r>
              <w:rPr>
                <w:sz w:val="14"/>
              </w:rPr>
              <w:t>What Claralinga Is</w:t>
            </w:r>
          </w:p>
        </w:tc>
      </w:tr>
      <w:tr w:rsidR="002376F7" w14:paraId="4B2CE52C" w14:textId="77777777">
        <w:trPr>
          <w:jc w:val="center"/>
        </w:trPr>
        <w:tc>
          <w:tcPr>
            <w:tcW w:w="1152" w:type="dxa"/>
            <w:shd w:val="clear" w:color="auto" w:fill="EEF6F8"/>
          </w:tcPr>
          <w:p w14:paraId="4442EBE4" w14:textId="77777777" w:rsidR="002376F7" w:rsidRDefault="00000000">
            <w:r>
              <w:rPr>
                <w:sz w:val="14"/>
              </w:rPr>
              <w:t>6</w:t>
            </w:r>
          </w:p>
        </w:tc>
        <w:tc>
          <w:tcPr>
            <w:tcW w:w="8496" w:type="dxa"/>
            <w:shd w:val="clear" w:color="auto" w:fill="EEF6F8"/>
          </w:tcPr>
          <w:p w14:paraId="566065C4" w14:textId="77777777" w:rsidR="002376F7" w:rsidRDefault="00000000">
            <w:r>
              <w:rPr>
                <w:sz w:val="14"/>
              </w:rPr>
              <w:t>Design Principles</w:t>
            </w:r>
          </w:p>
        </w:tc>
      </w:tr>
      <w:tr w:rsidR="002376F7" w14:paraId="799708A2" w14:textId="77777777">
        <w:trPr>
          <w:jc w:val="center"/>
        </w:trPr>
        <w:tc>
          <w:tcPr>
            <w:tcW w:w="1152" w:type="dxa"/>
          </w:tcPr>
          <w:p w14:paraId="1460A214" w14:textId="77777777" w:rsidR="002376F7" w:rsidRDefault="00000000">
            <w:r>
              <w:rPr>
                <w:sz w:val="14"/>
              </w:rPr>
              <w:t>7</w:t>
            </w:r>
          </w:p>
        </w:tc>
        <w:tc>
          <w:tcPr>
            <w:tcW w:w="8496" w:type="dxa"/>
          </w:tcPr>
          <w:p w14:paraId="5A368B9E" w14:textId="77777777" w:rsidR="002376F7" w:rsidRDefault="00000000">
            <w:r>
              <w:rPr>
                <w:sz w:val="14"/>
              </w:rPr>
              <w:t>Pronunciation and Spelling</w:t>
            </w:r>
          </w:p>
        </w:tc>
      </w:tr>
      <w:tr w:rsidR="002376F7" w14:paraId="1CD6C906" w14:textId="77777777">
        <w:trPr>
          <w:jc w:val="center"/>
        </w:trPr>
        <w:tc>
          <w:tcPr>
            <w:tcW w:w="1152" w:type="dxa"/>
            <w:shd w:val="clear" w:color="auto" w:fill="EEF6F8"/>
          </w:tcPr>
          <w:p w14:paraId="32331FB2" w14:textId="77777777" w:rsidR="002376F7" w:rsidRDefault="00000000">
            <w:r>
              <w:rPr>
                <w:sz w:val="14"/>
              </w:rPr>
              <w:t>8</w:t>
            </w:r>
          </w:p>
        </w:tc>
        <w:tc>
          <w:tcPr>
            <w:tcW w:w="8496" w:type="dxa"/>
            <w:shd w:val="clear" w:color="auto" w:fill="EEF6F8"/>
          </w:tcPr>
          <w:p w14:paraId="6E53B86B" w14:textId="77777777" w:rsidR="002376F7" w:rsidRDefault="00000000">
            <w:r>
              <w:rPr>
                <w:sz w:val="14"/>
              </w:rPr>
              <w:t>Grammar at a Glance</w:t>
            </w:r>
          </w:p>
        </w:tc>
      </w:tr>
      <w:tr w:rsidR="002376F7" w14:paraId="66BBBBD0" w14:textId="77777777">
        <w:trPr>
          <w:jc w:val="center"/>
        </w:trPr>
        <w:tc>
          <w:tcPr>
            <w:tcW w:w="1152" w:type="dxa"/>
          </w:tcPr>
          <w:p w14:paraId="76EAB13C" w14:textId="77777777" w:rsidR="002376F7" w:rsidRDefault="00000000">
            <w:r>
              <w:rPr>
                <w:sz w:val="14"/>
              </w:rPr>
              <w:t>9</w:t>
            </w:r>
          </w:p>
        </w:tc>
        <w:tc>
          <w:tcPr>
            <w:tcW w:w="8496" w:type="dxa"/>
          </w:tcPr>
          <w:p w14:paraId="249E44A2" w14:textId="77777777" w:rsidR="002376F7" w:rsidRDefault="00000000">
            <w:r>
              <w:rPr>
                <w:sz w:val="14"/>
              </w:rPr>
              <w:t>Articles, Plurals, and Adjectives</w:t>
            </w:r>
          </w:p>
        </w:tc>
      </w:tr>
      <w:tr w:rsidR="002376F7" w14:paraId="68EDA7BD" w14:textId="77777777">
        <w:trPr>
          <w:jc w:val="center"/>
        </w:trPr>
        <w:tc>
          <w:tcPr>
            <w:tcW w:w="1152" w:type="dxa"/>
            <w:shd w:val="clear" w:color="auto" w:fill="EEF6F8"/>
          </w:tcPr>
          <w:p w14:paraId="4B2106E9" w14:textId="77777777" w:rsidR="002376F7" w:rsidRDefault="00000000">
            <w:r>
              <w:rPr>
                <w:sz w:val="14"/>
              </w:rPr>
              <w:t>10</w:t>
            </w:r>
          </w:p>
        </w:tc>
        <w:tc>
          <w:tcPr>
            <w:tcW w:w="8496" w:type="dxa"/>
            <w:shd w:val="clear" w:color="auto" w:fill="EEF6F8"/>
          </w:tcPr>
          <w:p w14:paraId="4D12E525" w14:textId="77777777" w:rsidR="002376F7" w:rsidRDefault="00000000">
            <w:r>
              <w:rPr>
                <w:sz w:val="14"/>
              </w:rPr>
              <w:t>Pronouns and Possession</w:t>
            </w:r>
          </w:p>
        </w:tc>
      </w:tr>
      <w:tr w:rsidR="002376F7" w14:paraId="3E066A41" w14:textId="77777777">
        <w:trPr>
          <w:jc w:val="center"/>
        </w:trPr>
        <w:tc>
          <w:tcPr>
            <w:tcW w:w="1152" w:type="dxa"/>
          </w:tcPr>
          <w:p w14:paraId="0048DBB3" w14:textId="77777777" w:rsidR="002376F7" w:rsidRDefault="00000000">
            <w:r>
              <w:rPr>
                <w:sz w:val="14"/>
              </w:rPr>
              <w:t>11</w:t>
            </w:r>
          </w:p>
        </w:tc>
        <w:tc>
          <w:tcPr>
            <w:tcW w:w="8496" w:type="dxa"/>
          </w:tcPr>
          <w:p w14:paraId="062113EF" w14:textId="77777777" w:rsidR="002376F7" w:rsidRDefault="00000000">
            <w:r>
              <w:rPr>
                <w:sz w:val="14"/>
              </w:rPr>
              <w:t>Verbs and Time Markers</w:t>
            </w:r>
          </w:p>
        </w:tc>
      </w:tr>
      <w:tr w:rsidR="002376F7" w14:paraId="0E8F925D" w14:textId="77777777">
        <w:trPr>
          <w:jc w:val="center"/>
        </w:trPr>
        <w:tc>
          <w:tcPr>
            <w:tcW w:w="1152" w:type="dxa"/>
            <w:shd w:val="clear" w:color="auto" w:fill="EEF6F8"/>
          </w:tcPr>
          <w:p w14:paraId="17270AD4" w14:textId="77777777" w:rsidR="002376F7" w:rsidRDefault="00000000">
            <w:r>
              <w:rPr>
                <w:sz w:val="14"/>
              </w:rPr>
              <w:t>12</w:t>
            </w:r>
          </w:p>
        </w:tc>
        <w:tc>
          <w:tcPr>
            <w:tcW w:w="8496" w:type="dxa"/>
            <w:shd w:val="clear" w:color="auto" w:fill="EEF6F8"/>
          </w:tcPr>
          <w:p w14:paraId="4FD73816" w14:textId="77777777" w:rsidR="002376F7" w:rsidRDefault="00000000">
            <w:r>
              <w:rPr>
                <w:sz w:val="14"/>
              </w:rPr>
              <w:t>Questions and Negation</w:t>
            </w:r>
          </w:p>
        </w:tc>
      </w:tr>
      <w:tr w:rsidR="002376F7" w14:paraId="7385F051" w14:textId="77777777">
        <w:trPr>
          <w:jc w:val="center"/>
        </w:trPr>
        <w:tc>
          <w:tcPr>
            <w:tcW w:w="1152" w:type="dxa"/>
          </w:tcPr>
          <w:p w14:paraId="34EEC29E" w14:textId="77777777" w:rsidR="002376F7" w:rsidRDefault="00000000">
            <w:r>
              <w:rPr>
                <w:sz w:val="14"/>
              </w:rPr>
              <w:t>13</w:t>
            </w:r>
          </w:p>
        </w:tc>
        <w:tc>
          <w:tcPr>
            <w:tcW w:w="8496" w:type="dxa"/>
          </w:tcPr>
          <w:p w14:paraId="46ACF027" w14:textId="77777777" w:rsidR="002376F7" w:rsidRDefault="00000000">
            <w:r>
              <w:rPr>
                <w:sz w:val="14"/>
              </w:rPr>
              <w:t>Numbers, Time, and Dates</w:t>
            </w:r>
          </w:p>
        </w:tc>
      </w:tr>
      <w:tr w:rsidR="002376F7" w14:paraId="05F4EC51" w14:textId="77777777">
        <w:trPr>
          <w:jc w:val="center"/>
        </w:trPr>
        <w:tc>
          <w:tcPr>
            <w:tcW w:w="1152" w:type="dxa"/>
            <w:shd w:val="clear" w:color="auto" w:fill="EEF6F8"/>
          </w:tcPr>
          <w:p w14:paraId="74613FB2" w14:textId="77777777" w:rsidR="002376F7" w:rsidRDefault="00000000">
            <w:r>
              <w:rPr>
                <w:sz w:val="14"/>
              </w:rPr>
              <w:t>14</w:t>
            </w:r>
          </w:p>
        </w:tc>
        <w:tc>
          <w:tcPr>
            <w:tcW w:w="8496" w:type="dxa"/>
            <w:shd w:val="clear" w:color="auto" w:fill="EEF6F8"/>
          </w:tcPr>
          <w:p w14:paraId="51D57BA3" w14:textId="77777777" w:rsidR="002376F7" w:rsidRDefault="00000000">
            <w:r>
              <w:rPr>
                <w:sz w:val="14"/>
              </w:rPr>
              <w:t>Usage Notes and Accepted Variants</w:t>
            </w:r>
          </w:p>
        </w:tc>
      </w:tr>
      <w:tr w:rsidR="002376F7" w14:paraId="1CFA3F84" w14:textId="77777777">
        <w:trPr>
          <w:jc w:val="center"/>
        </w:trPr>
        <w:tc>
          <w:tcPr>
            <w:tcW w:w="1152" w:type="dxa"/>
          </w:tcPr>
          <w:p w14:paraId="201A9993" w14:textId="77777777" w:rsidR="002376F7" w:rsidRDefault="00000000">
            <w:r>
              <w:rPr>
                <w:sz w:val="14"/>
              </w:rPr>
              <w:t>15</w:t>
            </w:r>
          </w:p>
        </w:tc>
        <w:tc>
          <w:tcPr>
            <w:tcW w:w="8496" w:type="dxa"/>
          </w:tcPr>
          <w:p w14:paraId="37824E15" w14:textId="77777777" w:rsidR="002376F7" w:rsidRDefault="00000000">
            <w:r>
              <w:rPr>
                <w:sz w:val="14"/>
              </w:rPr>
              <w:t>Word Building and Clarity Rules</w:t>
            </w:r>
          </w:p>
        </w:tc>
      </w:tr>
      <w:tr w:rsidR="002376F7" w14:paraId="4566DB89" w14:textId="77777777">
        <w:trPr>
          <w:jc w:val="center"/>
        </w:trPr>
        <w:tc>
          <w:tcPr>
            <w:tcW w:w="1152" w:type="dxa"/>
            <w:shd w:val="clear" w:color="auto" w:fill="EEF6F8"/>
          </w:tcPr>
          <w:p w14:paraId="47637428" w14:textId="77777777" w:rsidR="002376F7" w:rsidRDefault="00000000">
            <w:r>
              <w:rPr>
                <w:sz w:val="14"/>
              </w:rPr>
              <w:t>16</w:t>
            </w:r>
          </w:p>
        </w:tc>
        <w:tc>
          <w:tcPr>
            <w:tcW w:w="8496" w:type="dxa"/>
            <w:shd w:val="clear" w:color="auto" w:fill="EEF6F8"/>
          </w:tcPr>
          <w:p w14:paraId="4D6C0E21" w14:textId="77777777" w:rsidR="002376F7" w:rsidRDefault="00000000">
            <w:r>
              <w:rPr>
                <w:sz w:val="14"/>
              </w:rPr>
              <w:t>Writing and Style Guide</w:t>
            </w:r>
          </w:p>
        </w:tc>
      </w:tr>
      <w:tr w:rsidR="002376F7" w14:paraId="0E4EF3B6" w14:textId="77777777">
        <w:trPr>
          <w:jc w:val="center"/>
        </w:trPr>
        <w:tc>
          <w:tcPr>
            <w:tcW w:w="1152" w:type="dxa"/>
          </w:tcPr>
          <w:p w14:paraId="1600DE8E" w14:textId="77777777" w:rsidR="002376F7" w:rsidRDefault="00000000">
            <w:r>
              <w:rPr>
                <w:sz w:val="14"/>
              </w:rPr>
              <w:t>17</w:t>
            </w:r>
          </w:p>
        </w:tc>
        <w:tc>
          <w:tcPr>
            <w:tcW w:w="8496" w:type="dxa"/>
          </w:tcPr>
          <w:p w14:paraId="3A66A183" w14:textId="77777777" w:rsidR="002376F7" w:rsidRDefault="00000000">
            <w:r>
              <w:rPr>
                <w:sz w:val="14"/>
              </w:rPr>
              <w:t>Common Mistakes</w:t>
            </w:r>
          </w:p>
        </w:tc>
      </w:tr>
      <w:tr w:rsidR="002376F7" w14:paraId="6AB048F9" w14:textId="77777777">
        <w:trPr>
          <w:jc w:val="center"/>
        </w:trPr>
        <w:tc>
          <w:tcPr>
            <w:tcW w:w="1152" w:type="dxa"/>
            <w:shd w:val="clear" w:color="auto" w:fill="EEF6F8"/>
          </w:tcPr>
          <w:p w14:paraId="05E84DC9" w14:textId="77777777" w:rsidR="002376F7" w:rsidRDefault="00000000">
            <w:r>
              <w:rPr>
                <w:sz w:val="14"/>
              </w:rPr>
              <w:t>18</w:t>
            </w:r>
          </w:p>
        </w:tc>
        <w:tc>
          <w:tcPr>
            <w:tcW w:w="8496" w:type="dxa"/>
            <w:shd w:val="clear" w:color="auto" w:fill="EEF6F8"/>
          </w:tcPr>
          <w:p w14:paraId="3BFCC221" w14:textId="77777777" w:rsidR="002376F7" w:rsidRDefault="00000000">
            <w:r>
              <w:rPr>
                <w:sz w:val="14"/>
              </w:rPr>
              <w:t>Ten Beginner Lessons</w:t>
            </w:r>
          </w:p>
        </w:tc>
      </w:tr>
      <w:tr w:rsidR="002376F7" w14:paraId="2A6D6142" w14:textId="77777777">
        <w:trPr>
          <w:jc w:val="center"/>
        </w:trPr>
        <w:tc>
          <w:tcPr>
            <w:tcW w:w="1152" w:type="dxa"/>
          </w:tcPr>
          <w:p w14:paraId="07EC6242" w14:textId="77777777" w:rsidR="002376F7" w:rsidRDefault="00000000">
            <w:r>
              <w:rPr>
                <w:sz w:val="14"/>
              </w:rPr>
              <w:t>19</w:t>
            </w:r>
          </w:p>
        </w:tc>
        <w:tc>
          <w:tcPr>
            <w:tcW w:w="8496" w:type="dxa"/>
          </w:tcPr>
          <w:p w14:paraId="128243BD" w14:textId="77777777" w:rsidR="002376F7" w:rsidRDefault="00000000">
            <w:r>
              <w:rPr>
                <w:sz w:val="14"/>
              </w:rPr>
              <w:t>Core Vocabulary 250</w:t>
            </w:r>
          </w:p>
        </w:tc>
      </w:tr>
      <w:tr w:rsidR="002376F7" w14:paraId="3851A070" w14:textId="77777777">
        <w:trPr>
          <w:jc w:val="center"/>
        </w:trPr>
        <w:tc>
          <w:tcPr>
            <w:tcW w:w="1152" w:type="dxa"/>
            <w:shd w:val="clear" w:color="auto" w:fill="EEF6F8"/>
          </w:tcPr>
          <w:p w14:paraId="4138F246" w14:textId="77777777" w:rsidR="002376F7" w:rsidRDefault="00000000">
            <w:r>
              <w:rPr>
                <w:sz w:val="14"/>
              </w:rPr>
              <w:t>20</w:t>
            </w:r>
          </w:p>
        </w:tc>
        <w:tc>
          <w:tcPr>
            <w:tcW w:w="8496" w:type="dxa"/>
            <w:shd w:val="clear" w:color="auto" w:fill="EEF6F8"/>
          </w:tcPr>
          <w:p w14:paraId="40B34457" w14:textId="77777777" w:rsidR="002376F7" w:rsidRDefault="00000000">
            <w:r>
              <w:rPr>
                <w:sz w:val="14"/>
              </w:rPr>
              <w:t>Core 500 Roadmap</w:t>
            </w:r>
          </w:p>
        </w:tc>
      </w:tr>
      <w:tr w:rsidR="002376F7" w14:paraId="64D1D928" w14:textId="77777777">
        <w:trPr>
          <w:jc w:val="center"/>
        </w:trPr>
        <w:tc>
          <w:tcPr>
            <w:tcW w:w="1152" w:type="dxa"/>
          </w:tcPr>
          <w:p w14:paraId="2E84B291" w14:textId="77777777" w:rsidR="002376F7" w:rsidRDefault="00000000">
            <w:r>
              <w:rPr>
                <w:sz w:val="14"/>
              </w:rPr>
              <w:t>21</w:t>
            </w:r>
          </w:p>
        </w:tc>
        <w:tc>
          <w:tcPr>
            <w:tcW w:w="8496" w:type="dxa"/>
          </w:tcPr>
          <w:p w14:paraId="33C34243" w14:textId="77777777" w:rsidR="002376F7" w:rsidRDefault="00000000">
            <w:r>
              <w:rPr>
                <w:sz w:val="14"/>
              </w:rPr>
              <w:t>Everyday Phrasebook</w:t>
            </w:r>
          </w:p>
        </w:tc>
      </w:tr>
      <w:tr w:rsidR="002376F7" w14:paraId="2ECB84EA" w14:textId="77777777">
        <w:trPr>
          <w:jc w:val="center"/>
        </w:trPr>
        <w:tc>
          <w:tcPr>
            <w:tcW w:w="1152" w:type="dxa"/>
            <w:shd w:val="clear" w:color="auto" w:fill="EEF6F8"/>
          </w:tcPr>
          <w:p w14:paraId="6184C50C" w14:textId="77777777" w:rsidR="002376F7" w:rsidRDefault="00000000">
            <w:r>
              <w:rPr>
                <w:sz w:val="14"/>
              </w:rPr>
              <w:t>22</w:t>
            </w:r>
          </w:p>
        </w:tc>
        <w:tc>
          <w:tcPr>
            <w:tcW w:w="8496" w:type="dxa"/>
            <w:shd w:val="clear" w:color="auto" w:fill="EEF6F8"/>
          </w:tcPr>
          <w:p w14:paraId="3D883E51" w14:textId="77777777" w:rsidR="002376F7" w:rsidRDefault="00000000">
            <w:r>
              <w:rPr>
                <w:sz w:val="14"/>
              </w:rPr>
              <w:t>Sample Conversations</w:t>
            </w:r>
          </w:p>
        </w:tc>
      </w:tr>
      <w:tr w:rsidR="002376F7" w14:paraId="684ED063" w14:textId="77777777">
        <w:trPr>
          <w:jc w:val="center"/>
        </w:trPr>
        <w:tc>
          <w:tcPr>
            <w:tcW w:w="1152" w:type="dxa"/>
          </w:tcPr>
          <w:p w14:paraId="50B6D687" w14:textId="77777777" w:rsidR="002376F7" w:rsidRDefault="00000000">
            <w:r>
              <w:rPr>
                <w:sz w:val="14"/>
              </w:rPr>
              <w:t>23</w:t>
            </w:r>
          </w:p>
        </w:tc>
        <w:tc>
          <w:tcPr>
            <w:tcW w:w="8496" w:type="dxa"/>
          </w:tcPr>
          <w:p w14:paraId="1150EADD" w14:textId="77777777" w:rsidR="002376F7" w:rsidRDefault="00000000">
            <w:r>
              <w:rPr>
                <w:sz w:val="14"/>
              </w:rPr>
              <w:t>Reading Practice</w:t>
            </w:r>
          </w:p>
        </w:tc>
      </w:tr>
      <w:tr w:rsidR="002376F7" w14:paraId="0E769D4A" w14:textId="77777777">
        <w:trPr>
          <w:jc w:val="center"/>
        </w:trPr>
        <w:tc>
          <w:tcPr>
            <w:tcW w:w="1152" w:type="dxa"/>
            <w:shd w:val="clear" w:color="auto" w:fill="EEF6F8"/>
          </w:tcPr>
          <w:p w14:paraId="329D5755" w14:textId="77777777" w:rsidR="002376F7" w:rsidRDefault="00000000">
            <w:r>
              <w:rPr>
                <w:sz w:val="14"/>
              </w:rPr>
              <w:t>24</w:t>
            </w:r>
          </w:p>
        </w:tc>
        <w:tc>
          <w:tcPr>
            <w:tcW w:w="8496" w:type="dxa"/>
            <w:shd w:val="clear" w:color="auto" w:fill="EEF6F8"/>
          </w:tcPr>
          <w:p w14:paraId="592C2AE6" w14:textId="77777777" w:rsidR="002376F7" w:rsidRDefault="00000000">
            <w:r>
              <w:rPr>
                <w:sz w:val="14"/>
              </w:rPr>
              <w:t>Lord’s Prayer Recognizability Test</w:t>
            </w:r>
          </w:p>
        </w:tc>
      </w:tr>
      <w:tr w:rsidR="002376F7" w14:paraId="2D3D5F6A" w14:textId="77777777">
        <w:trPr>
          <w:jc w:val="center"/>
        </w:trPr>
        <w:tc>
          <w:tcPr>
            <w:tcW w:w="1152" w:type="dxa"/>
          </w:tcPr>
          <w:p w14:paraId="777CCA4A" w14:textId="77777777" w:rsidR="002376F7" w:rsidRDefault="00000000">
            <w:r>
              <w:rPr>
                <w:sz w:val="14"/>
              </w:rPr>
              <w:t>25</w:t>
            </w:r>
          </w:p>
        </w:tc>
        <w:tc>
          <w:tcPr>
            <w:tcW w:w="8496" w:type="dxa"/>
          </w:tcPr>
          <w:p w14:paraId="096971BF" w14:textId="77777777" w:rsidR="002376F7" w:rsidRDefault="00000000">
            <w:r>
              <w:rPr>
                <w:sz w:val="14"/>
              </w:rPr>
              <w:t>Exercises</w:t>
            </w:r>
          </w:p>
        </w:tc>
      </w:tr>
      <w:tr w:rsidR="002376F7" w14:paraId="76A1E1B2" w14:textId="77777777">
        <w:trPr>
          <w:jc w:val="center"/>
        </w:trPr>
        <w:tc>
          <w:tcPr>
            <w:tcW w:w="1152" w:type="dxa"/>
            <w:shd w:val="clear" w:color="auto" w:fill="EEF6F8"/>
          </w:tcPr>
          <w:p w14:paraId="268233BC" w14:textId="77777777" w:rsidR="002376F7" w:rsidRDefault="00000000">
            <w:r>
              <w:rPr>
                <w:sz w:val="14"/>
              </w:rPr>
              <w:t>26</w:t>
            </w:r>
          </w:p>
        </w:tc>
        <w:tc>
          <w:tcPr>
            <w:tcW w:w="8496" w:type="dxa"/>
            <w:shd w:val="clear" w:color="auto" w:fill="EEF6F8"/>
          </w:tcPr>
          <w:p w14:paraId="6C077F0C" w14:textId="77777777" w:rsidR="002376F7" w:rsidRDefault="00000000">
            <w:r>
              <w:rPr>
                <w:sz w:val="14"/>
              </w:rPr>
              <w:t>Answer Key</w:t>
            </w:r>
          </w:p>
        </w:tc>
      </w:tr>
      <w:tr w:rsidR="002376F7" w14:paraId="5899278D" w14:textId="77777777">
        <w:trPr>
          <w:jc w:val="center"/>
        </w:trPr>
        <w:tc>
          <w:tcPr>
            <w:tcW w:w="1152" w:type="dxa"/>
          </w:tcPr>
          <w:p w14:paraId="3B5C710F" w14:textId="77777777" w:rsidR="002376F7" w:rsidRDefault="00000000">
            <w:r>
              <w:rPr>
                <w:sz w:val="14"/>
              </w:rPr>
              <w:t>27</w:t>
            </w:r>
          </w:p>
        </w:tc>
        <w:tc>
          <w:tcPr>
            <w:tcW w:w="8496" w:type="dxa"/>
          </w:tcPr>
          <w:p w14:paraId="646A2EFA" w14:textId="77777777" w:rsidR="002376F7" w:rsidRDefault="00000000">
            <w:r>
              <w:rPr>
                <w:sz w:val="14"/>
              </w:rPr>
              <w:t>Mini Dictionaries</w:t>
            </w:r>
          </w:p>
        </w:tc>
      </w:tr>
      <w:tr w:rsidR="002376F7" w14:paraId="2F86EDEB" w14:textId="77777777">
        <w:trPr>
          <w:jc w:val="center"/>
        </w:trPr>
        <w:tc>
          <w:tcPr>
            <w:tcW w:w="1152" w:type="dxa"/>
            <w:shd w:val="clear" w:color="auto" w:fill="EEF6F8"/>
          </w:tcPr>
          <w:p w14:paraId="068F3A4C" w14:textId="77777777" w:rsidR="002376F7" w:rsidRDefault="00000000">
            <w:r>
              <w:rPr>
                <w:sz w:val="14"/>
              </w:rPr>
              <w:t>28</w:t>
            </w:r>
          </w:p>
        </w:tc>
        <w:tc>
          <w:tcPr>
            <w:tcW w:w="8496" w:type="dxa"/>
            <w:shd w:val="clear" w:color="auto" w:fill="EEF6F8"/>
          </w:tcPr>
          <w:p w14:paraId="3FBC2291" w14:textId="77777777" w:rsidR="002376F7" w:rsidRDefault="00000000">
            <w:r>
              <w:rPr>
                <w:sz w:val="14"/>
              </w:rPr>
              <w:t>Pronunciation Audio Script</w:t>
            </w:r>
          </w:p>
        </w:tc>
      </w:tr>
      <w:tr w:rsidR="002376F7" w14:paraId="5A90828E" w14:textId="77777777">
        <w:trPr>
          <w:jc w:val="center"/>
        </w:trPr>
        <w:tc>
          <w:tcPr>
            <w:tcW w:w="1152" w:type="dxa"/>
          </w:tcPr>
          <w:p w14:paraId="666210A8" w14:textId="77777777" w:rsidR="002376F7" w:rsidRDefault="00000000">
            <w:r>
              <w:rPr>
                <w:sz w:val="14"/>
              </w:rPr>
              <w:t>29</w:t>
            </w:r>
          </w:p>
        </w:tc>
        <w:tc>
          <w:tcPr>
            <w:tcW w:w="8496" w:type="dxa"/>
          </w:tcPr>
          <w:p w14:paraId="5B25F763" w14:textId="77777777" w:rsidR="002376F7" w:rsidRDefault="00000000">
            <w:r>
              <w:rPr>
                <w:sz w:val="14"/>
              </w:rPr>
              <w:t>Claralinga at a Glance</w:t>
            </w:r>
          </w:p>
        </w:tc>
      </w:tr>
      <w:tr w:rsidR="002376F7" w14:paraId="33B9920D" w14:textId="77777777">
        <w:trPr>
          <w:jc w:val="center"/>
        </w:trPr>
        <w:tc>
          <w:tcPr>
            <w:tcW w:w="1152" w:type="dxa"/>
            <w:shd w:val="clear" w:color="auto" w:fill="EEF6F8"/>
          </w:tcPr>
          <w:p w14:paraId="74ED6982" w14:textId="77777777" w:rsidR="002376F7" w:rsidRDefault="00000000">
            <w:r>
              <w:rPr>
                <w:sz w:val="14"/>
              </w:rPr>
              <w:t>30</w:t>
            </w:r>
          </w:p>
        </w:tc>
        <w:tc>
          <w:tcPr>
            <w:tcW w:w="8496" w:type="dxa"/>
            <w:shd w:val="clear" w:color="auto" w:fill="EEF6F8"/>
          </w:tcPr>
          <w:p w14:paraId="52F59DF5" w14:textId="77777777" w:rsidR="002376F7" w:rsidRDefault="00000000">
            <w:r>
              <w:rPr>
                <w:sz w:val="14"/>
              </w:rPr>
              <w:t>Creator’s Notes and Version Notes</w:t>
            </w:r>
          </w:p>
        </w:tc>
      </w:tr>
    </w:tbl>
    <w:p w14:paraId="7124D296" w14:textId="77777777" w:rsidR="002376F7" w:rsidRDefault="002376F7">
      <w:pPr>
        <w:spacing w:after="120"/>
      </w:pPr>
    </w:p>
    <w:p w14:paraId="2CAFCAD7" w14:textId="77777777" w:rsidR="002376F7" w:rsidRDefault="00000000">
      <w:r/>
    </w:p>
    <w:p w14:paraId="6F0567CE" w14:textId="77777777" w:rsidR="002376F7" w:rsidRDefault="00000000">
      <w:pPr>
        <w:pStyle w:val="ChapterLabel"/>
      </w:pPr>
      <w:r>
        <w:t>Chapter 1</w:t>
      </w:r>
    </w:p>
    <w:p w14:paraId="3D6C318A" w14:textId="77777777" w:rsidR="002376F7" w:rsidRDefault="00000000">
      <w:pPr>
        <w:pStyle w:val="ChapterTitle"/>
        <w:keepNext/>
      </w:pPr>
      <w:r>
        <w:t>The Language Family Claralinga Serves</w:t>
      </w:r>
    </w:p>
    <w:p w14:paraId="7AB53D97" w14:textId="77777777" w:rsidR="002376F7" w:rsidRDefault="00000000">
      <w:pPr>
        <w:pStyle w:val="ChapterSubtitle"/>
      </w:pPr>
      <w:r>
        <w:t>A broad modern Indo-European audience</w:t>
      </w:r>
    </w:p>
    <w:p w14:paraId="1608CE7B" w14:textId="77777777" w:rsidR="002376F7" w:rsidRDefault="002376F7">
      <w:pPr>
        <w:pBdr>
          <w:bottom w:val="single" w:sz="12" w:space="1" w:color="DAA520"/>
        </w:pBdr>
        <w:spacing w:after="160"/>
      </w:pPr>
    </w:p>
    <w:p w14:paraId="6AE60BA3" w14:textId="77777777" w:rsidR="002376F7" w:rsidRDefault="00000000">
      <w:pPr>
        <w:spacing w:after="100"/>
      </w:pPr>
      <w:r>
        <w:t>Claralinga is designed for speakers and learners connected to the modern Indo-European language family. It is not limited to one branch, one nasion, or one prestige tradition. Its purpose is practical recognition across a wide family of voices.</w:t>
      </w:r>
    </w:p>
    <w:tbl>
      <w:tblPr>
        <w:tblStyle w:val="TableGrid"/>
        <w:tblW w:w="0" w:type="auto"/>
        <w:jc w:val="center"/>
        <w:tblLook w:val="04A0" w:firstRow="1" w:lastRow="0" w:firstColumn="1" w:lastColumn="0" w:noHBand="0" w:noVBand="1"/>
      </w:tblPr>
      <w:tblGrid>
        <w:gridCol w:w="1944"/>
        <w:gridCol w:w="3528"/>
        <w:gridCol w:w="4608"/>
      </w:tblGrid>
      <w:tr w:rsidR="002376F7" w14:paraId="7673F70A" w14:textId="77777777">
        <w:trPr>
          <w:tblHeader/>
          <w:jc w:val="center"/>
        </w:trPr>
        <w:tc>
          <w:tcPr>
            <w:tcW w:w="1944" w:type="dxa"/>
            <w:shd w:val="clear" w:color="auto" w:fill="163B60"/>
          </w:tcPr>
          <w:p w14:paraId="16596CF2" w14:textId="77777777" w:rsidR="002376F7" w:rsidRDefault="00000000">
            <w:r>
              <w:rPr>
                <w:b/>
                <w:color w:val="FFFFFF"/>
                <w:sz w:val="16"/>
              </w:rPr>
              <w:t>Branch</w:t>
            </w:r>
          </w:p>
        </w:tc>
        <w:tc>
          <w:tcPr>
            <w:tcW w:w="3528" w:type="dxa"/>
            <w:shd w:val="clear" w:color="auto" w:fill="163B60"/>
          </w:tcPr>
          <w:p w14:paraId="7FB535C9" w14:textId="77777777" w:rsidR="002376F7" w:rsidRDefault="00000000">
            <w:r>
              <w:rPr>
                <w:b/>
                <w:color w:val="FFFFFF"/>
                <w:sz w:val="16"/>
              </w:rPr>
              <w:t>Examples</w:t>
            </w:r>
          </w:p>
        </w:tc>
        <w:tc>
          <w:tcPr>
            <w:tcW w:w="4608" w:type="dxa"/>
            <w:shd w:val="clear" w:color="auto" w:fill="163B60"/>
          </w:tcPr>
          <w:p w14:paraId="65DD50DC" w14:textId="77777777" w:rsidR="002376F7" w:rsidRDefault="00000000">
            <w:r>
              <w:rPr>
                <w:b/>
                <w:color w:val="FFFFFF"/>
                <w:sz w:val="16"/>
              </w:rPr>
              <w:t>How Claralinga Considers It</w:t>
            </w:r>
          </w:p>
        </w:tc>
      </w:tr>
      <w:tr w:rsidR="002376F7" w14:paraId="0DA0D4A0" w14:textId="77777777">
        <w:trPr>
          <w:jc w:val="center"/>
        </w:trPr>
        <w:tc>
          <w:tcPr>
            <w:tcW w:w="1944" w:type="dxa"/>
          </w:tcPr>
          <w:p w14:paraId="59D922C8" w14:textId="77777777" w:rsidR="002376F7" w:rsidRDefault="00000000">
            <w:r>
              <w:rPr>
                <w:sz w:val="15"/>
              </w:rPr>
              <w:t>Germanic</w:t>
            </w:r>
          </w:p>
        </w:tc>
        <w:tc>
          <w:tcPr>
            <w:tcW w:w="3528" w:type="dxa"/>
          </w:tcPr>
          <w:p w14:paraId="7A183F13" w14:textId="77777777" w:rsidR="002376F7" w:rsidRDefault="00000000">
            <w:r>
              <w:rPr>
                <w:sz w:val="15"/>
              </w:rPr>
              <w:t>English, German, Dutch, Swedish, Norwegian, Danish, Icelandic</w:t>
            </w:r>
          </w:p>
        </w:tc>
        <w:tc>
          <w:tcPr>
            <w:tcW w:w="4608" w:type="dxa"/>
          </w:tcPr>
          <w:p w14:paraId="0F38B5BD" w14:textId="77777777" w:rsidR="002376F7" w:rsidRDefault="00000000">
            <w:r>
              <w:rPr>
                <w:sz w:val="15"/>
              </w:rPr>
              <w:t>Shared roots, simple everyday forms, and modern international vocabulary.</w:t>
            </w:r>
          </w:p>
        </w:tc>
      </w:tr>
      <w:tr w:rsidR="002376F7" w14:paraId="57B04590" w14:textId="77777777">
        <w:trPr>
          <w:jc w:val="center"/>
        </w:trPr>
        <w:tc>
          <w:tcPr>
            <w:tcW w:w="1944" w:type="dxa"/>
            <w:shd w:val="clear" w:color="auto" w:fill="EEF6F8"/>
          </w:tcPr>
          <w:p w14:paraId="6E09C41B" w14:textId="77777777" w:rsidR="002376F7" w:rsidRDefault="00000000">
            <w:r>
              <w:rPr>
                <w:sz w:val="15"/>
              </w:rPr>
              <w:t>Romance</w:t>
            </w:r>
          </w:p>
        </w:tc>
        <w:tc>
          <w:tcPr>
            <w:tcW w:w="3528" w:type="dxa"/>
            <w:shd w:val="clear" w:color="auto" w:fill="EEF6F8"/>
          </w:tcPr>
          <w:p w14:paraId="07B532AD" w14:textId="77777777" w:rsidR="002376F7" w:rsidRDefault="00000000">
            <w:r>
              <w:rPr>
                <w:sz w:val="15"/>
              </w:rPr>
              <w:t>Spanish, French, Italian, Portuguese, Romanian, Catalan</w:t>
            </w:r>
          </w:p>
        </w:tc>
        <w:tc>
          <w:tcPr>
            <w:tcW w:w="4608" w:type="dxa"/>
            <w:shd w:val="clear" w:color="auto" w:fill="EEF6F8"/>
          </w:tcPr>
          <w:p w14:paraId="4D65DBDB" w14:textId="77777777" w:rsidR="002376F7" w:rsidRDefault="00000000">
            <w:r>
              <w:rPr>
                <w:sz w:val="15"/>
              </w:rPr>
              <w:t>Many familiar global words entered through Latin, French, Spanish, and Italian forms.</w:t>
            </w:r>
          </w:p>
        </w:tc>
      </w:tr>
      <w:tr w:rsidR="002376F7" w14:paraId="0A105FF5" w14:textId="77777777">
        <w:trPr>
          <w:jc w:val="center"/>
        </w:trPr>
        <w:tc>
          <w:tcPr>
            <w:tcW w:w="1944" w:type="dxa"/>
          </w:tcPr>
          <w:p w14:paraId="20697976" w14:textId="77777777" w:rsidR="002376F7" w:rsidRDefault="00000000">
            <w:r>
              <w:rPr>
                <w:sz w:val="15"/>
              </w:rPr>
              <w:t>Slavic</w:t>
            </w:r>
          </w:p>
        </w:tc>
        <w:tc>
          <w:tcPr>
            <w:tcW w:w="3528" w:type="dxa"/>
          </w:tcPr>
          <w:p w14:paraId="096556AC" w14:textId="77777777" w:rsidR="002376F7" w:rsidRDefault="00000000">
            <w:r>
              <w:rPr>
                <w:sz w:val="15"/>
              </w:rPr>
              <w:t>Russian, Polish, Ukrainian, Czech, Slovak, Bulgarian, Serbian, Croatian, Slovene</w:t>
            </w:r>
          </w:p>
        </w:tc>
        <w:tc>
          <w:tcPr>
            <w:tcW w:w="4608" w:type="dxa"/>
          </w:tcPr>
          <w:p w14:paraId="0FBABDCF" w14:textId="77777777" w:rsidR="002376F7" w:rsidRDefault="00000000">
            <w:r>
              <w:rPr>
                <w:sz w:val="15"/>
              </w:rPr>
              <w:t>International learned words, political/cultural vocabulary, and recognizable sound patterns.</w:t>
            </w:r>
          </w:p>
        </w:tc>
      </w:tr>
      <w:tr w:rsidR="002376F7" w14:paraId="1AAD4E74" w14:textId="77777777">
        <w:trPr>
          <w:jc w:val="center"/>
        </w:trPr>
        <w:tc>
          <w:tcPr>
            <w:tcW w:w="1944" w:type="dxa"/>
            <w:shd w:val="clear" w:color="auto" w:fill="EEF6F8"/>
          </w:tcPr>
          <w:p w14:paraId="313DDE7F" w14:textId="77777777" w:rsidR="002376F7" w:rsidRDefault="00000000">
            <w:r>
              <w:rPr>
                <w:sz w:val="15"/>
              </w:rPr>
              <w:t>Hellenic</w:t>
            </w:r>
          </w:p>
        </w:tc>
        <w:tc>
          <w:tcPr>
            <w:tcW w:w="3528" w:type="dxa"/>
            <w:shd w:val="clear" w:color="auto" w:fill="EEF6F8"/>
          </w:tcPr>
          <w:p w14:paraId="2D8D7339" w14:textId="77777777" w:rsidR="002376F7" w:rsidRDefault="00000000">
            <w:r>
              <w:rPr>
                <w:sz w:val="15"/>
              </w:rPr>
              <w:t>Greek</w:t>
            </w:r>
          </w:p>
        </w:tc>
        <w:tc>
          <w:tcPr>
            <w:tcW w:w="4608" w:type="dxa"/>
            <w:shd w:val="clear" w:color="auto" w:fill="EEF6F8"/>
          </w:tcPr>
          <w:p w14:paraId="268A1751" w14:textId="77777777" w:rsidR="002376F7" w:rsidRDefault="00000000">
            <w:r>
              <w:rPr>
                <w:sz w:val="15"/>
              </w:rPr>
              <w:t>Major source of international words en science, medicine, religion, philosophy, and public life.</w:t>
            </w:r>
          </w:p>
        </w:tc>
      </w:tr>
      <w:tr w:rsidR="002376F7" w14:paraId="4C8E84E0" w14:textId="77777777">
        <w:trPr>
          <w:jc w:val="center"/>
        </w:trPr>
        <w:tc>
          <w:tcPr>
            <w:tcW w:w="1944" w:type="dxa"/>
          </w:tcPr>
          <w:p w14:paraId="05A76B52" w14:textId="77777777" w:rsidR="002376F7" w:rsidRDefault="00000000">
            <w:r>
              <w:rPr>
                <w:sz w:val="15"/>
              </w:rPr>
              <w:t>Indo-Iranian</w:t>
            </w:r>
          </w:p>
        </w:tc>
        <w:tc>
          <w:tcPr>
            <w:tcW w:w="3528" w:type="dxa"/>
          </w:tcPr>
          <w:p w14:paraId="02CCDE97" w14:textId="77777777" w:rsidR="002376F7" w:rsidRDefault="00000000">
            <w:r>
              <w:rPr>
                <w:sz w:val="15"/>
              </w:rPr>
              <w:t>Hindi, Urdu, Persian/Farsi, Bengali, Punjabi, Marathi, Gujarati, Kurdish, Nepali</w:t>
            </w:r>
          </w:p>
        </w:tc>
        <w:tc>
          <w:tcPr>
            <w:tcW w:w="4608" w:type="dxa"/>
          </w:tcPr>
          <w:p w14:paraId="08840A5F" w14:textId="77777777" w:rsidR="002376F7" w:rsidRDefault="00000000">
            <w:r>
              <w:rPr>
                <w:sz w:val="15"/>
              </w:rPr>
              <w:t>Shared deep roots plus many international borrowings through education, science, religion, and media.</w:t>
            </w:r>
          </w:p>
        </w:tc>
      </w:tr>
      <w:tr w:rsidR="002376F7" w14:paraId="66634C30" w14:textId="77777777">
        <w:trPr>
          <w:jc w:val="center"/>
        </w:trPr>
        <w:tc>
          <w:tcPr>
            <w:tcW w:w="1944" w:type="dxa"/>
            <w:shd w:val="clear" w:color="auto" w:fill="EEF6F8"/>
          </w:tcPr>
          <w:p w14:paraId="128C7636" w14:textId="77777777" w:rsidR="002376F7" w:rsidRDefault="00000000">
            <w:r>
              <w:rPr>
                <w:sz w:val="15"/>
              </w:rPr>
              <w:t>Baltic</w:t>
            </w:r>
          </w:p>
        </w:tc>
        <w:tc>
          <w:tcPr>
            <w:tcW w:w="3528" w:type="dxa"/>
            <w:shd w:val="clear" w:color="auto" w:fill="EEF6F8"/>
          </w:tcPr>
          <w:p w14:paraId="319FAEF0" w14:textId="77777777" w:rsidR="002376F7" w:rsidRDefault="00000000">
            <w:r>
              <w:rPr>
                <w:sz w:val="15"/>
              </w:rPr>
              <w:t>Lithuanian, Latvian</w:t>
            </w:r>
          </w:p>
        </w:tc>
        <w:tc>
          <w:tcPr>
            <w:tcW w:w="4608" w:type="dxa"/>
            <w:shd w:val="clear" w:color="auto" w:fill="EEF6F8"/>
          </w:tcPr>
          <w:p w14:paraId="5607054D" w14:textId="77777777" w:rsidR="002376F7" w:rsidRDefault="00000000">
            <w:r>
              <w:rPr>
                <w:sz w:val="15"/>
              </w:rPr>
              <w:t>Indo-European family connection and some recognizable older root patterns.</w:t>
            </w:r>
          </w:p>
        </w:tc>
      </w:tr>
      <w:tr w:rsidR="002376F7" w14:paraId="379897A3" w14:textId="77777777">
        <w:trPr>
          <w:jc w:val="center"/>
        </w:trPr>
        <w:tc>
          <w:tcPr>
            <w:tcW w:w="1944" w:type="dxa"/>
          </w:tcPr>
          <w:p w14:paraId="0A6EB8E3" w14:textId="77777777" w:rsidR="002376F7" w:rsidRDefault="00000000">
            <w:r>
              <w:rPr>
                <w:sz w:val="15"/>
              </w:rPr>
              <w:t>Celtic</w:t>
            </w:r>
          </w:p>
        </w:tc>
        <w:tc>
          <w:tcPr>
            <w:tcW w:w="3528" w:type="dxa"/>
          </w:tcPr>
          <w:p w14:paraId="54B7A213" w14:textId="77777777" w:rsidR="002376F7" w:rsidRDefault="00000000">
            <w:r>
              <w:rPr>
                <w:sz w:val="15"/>
              </w:rPr>
              <w:t>Irish, Welsh, Scottish Gaelic, Breton</w:t>
            </w:r>
          </w:p>
        </w:tc>
        <w:tc>
          <w:tcPr>
            <w:tcW w:w="4608" w:type="dxa"/>
          </w:tcPr>
          <w:p w14:paraId="23D182EE" w14:textId="77777777" w:rsidR="002376F7" w:rsidRDefault="00000000">
            <w:r>
              <w:rPr>
                <w:sz w:val="15"/>
              </w:rPr>
              <w:t>Family connection and international vocabulary through modern contact.</w:t>
            </w:r>
          </w:p>
        </w:tc>
      </w:tr>
      <w:tr w:rsidR="002376F7" w14:paraId="44896C1B" w14:textId="77777777">
        <w:trPr>
          <w:jc w:val="center"/>
        </w:trPr>
        <w:tc>
          <w:tcPr>
            <w:tcW w:w="1944" w:type="dxa"/>
            <w:shd w:val="clear" w:color="auto" w:fill="EEF6F8"/>
          </w:tcPr>
          <w:p w14:paraId="73FE2460" w14:textId="77777777" w:rsidR="002376F7" w:rsidRDefault="00000000">
            <w:r>
              <w:rPr>
                <w:sz w:val="15"/>
              </w:rPr>
              <w:t>Armenian and Albanian</w:t>
            </w:r>
          </w:p>
        </w:tc>
        <w:tc>
          <w:tcPr>
            <w:tcW w:w="3528" w:type="dxa"/>
            <w:shd w:val="clear" w:color="auto" w:fill="EEF6F8"/>
          </w:tcPr>
          <w:p w14:paraId="77C660BF" w14:textId="77777777" w:rsidR="002376F7" w:rsidRDefault="00000000">
            <w:r>
              <w:rPr>
                <w:sz w:val="15"/>
              </w:rPr>
              <w:t>Armenian, Albanian</w:t>
            </w:r>
          </w:p>
        </w:tc>
        <w:tc>
          <w:tcPr>
            <w:tcW w:w="4608" w:type="dxa"/>
            <w:shd w:val="clear" w:color="auto" w:fill="EEF6F8"/>
          </w:tcPr>
          <w:p w14:paraId="107A728E" w14:textId="77777777" w:rsidR="002376F7" w:rsidRDefault="00000000">
            <w:r>
              <w:rPr>
                <w:sz w:val="15"/>
              </w:rPr>
              <w:t>Independent Indo-European branches considered part of the broad audience.</w:t>
            </w:r>
          </w:p>
        </w:tc>
      </w:tr>
    </w:tbl>
    <w:p w14:paraId="67051C53" w14:textId="77777777" w:rsidR="002376F7" w:rsidRDefault="002376F7">
      <w:pPr>
        <w:spacing w:after="120"/>
      </w:pPr>
    </w:p>
    <w:tbl>
      <w:tblPr>
        <w:tblW w:w="0" w:type="auto"/>
        <w:jc w:val="center"/>
        <w:tblLook w:val="04A0" w:firstRow="1" w:lastRow="0" w:firstColumn="1" w:lastColumn="0" w:noHBand="0" w:noVBand="1"/>
      </w:tblPr>
      <w:tblGrid>
        <w:gridCol w:w="10282"/>
      </w:tblGrid>
      <w:tr w:rsidR="002376F7" w14:paraId="75385571" w14:textId="77777777">
        <w:trPr>
          <w:jc w:val="center"/>
        </w:trPr>
        <w:tc>
          <w:tcPr>
            <w:tcW w:w="10282" w:type="dxa"/>
            <w:shd w:val="clear" w:color="auto" w:fill="EAF5F8"/>
          </w:tcPr>
          <w:p w14:paraId="4A1C9829" w14:textId="77777777" w:rsidR="002376F7" w:rsidRDefault="00000000">
            <w:pPr>
              <w:spacing w:after="40"/>
            </w:pPr>
            <w:r>
              <w:rPr>
                <w:b/>
                <w:color w:val="163B60"/>
                <w:sz w:val="20"/>
              </w:rPr>
              <w:t>Important honesty</w:t>
            </w:r>
          </w:p>
          <w:p w14:paraId="460627F9" w14:textId="77777777" w:rsidR="002376F7" w:rsidRDefault="00000000">
            <w:pPr>
              <w:spacing w:after="40"/>
            </w:pPr>
            <w:r>
              <w:rPr>
                <w:sz w:val="17"/>
              </w:rPr>
              <w:t>Claralinga does not try to give equal surface weight to every branch in every word. That would make the language slower and less clear. Instead, it chooses forms that are already familiar to broad groups of modern learners.</w:t>
            </w:r>
          </w:p>
        </w:tc>
      </w:tr>
    </w:tbl>
    <w:p w14:paraId="0D32D607" w14:textId="77777777" w:rsidR="002376F7" w:rsidRDefault="002376F7"/>
    <w:p w14:paraId="72497553" w14:textId="77777777" w:rsidR="002376F7" w:rsidRDefault="00000000">
      <w:r/>
    </w:p>
    <w:p w14:paraId="0726E67E" w14:textId="77777777" w:rsidR="002376F7" w:rsidRDefault="00000000">
      <w:pPr>
        <w:pStyle w:val="ChapterLabel"/>
      </w:pPr>
      <w:r>
        <w:t>Chapter 2</w:t>
      </w:r>
    </w:p>
    <w:p w14:paraId="7A6534A1" w14:textId="77777777" w:rsidR="002376F7" w:rsidRDefault="00000000">
      <w:pPr>
        <w:pStyle w:val="ChapterTitle"/>
        <w:keepNext/>
      </w:pPr>
      <w:r>
        <w:t>Why Claralinga Is Not Just a Romance Language</w:t>
      </w:r>
    </w:p>
    <w:p w14:paraId="17A101EC" w14:textId="77777777" w:rsidR="002376F7" w:rsidRDefault="00000000">
      <w:pPr>
        <w:pStyle w:val="ChapterSubtitle"/>
      </w:pPr>
      <w:r>
        <w:t>International does not mean disguised Spanish, French, or Latin</w:t>
      </w:r>
    </w:p>
    <w:p w14:paraId="16D370E9" w14:textId="77777777" w:rsidR="002376F7" w:rsidRDefault="002376F7">
      <w:pPr>
        <w:pBdr>
          <w:bottom w:val="single" w:sz="12" w:space="1" w:color="DAA520"/>
        </w:pBdr>
        <w:spacing w:after="160"/>
      </w:pPr>
    </w:p>
    <w:p w14:paraId="489F5AA2" w14:textId="77777777" w:rsidR="002376F7" w:rsidRDefault="00000000">
      <w:pPr>
        <w:spacing w:after="100"/>
      </w:pPr>
      <w:r>
        <w:t>Many international words entered modern languages through Latin, Greek, French, English, religion, science, education, law, medicine, trade, music, and technology. Because of that, a practical international vocabulary will often look partly Romance or Greco-Latin on the surface.</w:t>
      </w:r>
    </w:p>
    <w:p w14:paraId="2464D757" w14:textId="77777777" w:rsidR="002376F7" w:rsidRDefault="00000000">
      <w:pPr>
        <w:spacing w:after="100"/>
      </w:pPr>
      <w:r>
        <w:t>Claralinga does not choose those forms to favor one culture. It chooses them when they have already traveled widely and become recognizable. The grammar is not Romance grammar: there is no grammatical gender, no noun case system, no verb conjugation tables, no adjective agreement, no silent letters, and no person-based irregular verb forms.</w:t>
      </w:r>
    </w:p>
    <w:tbl>
      <w:tblPr>
        <w:tblW w:w="0" w:type="auto"/>
        <w:jc w:val="center"/>
        <w:tblLook w:val="04A0" w:firstRow="1" w:lastRow="0" w:firstColumn="1" w:lastColumn="0" w:noHBand="0" w:noVBand="1"/>
      </w:tblPr>
      <w:tblGrid>
        <w:gridCol w:w="10282"/>
      </w:tblGrid>
      <w:tr w:rsidR="002376F7" w14:paraId="111E0DA2" w14:textId="77777777">
        <w:trPr>
          <w:jc w:val="center"/>
        </w:trPr>
        <w:tc>
          <w:tcPr>
            <w:tcW w:w="10282" w:type="dxa"/>
            <w:shd w:val="clear" w:color="auto" w:fill="EAF5F8"/>
          </w:tcPr>
          <w:p w14:paraId="4BA5D9F4" w14:textId="77777777" w:rsidR="002376F7" w:rsidRDefault="00000000">
            <w:pPr>
              <w:spacing w:after="40"/>
            </w:pPr>
            <w:r>
              <w:rPr>
                <w:b/>
                <w:color w:val="163B60"/>
                <w:sz w:val="20"/>
              </w:rPr>
              <w:t>Plain rule</w:t>
            </w:r>
          </w:p>
          <w:p w14:paraId="34A74C12" w14:textId="77777777" w:rsidR="002376F7" w:rsidRDefault="00000000">
            <w:pPr>
              <w:spacing w:after="40"/>
            </w:pPr>
            <w:r>
              <w:rPr>
                <w:sz w:val="17"/>
              </w:rPr>
              <w:t>If an ordinary learner can recognize and use it quickly, Claralinga gives that form serious consideration. Recognition beats archaeology.</w:t>
            </w:r>
          </w:p>
        </w:tc>
      </w:tr>
    </w:tbl>
    <w:p w14:paraId="48FDB114" w14:textId="77777777" w:rsidR="002376F7" w:rsidRDefault="002376F7"/>
    <w:p w14:paraId="477F3311" w14:textId="77777777" w:rsidR="002376F7" w:rsidRDefault="00000000">
      <w:r/>
    </w:p>
    <w:p w14:paraId="75D6F51B" w14:textId="77777777" w:rsidR="002376F7" w:rsidRDefault="00000000">
      <w:pPr>
        <w:pStyle w:val="ChapterLabel"/>
      </w:pPr>
      <w:r>
        <w:t>Chapter 3</w:t>
      </w:r>
    </w:p>
    <w:p w14:paraId="5285F628" w14:textId="77777777" w:rsidR="002376F7" w:rsidRDefault="00000000">
      <w:pPr>
        <w:pStyle w:val="ChapterTitle"/>
        <w:keepNext/>
      </w:pPr>
      <w:r>
        <w:t>How Claralinga Chooses Words</w:t>
      </w:r>
    </w:p>
    <w:p w14:paraId="7841455A" w14:textId="77777777" w:rsidR="002376F7" w:rsidRDefault="00000000">
      <w:pPr>
        <w:pStyle w:val="ChapterSubtitle"/>
      </w:pPr>
      <w:r>
        <w:t>The source philosophy</w:t>
      </w:r>
    </w:p>
    <w:p w14:paraId="7B0E9251"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1152"/>
        <w:gridCol w:w="8784"/>
      </w:tblGrid>
      <w:tr w:rsidR="002376F7" w14:paraId="7809E0C8" w14:textId="77777777">
        <w:trPr>
          <w:tblHeader/>
          <w:jc w:val="center"/>
        </w:trPr>
        <w:tc>
          <w:tcPr>
            <w:tcW w:w="1152" w:type="dxa"/>
            <w:shd w:val="clear" w:color="auto" w:fill="163B60"/>
          </w:tcPr>
          <w:p w14:paraId="79101ABE" w14:textId="77777777" w:rsidR="002376F7" w:rsidRDefault="00000000">
            <w:r>
              <w:rPr>
                <w:b/>
                <w:color w:val="FFFFFF"/>
                <w:sz w:val="16"/>
              </w:rPr>
              <w:t>Priority</w:t>
            </w:r>
          </w:p>
        </w:tc>
        <w:tc>
          <w:tcPr>
            <w:tcW w:w="8784" w:type="dxa"/>
            <w:shd w:val="clear" w:color="auto" w:fill="163B60"/>
          </w:tcPr>
          <w:p w14:paraId="79DEEBD2" w14:textId="77777777" w:rsidR="002376F7" w:rsidRDefault="00000000">
            <w:r>
              <w:rPr>
                <w:b/>
                <w:color w:val="FFFFFF"/>
                <w:sz w:val="16"/>
              </w:rPr>
              <w:t>Rule</w:t>
            </w:r>
          </w:p>
        </w:tc>
      </w:tr>
      <w:tr w:rsidR="002376F7" w14:paraId="6AD303F7" w14:textId="77777777">
        <w:trPr>
          <w:jc w:val="center"/>
        </w:trPr>
        <w:tc>
          <w:tcPr>
            <w:tcW w:w="1152" w:type="dxa"/>
          </w:tcPr>
          <w:p w14:paraId="2E013E7C" w14:textId="77777777" w:rsidR="002376F7" w:rsidRDefault="00000000">
            <w:r>
              <w:rPr>
                <w:sz w:val="17"/>
              </w:rPr>
              <w:t>1</w:t>
            </w:r>
          </w:p>
        </w:tc>
        <w:tc>
          <w:tcPr>
            <w:tcW w:w="8784" w:type="dxa"/>
          </w:tcPr>
          <w:p w14:paraId="00C6EF32" w14:textId="77777777" w:rsidR="002376F7" w:rsidRDefault="00000000">
            <w:r>
              <w:rPr>
                <w:sz w:val="17"/>
              </w:rPr>
              <w:t>Prefer words recognizable across multiple modern language branches.</w:t>
            </w:r>
          </w:p>
        </w:tc>
      </w:tr>
      <w:tr w:rsidR="002376F7" w14:paraId="2F272CEF" w14:textId="77777777">
        <w:trPr>
          <w:jc w:val="center"/>
        </w:trPr>
        <w:tc>
          <w:tcPr>
            <w:tcW w:w="1152" w:type="dxa"/>
            <w:shd w:val="clear" w:color="auto" w:fill="EEF6F8"/>
          </w:tcPr>
          <w:p w14:paraId="3C4BFA6A" w14:textId="77777777" w:rsidR="002376F7" w:rsidRDefault="00000000">
            <w:r>
              <w:rPr>
                <w:sz w:val="17"/>
              </w:rPr>
              <w:t>2</w:t>
            </w:r>
          </w:p>
        </w:tc>
        <w:tc>
          <w:tcPr>
            <w:tcW w:w="8784" w:type="dxa"/>
            <w:shd w:val="clear" w:color="auto" w:fill="EEF6F8"/>
          </w:tcPr>
          <w:p w14:paraId="49D2983D" w14:textId="77777777" w:rsidR="002376F7" w:rsidRDefault="00000000">
            <w:r>
              <w:rPr>
                <w:sz w:val="17"/>
              </w:rPr>
              <w:t>Prefer words already international through education, science, religion, music, law, travel, media, or technology.</w:t>
            </w:r>
          </w:p>
        </w:tc>
      </w:tr>
      <w:tr w:rsidR="002376F7" w14:paraId="570F6110" w14:textId="77777777">
        <w:trPr>
          <w:jc w:val="center"/>
        </w:trPr>
        <w:tc>
          <w:tcPr>
            <w:tcW w:w="1152" w:type="dxa"/>
          </w:tcPr>
          <w:p w14:paraId="0CF39F53" w14:textId="77777777" w:rsidR="002376F7" w:rsidRDefault="00000000">
            <w:r>
              <w:rPr>
                <w:sz w:val="17"/>
              </w:rPr>
              <w:t>3</w:t>
            </w:r>
          </w:p>
        </w:tc>
        <w:tc>
          <w:tcPr>
            <w:tcW w:w="8784" w:type="dxa"/>
          </w:tcPr>
          <w:p w14:paraId="7933E61A" w14:textId="77777777" w:rsidR="002376F7" w:rsidRDefault="00000000">
            <w:r>
              <w:rPr>
                <w:sz w:val="17"/>
              </w:rPr>
              <w:t>Prefer short, pronounceable forms that obey Claralinga spelling.</w:t>
            </w:r>
          </w:p>
        </w:tc>
      </w:tr>
      <w:tr w:rsidR="002376F7" w14:paraId="71FEE572" w14:textId="77777777">
        <w:trPr>
          <w:jc w:val="center"/>
        </w:trPr>
        <w:tc>
          <w:tcPr>
            <w:tcW w:w="1152" w:type="dxa"/>
            <w:shd w:val="clear" w:color="auto" w:fill="EEF6F8"/>
          </w:tcPr>
          <w:p w14:paraId="040B9921" w14:textId="77777777" w:rsidR="002376F7" w:rsidRDefault="00000000">
            <w:r>
              <w:rPr>
                <w:sz w:val="17"/>
              </w:rPr>
              <w:t>4</w:t>
            </w:r>
          </w:p>
        </w:tc>
        <w:tc>
          <w:tcPr>
            <w:tcW w:w="8784" w:type="dxa"/>
            <w:shd w:val="clear" w:color="auto" w:fill="EEF6F8"/>
          </w:tcPr>
          <w:p w14:paraId="4BFE3332" w14:textId="77777777" w:rsidR="002376F7" w:rsidRDefault="00000000">
            <w:r>
              <w:rPr>
                <w:sz w:val="17"/>
              </w:rPr>
              <w:t>Avoid false friends when a clearer option exists.</w:t>
            </w:r>
          </w:p>
        </w:tc>
      </w:tr>
      <w:tr w:rsidR="002376F7" w14:paraId="23D6500F" w14:textId="77777777">
        <w:trPr>
          <w:jc w:val="center"/>
        </w:trPr>
        <w:tc>
          <w:tcPr>
            <w:tcW w:w="1152" w:type="dxa"/>
          </w:tcPr>
          <w:p w14:paraId="5AB52FE9" w14:textId="77777777" w:rsidR="002376F7" w:rsidRDefault="00000000">
            <w:r>
              <w:rPr>
                <w:sz w:val="17"/>
              </w:rPr>
              <w:t>5</w:t>
            </w:r>
          </w:p>
        </w:tc>
        <w:tc>
          <w:tcPr>
            <w:tcW w:w="8784" w:type="dxa"/>
          </w:tcPr>
          <w:p w14:paraId="73FBF441" w14:textId="77777777" w:rsidR="002376F7" w:rsidRDefault="00000000">
            <w:r>
              <w:rPr>
                <w:sz w:val="17"/>
              </w:rPr>
              <w:t>Do not force ancient roots if modern learners will not recognize them.</w:t>
            </w:r>
          </w:p>
        </w:tc>
      </w:tr>
      <w:tr w:rsidR="002376F7" w14:paraId="3FF2008F" w14:textId="77777777">
        <w:trPr>
          <w:jc w:val="center"/>
        </w:trPr>
        <w:tc>
          <w:tcPr>
            <w:tcW w:w="1152" w:type="dxa"/>
            <w:shd w:val="clear" w:color="auto" w:fill="EEF6F8"/>
          </w:tcPr>
          <w:p w14:paraId="6FCA1F65" w14:textId="77777777" w:rsidR="002376F7" w:rsidRDefault="00000000">
            <w:r>
              <w:rPr>
                <w:sz w:val="17"/>
              </w:rPr>
              <w:t>6</w:t>
            </w:r>
          </w:p>
        </w:tc>
        <w:tc>
          <w:tcPr>
            <w:tcW w:w="8784" w:type="dxa"/>
            <w:shd w:val="clear" w:color="auto" w:fill="EEF6F8"/>
          </w:tcPr>
          <w:p w14:paraId="38235EA0" w14:textId="77777777" w:rsidR="002376F7" w:rsidRDefault="00000000">
            <w:r>
              <w:rPr>
                <w:sz w:val="17"/>
              </w:rPr>
              <w:t>When two forms are equally recognizable, choose the simpler spelling.</w:t>
            </w:r>
          </w:p>
        </w:tc>
      </w:tr>
      <w:tr w:rsidR="002376F7" w14:paraId="5E00A744" w14:textId="77777777">
        <w:trPr>
          <w:jc w:val="center"/>
        </w:trPr>
        <w:tc>
          <w:tcPr>
            <w:tcW w:w="1152" w:type="dxa"/>
          </w:tcPr>
          <w:p w14:paraId="420C3F06" w14:textId="77777777" w:rsidR="002376F7" w:rsidRDefault="00000000">
            <w:r>
              <w:rPr>
                <w:sz w:val="17"/>
              </w:rPr>
              <w:t>7</w:t>
            </w:r>
          </w:p>
        </w:tc>
        <w:tc>
          <w:tcPr>
            <w:tcW w:w="8784" w:type="dxa"/>
          </w:tcPr>
          <w:p w14:paraId="6ADA912F" w14:textId="77777777" w:rsidR="002376F7" w:rsidRDefault="00000000">
            <w:r>
              <w:rPr>
                <w:sz w:val="17"/>
              </w:rPr>
              <w:t>A Romance-looking or Greco-Latin word may be accepted when it is already broadly international.</w:t>
            </w:r>
          </w:p>
        </w:tc>
      </w:tr>
      <w:tr w:rsidR="002376F7" w14:paraId="06022EF6" w14:textId="77777777">
        <w:trPr>
          <w:jc w:val="center"/>
        </w:trPr>
        <w:tc>
          <w:tcPr>
            <w:tcW w:w="1152" w:type="dxa"/>
            <w:shd w:val="clear" w:color="auto" w:fill="EEF6F8"/>
          </w:tcPr>
          <w:p w14:paraId="5A1DCAD2" w14:textId="77777777" w:rsidR="002376F7" w:rsidRDefault="00000000">
            <w:r>
              <w:rPr>
                <w:sz w:val="17"/>
              </w:rPr>
              <w:t>8</w:t>
            </w:r>
          </w:p>
        </w:tc>
        <w:tc>
          <w:tcPr>
            <w:tcW w:w="8784" w:type="dxa"/>
            <w:shd w:val="clear" w:color="auto" w:fill="EEF6F8"/>
          </w:tcPr>
          <w:p w14:paraId="43FAC271" w14:textId="77777777" w:rsidR="002376F7" w:rsidRDefault="00000000">
            <w:r>
              <w:rPr>
                <w:sz w:val="17"/>
              </w:rPr>
              <w:t>A non-Romance root should be used when it is clearer, shorter, or more broadly recognizable.</w:t>
            </w:r>
          </w:p>
        </w:tc>
      </w:tr>
    </w:tbl>
    <w:p w14:paraId="1CD058E7" w14:textId="77777777" w:rsidR="002376F7" w:rsidRDefault="002376F7">
      <w:pPr>
        <w:spacing w:after="120"/>
      </w:pPr>
    </w:p>
    <w:p w14:paraId="7FEF5EF8" w14:textId="77777777" w:rsidR="002376F7" w:rsidRDefault="00000000">
      <w:pPr>
        <w:spacing w:after="100"/>
      </w:pPr>
      <w:r>
        <w:t>This method keeps Claralinga transparent. A word is not chosen because it looks fancy. It is chosen because it is recognizable, useful, pronounceable, and clear.</w:t>
      </w:r>
    </w:p>
    <w:p w14:paraId="1D1B541F" w14:textId="77777777" w:rsidR="002376F7" w:rsidRDefault="00000000">
      <w:r/>
    </w:p>
    <w:p w14:paraId="3C76DED6" w14:textId="77777777" w:rsidR="002376F7" w:rsidRDefault="00000000">
      <w:pPr>
        <w:pStyle w:val="ChapterLabel"/>
      </w:pPr>
      <w:r>
        <w:t>Chapter 4</w:t>
      </w:r>
    </w:p>
    <w:p w14:paraId="374F8CB6" w14:textId="77777777" w:rsidR="002376F7" w:rsidRDefault="00000000">
      <w:pPr>
        <w:pStyle w:val="ChapterTitle"/>
        <w:keepNext/>
      </w:pPr>
      <w:r>
        <w:t>International Roots en Practice</w:t>
      </w:r>
    </w:p>
    <w:p w14:paraId="01D5FB36" w14:textId="77777777" w:rsidR="002376F7" w:rsidRDefault="00000000">
      <w:pPr>
        <w:pStyle w:val="ChapterSubtitle"/>
      </w:pPr>
      <w:r>
        <w:t>Examples of broad recognizability</w:t>
      </w:r>
    </w:p>
    <w:p w14:paraId="0912F8F9" w14:textId="77777777" w:rsidR="002376F7" w:rsidRDefault="002376F7">
      <w:pPr>
        <w:pBdr>
          <w:bottom w:val="single" w:sz="12" w:space="1" w:color="DAA520"/>
        </w:pBdr>
        <w:spacing w:after="160"/>
      </w:pPr>
    </w:p>
    <w:p w14:paraId="37E61E55" w14:textId="77777777" w:rsidR="002376F7" w:rsidRDefault="00000000">
      <w:pPr>
        <w:spacing w:after="100"/>
      </w:pPr>
      <w:r>
        <w:t>The table below is not claiming that every form is identical in every branch. Some are direct cousins, some are learned borrowings, and some are globally familiar through education or media. The point is practical recognizability.</w:t>
      </w:r>
    </w:p>
    <w:tbl>
      <w:tblPr>
        <w:tblStyle w:val="TableGrid"/>
        <w:tblW w:w="0" w:type="auto"/>
        <w:jc w:val="center"/>
        <w:tblLook w:val="04A0" w:firstRow="1" w:lastRow="0" w:firstColumn="1" w:lastColumn="0" w:noHBand="0" w:noVBand="1"/>
      </w:tblPr>
      <w:tblGrid>
        <w:gridCol w:w="1202"/>
        <w:gridCol w:w="1341"/>
        <w:gridCol w:w="1448"/>
        <w:gridCol w:w="1443"/>
        <w:gridCol w:w="1547"/>
        <w:gridCol w:w="1619"/>
        <w:gridCol w:w="1898"/>
      </w:tblGrid>
      <w:tr w:rsidR="002376F7" w14:paraId="0C4A5910" w14:textId="77777777">
        <w:trPr>
          <w:tblHeader/>
          <w:jc w:val="center"/>
        </w:trPr>
        <w:tc>
          <w:tcPr>
            <w:tcW w:w="1296" w:type="dxa"/>
            <w:shd w:val="clear" w:color="auto" w:fill="163B60"/>
          </w:tcPr>
          <w:p w14:paraId="1226845B" w14:textId="77777777" w:rsidR="002376F7" w:rsidRDefault="00000000">
            <w:r>
              <w:rPr>
                <w:b/>
                <w:color w:val="FFFFFF"/>
                <w:sz w:val="16"/>
              </w:rPr>
              <w:t>Meaning</w:t>
            </w:r>
          </w:p>
        </w:tc>
        <w:tc>
          <w:tcPr>
            <w:tcW w:w="1440" w:type="dxa"/>
            <w:shd w:val="clear" w:color="auto" w:fill="163B60"/>
          </w:tcPr>
          <w:p w14:paraId="6AB0474F" w14:textId="77777777" w:rsidR="002376F7" w:rsidRDefault="00000000">
            <w:r>
              <w:rPr>
                <w:b/>
                <w:color w:val="FFFFFF"/>
                <w:sz w:val="16"/>
              </w:rPr>
              <w:t>Claralinga</w:t>
            </w:r>
          </w:p>
        </w:tc>
        <w:tc>
          <w:tcPr>
            <w:tcW w:w="1584" w:type="dxa"/>
            <w:shd w:val="clear" w:color="auto" w:fill="163B60"/>
          </w:tcPr>
          <w:p w14:paraId="07ACA102" w14:textId="77777777" w:rsidR="002376F7" w:rsidRDefault="00000000">
            <w:r>
              <w:rPr>
                <w:b/>
                <w:color w:val="FFFFFF"/>
                <w:sz w:val="16"/>
              </w:rPr>
              <w:t>Germanic</w:t>
            </w:r>
          </w:p>
        </w:tc>
        <w:tc>
          <w:tcPr>
            <w:tcW w:w="1584" w:type="dxa"/>
            <w:shd w:val="clear" w:color="auto" w:fill="163B60"/>
          </w:tcPr>
          <w:p w14:paraId="04A96E25" w14:textId="77777777" w:rsidR="002376F7" w:rsidRDefault="00000000">
            <w:r>
              <w:rPr>
                <w:b/>
                <w:color w:val="FFFFFF"/>
                <w:sz w:val="16"/>
              </w:rPr>
              <w:t>Romance</w:t>
            </w:r>
          </w:p>
        </w:tc>
        <w:tc>
          <w:tcPr>
            <w:tcW w:w="1584" w:type="dxa"/>
            <w:shd w:val="clear" w:color="auto" w:fill="163B60"/>
          </w:tcPr>
          <w:p w14:paraId="72F33F8E" w14:textId="77777777" w:rsidR="002376F7" w:rsidRDefault="00000000">
            <w:r>
              <w:rPr>
                <w:b/>
                <w:color w:val="FFFFFF"/>
                <w:sz w:val="16"/>
              </w:rPr>
              <w:t>Slavic</w:t>
            </w:r>
          </w:p>
        </w:tc>
        <w:tc>
          <w:tcPr>
            <w:tcW w:w="1800" w:type="dxa"/>
            <w:shd w:val="clear" w:color="auto" w:fill="163B60"/>
          </w:tcPr>
          <w:p w14:paraId="78DA1AAD" w14:textId="77777777" w:rsidR="002376F7" w:rsidRDefault="00000000">
            <w:r>
              <w:rPr>
                <w:b/>
                <w:color w:val="FFFFFF"/>
                <w:sz w:val="16"/>
              </w:rPr>
              <w:t>Greek / Learned</w:t>
            </w:r>
          </w:p>
        </w:tc>
        <w:tc>
          <w:tcPr>
            <w:tcW w:w="2088" w:type="dxa"/>
            <w:shd w:val="clear" w:color="auto" w:fill="163B60"/>
          </w:tcPr>
          <w:p w14:paraId="623E54DC" w14:textId="77777777" w:rsidR="002376F7" w:rsidRDefault="00000000">
            <w:r>
              <w:rPr>
                <w:b/>
                <w:color w:val="FFFFFF"/>
                <w:sz w:val="16"/>
              </w:rPr>
              <w:t>Indo-Iranian / Global</w:t>
            </w:r>
          </w:p>
        </w:tc>
      </w:tr>
      <w:tr w:rsidR="002376F7" w14:paraId="7EE9BB29" w14:textId="77777777">
        <w:trPr>
          <w:jc w:val="center"/>
        </w:trPr>
        <w:tc>
          <w:tcPr>
            <w:tcW w:w="1296" w:type="dxa"/>
          </w:tcPr>
          <w:p w14:paraId="1B4765D3" w14:textId="77777777" w:rsidR="002376F7" w:rsidRDefault="00000000">
            <w:r>
              <w:rPr>
                <w:sz w:val="13"/>
              </w:rPr>
              <w:t>music</w:t>
            </w:r>
          </w:p>
        </w:tc>
        <w:tc>
          <w:tcPr>
            <w:tcW w:w="1440" w:type="dxa"/>
          </w:tcPr>
          <w:p w14:paraId="1D1A0D2C" w14:textId="77777777" w:rsidR="002376F7" w:rsidRDefault="00000000">
            <w:r>
              <w:rPr>
                <w:sz w:val="13"/>
              </w:rPr>
              <w:t>musik</w:t>
            </w:r>
          </w:p>
        </w:tc>
        <w:tc>
          <w:tcPr>
            <w:tcW w:w="1584" w:type="dxa"/>
          </w:tcPr>
          <w:p w14:paraId="0B780956" w14:textId="77777777" w:rsidR="002376F7" w:rsidRDefault="00000000">
            <w:r>
              <w:rPr>
                <w:sz w:val="13"/>
              </w:rPr>
              <w:t>music / Musik</w:t>
            </w:r>
          </w:p>
        </w:tc>
        <w:tc>
          <w:tcPr>
            <w:tcW w:w="1584" w:type="dxa"/>
          </w:tcPr>
          <w:p w14:paraId="170ACC23" w14:textId="77777777" w:rsidR="002376F7" w:rsidRDefault="00000000">
            <w:r>
              <w:rPr>
                <w:sz w:val="13"/>
              </w:rPr>
              <w:t>musik / musique</w:t>
            </w:r>
          </w:p>
        </w:tc>
        <w:tc>
          <w:tcPr>
            <w:tcW w:w="1584" w:type="dxa"/>
          </w:tcPr>
          <w:p w14:paraId="14460E6B" w14:textId="77777777" w:rsidR="002376F7" w:rsidRDefault="00000000">
            <w:r>
              <w:rPr>
                <w:sz w:val="13"/>
              </w:rPr>
              <w:t>muzyka / muzika</w:t>
            </w:r>
          </w:p>
        </w:tc>
        <w:tc>
          <w:tcPr>
            <w:tcW w:w="1800" w:type="dxa"/>
          </w:tcPr>
          <w:p w14:paraId="5EA3DF15" w14:textId="77777777" w:rsidR="002376F7" w:rsidRDefault="00000000">
            <w:r>
              <w:rPr>
                <w:sz w:val="13"/>
              </w:rPr>
              <w:t>mousiki</w:t>
            </w:r>
          </w:p>
        </w:tc>
        <w:tc>
          <w:tcPr>
            <w:tcW w:w="2088" w:type="dxa"/>
          </w:tcPr>
          <w:p w14:paraId="4FB21C05" w14:textId="77777777" w:rsidR="002376F7" w:rsidRDefault="00000000">
            <w:r>
              <w:rPr>
                <w:sz w:val="13"/>
              </w:rPr>
              <w:t>widely borrowed</w:t>
            </w:r>
          </w:p>
        </w:tc>
      </w:tr>
      <w:tr w:rsidR="002376F7" w14:paraId="33E5F7E6" w14:textId="77777777">
        <w:trPr>
          <w:jc w:val="center"/>
        </w:trPr>
        <w:tc>
          <w:tcPr>
            <w:tcW w:w="1296" w:type="dxa"/>
            <w:shd w:val="clear" w:color="auto" w:fill="EEF6F8"/>
          </w:tcPr>
          <w:p w14:paraId="67BE21CE" w14:textId="77777777" w:rsidR="002376F7" w:rsidRDefault="00000000">
            <w:r>
              <w:rPr>
                <w:sz w:val="13"/>
              </w:rPr>
              <w:t>democracy</w:t>
            </w:r>
          </w:p>
        </w:tc>
        <w:tc>
          <w:tcPr>
            <w:tcW w:w="1440" w:type="dxa"/>
            <w:shd w:val="clear" w:color="auto" w:fill="EEF6F8"/>
          </w:tcPr>
          <w:p w14:paraId="0423DD3E" w14:textId="77777777" w:rsidR="002376F7" w:rsidRDefault="00000000">
            <w:r>
              <w:rPr>
                <w:sz w:val="13"/>
              </w:rPr>
              <w:t>demokrati</w:t>
            </w:r>
          </w:p>
        </w:tc>
        <w:tc>
          <w:tcPr>
            <w:tcW w:w="1584" w:type="dxa"/>
            <w:shd w:val="clear" w:color="auto" w:fill="EEF6F8"/>
          </w:tcPr>
          <w:p w14:paraId="6EEB3B3C" w14:textId="77777777" w:rsidR="002376F7" w:rsidRDefault="00000000">
            <w:r>
              <w:rPr>
                <w:sz w:val="13"/>
              </w:rPr>
              <w:t>democracy / Demokratie</w:t>
            </w:r>
          </w:p>
        </w:tc>
        <w:tc>
          <w:tcPr>
            <w:tcW w:w="1584" w:type="dxa"/>
            <w:shd w:val="clear" w:color="auto" w:fill="EEF6F8"/>
          </w:tcPr>
          <w:p w14:paraId="514C50FA" w14:textId="77777777" w:rsidR="002376F7" w:rsidRDefault="00000000">
            <w:r>
              <w:rPr>
                <w:sz w:val="13"/>
              </w:rPr>
              <w:t>democracia / democrazia</w:t>
            </w:r>
          </w:p>
        </w:tc>
        <w:tc>
          <w:tcPr>
            <w:tcW w:w="1584" w:type="dxa"/>
            <w:shd w:val="clear" w:color="auto" w:fill="EEF6F8"/>
          </w:tcPr>
          <w:p w14:paraId="77CB5B1D" w14:textId="77777777" w:rsidR="002376F7" w:rsidRDefault="00000000">
            <w:r>
              <w:rPr>
                <w:sz w:val="13"/>
              </w:rPr>
              <w:t>demokratiya-type forms</w:t>
            </w:r>
          </w:p>
        </w:tc>
        <w:tc>
          <w:tcPr>
            <w:tcW w:w="1800" w:type="dxa"/>
            <w:shd w:val="clear" w:color="auto" w:fill="EEF6F8"/>
          </w:tcPr>
          <w:p w14:paraId="4F734EA3" w14:textId="77777777" w:rsidR="002376F7" w:rsidRDefault="00000000">
            <w:r>
              <w:rPr>
                <w:sz w:val="13"/>
              </w:rPr>
              <w:t>demokratia</w:t>
            </w:r>
          </w:p>
        </w:tc>
        <w:tc>
          <w:tcPr>
            <w:tcW w:w="2088" w:type="dxa"/>
            <w:shd w:val="clear" w:color="auto" w:fill="EEF6F8"/>
          </w:tcPr>
          <w:p w14:paraId="159C9AA9" w14:textId="77777777" w:rsidR="002376F7" w:rsidRDefault="00000000">
            <w:r>
              <w:rPr>
                <w:sz w:val="13"/>
              </w:rPr>
              <w:t>widely borrowed</w:t>
            </w:r>
          </w:p>
        </w:tc>
      </w:tr>
      <w:tr w:rsidR="002376F7" w14:paraId="6C1065B4" w14:textId="77777777">
        <w:trPr>
          <w:jc w:val="center"/>
        </w:trPr>
        <w:tc>
          <w:tcPr>
            <w:tcW w:w="1296" w:type="dxa"/>
          </w:tcPr>
          <w:p w14:paraId="1863F65E" w14:textId="77777777" w:rsidR="002376F7" w:rsidRDefault="00000000">
            <w:r>
              <w:rPr>
                <w:sz w:val="13"/>
              </w:rPr>
              <w:t>nasion</w:t>
            </w:r>
          </w:p>
        </w:tc>
        <w:tc>
          <w:tcPr>
            <w:tcW w:w="1440" w:type="dxa"/>
          </w:tcPr>
          <w:p w14:paraId="4DEF3662" w14:textId="77777777" w:rsidR="002376F7" w:rsidRDefault="00000000">
            <w:r>
              <w:rPr>
                <w:sz w:val="13"/>
              </w:rPr>
              <w:t>nasion</w:t>
            </w:r>
          </w:p>
        </w:tc>
        <w:tc>
          <w:tcPr>
            <w:tcW w:w="1584" w:type="dxa"/>
          </w:tcPr>
          <w:p w14:paraId="6D063D51" w14:textId="77777777" w:rsidR="002376F7" w:rsidRDefault="00000000">
            <w:r>
              <w:rPr>
                <w:sz w:val="13"/>
              </w:rPr>
              <w:t>nasion</w:t>
            </w:r>
          </w:p>
        </w:tc>
        <w:tc>
          <w:tcPr>
            <w:tcW w:w="1584" w:type="dxa"/>
          </w:tcPr>
          <w:p w14:paraId="236B45F6" w14:textId="77777777" w:rsidR="002376F7" w:rsidRDefault="00000000">
            <w:r>
              <w:rPr>
                <w:sz w:val="13"/>
              </w:rPr>
              <w:t>nasion / nazione</w:t>
            </w:r>
          </w:p>
        </w:tc>
        <w:tc>
          <w:tcPr>
            <w:tcW w:w="1584" w:type="dxa"/>
          </w:tcPr>
          <w:p w14:paraId="6567B9D1" w14:textId="77777777" w:rsidR="002376F7" w:rsidRDefault="00000000">
            <w:r>
              <w:rPr>
                <w:sz w:val="13"/>
              </w:rPr>
              <w:t>natsiya-type forms</w:t>
            </w:r>
          </w:p>
        </w:tc>
        <w:tc>
          <w:tcPr>
            <w:tcW w:w="1800" w:type="dxa"/>
          </w:tcPr>
          <w:p w14:paraId="575083C1" w14:textId="77777777" w:rsidR="002376F7" w:rsidRDefault="00000000">
            <w:r>
              <w:rPr>
                <w:sz w:val="13"/>
              </w:rPr>
              <w:t>international political term</w:t>
            </w:r>
          </w:p>
        </w:tc>
        <w:tc>
          <w:tcPr>
            <w:tcW w:w="2088" w:type="dxa"/>
          </w:tcPr>
          <w:p w14:paraId="46DB747B" w14:textId="77777777" w:rsidR="002376F7" w:rsidRDefault="00000000">
            <w:r>
              <w:rPr>
                <w:sz w:val="13"/>
              </w:rPr>
              <w:t>widely borrowed</w:t>
            </w:r>
          </w:p>
        </w:tc>
      </w:tr>
      <w:tr w:rsidR="002376F7" w14:paraId="06952541" w14:textId="77777777">
        <w:trPr>
          <w:jc w:val="center"/>
        </w:trPr>
        <w:tc>
          <w:tcPr>
            <w:tcW w:w="1296" w:type="dxa"/>
            <w:shd w:val="clear" w:color="auto" w:fill="EEF6F8"/>
          </w:tcPr>
          <w:p w14:paraId="4C1A8E1F" w14:textId="77777777" w:rsidR="002376F7" w:rsidRDefault="00000000">
            <w:r>
              <w:rPr>
                <w:sz w:val="13"/>
              </w:rPr>
              <w:t>culture</w:t>
            </w:r>
          </w:p>
        </w:tc>
        <w:tc>
          <w:tcPr>
            <w:tcW w:w="1440" w:type="dxa"/>
            <w:shd w:val="clear" w:color="auto" w:fill="EEF6F8"/>
          </w:tcPr>
          <w:p w14:paraId="31CB0C1C" w14:textId="77777777" w:rsidR="002376F7" w:rsidRDefault="00000000">
            <w:r>
              <w:rPr>
                <w:sz w:val="13"/>
              </w:rPr>
              <w:t>kultura</w:t>
            </w:r>
          </w:p>
        </w:tc>
        <w:tc>
          <w:tcPr>
            <w:tcW w:w="1584" w:type="dxa"/>
            <w:shd w:val="clear" w:color="auto" w:fill="EEF6F8"/>
          </w:tcPr>
          <w:p w14:paraId="559C67A3" w14:textId="77777777" w:rsidR="002376F7" w:rsidRDefault="00000000">
            <w:r>
              <w:rPr>
                <w:sz w:val="13"/>
              </w:rPr>
              <w:t>culture / Kultur</w:t>
            </w:r>
          </w:p>
        </w:tc>
        <w:tc>
          <w:tcPr>
            <w:tcW w:w="1584" w:type="dxa"/>
            <w:shd w:val="clear" w:color="auto" w:fill="EEF6F8"/>
          </w:tcPr>
          <w:p w14:paraId="6C40AD68" w14:textId="77777777" w:rsidR="002376F7" w:rsidRDefault="00000000">
            <w:r>
              <w:rPr>
                <w:sz w:val="13"/>
              </w:rPr>
              <w:t>kultura / culture</w:t>
            </w:r>
          </w:p>
        </w:tc>
        <w:tc>
          <w:tcPr>
            <w:tcW w:w="1584" w:type="dxa"/>
            <w:shd w:val="clear" w:color="auto" w:fill="EEF6F8"/>
          </w:tcPr>
          <w:p w14:paraId="08495CC8" w14:textId="77777777" w:rsidR="002376F7" w:rsidRDefault="00000000">
            <w:r>
              <w:rPr>
                <w:sz w:val="13"/>
              </w:rPr>
              <w:t>kultura</w:t>
            </w:r>
          </w:p>
        </w:tc>
        <w:tc>
          <w:tcPr>
            <w:tcW w:w="1800" w:type="dxa"/>
            <w:shd w:val="clear" w:color="auto" w:fill="EEF6F8"/>
          </w:tcPr>
          <w:p w14:paraId="01790AA6" w14:textId="77777777" w:rsidR="002376F7" w:rsidRDefault="00000000">
            <w:r>
              <w:rPr>
                <w:sz w:val="13"/>
              </w:rPr>
              <w:t>learned international root</w:t>
            </w:r>
          </w:p>
        </w:tc>
        <w:tc>
          <w:tcPr>
            <w:tcW w:w="2088" w:type="dxa"/>
            <w:shd w:val="clear" w:color="auto" w:fill="EEF6F8"/>
          </w:tcPr>
          <w:p w14:paraId="1B9A394E" w14:textId="77777777" w:rsidR="002376F7" w:rsidRDefault="00000000">
            <w:r>
              <w:rPr>
                <w:sz w:val="13"/>
              </w:rPr>
              <w:t>widely borrowed</w:t>
            </w:r>
          </w:p>
        </w:tc>
      </w:tr>
      <w:tr w:rsidR="002376F7" w14:paraId="7ED83978" w14:textId="77777777">
        <w:trPr>
          <w:jc w:val="center"/>
        </w:trPr>
        <w:tc>
          <w:tcPr>
            <w:tcW w:w="1296" w:type="dxa"/>
          </w:tcPr>
          <w:p w14:paraId="22C2EB45" w14:textId="77777777" w:rsidR="002376F7" w:rsidRDefault="00000000">
            <w:r>
              <w:rPr>
                <w:sz w:val="13"/>
              </w:rPr>
              <w:t>family</w:t>
            </w:r>
          </w:p>
        </w:tc>
        <w:tc>
          <w:tcPr>
            <w:tcW w:w="1440" w:type="dxa"/>
          </w:tcPr>
          <w:p w14:paraId="2AC87E30" w14:textId="77777777" w:rsidR="002376F7" w:rsidRDefault="00000000">
            <w:r>
              <w:rPr>
                <w:sz w:val="13"/>
              </w:rPr>
              <w:t>familia</w:t>
            </w:r>
          </w:p>
        </w:tc>
        <w:tc>
          <w:tcPr>
            <w:tcW w:w="1584" w:type="dxa"/>
          </w:tcPr>
          <w:p w14:paraId="689DB789" w14:textId="77777777" w:rsidR="002376F7" w:rsidRDefault="00000000">
            <w:r>
              <w:rPr>
                <w:sz w:val="13"/>
              </w:rPr>
              <w:t>family</w:t>
            </w:r>
          </w:p>
        </w:tc>
        <w:tc>
          <w:tcPr>
            <w:tcW w:w="1584" w:type="dxa"/>
          </w:tcPr>
          <w:p w14:paraId="0596FEE4" w14:textId="77777777" w:rsidR="002376F7" w:rsidRDefault="00000000">
            <w:r>
              <w:rPr>
                <w:sz w:val="13"/>
              </w:rPr>
              <w:t>familia / famille</w:t>
            </w:r>
          </w:p>
        </w:tc>
        <w:tc>
          <w:tcPr>
            <w:tcW w:w="1584" w:type="dxa"/>
          </w:tcPr>
          <w:p w14:paraId="0CBD3338" w14:textId="77777777" w:rsidR="002376F7" w:rsidRDefault="00000000">
            <w:r>
              <w:rPr>
                <w:sz w:val="13"/>
              </w:rPr>
              <w:t>learned/international familiarity</w:t>
            </w:r>
          </w:p>
        </w:tc>
        <w:tc>
          <w:tcPr>
            <w:tcW w:w="1800" w:type="dxa"/>
          </w:tcPr>
          <w:p w14:paraId="51629C45" w14:textId="77777777" w:rsidR="002376F7" w:rsidRDefault="00000000">
            <w:r>
              <w:rPr>
                <w:sz w:val="13"/>
              </w:rPr>
              <w:t>international use</w:t>
            </w:r>
          </w:p>
        </w:tc>
        <w:tc>
          <w:tcPr>
            <w:tcW w:w="2088" w:type="dxa"/>
          </w:tcPr>
          <w:p w14:paraId="4F11F45B" w14:textId="77777777" w:rsidR="002376F7" w:rsidRDefault="00000000">
            <w:r>
              <w:rPr>
                <w:sz w:val="13"/>
              </w:rPr>
              <w:t>global education/media familiarity</w:t>
            </w:r>
          </w:p>
        </w:tc>
      </w:tr>
      <w:tr w:rsidR="002376F7" w14:paraId="06DF7313" w14:textId="77777777">
        <w:trPr>
          <w:jc w:val="center"/>
        </w:trPr>
        <w:tc>
          <w:tcPr>
            <w:tcW w:w="1296" w:type="dxa"/>
            <w:shd w:val="clear" w:color="auto" w:fill="EEF6F8"/>
          </w:tcPr>
          <w:p w14:paraId="4821BECF" w14:textId="77777777" w:rsidR="002376F7" w:rsidRDefault="00000000">
            <w:r>
              <w:rPr>
                <w:sz w:val="13"/>
              </w:rPr>
              <w:t>mother</w:t>
            </w:r>
          </w:p>
        </w:tc>
        <w:tc>
          <w:tcPr>
            <w:tcW w:w="1440" w:type="dxa"/>
            <w:shd w:val="clear" w:color="auto" w:fill="EEF6F8"/>
          </w:tcPr>
          <w:p w14:paraId="51A1DBBF" w14:textId="77777777" w:rsidR="002376F7" w:rsidRDefault="00000000">
            <w:r>
              <w:rPr>
                <w:sz w:val="13"/>
              </w:rPr>
              <w:t>mater</w:t>
            </w:r>
          </w:p>
        </w:tc>
        <w:tc>
          <w:tcPr>
            <w:tcW w:w="1584" w:type="dxa"/>
            <w:shd w:val="clear" w:color="auto" w:fill="EEF6F8"/>
          </w:tcPr>
          <w:p w14:paraId="49781257" w14:textId="77777777" w:rsidR="002376F7" w:rsidRDefault="00000000">
            <w:r>
              <w:rPr>
                <w:sz w:val="13"/>
              </w:rPr>
              <w:t>mother / Mutter nearby</w:t>
            </w:r>
          </w:p>
        </w:tc>
        <w:tc>
          <w:tcPr>
            <w:tcW w:w="1584" w:type="dxa"/>
            <w:shd w:val="clear" w:color="auto" w:fill="EEF6F8"/>
          </w:tcPr>
          <w:p w14:paraId="1E647949" w14:textId="77777777" w:rsidR="002376F7" w:rsidRDefault="00000000">
            <w:r>
              <w:rPr>
                <w:sz w:val="13"/>
              </w:rPr>
              <w:t>madre / mere nearby</w:t>
            </w:r>
          </w:p>
        </w:tc>
        <w:tc>
          <w:tcPr>
            <w:tcW w:w="1584" w:type="dxa"/>
            <w:shd w:val="clear" w:color="auto" w:fill="EEF6F8"/>
          </w:tcPr>
          <w:p w14:paraId="0F8DABA8" w14:textId="77777777" w:rsidR="002376F7" w:rsidRDefault="00000000">
            <w:r>
              <w:rPr>
                <w:sz w:val="13"/>
              </w:rPr>
              <w:t>mat-/maternal roots</w:t>
            </w:r>
          </w:p>
        </w:tc>
        <w:tc>
          <w:tcPr>
            <w:tcW w:w="1800" w:type="dxa"/>
            <w:shd w:val="clear" w:color="auto" w:fill="EEF6F8"/>
          </w:tcPr>
          <w:p w14:paraId="48FF001B" w14:textId="77777777" w:rsidR="002376F7" w:rsidRDefault="00000000">
            <w:r>
              <w:rPr>
                <w:sz w:val="13"/>
              </w:rPr>
              <w:t>mitera nearby</w:t>
            </w:r>
          </w:p>
        </w:tc>
        <w:tc>
          <w:tcPr>
            <w:tcW w:w="2088" w:type="dxa"/>
            <w:shd w:val="clear" w:color="auto" w:fill="EEF6F8"/>
          </w:tcPr>
          <w:p w14:paraId="79B3EEDC" w14:textId="77777777" w:rsidR="002376F7" w:rsidRDefault="00000000">
            <w:r>
              <w:rPr>
                <w:sz w:val="13"/>
              </w:rPr>
              <w:t>mata / madar nearby</w:t>
            </w:r>
          </w:p>
        </w:tc>
      </w:tr>
      <w:tr w:rsidR="002376F7" w14:paraId="019CF222" w14:textId="77777777">
        <w:trPr>
          <w:jc w:val="center"/>
        </w:trPr>
        <w:tc>
          <w:tcPr>
            <w:tcW w:w="1296" w:type="dxa"/>
          </w:tcPr>
          <w:p w14:paraId="454E4AD6" w14:textId="77777777" w:rsidR="002376F7" w:rsidRDefault="00000000">
            <w:r>
              <w:rPr>
                <w:sz w:val="13"/>
              </w:rPr>
              <w:t>new</w:t>
            </w:r>
          </w:p>
        </w:tc>
        <w:tc>
          <w:tcPr>
            <w:tcW w:w="1440" w:type="dxa"/>
          </w:tcPr>
          <w:p w14:paraId="6799D0A7" w14:textId="77777777" w:rsidR="002376F7" w:rsidRDefault="00000000">
            <w:r>
              <w:rPr>
                <w:sz w:val="13"/>
              </w:rPr>
              <w:t>nova</w:t>
            </w:r>
          </w:p>
        </w:tc>
        <w:tc>
          <w:tcPr>
            <w:tcW w:w="1584" w:type="dxa"/>
          </w:tcPr>
          <w:p w14:paraId="12E67980" w14:textId="77777777" w:rsidR="002376F7" w:rsidRDefault="00000000">
            <w:r>
              <w:rPr>
                <w:sz w:val="13"/>
              </w:rPr>
              <w:t>new / neu nearby</w:t>
            </w:r>
          </w:p>
        </w:tc>
        <w:tc>
          <w:tcPr>
            <w:tcW w:w="1584" w:type="dxa"/>
          </w:tcPr>
          <w:p w14:paraId="2ECFED61" w14:textId="77777777" w:rsidR="002376F7" w:rsidRDefault="00000000">
            <w:r>
              <w:rPr>
                <w:sz w:val="13"/>
              </w:rPr>
              <w:t>nuevo / nuovo / nova</w:t>
            </w:r>
          </w:p>
        </w:tc>
        <w:tc>
          <w:tcPr>
            <w:tcW w:w="1584" w:type="dxa"/>
          </w:tcPr>
          <w:p w14:paraId="79D27FD2" w14:textId="77777777" w:rsidR="002376F7" w:rsidRDefault="00000000">
            <w:r>
              <w:rPr>
                <w:sz w:val="13"/>
              </w:rPr>
              <w:t>novy / nowy</w:t>
            </w:r>
          </w:p>
        </w:tc>
        <w:tc>
          <w:tcPr>
            <w:tcW w:w="1800" w:type="dxa"/>
          </w:tcPr>
          <w:p w14:paraId="1B7E9679" w14:textId="77777777" w:rsidR="002376F7" w:rsidRDefault="00000000">
            <w:r>
              <w:rPr>
                <w:sz w:val="13"/>
              </w:rPr>
              <w:t>neo nearby</w:t>
            </w:r>
          </w:p>
        </w:tc>
        <w:tc>
          <w:tcPr>
            <w:tcW w:w="2088" w:type="dxa"/>
          </w:tcPr>
          <w:p w14:paraId="625F6B1C" w14:textId="77777777" w:rsidR="002376F7" w:rsidRDefault="00000000">
            <w:r>
              <w:rPr>
                <w:sz w:val="13"/>
              </w:rPr>
              <w:t>nava/nau-type roots nearby</w:t>
            </w:r>
          </w:p>
        </w:tc>
      </w:tr>
      <w:tr w:rsidR="002376F7" w14:paraId="010D9FC7" w14:textId="77777777">
        <w:trPr>
          <w:jc w:val="center"/>
        </w:trPr>
        <w:tc>
          <w:tcPr>
            <w:tcW w:w="1296" w:type="dxa"/>
            <w:shd w:val="clear" w:color="auto" w:fill="EEF6F8"/>
          </w:tcPr>
          <w:p w14:paraId="7D01B779" w14:textId="77777777" w:rsidR="002376F7" w:rsidRDefault="00000000">
            <w:r>
              <w:rPr>
                <w:sz w:val="13"/>
              </w:rPr>
              <w:t>three</w:t>
            </w:r>
          </w:p>
        </w:tc>
        <w:tc>
          <w:tcPr>
            <w:tcW w:w="1440" w:type="dxa"/>
            <w:shd w:val="clear" w:color="auto" w:fill="EEF6F8"/>
          </w:tcPr>
          <w:p w14:paraId="45E894D8" w14:textId="77777777" w:rsidR="002376F7" w:rsidRDefault="00000000">
            <w:r>
              <w:rPr>
                <w:sz w:val="13"/>
              </w:rPr>
              <w:t>tre</w:t>
            </w:r>
          </w:p>
        </w:tc>
        <w:tc>
          <w:tcPr>
            <w:tcW w:w="1584" w:type="dxa"/>
            <w:shd w:val="clear" w:color="auto" w:fill="EEF6F8"/>
          </w:tcPr>
          <w:p w14:paraId="06A2F977" w14:textId="77777777" w:rsidR="002376F7" w:rsidRDefault="00000000">
            <w:r>
              <w:rPr>
                <w:sz w:val="13"/>
              </w:rPr>
              <w:t>three / drei nearby</w:t>
            </w:r>
          </w:p>
        </w:tc>
        <w:tc>
          <w:tcPr>
            <w:tcW w:w="1584" w:type="dxa"/>
            <w:shd w:val="clear" w:color="auto" w:fill="EEF6F8"/>
          </w:tcPr>
          <w:p w14:paraId="3548F949" w14:textId="77777777" w:rsidR="002376F7" w:rsidRDefault="00000000">
            <w:r>
              <w:rPr>
                <w:sz w:val="13"/>
              </w:rPr>
              <w:t>tres / tre</w:t>
            </w:r>
          </w:p>
        </w:tc>
        <w:tc>
          <w:tcPr>
            <w:tcW w:w="1584" w:type="dxa"/>
            <w:shd w:val="clear" w:color="auto" w:fill="EEF6F8"/>
          </w:tcPr>
          <w:p w14:paraId="4B90420E" w14:textId="77777777" w:rsidR="002376F7" w:rsidRDefault="00000000">
            <w:r>
              <w:rPr>
                <w:sz w:val="13"/>
              </w:rPr>
              <w:t>tre / trzy nearby</w:t>
            </w:r>
          </w:p>
        </w:tc>
        <w:tc>
          <w:tcPr>
            <w:tcW w:w="1800" w:type="dxa"/>
            <w:shd w:val="clear" w:color="auto" w:fill="EEF6F8"/>
          </w:tcPr>
          <w:p w14:paraId="7842F96F" w14:textId="77777777" w:rsidR="002376F7" w:rsidRDefault="00000000">
            <w:r>
              <w:rPr>
                <w:sz w:val="13"/>
              </w:rPr>
              <w:t>tria</w:t>
            </w:r>
          </w:p>
        </w:tc>
        <w:tc>
          <w:tcPr>
            <w:tcW w:w="2088" w:type="dxa"/>
            <w:shd w:val="clear" w:color="auto" w:fill="EEF6F8"/>
          </w:tcPr>
          <w:p w14:paraId="3C681C2C" w14:textId="77777777" w:rsidR="002376F7" w:rsidRDefault="00000000">
            <w:r>
              <w:rPr>
                <w:sz w:val="13"/>
              </w:rPr>
              <w:t>tin/tre-type learned recognition</w:t>
            </w:r>
          </w:p>
        </w:tc>
      </w:tr>
    </w:tbl>
    <w:p w14:paraId="02B735F7" w14:textId="77777777" w:rsidR="002376F7" w:rsidRDefault="002376F7">
      <w:pPr>
        <w:spacing w:after="120"/>
      </w:pPr>
    </w:p>
    <w:p w14:paraId="499DFFB3" w14:textId="77777777" w:rsidR="002376F7" w:rsidRDefault="00000000">
      <w:r/>
    </w:p>
    <w:p w14:paraId="4D67597E" w14:textId="77777777" w:rsidR="002376F7" w:rsidRDefault="00000000">
      <w:pPr>
        <w:pStyle w:val="ChapterLabel"/>
      </w:pPr>
      <w:r>
        <w:t>Chapter 5</w:t>
      </w:r>
    </w:p>
    <w:p w14:paraId="10E111BD" w14:textId="77777777" w:rsidR="002376F7" w:rsidRDefault="00000000">
      <w:pPr>
        <w:pStyle w:val="ChapterTitle"/>
        <w:keepNext/>
      </w:pPr>
      <w:r>
        <w:t>What Claralinga Is</w:t>
      </w:r>
    </w:p>
    <w:p w14:paraId="257246C5" w14:textId="77777777" w:rsidR="002376F7" w:rsidRDefault="00000000">
      <w:pPr>
        <w:pStyle w:val="ChapterSubtitle"/>
      </w:pPr>
      <w:r>
        <w:t>A clear auxiliary language for modern Indo-European speakers</w:t>
      </w:r>
    </w:p>
    <w:p w14:paraId="2C11B581" w14:textId="77777777" w:rsidR="002376F7" w:rsidRDefault="002376F7">
      <w:pPr>
        <w:pBdr>
          <w:bottom w:val="single" w:sz="12" w:space="1" w:color="DAA520"/>
        </w:pBdr>
        <w:spacing w:after="160"/>
      </w:pPr>
    </w:p>
    <w:p w14:paraId="3E6CE9B5" w14:textId="77777777" w:rsidR="002376F7" w:rsidRDefault="00000000">
      <w:pPr>
        <w:spacing w:after="100"/>
      </w:pPr>
      <w:r>
        <w:t>Claralinga means “clear language.” It comes from clar, meaning clear, and linga/linga, meaning language. Its working motto is: Claralinga: la linga clar pro un grande familia de voses.</w:t>
      </w:r>
    </w:p>
    <w:p w14:paraId="734EA868" w14:textId="77777777" w:rsidR="002376F7" w:rsidRDefault="00000000">
      <w:pPr>
        <w:spacing w:after="100"/>
      </w:pPr>
      <w:r>
        <w:t>Claralinga is not trying to rebuild an ancient parent language. It is not trying to be difficult so it can look scholarly. It is built for recognition, usefulness, and speed.</w:t>
      </w:r>
    </w:p>
    <w:tbl>
      <w:tblPr>
        <w:tblW w:w="0" w:type="auto"/>
        <w:jc w:val="center"/>
        <w:tblLook w:val="04A0" w:firstRow="1" w:lastRow="0" w:firstColumn="1" w:lastColumn="0" w:noHBand="0" w:noVBand="1"/>
      </w:tblPr>
      <w:tblGrid>
        <w:gridCol w:w="10282"/>
      </w:tblGrid>
      <w:tr w:rsidR="002376F7" w14:paraId="09F4FF01" w14:textId="77777777">
        <w:trPr>
          <w:jc w:val="center"/>
        </w:trPr>
        <w:tc>
          <w:tcPr>
            <w:tcW w:w="10282" w:type="dxa"/>
            <w:shd w:val="clear" w:color="auto" w:fill="EAF5F8"/>
          </w:tcPr>
          <w:p w14:paraId="2B9F8DF3" w14:textId="77777777" w:rsidR="002376F7" w:rsidRDefault="00000000">
            <w:pPr>
              <w:spacing w:after="40"/>
            </w:pPr>
            <w:r>
              <w:rPr>
                <w:b/>
                <w:color w:val="163B60"/>
                <w:sz w:val="20"/>
              </w:rPr>
              <w:t>Founding idea</w:t>
            </w:r>
          </w:p>
          <w:p w14:paraId="231579F9" w14:textId="77777777" w:rsidR="002376F7" w:rsidRDefault="00000000">
            <w:pPr>
              <w:spacing w:after="40"/>
            </w:pPr>
            <w:r>
              <w:rPr>
                <w:sz w:val="17"/>
              </w:rPr>
              <w:t>The clear language for one great family of voices.</w:t>
            </w:r>
          </w:p>
        </w:tc>
      </w:tr>
    </w:tbl>
    <w:p w14:paraId="16E79006" w14:textId="77777777" w:rsidR="002376F7" w:rsidRDefault="002376F7"/>
    <w:p w14:paraId="4C8CF4AB" w14:textId="77777777" w:rsidR="002376F7" w:rsidRDefault="00000000">
      <w:r/>
    </w:p>
    <w:p w14:paraId="569330B1" w14:textId="77777777" w:rsidR="002376F7" w:rsidRDefault="00000000">
      <w:pPr>
        <w:pStyle w:val="ChapterLabel"/>
      </w:pPr>
      <w:r>
        <w:t>Chapter 6</w:t>
      </w:r>
    </w:p>
    <w:p w14:paraId="67BFD7B5" w14:textId="77777777" w:rsidR="002376F7" w:rsidRDefault="00000000">
      <w:pPr>
        <w:pStyle w:val="ChapterTitle"/>
        <w:keepNext/>
      </w:pPr>
      <w:r>
        <w:t>Design Principles</w:t>
      </w:r>
    </w:p>
    <w:p w14:paraId="45C319B0" w14:textId="77777777" w:rsidR="002376F7" w:rsidRDefault="00000000">
      <w:pPr>
        <w:pStyle w:val="ChapterSubtitle"/>
      </w:pPr>
      <w:r>
        <w:t>The rules behind the rules</w:t>
      </w:r>
    </w:p>
    <w:p w14:paraId="68BD5418"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880"/>
        <w:gridCol w:w="7056"/>
      </w:tblGrid>
      <w:tr w:rsidR="002376F7" w14:paraId="739A7BE1" w14:textId="77777777">
        <w:trPr>
          <w:tblHeader/>
          <w:jc w:val="center"/>
        </w:trPr>
        <w:tc>
          <w:tcPr>
            <w:tcW w:w="2880" w:type="dxa"/>
            <w:shd w:val="clear" w:color="auto" w:fill="163B60"/>
          </w:tcPr>
          <w:p w14:paraId="425010C8" w14:textId="77777777" w:rsidR="002376F7" w:rsidRDefault="00000000">
            <w:r>
              <w:rPr>
                <w:b/>
                <w:color w:val="FFFFFF"/>
                <w:sz w:val="16"/>
              </w:rPr>
              <w:t>Principle</w:t>
            </w:r>
          </w:p>
        </w:tc>
        <w:tc>
          <w:tcPr>
            <w:tcW w:w="7056" w:type="dxa"/>
            <w:shd w:val="clear" w:color="auto" w:fill="163B60"/>
          </w:tcPr>
          <w:p w14:paraId="14A0B05C" w14:textId="77777777" w:rsidR="002376F7" w:rsidRDefault="00000000">
            <w:r>
              <w:rPr>
                <w:b/>
                <w:color w:val="FFFFFF"/>
                <w:sz w:val="16"/>
              </w:rPr>
              <w:t>Meaning</w:t>
            </w:r>
          </w:p>
        </w:tc>
      </w:tr>
      <w:tr w:rsidR="002376F7" w14:paraId="5A7B7463" w14:textId="77777777">
        <w:trPr>
          <w:jc w:val="center"/>
        </w:trPr>
        <w:tc>
          <w:tcPr>
            <w:tcW w:w="2880" w:type="dxa"/>
          </w:tcPr>
          <w:p w14:paraId="088F6B5D" w14:textId="77777777" w:rsidR="002376F7" w:rsidRDefault="00000000">
            <w:r>
              <w:rPr>
                <w:sz w:val="16"/>
              </w:rPr>
              <w:t>Familiar international vocabulary</w:t>
            </w:r>
          </w:p>
        </w:tc>
        <w:tc>
          <w:tcPr>
            <w:tcW w:w="7056" w:type="dxa"/>
          </w:tcPr>
          <w:p w14:paraId="011695BF" w14:textId="77777777" w:rsidR="002376F7" w:rsidRDefault="00000000">
            <w:r>
              <w:rPr>
                <w:sz w:val="16"/>
              </w:rPr>
              <w:t>Choose words recognizable across several modern Indo-European languages or already international through education, travel, science, faith, media, trade, technology, and culture.</w:t>
            </w:r>
          </w:p>
        </w:tc>
      </w:tr>
      <w:tr w:rsidR="002376F7" w14:paraId="0110248E" w14:textId="77777777">
        <w:trPr>
          <w:jc w:val="center"/>
        </w:trPr>
        <w:tc>
          <w:tcPr>
            <w:tcW w:w="2880" w:type="dxa"/>
            <w:shd w:val="clear" w:color="auto" w:fill="EEF6F8"/>
          </w:tcPr>
          <w:p w14:paraId="4D2CD60D" w14:textId="77777777" w:rsidR="002376F7" w:rsidRDefault="00000000">
            <w:r>
              <w:rPr>
                <w:sz w:val="16"/>
              </w:rPr>
              <w:t>Simple grammar</w:t>
            </w:r>
          </w:p>
        </w:tc>
        <w:tc>
          <w:tcPr>
            <w:tcW w:w="7056" w:type="dxa"/>
            <w:shd w:val="clear" w:color="auto" w:fill="EEF6F8"/>
          </w:tcPr>
          <w:p w14:paraId="4C1C9F17" w14:textId="77777777" w:rsidR="002376F7" w:rsidRDefault="00000000">
            <w:r>
              <w:rPr>
                <w:sz w:val="16"/>
              </w:rPr>
              <w:t>Use predictable patterns instead of memorized endings and exception lists.</w:t>
            </w:r>
          </w:p>
        </w:tc>
      </w:tr>
      <w:tr w:rsidR="002376F7" w14:paraId="7187ECD4" w14:textId="77777777">
        <w:trPr>
          <w:jc w:val="center"/>
        </w:trPr>
        <w:tc>
          <w:tcPr>
            <w:tcW w:w="2880" w:type="dxa"/>
          </w:tcPr>
          <w:p w14:paraId="6356FDFA" w14:textId="77777777" w:rsidR="002376F7" w:rsidRDefault="00000000">
            <w:r>
              <w:rPr>
                <w:sz w:val="16"/>
              </w:rPr>
              <w:t>No grammatical gender</w:t>
            </w:r>
          </w:p>
        </w:tc>
        <w:tc>
          <w:tcPr>
            <w:tcW w:w="7056" w:type="dxa"/>
          </w:tcPr>
          <w:p w14:paraId="1B5A47F9" w14:textId="77777777" w:rsidR="002376F7" w:rsidRDefault="00000000">
            <w:r>
              <w:rPr>
                <w:sz w:val="16"/>
              </w:rPr>
              <w:t>Words do not become masculine or feminine. Gender is stated only with separate words when needed.</w:t>
            </w:r>
          </w:p>
        </w:tc>
      </w:tr>
      <w:tr w:rsidR="002376F7" w14:paraId="0E6FDF0C" w14:textId="77777777">
        <w:trPr>
          <w:jc w:val="center"/>
        </w:trPr>
        <w:tc>
          <w:tcPr>
            <w:tcW w:w="2880" w:type="dxa"/>
            <w:shd w:val="clear" w:color="auto" w:fill="EEF6F8"/>
          </w:tcPr>
          <w:p w14:paraId="069564E6" w14:textId="77777777" w:rsidR="002376F7" w:rsidRDefault="00000000">
            <w:r>
              <w:rPr>
                <w:sz w:val="16"/>
              </w:rPr>
              <w:t>No case system</w:t>
            </w:r>
          </w:p>
        </w:tc>
        <w:tc>
          <w:tcPr>
            <w:tcW w:w="7056" w:type="dxa"/>
            <w:shd w:val="clear" w:color="auto" w:fill="EEF6F8"/>
          </w:tcPr>
          <w:p w14:paraId="2C4C83FA" w14:textId="77777777" w:rsidR="002376F7" w:rsidRDefault="00000000">
            <w:r>
              <w:rPr>
                <w:sz w:val="16"/>
              </w:rPr>
              <w:t>Meaning comes from word order and short helper words, not noun endings.</w:t>
            </w:r>
          </w:p>
        </w:tc>
      </w:tr>
      <w:tr w:rsidR="002376F7" w14:paraId="6C5BC2BB" w14:textId="77777777">
        <w:trPr>
          <w:jc w:val="center"/>
        </w:trPr>
        <w:tc>
          <w:tcPr>
            <w:tcW w:w="2880" w:type="dxa"/>
          </w:tcPr>
          <w:p w14:paraId="74CC7EF0" w14:textId="77777777" w:rsidR="002376F7" w:rsidRDefault="00000000">
            <w:r>
              <w:rPr>
                <w:sz w:val="16"/>
              </w:rPr>
              <w:t>No verb tables</w:t>
            </w:r>
          </w:p>
        </w:tc>
        <w:tc>
          <w:tcPr>
            <w:tcW w:w="7056" w:type="dxa"/>
          </w:tcPr>
          <w:p w14:paraId="642EA423" w14:textId="77777777" w:rsidR="002376F7" w:rsidRDefault="00000000">
            <w:r>
              <w:rPr>
                <w:sz w:val="16"/>
              </w:rPr>
              <w:t>Verb stems stay stable. Time and aspect use small fixed markers.</w:t>
            </w:r>
          </w:p>
        </w:tc>
      </w:tr>
      <w:tr w:rsidR="002376F7" w14:paraId="44130622" w14:textId="77777777">
        <w:trPr>
          <w:jc w:val="center"/>
        </w:trPr>
        <w:tc>
          <w:tcPr>
            <w:tcW w:w="2880" w:type="dxa"/>
            <w:shd w:val="clear" w:color="auto" w:fill="EEF6F8"/>
          </w:tcPr>
          <w:p w14:paraId="174A6EFB" w14:textId="77777777" w:rsidR="002376F7" w:rsidRDefault="00000000">
            <w:r>
              <w:rPr>
                <w:sz w:val="16"/>
              </w:rPr>
              <w:t>Clear spelling</w:t>
            </w:r>
          </w:p>
        </w:tc>
        <w:tc>
          <w:tcPr>
            <w:tcW w:w="7056" w:type="dxa"/>
            <w:shd w:val="clear" w:color="auto" w:fill="EEF6F8"/>
          </w:tcPr>
          <w:p w14:paraId="1D904E28" w14:textId="77777777" w:rsidR="002376F7" w:rsidRDefault="00000000">
            <w:r>
              <w:rPr>
                <w:sz w:val="16"/>
              </w:rPr>
              <w:t>Every written letter is pronounced. No silent letters.</w:t>
            </w:r>
          </w:p>
        </w:tc>
      </w:tr>
      <w:tr w:rsidR="002376F7" w14:paraId="68001E91" w14:textId="77777777">
        <w:trPr>
          <w:jc w:val="center"/>
        </w:trPr>
        <w:tc>
          <w:tcPr>
            <w:tcW w:w="2880" w:type="dxa"/>
          </w:tcPr>
          <w:p w14:paraId="28DF29A2" w14:textId="77777777" w:rsidR="002376F7" w:rsidRDefault="00000000">
            <w:r>
              <w:rPr>
                <w:sz w:val="16"/>
              </w:rPr>
              <w:t>Practical clarity</w:t>
            </w:r>
          </w:p>
        </w:tc>
        <w:tc>
          <w:tcPr>
            <w:tcW w:w="7056" w:type="dxa"/>
          </w:tcPr>
          <w:p w14:paraId="144CF92E" w14:textId="77777777" w:rsidR="002376F7" w:rsidRDefault="00000000">
            <w:r>
              <w:rPr>
                <w:sz w:val="16"/>
              </w:rPr>
              <w:t>The goal is instant understanding, not ancient-root scholarship.</w:t>
            </w:r>
          </w:p>
        </w:tc>
      </w:tr>
    </w:tbl>
    <w:p w14:paraId="67A19E1B" w14:textId="77777777" w:rsidR="002376F7" w:rsidRDefault="002376F7">
      <w:pPr>
        <w:spacing w:after="120"/>
      </w:pPr>
    </w:p>
    <w:p w14:paraId="3E3B4E32" w14:textId="77777777" w:rsidR="002376F7" w:rsidRDefault="00000000">
      <w:r/>
    </w:p>
    <w:p w14:paraId="0433AC95" w14:textId="77777777" w:rsidR="002376F7" w:rsidRDefault="00000000">
      <w:pPr>
        <w:pStyle w:val="ChapterLabel"/>
      </w:pPr>
      <w:r>
        <w:t>Chapter 7</w:t>
      </w:r>
    </w:p>
    <w:p w14:paraId="4D70907E" w14:textId="77777777" w:rsidR="002376F7" w:rsidRDefault="00000000">
      <w:pPr>
        <w:pStyle w:val="ChapterTitle"/>
        <w:keepNext/>
      </w:pPr>
      <w:r>
        <w:t>Pronunciation and Spelling</w:t>
      </w:r>
    </w:p>
    <w:p w14:paraId="72640CBC" w14:textId="77777777" w:rsidR="002376F7" w:rsidRDefault="00000000">
      <w:pPr>
        <w:pStyle w:val="ChapterSubtitle"/>
      </w:pPr>
      <w:r>
        <w:t>No silent letters. No mystery meat.</w:t>
      </w:r>
    </w:p>
    <w:p w14:paraId="034975C5"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1944"/>
        <w:gridCol w:w="2880"/>
        <w:gridCol w:w="5184"/>
      </w:tblGrid>
      <w:tr w:rsidR="002376F7" w14:paraId="42F4B573" w14:textId="77777777">
        <w:trPr>
          <w:tblHeader/>
          <w:jc w:val="center"/>
        </w:trPr>
        <w:tc>
          <w:tcPr>
            <w:tcW w:w="1944" w:type="dxa"/>
            <w:shd w:val="clear" w:color="auto" w:fill="163B60"/>
          </w:tcPr>
          <w:p w14:paraId="3437C894" w14:textId="77777777" w:rsidR="002376F7" w:rsidRDefault="00000000">
            <w:r>
              <w:rPr>
                <w:b/>
                <w:color w:val="FFFFFF"/>
                <w:sz w:val="16"/>
              </w:rPr>
              <w:t>Letter / Pattern</w:t>
            </w:r>
          </w:p>
        </w:tc>
        <w:tc>
          <w:tcPr>
            <w:tcW w:w="2880" w:type="dxa"/>
            <w:shd w:val="clear" w:color="auto" w:fill="163B60"/>
          </w:tcPr>
          <w:p w14:paraId="5B16B094" w14:textId="77777777" w:rsidR="002376F7" w:rsidRDefault="00000000">
            <w:r>
              <w:rPr>
                <w:b/>
                <w:color w:val="FFFFFF"/>
                <w:sz w:val="16"/>
              </w:rPr>
              <w:t>Sound</w:t>
            </w:r>
          </w:p>
        </w:tc>
        <w:tc>
          <w:tcPr>
            <w:tcW w:w="5184" w:type="dxa"/>
            <w:shd w:val="clear" w:color="auto" w:fill="163B60"/>
          </w:tcPr>
          <w:p w14:paraId="1081144E" w14:textId="77777777" w:rsidR="002376F7" w:rsidRDefault="00000000">
            <w:r>
              <w:rPr>
                <w:b/>
                <w:color w:val="FFFFFF"/>
                <w:sz w:val="16"/>
              </w:rPr>
              <w:t>Example</w:t>
            </w:r>
          </w:p>
        </w:tc>
      </w:tr>
      <w:tr w:rsidR="002376F7" w14:paraId="51EF1CAB" w14:textId="77777777">
        <w:trPr>
          <w:jc w:val="center"/>
        </w:trPr>
        <w:tc>
          <w:tcPr>
            <w:tcW w:w="1944" w:type="dxa"/>
          </w:tcPr>
          <w:p w14:paraId="40E1D0B3" w14:textId="77777777" w:rsidR="002376F7" w:rsidRDefault="00000000">
            <w:r>
              <w:rPr>
                <w:sz w:val="16"/>
              </w:rPr>
              <w:t>a</w:t>
            </w:r>
          </w:p>
        </w:tc>
        <w:tc>
          <w:tcPr>
            <w:tcW w:w="2880" w:type="dxa"/>
          </w:tcPr>
          <w:p w14:paraId="3210274A" w14:textId="77777777" w:rsidR="002376F7" w:rsidRDefault="00000000">
            <w:r>
              <w:rPr>
                <w:sz w:val="16"/>
              </w:rPr>
              <w:t>ah</w:t>
            </w:r>
          </w:p>
        </w:tc>
        <w:tc>
          <w:tcPr>
            <w:tcW w:w="5184" w:type="dxa"/>
          </w:tcPr>
          <w:p w14:paraId="30C00791" w14:textId="77777777" w:rsidR="002376F7" w:rsidRDefault="00000000">
            <w:r>
              <w:rPr>
                <w:sz w:val="16"/>
              </w:rPr>
              <w:t>familia, clar</w:t>
            </w:r>
          </w:p>
        </w:tc>
      </w:tr>
      <w:tr w:rsidR="002376F7" w14:paraId="50DB2D97" w14:textId="77777777">
        <w:trPr>
          <w:jc w:val="center"/>
        </w:trPr>
        <w:tc>
          <w:tcPr>
            <w:tcW w:w="1944" w:type="dxa"/>
            <w:shd w:val="clear" w:color="auto" w:fill="EEF6F8"/>
          </w:tcPr>
          <w:p w14:paraId="5D2BA18A" w14:textId="77777777" w:rsidR="002376F7" w:rsidRDefault="00000000">
            <w:r>
              <w:rPr>
                <w:sz w:val="16"/>
              </w:rPr>
              <w:t>et</w:t>
            </w:r>
          </w:p>
        </w:tc>
        <w:tc>
          <w:tcPr>
            <w:tcW w:w="2880" w:type="dxa"/>
            <w:shd w:val="clear" w:color="auto" w:fill="EEF6F8"/>
          </w:tcPr>
          <w:p w14:paraId="6DE107AB" w14:textId="77777777" w:rsidR="002376F7" w:rsidRDefault="00000000">
            <w:r>
              <w:rPr>
                <w:sz w:val="16"/>
              </w:rPr>
              <w:t>eh</w:t>
            </w:r>
          </w:p>
        </w:tc>
        <w:tc>
          <w:tcPr>
            <w:tcW w:w="5184" w:type="dxa"/>
            <w:shd w:val="clear" w:color="auto" w:fill="EEF6F8"/>
          </w:tcPr>
          <w:p w14:paraId="6CF01179" w14:textId="77777777" w:rsidR="002376F7" w:rsidRDefault="00000000">
            <w:r>
              <w:rPr>
                <w:sz w:val="16"/>
              </w:rPr>
              <w:t>tempo, bene</w:t>
            </w:r>
          </w:p>
        </w:tc>
      </w:tr>
      <w:tr w:rsidR="002376F7" w14:paraId="1BACD911" w14:textId="77777777">
        <w:trPr>
          <w:jc w:val="center"/>
        </w:trPr>
        <w:tc>
          <w:tcPr>
            <w:tcW w:w="1944" w:type="dxa"/>
          </w:tcPr>
          <w:p w14:paraId="0370E395" w14:textId="77777777" w:rsidR="002376F7" w:rsidRDefault="00000000">
            <w:r>
              <w:rPr>
                <w:sz w:val="16"/>
              </w:rPr>
              <w:t>i</w:t>
            </w:r>
          </w:p>
        </w:tc>
        <w:tc>
          <w:tcPr>
            <w:tcW w:w="2880" w:type="dxa"/>
          </w:tcPr>
          <w:p w14:paraId="1CD789EC" w14:textId="77777777" w:rsidR="002376F7" w:rsidRDefault="00000000">
            <w:r>
              <w:rPr>
                <w:sz w:val="16"/>
              </w:rPr>
              <w:t>ee</w:t>
            </w:r>
          </w:p>
        </w:tc>
        <w:tc>
          <w:tcPr>
            <w:tcW w:w="5184" w:type="dxa"/>
          </w:tcPr>
          <w:p w14:paraId="13D2DE75" w14:textId="77777777" w:rsidR="002376F7" w:rsidRDefault="00000000">
            <w:r>
              <w:rPr>
                <w:sz w:val="16"/>
              </w:rPr>
              <w:t>histori, energi</w:t>
            </w:r>
          </w:p>
        </w:tc>
      </w:tr>
      <w:tr w:rsidR="002376F7" w14:paraId="7780ACC7" w14:textId="77777777">
        <w:trPr>
          <w:jc w:val="center"/>
        </w:trPr>
        <w:tc>
          <w:tcPr>
            <w:tcW w:w="1944" w:type="dxa"/>
            <w:shd w:val="clear" w:color="auto" w:fill="EEF6F8"/>
          </w:tcPr>
          <w:p w14:paraId="51101B3F" w14:textId="77777777" w:rsidR="002376F7" w:rsidRDefault="00000000">
            <w:r>
              <w:rPr>
                <w:sz w:val="16"/>
              </w:rPr>
              <w:t>o</w:t>
            </w:r>
          </w:p>
        </w:tc>
        <w:tc>
          <w:tcPr>
            <w:tcW w:w="2880" w:type="dxa"/>
            <w:shd w:val="clear" w:color="auto" w:fill="EEF6F8"/>
          </w:tcPr>
          <w:p w14:paraId="71F210F5" w14:textId="77777777" w:rsidR="002376F7" w:rsidRDefault="00000000">
            <w:r>
              <w:rPr>
                <w:sz w:val="16"/>
              </w:rPr>
              <w:t>oh</w:t>
            </w:r>
          </w:p>
        </w:tc>
        <w:tc>
          <w:tcPr>
            <w:tcW w:w="5184" w:type="dxa"/>
            <w:shd w:val="clear" w:color="auto" w:fill="EEF6F8"/>
          </w:tcPr>
          <w:p w14:paraId="6E81755F" w14:textId="77777777" w:rsidR="002376F7" w:rsidRDefault="00000000">
            <w:r>
              <w:rPr>
                <w:sz w:val="16"/>
              </w:rPr>
              <w:t>moderno, mondo</w:t>
            </w:r>
          </w:p>
        </w:tc>
      </w:tr>
      <w:tr w:rsidR="002376F7" w14:paraId="4EB86ACD" w14:textId="77777777">
        <w:trPr>
          <w:jc w:val="center"/>
        </w:trPr>
        <w:tc>
          <w:tcPr>
            <w:tcW w:w="1944" w:type="dxa"/>
          </w:tcPr>
          <w:p w14:paraId="1E714475" w14:textId="77777777" w:rsidR="002376F7" w:rsidRDefault="00000000">
            <w:r>
              <w:rPr>
                <w:sz w:val="16"/>
              </w:rPr>
              <w:t>u</w:t>
            </w:r>
          </w:p>
        </w:tc>
        <w:tc>
          <w:tcPr>
            <w:tcW w:w="2880" w:type="dxa"/>
          </w:tcPr>
          <w:p w14:paraId="7A5C0136" w14:textId="77777777" w:rsidR="002376F7" w:rsidRDefault="00000000">
            <w:r>
              <w:rPr>
                <w:sz w:val="16"/>
              </w:rPr>
              <w:t>oo</w:t>
            </w:r>
          </w:p>
        </w:tc>
        <w:tc>
          <w:tcPr>
            <w:tcW w:w="5184" w:type="dxa"/>
          </w:tcPr>
          <w:p w14:paraId="36A7641D" w14:textId="77777777" w:rsidR="002376F7" w:rsidRDefault="00000000">
            <w:r>
              <w:rPr>
                <w:sz w:val="16"/>
              </w:rPr>
              <w:t>futur, kultura</w:t>
            </w:r>
          </w:p>
        </w:tc>
      </w:tr>
      <w:tr w:rsidR="002376F7" w14:paraId="17D50B49" w14:textId="77777777">
        <w:trPr>
          <w:jc w:val="center"/>
        </w:trPr>
        <w:tc>
          <w:tcPr>
            <w:tcW w:w="1944" w:type="dxa"/>
            <w:shd w:val="clear" w:color="auto" w:fill="EEF6F8"/>
          </w:tcPr>
          <w:p w14:paraId="13E61224" w14:textId="77777777" w:rsidR="002376F7" w:rsidRDefault="00000000">
            <w:r>
              <w:rPr>
                <w:sz w:val="16"/>
              </w:rPr>
              <w:t>c</w:t>
            </w:r>
          </w:p>
        </w:tc>
        <w:tc>
          <w:tcPr>
            <w:tcW w:w="2880" w:type="dxa"/>
            <w:shd w:val="clear" w:color="auto" w:fill="EEF6F8"/>
          </w:tcPr>
          <w:p w14:paraId="7C52B67B" w14:textId="77777777" w:rsidR="002376F7" w:rsidRDefault="00000000">
            <w:r>
              <w:rPr>
                <w:sz w:val="16"/>
              </w:rPr>
              <w:t>retained k is default; soft c becomes s</w:t>
            </w:r>
          </w:p>
        </w:tc>
        <w:tc>
          <w:tcPr>
            <w:tcW w:w="5184" w:type="dxa"/>
            <w:shd w:val="clear" w:color="auto" w:fill="EEF6F8"/>
          </w:tcPr>
          <w:p w14:paraId="0C2F90DC" w14:textId="77777777" w:rsidR="002376F7" w:rsidRDefault="00000000">
            <w:r>
              <w:rPr>
                <w:sz w:val="16"/>
              </w:rPr>
              <w:t>clar, cel = kel</w:t>
            </w:r>
          </w:p>
        </w:tc>
      </w:tr>
      <w:tr w:rsidR="002376F7" w14:paraId="734DF132" w14:textId="77777777">
        <w:trPr>
          <w:jc w:val="center"/>
        </w:trPr>
        <w:tc>
          <w:tcPr>
            <w:tcW w:w="1944" w:type="dxa"/>
          </w:tcPr>
          <w:p w14:paraId="631EAE4F" w14:textId="77777777" w:rsidR="002376F7" w:rsidRDefault="00000000">
            <w:r>
              <w:rPr>
                <w:sz w:val="16"/>
              </w:rPr>
              <w:t>g</w:t>
            </w:r>
          </w:p>
        </w:tc>
        <w:tc>
          <w:tcPr>
            <w:tcW w:w="2880" w:type="dxa"/>
          </w:tcPr>
          <w:p w14:paraId="2B11EEC8" w14:textId="77777777" w:rsidR="002376F7" w:rsidRDefault="00000000">
            <w:r>
              <w:rPr>
                <w:sz w:val="16"/>
              </w:rPr>
              <w:t>always hard g</w:t>
            </w:r>
          </w:p>
        </w:tc>
        <w:tc>
          <w:tcPr>
            <w:tcW w:w="5184" w:type="dxa"/>
          </w:tcPr>
          <w:p w14:paraId="6A023F94" w14:textId="77777777" w:rsidR="002376F7" w:rsidRDefault="00000000">
            <w:r>
              <w:rPr>
                <w:sz w:val="16"/>
              </w:rPr>
              <w:t>grande, gratias</w:t>
            </w:r>
          </w:p>
        </w:tc>
      </w:tr>
      <w:tr w:rsidR="002376F7" w14:paraId="690C107E" w14:textId="77777777">
        <w:trPr>
          <w:jc w:val="center"/>
        </w:trPr>
        <w:tc>
          <w:tcPr>
            <w:tcW w:w="1944" w:type="dxa"/>
            <w:shd w:val="clear" w:color="auto" w:fill="EEF6F8"/>
          </w:tcPr>
          <w:p w14:paraId="102B029A" w14:textId="77777777" w:rsidR="002376F7" w:rsidRDefault="00000000">
            <w:r>
              <w:rPr>
                <w:sz w:val="16"/>
              </w:rPr>
              <w:t>j</w:t>
            </w:r>
          </w:p>
        </w:tc>
        <w:tc>
          <w:tcPr>
            <w:tcW w:w="2880" w:type="dxa"/>
            <w:shd w:val="clear" w:color="auto" w:fill="EEF6F8"/>
          </w:tcPr>
          <w:p w14:paraId="5D0F961A" w14:textId="77777777" w:rsidR="002376F7" w:rsidRDefault="00000000">
            <w:r>
              <w:rPr>
                <w:sz w:val="16"/>
              </w:rPr>
              <w:t>English y</w:t>
            </w:r>
          </w:p>
        </w:tc>
        <w:tc>
          <w:tcPr>
            <w:tcW w:w="5184" w:type="dxa"/>
            <w:shd w:val="clear" w:color="auto" w:fill="EEF6F8"/>
          </w:tcPr>
          <w:p w14:paraId="39FE3A37" w14:textId="77777777" w:rsidR="002376F7" w:rsidRDefault="00000000">
            <w:r>
              <w:rPr>
                <w:sz w:val="16"/>
              </w:rPr>
              <w:t>jurnal = yurnal</w:t>
            </w:r>
          </w:p>
        </w:tc>
      </w:tr>
      <w:tr w:rsidR="002376F7" w14:paraId="5AF99692" w14:textId="77777777">
        <w:trPr>
          <w:jc w:val="center"/>
        </w:trPr>
        <w:tc>
          <w:tcPr>
            <w:tcW w:w="1944" w:type="dxa"/>
          </w:tcPr>
          <w:p w14:paraId="0EE19AAD" w14:textId="77777777" w:rsidR="002376F7" w:rsidRDefault="00000000">
            <w:r>
              <w:rPr>
                <w:sz w:val="16"/>
              </w:rPr>
              <w:t>sh</w:t>
            </w:r>
          </w:p>
        </w:tc>
        <w:tc>
          <w:tcPr>
            <w:tcW w:w="2880" w:type="dxa"/>
          </w:tcPr>
          <w:p w14:paraId="7FF79DB5" w14:textId="77777777" w:rsidR="002376F7" w:rsidRDefault="00000000">
            <w:r>
              <w:rPr>
                <w:sz w:val="16"/>
              </w:rPr>
              <w:t>English sh</w:t>
            </w:r>
          </w:p>
        </w:tc>
        <w:tc>
          <w:tcPr>
            <w:tcW w:w="5184" w:type="dxa"/>
          </w:tcPr>
          <w:p w14:paraId="596A382A" w14:textId="77777777" w:rsidR="002376F7" w:rsidRDefault="00000000">
            <w:r>
              <w:rPr>
                <w:sz w:val="16"/>
              </w:rPr>
              <w:t>shok, shanse</w:t>
            </w:r>
          </w:p>
        </w:tc>
      </w:tr>
      <w:tr w:rsidR="002376F7" w14:paraId="1C968892" w14:textId="77777777">
        <w:trPr>
          <w:jc w:val="center"/>
        </w:trPr>
        <w:tc>
          <w:tcPr>
            <w:tcW w:w="1944" w:type="dxa"/>
            <w:shd w:val="clear" w:color="auto" w:fill="EEF6F8"/>
          </w:tcPr>
          <w:p w14:paraId="34124DC9" w14:textId="77777777" w:rsidR="002376F7" w:rsidRDefault="00000000">
            <w:r>
              <w:rPr>
                <w:sz w:val="16"/>
              </w:rPr>
              <w:t>ch</w:t>
            </w:r>
          </w:p>
        </w:tc>
        <w:tc>
          <w:tcPr>
            <w:tcW w:w="2880" w:type="dxa"/>
            <w:shd w:val="clear" w:color="auto" w:fill="EEF6F8"/>
          </w:tcPr>
          <w:p w14:paraId="3D3EDD54" w14:textId="77777777" w:rsidR="002376F7" w:rsidRDefault="00000000">
            <w:r>
              <w:rPr>
                <w:sz w:val="16"/>
              </w:rPr>
              <w:t>English church</w:t>
            </w:r>
          </w:p>
        </w:tc>
        <w:tc>
          <w:tcPr>
            <w:tcW w:w="5184" w:type="dxa"/>
            <w:shd w:val="clear" w:color="auto" w:fill="EEF6F8"/>
          </w:tcPr>
          <w:p w14:paraId="2FBDBA08" w14:textId="77777777" w:rsidR="002376F7" w:rsidRDefault="00000000">
            <w:r>
              <w:rPr>
                <w:sz w:val="16"/>
              </w:rPr>
              <w:t>charta, chec</w:t>
            </w:r>
          </w:p>
        </w:tc>
      </w:tr>
      <w:tr w:rsidR="002376F7" w:rsidRPr="00145494" w14:paraId="0691BC6A" w14:textId="77777777">
        <w:trPr>
          <w:jc w:val="center"/>
        </w:trPr>
        <w:tc>
          <w:tcPr>
            <w:tcW w:w="1944" w:type="dxa"/>
          </w:tcPr>
          <w:p w14:paraId="5601FD57" w14:textId="77777777" w:rsidR="002376F7" w:rsidRDefault="00000000">
            <w:r>
              <w:rPr>
                <w:sz w:val="16"/>
              </w:rPr>
              <w:t>stress</w:t>
            </w:r>
          </w:p>
        </w:tc>
        <w:tc>
          <w:tcPr>
            <w:tcW w:w="2880" w:type="dxa"/>
          </w:tcPr>
          <w:p w14:paraId="2560C434" w14:textId="77777777" w:rsidR="002376F7" w:rsidRDefault="00000000">
            <w:r>
              <w:rPr>
                <w:sz w:val="16"/>
              </w:rPr>
              <w:t>usually next-to-last syllable</w:t>
            </w:r>
          </w:p>
        </w:tc>
        <w:tc>
          <w:tcPr>
            <w:tcW w:w="5184" w:type="dxa"/>
          </w:tcPr>
          <w:p w14:paraId="0C53D151" w14:textId="77777777" w:rsidR="002376F7" w:rsidRPr="00145494" w:rsidRDefault="00000000">
            <w:pPr>
              <w:rPr>
                <w:lang w:val="es-ES"/>
              </w:rPr>
            </w:pPr>
            <w:r w:rsidRPr="00145494">
              <w:rPr>
                <w:sz w:val="16"/>
                <w:lang w:val="es-ES"/>
              </w:rPr>
              <w:t>cla-ra-LIN-ga, fa-MI-li-a</w:t>
            </w:r>
          </w:p>
        </w:tc>
      </w:tr>
    </w:tbl>
    <w:p w14:paraId="1FF5D386" w14:textId="77777777" w:rsidR="002376F7" w:rsidRPr="00145494" w:rsidRDefault="002376F7">
      <w:pPr>
        <w:spacing w:after="120"/>
        <w:rPr>
          <w:lang w:val="es-ES"/>
        </w:rPr>
      </w:pPr>
    </w:p>
    <w:tbl>
      <w:tblPr>
        <w:tblW w:w="0" w:type="auto"/>
        <w:jc w:val="center"/>
        <w:tblLook w:val="04A0" w:firstRow="1" w:lastRow="0" w:firstColumn="1" w:lastColumn="0" w:noHBand="0" w:noVBand="1"/>
      </w:tblPr>
      <w:tblGrid>
        <w:gridCol w:w="10282"/>
      </w:tblGrid>
      <w:tr w:rsidR="002376F7" w14:paraId="24B30E64" w14:textId="77777777">
        <w:trPr>
          <w:jc w:val="center"/>
        </w:trPr>
        <w:tc>
          <w:tcPr>
            <w:tcW w:w="10282" w:type="dxa"/>
            <w:shd w:val="clear" w:color="auto" w:fill="EAF5F8"/>
          </w:tcPr>
          <w:p w14:paraId="34C08B2E" w14:textId="77777777" w:rsidR="002376F7" w:rsidRDefault="00000000">
            <w:pPr>
              <w:spacing w:after="40"/>
            </w:pPr>
            <w:r>
              <w:rPr>
                <w:b/>
                <w:color w:val="163B60"/>
                <w:sz w:val="20"/>
              </w:rPr>
              <w:t>Locked rule</w:t>
            </w:r>
          </w:p>
          <w:p w14:paraId="59A832D5" w14:textId="77777777" w:rsidR="002376F7" w:rsidRDefault="00000000">
            <w:pPr>
              <w:spacing w:after="40"/>
            </w:pPr>
            <w:r>
              <w:rPr>
                <w:sz w:val="17"/>
              </w:rPr>
              <w:t>Every written letter is pronounced. Final “ee” sound is written i, not ie. Avoid final -ie unless both vowels are intentionally pronounced.</w:t>
            </w:r>
          </w:p>
        </w:tc>
      </w:tr>
    </w:tbl>
    <w:p w14:paraId="043BD338" w14:textId="77777777" w:rsidR="002376F7" w:rsidRDefault="002376F7"/>
    <w:p w14:paraId="0622CA5D" w14:textId="77777777" w:rsidR="002376F7" w:rsidRDefault="00000000">
      <w:pPr>
        <w:pStyle w:val="Heading2"/>
      </w:pPr>
      <w:r>
        <w:t>Pronunciation Drills</w:t>
      </w:r>
    </w:p>
    <w:tbl>
      <w:tblPr>
        <w:tblStyle w:val="TableGrid"/>
        <w:tblW w:w="0" w:type="auto"/>
        <w:jc w:val="center"/>
        <w:tblLook w:val="04A0" w:firstRow="1" w:lastRow="0" w:firstColumn="1" w:lastColumn="0" w:noHBand="0" w:noVBand="1"/>
      </w:tblPr>
      <w:tblGrid>
        <w:gridCol w:w="2880"/>
        <w:gridCol w:w="3312"/>
        <w:gridCol w:w="3744"/>
      </w:tblGrid>
      <w:tr w:rsidR="002376F7" w14:paraId="0D7D04D8" w14:textId="77777777">
        <w:trPr>
          <w:tblHeader/>
          <w:jc w:val="center"/>
        </w:trPr>
        <w:tc>
          <w:tcPr>
            <w:tcW w:w="2880" w:type="dxa"/>
            <w:shd w:val="clear" w:color="auto" w:fill="163B60"/>
          </w:tcPr>
          <w:p w14:paraId="7FB9FC0B" w14:textId="77777777" w:rsidR="002376F7" w:rsidRDefault="00000000">
            <w:r>
              <w:rPr>
                <w:b/>
                <w:color w:val="FFFFFF"/>
                <w:sz w:val="16"/>
              </w:rPr>
              <w:t>Claralinga</w:t>
            </w:r>
          </w:p>
        </w:tc>
        <w:tc>
          <w:tcPr>
            <w:tcW w:w="3312" w:type="dxa"/>
            <w:shd w:val="clear" w:color="auto" w:fill="163B60"/>
          </w:tcPr>
          <w:p w14:paraId="1D071CEC" w14:textId="77777777" w:rsidR="002376F7" w:rsidRDefault="00000000">
            <w:r>
              <w:rPr>
                <w:b/>
                <w:color w:val="FFFFFF"/>
                <w:sz w:val="16"/>
              </w:rPr>
              <w:t>Pronunciation</w:t>
            </w:r>
          </w:p>
        </w:tc>
        <w:tc>
          <w:tcPr>
            <w:tcW w:w="3744" w:type="dxa"/>
            <w:shd w:val="clear" w:color="auto" w:fill="163B60"/>
          </w:tcPr>
          <w:p w14:paraId="34ED4501" w14:textId="77777777" w:rsidR="002376F7" w:rsidRDefault="00000000">
            <w:r>
              <w:rPr>
                <w:b/>
                <w:color w:val="FFFFFF"/>
                <w:sz w:val="16"/>
              </w:rPr>
              <w:t>Meaning</w:t>
            </w:r>
          </w:p>
        </w:tc>
      </w:tr>
      <w:tr w:rsidR="002376F7" w14:paraId="50307644" w14:textId="77777777">
        <w:trPr>
          <w:jc w:val="center"/>
        </w:trPr>
        <w:tc>
          <w:tcPr>
            <w:tcW w:w="2880" w:type="dxa"/>
          </w:tcPr>
          <w:p w14:paraId="102F7EE8" w14:textId="77777777" w:rsidR="002376F7" w:rsidRDefault="00000000">
            <w:r>
              <w:rPr>
                <w:sz w:val="16"/>
              </w:rPr>
              <w:t>cel</w:t>
            </w:r>
          </w:p>
        </w:tc>
        <w:tc>
          <w:tcPr>
            <w:tcW w:w="3312" w:type="dxa"/>
          </w:tcPr>
          <w:p w14:paraId="092432BF" w14:textId="77777777" w:rsidR="002376F7" w:rsidRDefault="00000000">
            <w:r>
              <w:rPr>
                <w:sz w:val="16"/>
              </w:rPr>
              <w:t>kel</w:t>
            </w:r>
          </w:p>
        </w:tc>
        <w:tc>
          <w:tcPr>
            <w:tcW w:w="3744" w:type="dxa"/>
          </w:tcPr>
          <w:p w14:paraId="4CBB8029" w14:textId="77777777" w:rsidR="002376F7" w:rsidRDefault="00000000">
            <w:r>
              <w:rPr>
                <w:sz w:val="16"/>
              </w:rPr>
              <w:t>sky/heaven</w:t>
            </w:r>
          </w:p>
        </w:tc>
      </w:tr>
      <w:tr w:rsidR="002376F7" w14:paraId="036A597D" w14:textId="77777777">
        <w:trPr>
          <w:jc w:val="center"/>
        </w:trPr>
        <w:tc>
          <w:tcPr>
            <w:tcW w:w="2880" w:type="dxa"/>
            <w:shd w:val="clear" w:color="auto" w:fill="EEF6F8"/>
          </w:tcPr>
          <w:p w14:paraId="6E35F294" w14:textId="77777777" w:rsidR="002376F7" w:rsidRDefault="00000000">
            <w:r>
              <w:rPr>
                <w:sz w:val="16"/>
              </w:rPr>
              <w:t>demokrati</w:t>
            </w:r>
          </w:p>
        </w:tc>
        <w:tc>
          <w:tcPr>
            <w:tcW w:w="3312" w:type="dxa"/>
            <w:shd w:val="clear" w:color="auto" w:fill="EEF6F8"/>
          </w:tcPr>
          <w:p w14:paraId="26A81CD7" w14:textId="77777777" w:rsidR="002376F7" w:rsidRDefault="00000000">
            <w:r>
              <w:rPr>
                <w:sz w:val="16"/>
              </w:rPr>
              <w:t>deh-moh-krah-tee</w:t>
            </w:r>
          </w:p>
        </w:tc>
        <w:tc>
          <w:tcPr>
            <w:tcW w:w="3744" w:type="dxa"/>
            <w:shd w:val="clear" w:color="auto" w:fill="EEF6F8"/>
          </w:tcPr>
          <w:p w14:paraId="1A672E5D" w14:textId="77777777" w:rsidR="002376F7" w:rsidRDefault="00000000">
            <w:r>
              <w:rPr>
                <w:sz w:val="16"/>
              </w:rPr>
              <w:t>democracy</w:t>
            </w:r>
          </w:p>
        </w:tc>
      </w:tr>
      <w:tr w:rsidR="002376F7" w14:paraId="59D3A981" w14:textId="77777777">
        <w:trPr>
          <w:jc w:val="center"/>
        </w:trPr>
        <w:tc>
          <w:tcPr>
            <w:tcW w:w="2880" w:type="dxa"/>
          </w:tcPr>
          <w:p w14:paraId="21F7D0A0" w14:textId="77777777" w:rsidR="002376F7" w:rsidRDefault="00000000">
            <w:r>
              <w:rPr>
                <w:sz w:val="16"/>
              </w:rPr>
              <w:t>energi</w:t>
            </w:r>
          </w:p>
        </w:tc>
        <w:tc>
          <w:tcPr>
            <w:tcW w:w="3312" w:type="dxa"/>
          </w:tcPr>
          <w:p w14:paraId="3B0B5727" w14:textId="77777777" w:rsidR="002376F7" w:rsidRDefault="00000000">
            <w:r>
              <w:rPr>
                <w:sz w:val="16"/>
              </w:rPr>
              <w:t>eh-ner-gee</w:t>
            </w:r>
          </w:p>
        </w:tc>
        <w:tc>
          <w:tcPr>
            <w:tcW w:w="3744" w:type="dxa"/>
          </w:tcPr>
          <w:p w14:paraId="3D1B4284" w14:textId="77777777" w:rsidR="002376F7" w:rsidRDefault="00000000">
            <w:r>
              <w:rPr>
                <w:sz w:val="16"/>
              </w:rPr>
              <w:t>energy</w:t>
            </w:r>
          </w:p>
        </w:tc>
      </w:tr>
      <w:tr w:rsidR="002376F7" w14:paraId="3D9F20F4" w14:textId="77777777">
        <w:trPr>
          <w:jc w:val="center"/>
        </w:trPr>
        <w:tc>
          <w:tcPr>
            <w:tcW w:w="2880" w:type="dxa"/>
            <w:shd w:val="clear" w:color="auto" w:fill="EEF6F8"/>
          </w:tcPr>
          <w:p w14:paraId="281A94C1" w14:textId="77777777" w:rsidR="002376F7" w:rsidRDefault="00000000">
            <w:r>
              <w:rPr>
                <w:sz w:val="16"/>
              </w:rPr>
              <w:t>familia</w:t>
            </w:r>
          </w:p>
        </w:tc>
        <w:tc>
          <w:tcPr>
            <w:tcW w:w="3312" w:type="dxa"/>
            <w:shd w:val="clear" w:color="auto" w:fill="EEF6F8"/>
          </w:tcPr>
          <w:p w14:paraId="1EC97041" w14:textId="77777777" w:rsidR="002376F7" w:rsidRDefault="00000000">
            <w:r>
              <w:rPr>
                <w:sz w:val="16"/>
              </w:rPr>
              <w:t>fah-mee-lee-ah</w:t>
            </w:r>
          </w:p>
        </w:tc>
        <w:tc>
          <w:tcPr>
            <w:tcW w:w="3744" w:type="dxa"/>
            <w:shd w:val="clear" w:color="auto" w:fill="EEF6F8"/>
          </w:tcPr>
          <w:p w14:paraId="30E433AC" w14:textId="77777777" w:rsidR="002376F7" w:rsidRDefault="00000000">
            <w:r>
              <w:rPr>
                <w:sz w:val="16"/>
              </w:rPr>
              <w:t>family</w:t>
            </w:r>
          </w:p>
        </w:tc>
      </w:tr>
      <w:tr w:rsidR="002376F7" w14:paraId="208E4C19" w14:textId="77777777">
        <w:trPr>
          <w:jc w:val="center"/>
        </w:trPr>
        <w:tc>
          <w:tcPr>
            <w:tcW w:w="2880" w:type="dxa"/>
          </w:tcPr>
          <w:p w14:paraId="1CC017D2" w14:textId="77777777" w:rsidR="002376F7" w:rsidRDefault="00000000">
            <w:r>
              <w:rPr>
                <w:sz w:val="16"/>
              </w:rPr>
              <w:t>jurnal</w:t>
            </w:r>
          </w:p>
        </w:tc>
        <w:tc>
          <w:tcPr>
            <w:tcW w:w="3312" w:type="dxa"/>
          </w:tcPr>
          <w:p w14:paraId="105E8B57" w14:textId="77777777" w:rsidR="002376F7" w:rsidRDefault="00000000">
            <w:r>
              <w:rPr>
                <w:sz w:val="16"/>
              </w:rPr>
              <w:t>yur-nahl</w:t>
            </w:r>
          </w:p>
        </w:tc>
        <w:tc>
          <w:tcPr>
            <w:tcW w:w="3744" w:type="dxa"/>
          </w:tcPr>
          <w:p w14:paraId="161436FD" w14:textId="77777777" w:rsidR="002376F7" w:rsidRDefault="00000000">
            <w:r>
              <w:rPr>
                <w:sz w:val="16"/>
              </w:rPr>
              <w:t>journal</w:t>
            </w:r>
          </w:p>
        </w:tc>
      </w:tr>
      <w:tr w:rsidR="002376F7" w14:paraId="1A533AD0" w14:textId="77777777">
        <w:trPr>
          <w:jc w:val="center"/>
        </w:trPr>
        <w:tc>
          <w:tcPr>
            <w:tcW w:w="2880" w:type="dxa"/>
            <w:shd w:val="clear" w:color="auto" w:fill="EEF6F8"/>
          </w:tcPr>
          <w:p w14:paraId="0E0A19CD" w14:textId="77777777" w:rsidR="002376F7" w:rsidRDefault="00000000">
            <w:r>
              <w:rPr>
                <w:sz w:val="16"/>
              </w:rPr>
              <w:t>clar</w:t>
            </w:r>
          </w:p>
        </w:tc>
        <w:tc>
          <w:tcPr>
            <w:tcW w:w="3312" w:type="dxa"/>
            <w:shd w:val="clear" w:color="auto" w:fill="EEF6F8"/>
          </w:tcPr>
          <w:p w14:paraId="348C8239" w14:textId="77777777" w:rsidR="002376F7" w:rsidRDefault="00000000">
            <w:r>
              <w:rPr>
                <w:sz w:val="16"/>
              </w:rPr>
              <w:t>klar</w:t>
            </w:r>
          </w:p>
        </w:tc>
        <w:tc>
          <w:tcPr>
            <w:tcW w:w="3744" w:type="dxa"/>
            <w:shd w:val="clear" w:color="auto" w:fill="EEF6F8"/>
          </w:tcPr>
          <w:p w14:paraId="0D6C99C1" w14:textId="77777777" w:rsidR="002376F7" w:rsidRDefault="00000000">
            <w:r>
              <w:rPr>
                <w:sz w:val="16"/>
              </w:rPr>
              <w:t>clear</w:t>
            </w:r>
          </w:p>
        </w:tc>
      </w:tr>
      <w:tr w:rsidR="002376F7" w14:paraId="44F0D29A" w14:textId="77777777">
        <w:trPr>
          <w:jc w:val="center"/>
        </w:trPr>
        <w:tc>
          <w:tcPr>
            <w:tcW w:w="2880" w:type="dxa"/>
          </w:tcPr>
          <w:p w14:paraId="0603EBCC" w14:textId="77777777" w:rsidR="002376F7" w:rsidRDefault="00000000">
            <w:r>
              <w:rPr>
                <w:sz w:val="16"/>
              </w:rPr>
              <w:t>grande</w:t>
            </w:r>
          </w:p>
        </w:tc>
        <w:tc>
          <w:tcPr>
            <w:tcW w:w="3312" w:type="dxa"/>
          </w:tcPr>
          <w:p w14:paraId="5F79A75B" w14:textId="77777777" w:rsidR="002376F7" w:rsidRDefault="00000000">
            <w:r>
              <w:rPr>
                <w:sz w:val="16"/>
              </w:rPr>
              <w:t>grahn-deh</w:t>
            </w:r>
          </w:p>
        </w:tc>
        <w:tc>
          <w:tcPr>
            <w:tcW w:w="3744" w:type="dxa"/>
          </w:tcPr>
          <w:p w14:paraId="59163B61" w14:textId="77777777" w:rsidR="002376F7" w:rsidRDefault="00000000">
            <w:r>
              <w:rPr>
                <w:sz w:val="16"/>
              </w:rPr>
              <w:t>great/big</w:t>
            </w:r>
          </w:p>
        </w:tc>
      </w:tr>
      <w:tr w:rsidR="002376F7" w14:paraId="285BC09C" w14:textId="77777777">
        <w:trPr>
          <w:jc w:val="center"/>
        </w:trPr>
        <w:tc>
          <w:tcPr>
            <w:tcW w:w="2880" w:type="dxa"/>
            <w:shd w:val="clear" w:color="auto" w:fill="EEF6F8"/>
          </w:tcPr>
          <w:p w14:paraId="65CC3A08" w14:textId="77777777" w:rsidR="002376F7" w:rsidRDefault="00000000">
            <w:r>
              <w:rPr>
                <w:sz w:val="16"/>
              </w:rPr>
              <w:t>shanse</w:t>
            </w:r>
          </w:p>
        </w:tc>
        <w:tc>
          <w:tcPr>
            <w:tcW w:w="3312" w:type="dxa"/>
            <w:shd w:val="clear" w:color="auto" w:fill="EEF6F8"/>
          </w:tcPr>
          <w:p w14:paraId="66DB27CF" w14:textId="77777777" w:rsidR="002376F7" w:rsidRDefault="00000000">
            <w:r>
              <w:rPr>
                <w:sz w:val="16"/>
              </w:rPr>
              <w:t>shahn-seh</w:t>
            </w:r>
          </w:p>
        </w:tc>
        <w:tc>
          <w:tcPr>
            <w:tcW w:w="3744" w:type="dxa"/>
            <w:shd w:val="clear" w:color="auto" w:fill="EEF6F8"/>
          </w:tcPr>
          <w:p w14:paraId="0093276A" w14:textId="77777777" w:rsidR="002376F7" w:rsidRDefault="00000000">
            <w:r>
              <w:rPr>
                <w:sz w:val="16"/>
              </w:rPr>
              <w:t>chance</w:t>
            </w:r>
          </w:p>
        </w:tc>
      </w:tr>
    </w:tbl>
    <w:p w14:paraId="62F8F5DD" w14:textId="77777777" w:rsidR="002376F7" w:rsidRDefault="002376F7">
      <w:pPr>
        <w:spacing w:after="120"/>
      </w:pPr>
    </w:p>
    <w:p w14:paraId="03FD18C9" w14:textId="77777777" w:rsidR="002376F7" w:rsidRDefault="00000000">
      <w:pPr>
        <w:pStyle w:val="Heading2"/>
      </w:pPr>
      <w:r>
        <w:t>Diphthongs and Vowel Pairs</w:t>
      </w:r>
    </w:p>
    <w:p w14:paraId="1FAC8B9F" w14:textId="77777777" w:rsidR="002376F7" w:rsidRDefault="00000000">
      <w:pPr>
        <w:spacing w:after="100"/>
      </w:pPr>
      <w:r>
        <w:t>Claralinga permits simple vowel pairs such as ai, au, ei, oi, and eu. Each vowel keeps its normal sound, but the two sounds may flow together naturally. No vowel is silent. For maximum clarity, avoid unnecessary vowel pairs at the ends of words.</w:t>
      </w:r>
    </w:p>
    <w:p w14:paraId="397519DF" w14:textId="77777777" w:rsidR="002376F7" w:rsidRDefault="00000000">
      <w:r/>
    </w:p>
    <w:p w14:paraId="5C6E41F2" w14:textId="77777777" w:rsidR="002376F7" w:rsidRDefault="00000000">
      <w:pPr>
        <w:pStyle w:val="ChapterLabel"/>
      </w:pPr>
      <w:r>
        <w:t>Chapter 8</w:t>
      </w:r>
    </w:p>
    <w:p w14:paraId="0CE4DB20" w14:textId="77777777" w:rsidR="002376F7" w:rsidRDefault="00000000">
      <w:pPr>
        <w:pStyle w:val="ChapterTitle"/>
        <w:keepNext/>
      </w:pPr>
      <w:r>
        <w:t>Grammar at a Glance</w:t>
      </w:r>
    </w:p>
    <w:p w14:paraId="42B717EB" w14:textId="77777777" w:rsidR="002376F7" w:rsidRDefault="00000000">
      <w:pPr>
        <w:pStyle w:val="ChapterSubtitle"/>
      </w:pPr>
      <w:r>
        <w:t>Small rules, big usefulness</w:t>
      </w:r>
    </w:p>
    <w:p w14:paraId="051D5C2E"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880"/>
        <w:gridCol w:w="3240"/>
        <w:gridCol w:w="3960"/>
      </w:tblGrid>
      <w:tr w:rsidR="002376F7" w14:paraId="4B2F57D1" w14:textId="77777777">
        <w:trPr>
          <w:tblHeader/>
          <w:jc w:val="center"/>
        </w:trPr>
        <w:tc>
          <w:tcPr>
            <w:tcW w:w="2880" w:type="dxa"/>
            <w:shd w:val="clear" w:color="auto" w:fill="163B60"/>
          </w:tcPr>
          <w:p w14:paraId="526600F7" w14:textId="77777777" w:rsidR="002376F7" w:rsidRDefault="00000000">
            <w:r>
              <w:rPr>
                <w:b/>
                <w:color w:val="FFFFFF"/>
                <w:sz w:val="16"/>
              </w:rPr>
              <w:t>Topic</w:t>
            </w:r>
          </w:p>
        </w:tc>
        <w:tc>
          <w:tcPr>
            <w:tcW w:w="3240" w:type="dxa"/>
            <w:shd w:val="clear" w:color="auto" w:fill="163B60"/>
          </w:tcPr>
          <w:p w14:paraId="2E3FDCAC" w14:textId="77777777" w:rsidR="002376F7" w:rsidRDefault="00000000">
            <w:r>
              <w:rPr>
                <w:b/>
                <w:color w:val="FFFFFF"/>
                <w:sz w:val="16"/>
              </w:rPr>
              <w:t>Rule</w:t>
            </w:r>
          </w:p>
        </w:tc>
        <w:tc>
          <w:tcPr>
            <w:tcW w:w="3960" w:type="dxa"/>
            <w:shd w:val="clear" w:color="auto" w:fill="163B60"/>
          </w:tcPr>
          <w:p w14:paraId="63017D43" w14:textId="77777777" w:rsidR="002376F7" w:rsidRDefault="00000000">
            <w:r>
              <w:rPr>
                <w:b/>
                <w:color w:val="FFFFFF"/>
                <w:sz w:val="16"/>
              </w:rPr>
              <w:t>Example</w:t>
            </w:r>
          </w:p>
        </w:tc>
      </w:tr>
      <w:tr w:rsidR="002376F7" w14:paraId="43FA2998" w14:textId="77777777">
        <w:trPr>
          <w:jc w:val="center"/>
        </w:trPr>
        <w:tc>
          <w:tcPr>
            <w:tcW w:w="2880" w:type="dxa"/>
          </w:tcPr>
          <w:p w14:paraId="7248DD04" w14:textId="77777777" w:rsidR="002376F7" w:rsidRDefault="00000000">
            <w:r>
              <w:rPr>
                <w:sz w:val="15"/>
              </w:rPr>
              <w:t>Basic word order</w:t>
            </w:r>
          </w:p>
        </w:tc>
        <w:tc>
          <w:tcPr>
            <w:tcW w:w="3240" w:type="dxa"/>
          </w:tcPr>
          <w:p w14:paraId="7053D876" w14:textId="77777777" w:rsidR="002376F7" w:rsidRDefault="00000000">
            <w:r>
              <w:rPr>
                <w:sz w:val="15"/>
              </w:rPr>
              <w:t>Subject + Verb + Object</w:t>
            </w:r>
          </w:p>
        </w:tc>
        <w:tc>
          <w:tcPr>
            <w:tcW w:w="3960" w:type="dxa"/>
          </w:tcPr>
          <w:p w14:paraId="5BA42A5D" w14:textId="77777777" w:rsidR="002376F7" w:rsidRDefault="00000000">
            <w:r>
              <w:rPr>
                <w:sz w:val="15"/>
              </w:rPr>
              <w:t>Mi ama musik. = I love music.</w:t>
            </w:r>
          </w:p>
        </w:tc>
      </w:tr>
      <w:tr w:rsidR="002376F7" w14:paraId="59788FCA" w14:textId="77777777">
        <w:trPr>
          <w:jc w:val="center"/>
        </w:trPr>
        <w:tc>
          <w:tcPr>
            <w:tcW w:w="2880" w:type="dxa"/>
            <w:shd w:val="clear" w:color="auto" w:fill="EEF6F8"/>
          </w:tcPr>
          <w:p w14:paraId="6F1A9710" w14:textId="77777777" w:rsidR="002376F7" w:rsidRDefault="00000000">
            <w:r>
              <w:rPr>
                <w:sz w:val="15"/>
              </w:rPr>
              <w:t>Definite article</w:t>
            </w:r>
          </w:p>
        </w:tc>
        <w:tc>
          <w:tcPr>
            <w:tcW w:w="3240" w:type="dxa"/>
            <w:shd w:val="clear" w:color="auto" w:fill="EEF6F8"/>
          </w:tcPr>
          <w:p w14:paraId="6A2241C3" w14:textId="77777777" w:rsidR="002376F7" w:rsidRDefault="00000000">
            <w:r>
              <w:rPr>
                <w:sz w:val="15"/>
              </w:rPr>
              <w:t>la</w:t>
            </w:r>
          </w:p>
        </w:tc>
        <w:tc>
          <w:tcPr>
            <w:tcW w:w="3960" w:type="dxa"/>
            <w:shd w:val="clear" w:color="auto" w:fill="EEF6F8"/>
          </w:tcPr>
          <w:p w14:paraId="3F41C6E8" w14:textId="77777777" w:rsidR="002376F7" w:rsidRDefault="00000000">
            <w:r>
              <w:rPr>
                <w:sz w:val="15"/>
              </w:rPr>
              <w:t>la linga = the language</w:t>
            </w:r>
          </w:p>
        </w:tc>
      </w:tr>
      <w:tr w:rsidR="002376F7" w14:paraId="6C48718D" w14:textId="77777777">
        <w:trPr>
          <w:jc w:val="center"/>
        </w:trPr>
        <w:tc>
          <w:tcPr>
            <w:tcW w:w="2880" w:type="dxa"/>
          </w:tcPr>
          <w:p w14:paraId="01312C9A" w14:textId="77777777" w:rsidR="002376F7" w:rsidRDefault="00000000">
            <w:r>
              <w:rPr>
                <w:sz w:val="15"/>
              </w:rPr>
              <w:t>Indefinite article</w:t>
            </w:r>
          </w:p>
        </w:tc>
        <w:tc>
          <w:tcPr>
            <w:tcW w:w="3240" w:type="dxa"/>
          </w:tcPr>
          <w:p w14:paraId="5688B8DB" w14:textId="77777777" w:rsidR="002376F7" w:rsidRDefault="00000000">
            <w:r>
              <w:rPr>
                <w:sz w:val="15"/>
              </w:rPr>
              <w:t>un</w:t>
            </w:r>
          </w:p>
        </w:tc>
        <w:tc>
          <w:tcPr>
            <w:tcW w:w="3960" w:type="dxa"/>
          </w:tcPr>
          <w:p w14:paraId="56288A24" w14:textId="77777777" w:rsidR="002376F7" w:rsidRDefault="00000000">
            <w:r>
              <w:rPr>
                <w:sz w:val="15"/>
              </w:rPr>
              <w:t>un libro = a book / one book</w:t>
            </w:r>
          </w:p>
        </w:tc>
      </w:tr>
      <w:tr w:rsidR="002376F7" w14:paraId="00C4BF79" w14:textId="77777777">
        <w:trPr>
          <w:jc w:val="center"/>
        </w:trPr>
        <w:tc>
          <w:tcPr>
            <w:tcW w:w="2880" w:type="dxa"/>
            <w:shd w:val="clear" w:color="auto" w:fill="EEF6F8"/>
          </w:tcPr>
          <w:p w14:paraId="32390C55" w14:textId="77777777" w:rsidR="002376F7" w:rsidRDefault="00000000">
            <w:r>
              <w:rPr>
                <w:sz w:val="15"/>
              </w:rPr>
              <w:t>Plural after vowel</w:t>
            </w:r>
          </w:p>
        </w:tc>
        <w:tc>
          <w:tcPr>
            <w:tcW w:w="3240" w:type="dxa"/>
            <w:shd w:val="clear" w:color="auto" w:fill="EEF6F8"/>
          </w:tcPr>
          <w:p w14:paraId="519AF81D" w14:textId="77777777" w:rsidR="002376F7" w:rsidRDefault="00000000">
            <w:r>
              <w:rPr>
                <w:sz w:val="15"/>
              </w:rPr>
              <w:t>add -s</w:t>
            </w:r>
          </w:p>
        </w:tc>
        <w:tc>
          <w:tcPr>
            <w:tcW w:w="3960" w:type="dxa"/>
            <w:shd w:val="clear" w:color="auto" w:fill="EEF6F8"/>
          </w:tcPr>
          <w:p w14:paraId="412D4534" w14:textId="77777777" w:rsidR="002376F7" w:rsidRDefault="00000000">
            <w:r>
              <w:rPr>
                <w:sz w:val="15"/>
              </w:rPr>
              <w:t>familia -&gt; familias</w:t>
            </w:r>
          </w:p>
        </w:tc>
      </w:tr>
      <w:tr w:rsidR="002376F7" w14:paraId="62518372" w14:textId="77777777">
        <w:trPr>
          <w:jc w:val="center"/>
        </w:trPr>
        <w:tc>
          <w:tcPr>
            <w:tcW w:w="2880" w:type="dxa"/>
          </w:tcPr>
          <w:p w14:paraId="16F247CC" w14:textId="77777777" w:rsidR="002376F7" w:rsidRDefault="00000000">
            <w:r>
              <w:rPr>
                <w:sz w:val="15"/>
              </w:rPr>
              <w:t>Plural after consonant</w:t>
            </w:r>
          </w:p>
        </w:tc>
        <w:tc>
          <w:tcPr>
            <w:tcW w:w="3240" w:type="dxa"/>
          </w:tcPr>
          <w:p w14:paraId="67B9117C" w14:textId="77777777" w:rsidR="002376F7" w:rsidRDefault="00000000">
            <w:r>
              <w:rPr>
                <w:sz w:val="15"/>
              </w:rPr>
              <w:t>add -es when easier</w:t>
            </w:r>
          </w:p>
        </w:tc>
        <w:tc>
          <w:tcPr>
            <w:tcW w:w="3960" w:type="dxa"/>
          </w:tcPr>
          <w:p w14:paraId="41E0A61D" w14:textId="77777777" w:rsidR="002376F7" w:rsidRDefault="00000000">
            <w:r>
              <w:rPr>
                <w:sz w:val="15"/>
              </w:rPr>
              <w:t>nasion -&gt; nasiones</w:t>
            </w:r>
          </w:p>
        </w:tc>
      </w:tr>
      <w:tr w:rsidR="002376F7" w:rsidRPr="00145494" w14:paraId="7B4CFAF1" w14:textId="77777777">
        <w:trPr>
          <w:jc w:val="center"/>
        </w:trPr>
        <w:tc>
          <w:tcPr>
            <w:tcW w:w="2880" w:type="dxa"/>
            <w:shd w:val="clear" w:color="auto" w:fill="EEF6F8"/>
          </w:tcPr>
          <w:p w14:paraId="6C2C8F3E" w14:textId="77777777" w:rsidR="002376F7" w:rsidRDefault="00000000">
            <w:r>
              <w:rPr>
                <w:sz w:val="15"/>
              </w:rPr>
              <w:t>Adjectives</w:t>
            </w:r>
          </w:p>
        </w:tc>
        <w:tc>
          <w:tcPr>
            <w:tcW w:w="3240" w:type="dxa"/>
            <w:shd w:val="clear" w:color="auto" w:fill="EEF6F8"/>
          </w:tcPr>
          <w:p w14:paraId="04802DC5" w14:textId="77777777" w:rsidR="002376F7" w:rsidRDefault="00000000">
            <w:r>
              <w:rPr>
                <w:sz w:val="15"/>
              </w:rPr>
              <w:t>usually before noun, no agreement</w:t>
            </w:r>
          </w:p>
        </w:tc>
        <w:tc>
          <w:tcPr>
            <w:tcW w:w="3960" w:type="dxa"/>
            <w:shd w:val="clear" w:color="auto" w:fill="EEF6F8"/>
          </w:tcPr>
          <w:p w14:paraId="446895F0" w14:textId="77777777" w:rsidR="002376F7" w:rsidRPr="00145494" w:rsidRDefault="00000000">
            <w:pPr>
              <w:rPr>
                <w:lang w:val="es-ES"/>
              </w:rPr>
            </w:pPr>
            <w:r w:rsidRPr="00145494">
              <w:rPr>
                <w:sz w:val="15"/>
                <w:lang w:val="es-ES"/>
              </w:rPr>
              <w:t>un clar idea / du clar ideas</w:t>
            </w:r>
          </w:p>
        </w:tc>
      </w:tr>
      <w:tr w:rsidR="002376F7" w:rsidRPr="00145494" w14:paraId="2EF13E37" w14:textId="77777777">
        <w:trPr>
          <w:jc w:val="center"/>
        </w:trPr>
        <w:tc>
          <w:tcPr>
            <w:tcW w:w="2880" w:type="dxa"/>
          </w:tcPr>
          <w:p w14:paraId="5343D8D3" w14:textId="77777777" w:rsidR="002376F7" w:rsidRDefault="00000000">
            <w:r>
              <w:rPr>
                <w:sz w:val="15"/>
              </w:rPr>
              <w:t>Possession</w:t>
            </w:r>
          </w:p>
        </w:tc>
        <w:tc>
          <w:tcPr>
            <w:tcW w:w="3240" w:type="dxa"/>
          </w:tcPr>
          <w:p w14:paraId="6CE1F86E" w14:textId="77777777" w:rsidR="002376F7" w:rsidRDefault="00000000">
            <w:r>
              <w:rPr>
                <w:sz w:val="15"/>
              </w:rPr>
              <w:t>de or possessive pronoun</w:t>
            </w:r>
          </w:p>
        </w:tc>
        <w:tc>
          <w:tcPr>
            <w:tcW w:w="3960" w:type="dxa"/>
          </w:tcPr>
          <w:p w14:paraId="340495BD" w14:textId="77777777" w:rsidR="002376F7" w:rsidRPr="00145494" w:rsidRDefault="00000000">
            <w:pPr>
              <w:rPr>
                <w:lang w:val="es-ES"/>
              </w:rPr>
            </w:pPr>
            <w:r w:rsidRPr="00145494">
              <w:rPr>
                <w:sz w:val="15"/>
                <w:lang w:val="es-ES"/>
              </w:rPr>
              <w:t>la libro de mi / mi libro</w:t>
            </w:r>
          </w:p>
        </w:tc>
      </w:tr>
      <w:tr w:rsidR="002376F7" w14:paraId="315A54CB" w14:textId="77777777">
        <w:trPr>
          <w:jc w:val="center"/>
        </w:trPr>
        <w:tc>
          <w:tcPr>
            <w:tcW w:w="2880" w:type="dxa"/>
            <w:shd w:val="clear" w:color="auto" w:fill="EEF6F8"/>
          </w:tcPr>
          <w:p w14:paraId="77EC938D" w14:textId="77777777" w:rsidR="002376F7" w:rsidRDefault="00000000">
            <w:r>
              <w:rPr>
                <w:sz w:val="15"/>
              </w:rPr>
              <w:t>Negation</w:t>
            </w:r>
          </w:p>
        </w:tc>
        <w:tc>
          <w:tcPr>
            <w:tcW w:w="3240" w:type="dxa"/>
            <w:shd w:val="clear" w:color="auto" w:fill="EEF6F8"/>
          </w:tcPr>
          <w:p w14:paraId="49E584AE" w14:textId="77777777" w:rsidR="002376F7" w:rsidRDefault="00000000">
            <w:r>
              <w:rPr>
                <w:sz w:val="15"/>
              </w:rPr>
              <w:t>ne before verb/marker</w:t>
            </w:r>
          </w:p>
        </w:tc>
        <w:tc>
          <w:tcPr>
            <w:tcW w:w="3960" w:type="dxa"/>
            <w:shd w:val="clear" w:color="auto" w:fill="EEF6F8"/>
          </w:tcPr>
          <w:p w14:paraId="051FD5D1" w14:textId="77777777" w:rsidR="002376F7" w:rsidRDefault="00000000">
            <w:r>
              <w:rPr>
                <w:sz w:val="15"/>
              </w:rPr>
              <w:t>Mi ne komprende.</w:t>
            </w:r>
          </w:p>
        </w:tc>
      </w:tr>
      <w:tr w:rsidR="002376F7" w14:paraId="5D1565D1" w14:textId="77777777">
        <w:trPr>
          <w:jc w:val="center"/>
        </w:trPr>
        <w:tc>
          <w:tcPr>
            <w:tcW w:w="2880" w:type="dxa"/>
          </w:tcPr>
          <w:p w14:paraId="7173CD7B" w14:textId="77777777" w:rsidR="002376F7" w:rsidRDefault="00000000">
            <w:r>
              <w:rPr>
                <w:sz w:val="15"/>
              </w:rPr>
              <w:t>Yes/no questions</w:t>
            </w:r>
          </w:p>
        </w:tc>
        <w:tc>
          <w:tcPr>
            <w:tcW w:w="3240" w:type="dxa"/>
          </w:tcPr>
          <w:p w14:paraId="029ECA71" w14:textId="77777777" w:rsidR="002376F7" w:rsidRDefault="00000000">
            <w:r>
              <w:rPr>
                <w:sz w:val="15"/>
              </w:rPr>
              <w:t>ku at beginning</w:t>
            </w:r>
          </w:p>
        </w:tc>
        <w:tc>
          <w:tcPr>
            <w:tcW w:w="3960" w:type="dxa"/>
          </w:tcPr>
          <w:p w14:paraId="20C9141D" w14:textId="77777777" w:rsidR="002376F7" w:rsidRDefault="00000000">
            <w:r>
              <w:rPr>
                <w:sz w:val="15"/>
              </w:rPr>
              <w:t>Ku tu komprende?</w:t>
            </w:r>
          </w:p>
        </w:tc>
      </w:tr>
      <w:tr w:rsidR="002376F7" w:rsidRPr="00145494" w14:paraId="7924D4C5" w14:textId="77777777">
        <w:trPr>
          <w:jc w:val="center"/>
        </w:trPr>
        <w:tc>
          <w:tcPr>
            <w:tcW w:w="2880" w:type="dxa"/>
            <w:shd w:val="clear" w:color="auto" w:fill="EEF6F8"/>
          </w:tcPr>
          <w:p w14:paraId="18EFE622" w14:textId="77777777" w:rsidR="002376F7" w:rsidRDefault="00000000">
            <w:r>
              <w:rPr>
                <w:sz w:val="15"/>
              </w:rPr>
              <w:t>Past</w:t>
            </w:r>
          </w:p>
        </w:tc>
        <w:tc>
          <w:tcPr>
            <w:tcW w:w="3240" w:type="dxa"/>
            <w:shd w:val="clear" w:color="auto" w:fill="EEF6F8"/>
          </w:tcPr>
          <w:p w14:paraId="465C6CB6" w14:textId="77777777" w:rsidR="002376F7" w:rsidRDefault="00000000">
            <w:r>
              <w:rPr>
                <w:sz w:val="15"/>
              </w:rPr>
              <w:t>pa before verb</w:t>
            </w:r>
          </w:p>
        </w:tc>
        <w:tc>
          <w:tcPr>
            <w:tcW w:w="3960" w:type="dxa"/>
            <w:shd w:val="clear" w:color="auto" w:fill="EEF6F8"/>
          </w:tcPr>
          <w:p w14:paraId="62C34B18" w14:textId="77777777" w:rsidR="002376F7" w:rsidRPr="00145494" w:rsidRDefault="00000000">
            <w:pPr>
              <w:rPr>
                <w:lang w:val="es-ES"/>
              </w:rPr>
            </w:pPr>
            <w:r w:rsidRPr="00145494">
              <w:rPr>
                <w:sz w:val="15"/>
                <w:lang w:val="es-ES"/>
              </w:rPr>
              <w:t>Mi pa visita la urbe.</w:t>
            </w:r>
          </w:p>
        </w:tc>
      </w:tr>
      <w:tr w:rsidR="002376F7" w14:paraId="576534DF" w14:textId="77777777">
        <w:trPr>
          <w:jc w:val="center"/>
        </w:trPr>
        <w:tc>
          <w:tcPr>
            <w:tcW w:w="2880" w:type="dxa"/>
          </w:tcPr>
          <w:p w14:paraId="15038FD7" w14:textId="77777777" w:rsidR="002376F7" w:rsidRDefault="00000000">
            <w:r>
              <w:rPr>
                <w:sz w:val="15"/>
              </w:rPr>
              <w:t>Future</w:t>
            </w:r>
          </w:p>
        </w:tc>
        <w:tc>
          <w:tcPr>
            <w:tcW w:w="3240" w:type="dxa"/>
          </w:tcPr>
          <w:p w14:paraId="44B1F1C3" w14:textId="77777777" w:rsidR="002376F7" w:rsidRDefault="00000000">
            <w:r>
              <w:rPr>
                <w:sz w:val="15"/>
              </w:rPr>
              <w:t>va before verb</w:t>
            </w:r>
          </w:p>
        </w:tc>
        <w:tc>
          <w:tcPr>
            <w:tcW w:w="3960" w:type="dxa"/>
          </w:tcPr>
          <w:p w14:paraId="7994AAB1" w14:textId="77777777" w:rsidR="002376F7" w:rsidRDefault="00000000">
            <w:r>
              <w:rPr>
                <w:sz w:val="15"/>
              </w:rPr>
              <w:t>Nos va aprende.</w:t>
            </w:r>
          </w:p>
        </w:tc>
      </w:tr>
      <w:tr w:rsidR="002376F7" w14:paraId="5D804C9D" w14:textId="77777777">
        <w:trPr>
          <w:jc w:val="center"/>
        </w:trPr>
        <w:tc>
          <w:tcPr>
            <w:tcW w:w="2880" w:type="dxa"/>
            <w:shd w:val="clear" w:color="auto" w:fill="EEF6F8"/>
          </w:tcPr>
          <w:p w14:paraId="60AA307E" w14:textId="77777777" w:rsidR="002376F7" w:rsidRDefault="00000000">
            <w:r>
              <w:rPr>
                <w:sz w:val="15"/>
              </w:rPr>
              <w:t>Current action</w:t>
            </w:r>
          </w:p>
        </w:tc>
        <w:tc>
          <w:tcPr>
            <w:tcW w:w="3240" w:type="dxa"/>
            <w:shd w:val="clear" w:color="auto" w:fill="EEF6F8"/>
          </w:tcPr>
          <w:p w14:paraId="7C1337AC" w14:textId="77777777" w:rsidR="002376F7" w:rsidRDefault="00000000">
            <w:r>
              <w:rPr>
                <w:sz w:val="15"/>
              </w:rPr>
              <w:t>nu before verb</w:t>
            </w:r>
          </w:p>
        </w:tc>
        <w:tc>
          <w:tcPr>
            <w:tcW w:w="3960" w:type="dxa"/>
            <w:shd w:val="clear" w:color="auto" w:fill="EEF6F8"/>
          </w:tcPr>
          <w:p w14:paraId="084BC2E4" w14:textId="77777777" w:rsidR="002376F7" w:rsidRDefault="00000000">
            <w:r>
              <w:rPr>
                <w:sz w:val="15"/>
              </w:rPr>
              <w:t>Ela nu lege.</w:t>
            </w:r>
          </w:p>
        </w:tc>
      </w:tr>
      <w:tr w:rsidR="002376F7" w14:paraId="10608AD1" w14:textId="77777777">
        <w:trPr>
          <w:jc w:val="center"/>
        </w:trPr>
        <w:tc>
          <w:tcPr>
            <w:tcW w:w="2880" w:type="dxa"/>
          </w:tcPr>
          <w:p w14:paraId="1E080E2F" w14:textId="77777777" w:rsidR="002376F7" w:rsidRDefault="00000000">
            <w:r>
              <w:rPr>
                <w:sz w:val="15"/>
              </w:rPr>
              <w:t>Already/perfect</w:t>
            </w:r>
          </w:p>
        </w:tc>
        <w:tc>
          <w:tcPr>
            <w:tcW w:w="3240" w:type="dxa"/>
          </w:tcPr>
          <w:p w14:paraId="3614F12C" w14:textId="77777777" w:rsidR="002376F7" w:rsidRDefault="00000000">
            <w:r>
              <w:rPr>
                <w:sz w:val="15"/>
              </w:rPr>
              <w:t>ja before verb</w:t>
            </w:r>
          </w:p>
        </w:tc>
        <w:tc>
          <w:tcPr>
            <w:tcW w:w="3960" w:type="dxa"/>
          </w:tcPr>
          <w:p w14:paraId="5C75057E" w14:textId="77777777" w:rsidR="002376F7" w:rsidRDefault="00000000">
            <w:r>
              <w:rPr>
                <w:sz w:val="15"/>
              </w:rPr>
              <w:t>Les ja arriva.</w:t>
            </w:r>
          </w:p>
        </w:tc>
      </w:tr>
    </w:tbl>
    <w:p w14:paraId="62BA37CF" w14:textId="77777777" w:rsidR="002376F7" w:rsidRDefault="002376F7">
      <w:pPr>
        <w:spacing w:after="120"/>
      </w:pPr>
    </w:p>
    <w:p w14:paraId="1CFBEFC5" w14:textId="77777777" w:rsidR="002376F7" w:rsidRDefault="00000000">
      <w:pPr>
        <w:spacing w:after="100"/>
      </w:pPr>
      <w:r>
        <w:t>The normal sentence order is Subject + Verb + Object. This makes basic sentences easy to understand even before a learner knows every word.</w:t>
      </w:r>
    </w:p>
    <w:p w14:paraId="082A1DCE" w14:textId="77777777" w:rsidR="002376F7" w:rsidRDefault="00000000">
      <w:r/>
    </w:p>
    <w:p w14:paraId="52C61504" w14:textId="77777777" w:rsidR="002376F7" w:rsidRDefault="00000000">
      <w:pPr>
        <w:pStyle w:val="ChapterLabel"/>
      </w:pPr>
      <w:r>
        <w:t>Chapter 9</w:t>
      </w:r>
    </w:p>
    <w:p w14:paraId="1421289A" w14:textId="77777777" w:rsidR="002376F7" w:rsidRDefault="00000000">
      <w:pPr>
        <w:pStyle w:val="ChapterTitle"/>
        <w:keepNext/>
      </w:pPr>
      <w:r>
        <w:t>Articles, Plurals, and Adjectives</w:t>
      </w:r>
    </w:p>
    <w:p w14:paraId="571F4FDF" w14:textId="77777777" w:rsidR="002376F7" w:rsidRDefault="00000000">
      <w:pPr>
        <w:pStyle w:val="ChapterSubtitle"/>
      </w:pPr>
      <w:r>
        <w:t>How nouns behave</w:t>
      </w:r>
    </w:p>
    <w:p w14:paraId="6747F321" w14:textId="77777777" w:rsidR="002376F7" w:rsidRDefault="002376F7">
      <w:pPr>
        <w:pBdr>
          <w:bottom w:val="single" w:sz="12" w:space="1" w:color="DAA520"/>
        </w:pBdr>
        <w:spacing w:after="160"/>
      </w:pPr>
    </w:p>
    <w:p w14:paraId="4E472004" w14:textId="77777777" w:rsidR="002376F7" w:rsidRDefault="00000000">
      <w:pPr>
        <w:pStyle w:val="Heading2"/>
      </w:pPr>
      <w:r>
        <w:t>Articles</w:t>
      </w:r>
    </w:p>
    <w:tbl>
      <w:tblPr>
        <w:tblStyle w:val="TableGrid"/>
        <w:tblW w:w="0" w:type="auto"/>
        <w:jc w:val="center"/>
        <w:tblLook w:val="04A0" w:firstRow="1" w:lastRow="0" w:firstColumn="1" w:lastColumn="0" w:noHBand="0" w:noVBand="1"/>
      </w:tblPr>
      <w:tblGrid>
        <w:gridCol w:w="1728"/>
        <w:gridCol w:w="3168"/>
        <w:gridCol w:w="5040"/>
      </w:tblGrid>
      <w:tr w:rsidR="002376F7" w14:paraId="54020AB8" w14:textId="77777777">
        <w:trPr>
          <w:tblHeader/>
          <w:jc w:val="center"/>
        </w:trPr>
        <w:tc>
          <w:tcPr>
            <w:tcW w:w="1728" w:type="dxa"/>
            <w:shd w:val="clear" w:color="auto" w:fill="163B60"/>
          </w:tcPr>
          <w:p w14:paraId="19A409EE" w14:textId="77777777" w:rsidR="002376F7" w:rsidRDefault="00000000">
            <w:r>
              <w:rPr>
                <w:b/>
                <w:color w:val="FFFFFF"/>
                <w:sz w:val="16"/>
              </w:rPr>
              <w:t>Article</w:t>
            </w:r>
          </w:p>
        </w:tc>
        <w:tc>
          <w:tcPr>
            <w:tcW w:w="3168" w:type="dxa"/>
            <w:shd w:val="clear" w:color="auto" w:fill="163B60"/>
          </w:tcPr>
          <w:p w14:paraId="451DA615" w14:textId="77777777" w:rsidR="002376F7" w:rsidRDefault="00000000">
            <w:r>
              <w:rPr>
                <w:b/>
                <w:color w:val="FFFFFF"/>
                <w:sz w:val="16"/>
              </w:rPr>
              <w:t>Meaning</w:t>
            </w:r>
          </w:p>
        </w:tc>
        <w:tc>
          <w:tcPr>
            <w:tcW w:w="5040" w:type="dxa"/>
            <w:shd w:val="clear" w:color="auto" w:fill="163B60"/>
          </w:tcPr>
          <w:p w14:paraId="1D795D6E" w14:textId="77777777" w:rsidR="002376F7" w:rsidRDefault="00000000">
            <w:r>
              <w:rPr>
                <w:b/>
                <w:color w:val="FFFFFF"/>
                <w:sz w:val="16"/>
              </w:rPr>
              <w:t>Example</w:t>
            </w:r>
          </w:p>
        </w:tc>
      </w:tr>
      <w:tr w:rsidR="002376F7" w14:paraId="1835580B" w14:textId="77777777">
        <w:trPr>
          <w:jc w:val="center"/>
        </w:trPr>
        <w:tc>
          <w:tcPr>
            <w:tcW w:w="1728" w:type="dxa"/>
          </w:tcPr>
          <w:p w14:paraId="6D6212CD" w14:textId="77777777" w:rsidR="002376F7" w:rsidRDefault="00000000">
            <w:r>
              <w:rPr>
                <w:sz w:val="17"/>
              </w:rPr>
              <w:t>la</w:t>
            </w:r>
          </w:p>
        </w:tc>
        <w:tc>
          <w:tcPr>
            <w:tcW w:w="3168" w:type="dxa"/>
          </w:tcPr>
          <w:p w14:paraId="66783A22" w14:textId="77777777" w:rsidR="002376F7" w:rsidRDefault="00000000">
            <w:r>
              <w:rPr>
                <w:sz w:val="17"/>
              </w:rPr>
              <w:t>the</w:t>
            </w:r>
          </w:p>
        </w:tc>
        <w:tc>
          <w:tcPr>
            <w:tcW w:w="5040" w:type="dxa"/>
          </w:tcPr>
          <w:p w14:paraId="2D5B0757" w14:textId="77777777" w:rsidR="002376F7" w:rsidRDefault="00000000">
            <w:r>
              <w:rPr>
                <w:sz w:val="17"/>
              </w:rPr>
              <w:t>la libro = the book</w:t>
            </w:r>
          </w:p>
        </w:tc>
      </w:tr>
      <w:tr w:rsidR="002376F7" w14:paraId="5CC7CC70" w14:textId="77777777">
        <w:trPr>
          <w:jc w:val="center"/>
        </w:trPr>
        <w:tc>
          <w:tcPr>
            <w:tcW w:w="1728" w:type="dxa"/>
            <w:shd w:val="clear" w:color="auto" w:fill="EEF6F8"/>
          </w:tcPr>
          <w:p w14:paraId="517F63C1" w14:textId="77777777" w:rsidR="002376F7" w:rsidRDefault="00000000">
            <w:r>
              <w:rPr>
                <w:sz w:val="17"/>
              </w:rPr>
              <w:t>un</w:t>
            </w:r>
          </w:p>
        </w:tc>
        <w:tc>
          <w:tcPr>
            <w:tcW w:w="3168" w:type="dxa"/>
            <w:shd w:val="clear" w:color="auto" w:fill="EEF6F8"/>
          </w:tcPr>
          <w:p w14:paraId="1F22C113" w14:textId="77777777" w:rsidR="002376F7" w:rsidRDefault="00000000">
            <w:r>
              <w:rPr>
                <w:sz w:val="17"/>
              </w:rPr>
              <w:t>a / an / one</w:t>
            </w:r>
          </w:p>
        </w:tc>
        <w:tc>
          <w:tcPr>
            <w:tcW w:w="5040" w:type="dxa"/>
            <w:shd w:val="clear" w:color="auto" w:fill="EEF6F8"/>
          </w:tcPr>
          <w:p w14:paraId="1355C734" w14:textId="77777777" w:rsidR="002376F7" w:rsidRDefault="00000000">
            <w:r>
              <w:rPr>
                <w:sz w:val="17"/>
              </w:rPr>
              <w:t>un libro = a book / one book</w:t>
            </w:r>
          </w:p>
        </w:tc>
      </w:tr>
    </w:tbl>
    <w:p w14:paraId="77FAC784" w14:textId="77777777" w:rsidR="002376F7" w:rsidRDefault="002376F7">
      <w:pPr>
        <w:spacing w:after="120"/>
      </w:pPr>
    </w:p>
    <w:p w14:paraId="6AC50332" w14:textId="77777777" w:rsidR="002376F7" w:rsidRDefault="00000000">
      <w:pPr>
        <w:pStyle w:val="Heading2"/>
      </w:pPr>
      <w:r>
        <w:t>Plurals</w:t>
      </w:r>
    </w:p>
    <w:tbl>
      <w:tblPr>
        <w:tblStyle w:val="TableGrid"/>
        <w:tblW w:w="0" w:type="auto"/>
        <w:jc w:val="center"/>
        <w:tblLook w:val="04A0" w:firstRow="1" w:lastRow="0" w:firstColumn="1" w:lastColumn="0" w:noHBand="0" w:noVBand="1"/>
      </w:tblPr>
      <w:tblGrid>
        <w:gridCol w:w="3168"/>
        <w:gridCol w:w="3024"/>
        <w:gridCol w:w="3744"/>
      </w:tblGrid>
      <w:tr w:rsidR="002376F7" w14:paraId="3FF9E334" w14:textId="77777777">
        <w:trPr>
          <w:tblHeader/>
          <w:jc w:val="center"/>
        </w:trPr>
        <w:tc>
          <w:tcPr>
            <w:tcW w:w="3168" w:type="dxa"/>
            <w:shd w:val="clear" w:color="auto" w:fill="163B60"/>
          </w:tcPr>
          <w:p w14:paraId="231872E7" w14:textId="77777777" w:rsidR="002376F7" w:rsidRDefault="00000000">
            <w:r>
              <w:rPr>
                <w:b/>
                <w:color w:val="FFFFFF"/>
                <w:sz w:val="16"/>
              </w:rPr>
              <w:t>Pattern</w:t>
            </w:r>
          </w:p>
        </w:tc>
        <w:tc>
          <w:tcPr>
            <w:tcW w:w="3024" w:type="dxa"/>
            <w:shd w:val="clear" w:color="auto" w:fill="163B60"/>
          </w:tcPr>
          <w:p w14:paraId="7BFCC462" w14:textId="77777777" w:rsidR="002376F7" w:rsidRDefault="00000000">
            <w:r>
              <w:rPr>
                <w:b/>
                <w:color w:val="FFFFFF"/>
                <w:sz w:val="16"/>
              </w:rPr>
              <w:t>Example</w:t>
            </w:r>
          </w:p>
        </w:tc>
        <w:tc>
          <w:tcPr>
            <w:tcW w:w="3744" w:type="dxa"/>
            <w:shd w:val="clear" w:color="auto" w:fill="163B60"/>
          </w:tcPr>
          <w:p w14:paraId="2B06D3D9" w14:textId="77777777" w:rsidR="002376F7" w:rsidRDefault="00000000">
            <w:r>
              <w:rPr>
                <w:b/>
                <w:color w:val="FFFFFF"/>
                <w:sz w:val="16"/>
              </w:rPr>
              <w:t>Notes</w:t>
            </w:r>
          </w:p>
        </w:tc>
      </w:tr>
      <w:tr w:rsidR="002376F7" w14:paraId="363B0641" w14:textId="77777777">
        <w:trPr>
          <w:jc w:val="center"/>
        </w:trPr>
        <w:tc>
          <w:tcPr>
            <w:tcW w:w="3168" w:type="dxa"/>
          </w:tcPr>
          <w:p w14:paraId="708E24A5" w14:textId="77777777" w:rsidR="002376F7" w:rsidRDefault="00000000">
            <w:r>
              <w:rPr>
                <w:sz w:val="16"/>
              </w:rPr>
              <w:t>add -s after vowels</w:t>
            </w:r>
          </w:p>
        </w:tc>
        <w:tc>
          <w:tcPr>
            <w:tcW w:w="3024" w:type="dxa"/>
          </w:tcPr>
          <w:p w14:paraId="1820B738" w14:textId="77777777" w:rsidR="002376F7" w:rsidRDefault="00000000">
            <w:r>
              <w:rPr>
                <w:sz w:val="16"/>
              </w:rPr>
              <w:t>familia -&gt; familias</w:t>
            </w:r>
          </w:p>
        </w:tc>
        <w:tc>
          <w:tcPr>
            <w:tcW w:w="3744" w:type="dxa"/>
          </w:tcPr>
          <w:p w14:paraId="3A219AC3" w14:textId="77777777" w:rsidR="002376F7" w:rsidRDefault="00000000">
            <w:r>
              <w:rPr>
                <w:sz w:val="16"/>
              </w:rPr>
              <w:t>Most simple vowel-ending words.</w:t>
            </w:r>
          </w:p>
        </w:tc>
      </w:tr>
      <w:tr w:rsidR="002376F7" w14:paraId="6D56CD93" w14:textId="77777777">
        <w:trPr>
          <w:jc w:val="center"/>
        </w:trPr>
        <w:tc>
          <w:tcPr>
            <w:tcW w:w="3168" w:type="dxa"/>
            <w:shd w:val="clear" w:color="auto" w:fill="EEF6F8"/>
          </w:tcPr>
          <w:p w14:paraId="116BB62C" w14:textId="77777777" w:rsidR="002376F7" w:rsidRDefault="00000000">
            <w:r>
              <w:rPr>
                <w:sz w:val="16"/>
              </w:rPr>
              <w:t>add -es after consonants when easier</w:t>
            </w:r>
          </w:p>
        </w:tc>
        <w:tc>
          <w:tcPr>
            <w:tcW w:w="3024" w:type="dxa"/>
            <w:shd w:val="clear" w:color="auto" w:fill="EEF6F8"/>
          </w:tcPr>
          <w:p w14:paraId="6C385F31" w14:textId="77777777" w:rsidR="002376F7" w:rsidRDefault="00000000">
            <w:r>
              <w:rPr>
                <w:sz w:val="16"/>
              </w:rPr>
              <w:t>nasion -&gt; nasiones</w:t>
            </w:r>
          </w:p>
        </w:tc>
        <w:tc>
          <w:tcPr>
            <w:tcW w:w="3744" w:type="dxa"/>
            <w:shd w:val="clear" w:color="auto" w:fill="EEF6F8"/>
          </w:tcPr>
          <w:p w14:paraId="49A8D742" w14:textId="77777777" w:rsidR="002376F7" w:rsidRDefault="00000000">
            <w:r>
              <w:rPr>
                <w:sz w:val="16"/>
              </w:rPr>
              <w:t>Use when pronunciation benefits.</w:t>
            </w:r>
          </w:p>
        </w:tc>
      </w:tr>
      <w:tr w:rsidR="002376F7" w14:paraId="0DD936FB" w14:textId="77777777">
        <w:trPr>
          <w:jc w:val="center"/>
        </w:trPr>
        <w:tc>
          <w:tcPr>
            <w:tcW w:w="3168" w:type="dxa"/>
          </w:tcPr>
          <w:p w14:paraId="36196EFF" w14:textId="77777777" w:rsidR="002376F7" w:rsidRDefault="00000000">
            <w:r>
              <w:rPr>
                <w:sz w:val="16"/>
              </w:rPr>
              <w:t>keep adjectives unchanged</w:t>
            </w:r>
          </w:p>
        </w:tc>
        <w:tc>
          <w:tcPr>
            <w:tcW w:w="3024" w:type="dxa"/>
          </w:tcPr>
          <w:p w14:paraId="08C40A60" w14:textId="77777777" w:rsidR="002376F7" w:rsidRDefault="00000000">
            <w:r>
              <w:rPr>
                <w:sz w:val="16"/>
              </w:rPr>
              <w:t>clar idea -&gt; clar ideas</w:t>
            </w:r>
          </w:p>
        </w:tc>
        <w:tc>
          <w:tcPr>
            <w:tcW w:w="3744" w:type="dxa"/>
          </w:tcPr>
          <w:p w14:paraId="63CEC144" w14:textId="77777777" w:rsidR="002376F7" w:rsidRDefault="00000000">
            <w:r>
              <w:rPr>
                <w:sz w:val="16"/>
              </w:rPr>
              <w:t>No gender or number agreement.</w:t>
            </w:r>
          </w:p>
        </w:tc>
      </w:tr>
    </w:tbl>
    <w:p w14:paraId="611EF686" w14:textId="77777777" w:rsidR="002376F7" w:rsidRDefault="002376F7">
      <w:pPr>
        <w:spacing w:after="120"/>
      </w:pPr>
    </w:p>
    <w:p w14:paraId="7BE46D7C" w14:textId="77777777" w:rsidR="002376F7" w:rsidRDefault="00000000">
      <w:pPr>
        <w:pStyle w:val="Heading2"/>
      </w:pPr>
      <w:r>
        <w:t>Adjectives</w:t>
      </w:r>
    </w:p>
    <w:p w14:paraId="05492317" w14:textId="77777777" w:rsidR="002376F7" w:rsidRDefault="00000000">
      <w:pPr>
        <w:spacing w:after="100"/>
      </w:pPr>
      <w:r>
        <w:t>Adjectives usually come before the noun and do not change for gender or number: un grande dom, du grande doms. This keeps the grammar light and predictable.</w:t>
      </w:r>
    </w:p>
    <w:p w14:paraId="61D3D257" w14:textId="77777777" w:rsidR="002376F7" w:rsidRDefault="00000000">
      <w:r/>
    </w:p>
    <w:p w14:paraId="16393B29" w14:textId="77777777" w:rsidR="002376F7" w:rsidRDefault="00000000">
      <w:pPr>
        <w:pStyle w:val="ChapterLabel"/>
      </w:pPr>
      <w:r>
        <w:t>Chapter 10</w:t>
      </w:r>
    </w:p>
    <w:p w14:paraId="2C9F486C" w14:textId="77777777" w:rsidR="002376F7" w:rsidRDefault="00000000">
      <w:pPr>
        <w:pStyle w:val="ChapterTitle"/>
        <w:keepNext/>
      </w:pPr>
      <w:r>
        <w:t>Pronouns and Possession</w:t>
      </w:r>
    </w:p>
    <w:p w14:paraId="75AA175F" w14:textId="77777777" w:rsidR="002376F7" w:rsidRDefault="00000000">
      <w:pPr>
        <w:pStyle w:val="ChapterSubtitle"/>
      </w:pPr>
      <w:r>
        <w:t>People, things, and ownership</w:t>
      </w:r>
    </w:p>
    <w:p w14:paraId="194F83F0"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304"/>
        <w:gridCol w:w="7488"/>
      </w:tblGrid>
      <w:tr w:rsidR="002376F7" w14:paraId="2AAADE89" w14:textId="77777777">
        <w:trPr>
          <w:tblHeader/>
          <w:jc w:val="center"/>
        </w:trPr>
        <w:tc>
          <w:tcPr>
            <w:tcW w:w="2304" w:type="dxa"/>
            <w:shd w:val="clear" w:color="auto" w:fill="163B60"/>
          </w:tcPr>
          <w:p w14:paraId="1A853B5F" w14:textId="77777777" w:rsidR="002376F7" w:rsidRDefault="00000000">
            <w:r>
              <w:rPr>
                <w:b/>
                <w:color w:val="FFFFFF"/>
                <w:sz w:val="16"/>
              </w:rPr>
              <w:t>Pronoun</w:t>
            </w:r>
          </w:p>
        </w:tc>
        <w:tc>
          <w:tcPr>
            <w:tcW w:w="7488" w:type="dxa"/>
            <w:shd w:val="clear" w:color="auto" w:fill="163B60"/>
          </w:tcPr>
          <w:p w14:paraId="0443734C" w14:textId="77777777" w:rsidR="002376F7" w:rsidRDefault="00000000">
            <w:r>
              <w:rPr>
                <w:b/>
                <w:color w:val="FFFFFF"/>
                <w:sz w:val="16"/>
              </w:rPr>
              <w:t>Meaning</w:t>
            </w:r>
          </w:p>
        </w:tc>
      </w:tr>
      <w:tr w:rsidR="002376F7" w14:paraId="50F0A352" w14:textId="77777777">
        <w:trPr>
          <w:jc w:val="center"/>
        </w:trPr>
        <w:tc>
          <w:tcPr>
            <w:tcW w:w="2304" w:type="dxa"/>
          </w:tcPr>
          <w:p w14:paraId="782802E3" w14:textId="77777777" w:rsidR="002376F7" w:rsidRDefault="00000000">
            <w:r>
              <w:rPr>
                <w:sz w:val="17"/>
              </w:rPr>
              <w:t>mi</w:t>
            </w:r>
          </w:p>
        </w:tc>
        <w:tc>
          <w:tcPr>
            <w:tcW w:w="7488" w:type="dxa"/>
          </w:tcPr>
          <w:p w14:paraId="3203A57E" w14:textId="77777777" w:rsidR="002376F7" w:rsidRDefault="00000000">
            <w:r>
              <w:rPr>
                <w:sz w:val="17"/>
              </w:rPr>
              <w:t>I / me / my</w:t>
            </w:r>
          </w:p>
        </w:tc>
      </w:tr>
      <w:tr w:rsidR="002376F7" w14:paraId="7A2B6985" w14:textId="77777777">
        <w:trPr>
          <w:jc w:val="center"/>
        </w:trPr>
        <w:tc>
          <w:tcPr>
            <w:tcW w:w="2304" w:type="dxa"/>
            <w:shd w:val="clear" w:color="auto" w:fill="EEF6F8"/>
          </w:tcPr>
          <w:p w14:paraId="3AB664BE" w14:textId="77777777" w:rsidR="002376F7" w:rsidRDefault="00000000">
            <w:r>
              <w:rPr>
                <w:sz w:val="17"/>
              </w:rPr>
              <w:t>tu</w:t>
            </w:r>
          </w:p>
        </w:tc>
        <w:tc>
          <w:tcPr>
            <w:tcW w:w="7488" w:type="dxa"/>
            <w:shd w:val="clear" w:color="auto" w:fill="EEF6F8"/>
          </w:tcPr>
          <w:p w14:paraId="0243B2B5" w14:textId="77777777" w:rsidR="002376F7" w:rsidRDefault="00000000">
            <w:r>
              <w:rPr>
                <w:sz w:val="17"/>
              </w:rPr>
              <w:t>you / your</w:t>
            </w:r>
          </w:p>
        </w:tc>
      </w:tr>
      <w:tr w:rsidR="002376F7" w14:paraId="4E89D8CC" w14:textId="77777777">
        <w:trPr>
          <w:jc w:val="center"/>
        </w:trPr>
        <w:tc>
          <w:tcPr>
            <w:tcW w:w="2304" w:type="dxa"/>
          </w:tcPr>
          <w:p w14:paraId="6E7C141E" w14:textId="77777777" w:rsidR="002376F7" w:rsidRDefault="00000000">
            <w:r>
              <w:rPr>
                <w:sz w:val="17"/>
              </w:rPr>
              <w:t>il</w:t>
            </w:r>
          </w:p>
        </w:tc>
        <w:tc>
          <w:tcPr>
            <w:tcW w:w="7488" w:type="dxa"/>
          </w:tcPr>
          <w:p w14:paraId="291CBCF5" w14:textId="77777777" w:rsidR="002376F7" w:rsidRDefault="00000000">
            <w:r>
              <w:rPr>
                <w:sz w:val="17"/>
              </w:rPr>
              <w:t>he / him / his</w:t>
            </w:r>
          </w:p>
        </w:tc>
      </w:tr>
      <w:tr w:rsidR="002376F7" w14:paraId="075660E0" w14:textId="77777777">
        <w:trPr>
          <w:jc w:val="center"/>
        </w:trPr>
        <w:tc>
          <w:tcPr>
            <w:tcW w:w="2304" w:type="dxa"/>
            <w:shd w:val="clear" w:color="auto" w:fill="EEF6F8"/>
          </w:tcPr>
          <w:p w14:paraId="194EE320" w14:textId="77777777" w:rsidR="002376F7" w:rsidRDefault="00000000">
            <w:r>
              <w:rPr>
                <w:sz w:val="17"/>
              </w:rPr>
              <w:t>ela</w:t>
            </w:r>
          </w:p>
        </w:tc>
        <w:tc>
          <w:tcPr>
            <w:tcW w:w="7488" w:type="dxa"/>
            <w:shd w:val="clear" w:color="auto" w:fill="EEF6F8"/>
          </w:tcPr>
          <w:p w14:paraId="026C1460" w14:textId="77777777" w:rsidR="002376F7" w:rsidRDefault="00000000">
            <w:r>
              <w:rPr>
                <w:sz w:val="17"/>
              </w:rPr>
              <w:t>she / her</w:t>
            </w:r>
          </w:p>
        </w:tc>
      </w:tr>
      <w:tr w:rsidR="002376F7" w14:paraId="4402AD52" w14:textId="77777777">
        <w:trPr>
          <w:jc w:val="center"/>
        </w:trPr>
        <w:tc>
          <w:tcPr>
            <w:tcW w:w="2304" w:type="dxa"/>
          </w:tcPr>
          <w:p w14:paraId="17CF151F" w14:textId="77777777" w:rsidR="002376F7" w:rsidRDefault="00000000">
            <w:r>
              <w:rPr>
                <w:sz w:val="17"/>
              </w:rPr>
              <w:t>lo</w:t>
            </w:r>
          </w:p>
        </w:tc>
        <w:tc>
          <w:tcPr>
            <w:tcW w:w="7488" w:type="dxa"/>
          </w:tcPr>
          <w:p w14:paraId="7E6A0304" w14:textId="77777777" w:rsidR="002376F7" w:rsidRDefault="00000000">
            <w:r>
              <w:rPr>
                <w:sz w:val="17"/>
              </w:rPr>
              <w:t>it / its</w:t>
            </w:r>
          </w:p>
        </w:tc>
      </w:tr>
      <w:tr w:rsidR="002376F7" w14:paraId="115B9CB3" w14:textId="77777777">
        <w:trPr>
          <w:jc w:val="center"/>
        </w:trPr>
        <w:tc>
          <w:tcPr>
            <w:tcW w:w="2304" w:type="dxa"/>
            <w:shd w:val="clear" w:color="auto" w:fill="EEF6F8"/>
          </w:tcPr>
          <w:p w14:paraId="35C00492" w14:textId="77777777" w:rsidR="002376F7" w:rsidRDefault="00000000">
            <w:r>
              <w:rPr>
                <w:sz w:val="17"/>
              </w:rPr>
              <w:t>nos</w:t>
            </w:r>
          </w:p>
        </w:tc>
        <w:tc>
          <w:tcPr>
            <w:tcW w:w="7488" w:type="dxa"/>
            <w:shd w:val="clear" w:color="auto" w:fill="EEF6F8"/>
          </w:tcPr>
          <w:p w14:paraId="227C3074" w14:textId="77777777" w:rsidR="002376F7" w:rsidRDefault="00000000">
            <w:r>
              <w:rPr>
                <w:sz w:val="17"/>
              </w:rPr>
              <w:t>we / us / our</w:t>
            </w:r>
          </w:p>
        </w:tc>
      </w:tr>
      <w:tr w:rsidR="002376F7" w14:paraId="2E64C624" w14:textId="77777777">
        <w:trPr>
          <w:jc w:val="center"/>
        </w:trPr>
        <w:tc>
          <w:tcPr>
            <w:tcW w:w="2304" w:type="dxa"/>
          </w:tcPr>
          <w:p w14:paraId="0297283E" w14:textId="77777777" w:rsidR="002376F7" w:rsidRDefault="00000000">
            <w:r>
              <w:rPr>
                <w:sz w:val="17"/>
              </w:rPr>
              <w:t>vos</w:t>
            </w:r>
          </w:p>
        </w:tc>
        <w:tc>
          <w:tcPr>
            <w:tcW w:w="7488" w:type="dxa"/>
          </w:tcPr>
          <w:p w14:paraId="7BEF8240" w14:textId="77777777" w:rsidR="002376F7" w:rsidRDefault="00000000">
            <w:r>
              <w:rPr>
                <w:sz w:val="17"/>
              </w:rPr>
              <w:t>you plural / your plural</w:t>
            </w:r>
          </w:p>
        </w:tc>
      </w:tr>
      <w:tr w:rsidR="002376F7" w14:paraId="4F180AB9" w14:textId="77777777">
        <w:trPr>
          <w:jc w:val="center"/>
        </w:trPr>
        <w:tc>
          <w:tcPr>
            <w:tcW w:w="2304" w:type="dxa"/>
            <w:shd w:val="clear" w:color="auto" w:fill="EEF6F8"/>
          </w:tcPr>
          <w:p w14:paraId="6B122B6B" w14:textId="77777777" w:rsidR="002376F7" w:rsidRDefault="00000000">
            <w:r>
              <w:rPr>
                <w:sz w:val="17"/>
              </w:rPr>
              <w:t>les</w:t>
            </w:r>
          </w:p>
        </w:tc>
        <w:tc>
          <w:tcPr>
            <w:tcW w:w="7488" w:type="dxa"/>
            <w:shd w:val="clear" w:color="auto" w:fill="EEF6F8"/>
          </w:tcPr>
          <w:p w14:paraId="331887A1" w14:textId="77777777" w:rsidR="002376F7" w:rsidRDefault="00000000">
            <w:r>
              <w:rPr>
                <w:sz w:val="17"/>
              </w:rPr>
              <w:t>they / them / their</w:t>
            </w:r>
          </w:p>
        </w:tc>
      </w:tr>
      <w:tr w:rsidR="002376F7" w14:paraId="678184D6" w14:textId="77777777">
        <w:trPr>
          <w:jc w:val="center"/>
        </w:trPr>
        <w:tc>
          <w:tcPr>
            <w:tcW w:w="2304" w:type="dxa"/>
          </w:tcPr>
          <w:p w14:paraId="68602FE0" w14:textId="77777777" w:rsidR="002376F7" w:rsidRDefault="00000000">
            <w:r>
              <w:rPr>
                <w:sz w:val="17"/>
              </w:rPr>
              <w:t>se</w:t>
            </w:r>
          </w:p>
        </w:tc>
        <w:tc>
          <w:tcPr>
            <w:tcW w:w="7488" w:type="dxa"/>
          </w:tcPr>
          <w:p w14:paraId="4D1987F4" w14:textId="77777777" w:rsidR="002376F7" w:rsidRDefault="00000000">
            <w:r>
              <w:rPr>
                <w:sz w:val="17"/>
              </w:rPr>
              <w:t>self / oneself / themselves</w:t>
            </w:r>
          </w:p>
        </w:tc>
      </w:tr>
    </w:tbl>
    <w:p w14:paraId="6ED206D7" w14:textId="77777777" w:rsidR="002376F7" w:rsidRDefault="002376F7">
      <w:pPr>
        <w:spacing w:after="120"/>
      </w:pPr>
    </w:p>
    <w:p w14:paraId="0A5D650A" w14:textId="77777777" w:rsidR="002376F7" w:rsidRDefault="00000000">
      <w:pPr>
        <w:pStyle w:val="Heading2"/>
      </w:pPr>
      <w:r>
        <w:t>Possession</w:t>
      </w:r>
    </w:p>
    <w:tbl>
      <w:tblPr>
        <w:tblStyle w:val="TableGrid"/>
        <w:tblW w:w="0" w:type="auto"/>
        <w:jc w:val="center"/>
        <w:tblLook w:val="04A0" w:firstRow="1" w:lastRow="0" w:firstColumn="1" w:lastColumn="0" w:noHBand="0" w:noVBand="1"/>
      </w:tblPr>
      <w:tblGrid>
        <w:gridCol w:w="2880"/>
        <w:gridCol w:w="3168"/>
        <w:gridCol w:w="3888"/>
      </w:tblGrid>
      <w:tr w:rsidR="002376F7" w14:paraId="1A08F167" w14:textId="77777777">
        <w:trPr>
          <w:tblHeader/>
          <w:jc w:val="center"/>
        </w:trPr>
        <w:tc>
          <w:tcPr>
            <w:tcW w:w="2880" w:type="dxa"/>
            <w:shd w:val="clear" w:color="auto" w:fill="163B60"/>
          </w:tcPr>
          <w:p w14:paraId="3BF9D8B8" w14:textId="77777777" w:rsidR="002376F7" w:rsidRDefault="00000000">
            <w:r>
              <w:rPr>
                <w:b/>
                <w:color w:val="FFFFFF"/>
                <w:sz w:val="16"/>
              </w:rPr>
              <w:t>Pattern</w:t>
            </w:r>
          </w:p>
        </w:tc>
        <w:tc>
          <w:tcPr>
            <w:tcW w:w="3168" w:type="dxa"/>
            <w:shd w:val="clear" w:color="auto" w:fill="163B60"/>
          </w:tcPr>
          <w:p w14:paraId="7AFBEB7F" w14:textId="77777777" w:rsidR="002376F7" w:rsidRDefault="00000000">
            <w:r>
              <w:rPr>
                <w:b/>
                <w:color w:val="FFFFFF"/>
                <w:sz w:val="16"/>
              </w:rPr>
              <w:t>Example</w:t>
            </w:r>
          </w:p>
        </w:tc>
        <w:tc>
          <w:tcPr>
            <w:tcW w:w="3888" w:type="dxa"/>
            <w:shd w:val="clear" w:color="auto" w:fill="163B60"/>
          </w:tcPr>
          <w:p w14:paraId="2D86737B" w14:textId="77777777" w:rsidR="002376F7" w:rsidRDefault="00000000">
            <w:r>
              <w:rPr>
                <w:b/>
                <w:color w:val="FFFFFF"/>
                <w:sz w:val="16"/>
              </w:rPr>
              <w:t>Meaning</w:t>
            </w:r>
          </w:p>
        </w:tc>
      </w:tr>
      <w:tr w:rsidR="002376F7" w14:paraId="6226B2E8" w14:textId="77777777">
        <w:trPr>
          <w:jc w:val="center"/>
        </w:trPr>
        <w:tc>
          <w:tcPr>
            <w:tcW w:w="2880" w:type="dxa"/>
          </w:tcPr>
          <w:p w14:paraId="6421CD57" w14:textId="77777777" w:rsidR="002376F7" w:rsidRDefault="00000000">
            <w:r>
              <w:rPr>
                <w:sz w:val="16"/>
              </w:rPr>
              <w:t>de</w:t>
            </w:r>
          </w:p>
        </w:tc>
        <w:tc>
          <w:tcPr>
            <w:tcW w:w="3168" w:type="dxa"/>
          </w:tcPr>
          <w:p w14:paraId="7FCF6309" w14:textId="77777777" w:rsidR="002376F7" w:rsidRDefault="00000000">
            <w:r>
              <w:rPr>
                <w:sz w:val="16"/>
              </w:rPr>
              <w:t>la libro de mi</w:t>
            </w:r>
          </w:p>
        </w:tc>
        <w:tc>
          <w:tcPr>
            <w:tcW w:w="3888" w:type="dxa"/>
          </w:tcPr>
          <w:p w14:paraId="521747B4" w14:textId="77777777" w:rsidR="002376F7" w:rsidRDefault="00000000">
            <w:r>
              <w:rPr>
                <w:sz w:val="16"/>
              </w:rPr>
              <w:t>the book of me / my book</w:t>
            </w:r>
          </w:p>
        </w:tc>
      </w:tr>
      <w:tr w:rsidR="002376F7" w14:paraId="5DCD82B5" w14:textId="77777777">
        <w:trPr>
          <w:jc w:val="center"/>
        </w:trPr>
        <w:tc>
          <w:tcPr>
            <w:tcW w:w="2880" w:type="dxa"/>
            <w:shd w:val="clear" w:color="auto" w:fill="EEF6F8"/>
          </w:tcPr>
          <w:p w14:paraId="01AA6B6A" w14:textId="77777777" w:rsidR="002376F7" w:rsidRDefault="00000000">
            <w:r>
              <w:rPr>
                <w:sz w:val="16"/>
              </w:rPr>
              <w:t>possessive pronoun</w:t>
            </w:r>
          </w:p>
        </w:tc>
        <w:tc>
          <w:tcPr>
            <w:tcW w:w="3168" w:type="dxa"/>
            <w:shd w:val="clear" w:color="auto" w:fill="EEF6F8"/>
          </w:tcPr>
          <w:p w14:paraId="01E78206" w14:textId="77777777" w:rsidR="002376F7" w:rsidRDefault="00000000">
            <w:r>
              <w:rPr>
                <w:sz w:val="16"/>
              </w:rPr>
              <w:t>mi libro</w:t>
            </w:r>
          </w:p>
        </w:tc>
        <w:tc>
          <w:tcPr>
            <w:tcW w:w="3888" w:type="dxa"/>
            <w:shd w:val="clear" w:color="auto" w:fill="EEF6F8"/>
          </w:tcPr>
          <w:p w14:paraId="2973E2B8" w14:textId="77777777" w:rsidR="002376F7" w:rsidRDefault="00000000">
            <w:r>
              <w:rPr>
                <w:sz w:val="16"/>
              </w:rPr>
              <w:t>my book</w:t>
            </w:r>
          </w:p>
        </w:tc>
      </w:tr>
      <w:tr w:rsidR="002376F7" w14:paraId="335AB984" w14:textId="77777777">
        <w:trPr>
          <w:jc w:val="center"/>
        </w:trPr>
        <w:tc>
          <w:tcPr>
            <w:tcW w:w="2880" w:type="dxa"/>
          </w:tcPr>
          <w:p w14:paraId="301C3218" w14:textId="77777777" w:rsidR="002376F7" w:rsidRDefault="00000000">
            <w:r>
              <w:rPr>
                <w:sz w:val="16"/>
              </w:rPr>
              <w:t>group possession</w:t>
            </w:r>
          </w:p>
        </w:tc>
        <w:tc>
          <w:tcPr>
            <w:tcW w:w="3168" w:type="dxa"/>
          </w:tcPr>
          <w:p w14:paraId="44BAA27A" w14:textId="77777777" w:rsidR="002376F7" w:rsidRDefault="00000000">
            <w:r>
              <w:rPr>
                <w:sz w:val="16"/>
              </w:rPr>
              <w:t>la kasa de nos</w:t>
            </w:r>
          </w:p>
        </w:tc>
        <w:tc>
          <w:tcPr>
            <w:tcW w:w="3888" w:type="dxa"/>
          </w:tcPr>
          <w:p w14:paraId="46F80167" w14:textId="77777777" w:rsidR="002376F7" w:rsidRDefault="00000000">
            <w:r>
              <w:rPr>
                <w:sz w:val="16"/>
              </w:rPr>
              <w:t>our house</w:t>
            </w:r>
          </w:p>
        </w:tc>
      </w:tr>
      <w:tr w:rsidR="002376F7" w14:paraId="46F2CE6A" w14:textId="77777777">
        <w:trPr>
          <w:jc w:val="center"/>
        </w:trPr>
        <w:tc>
          <w:tcPr>
            <w:tcW w:w="2880" w:type="dxa"/>
            <w:shd w:val="clear" w:color="auto" w:fill="EEF6F8"/>
          </w:tcPr>
          <w:p w14:paraId="3A8BC26A" w14:textId="77777777" w:rsidR="002376F7" w:rsidRDefault="00000000">
            <w:r>
              <w:rPr>
                <w:sz w:val="16"/>
              </w:rPr>
              <w:t>person possession</w:t>
            </w:r>
          </w:p>
        </w:tc>
        <w:tc>
          <w:tcPr>
            <w:tcW w:w="3168" w:type="dxa"/>
            <w:shd w:val="clear" w:color="auto" w:fill="EEF6F8"/>
          </w:tcPr>
          <w:p w14:paraId="1EAE1E99" w14:textId="77777777" w:rsidR="002376F7" w:rsidRDefault="00000000">
            <w:r>
              <w:rPr>
                <w:sz w:val="16"/>
              </w:rPr>
              <w:t>la vose de ela</w:t>
            </w:r>
          </w:p>
        </w:tc>
        <w:tc>
          <w:tcPr>
            <w:tcW w:w="3888" w:type="dxa"/>
            <w:shd w:val="clear" w:color="auto" w:fill="EEF6F8"/>
          </w:tcPr>
          <w:p w14:paraId="18D88F01" w14:textId="77777777" w:rsidR="002376F7" w:rsidRDefault="00000000">
            <w:r>
              <w:rPr>
                <w:sz w:val="16"/>
              </w:rPr>
              <w:t>her voice</w:t>
            </w:r>
          </w:p>
        </w:tc>
      </w:tr>
    </w:tbl>
    <w:p w14:paraId="6BE5830F" w14:textId="77777777" w:rsidR="002376F7" w:rsidRDefault="002376F7">
      <w:pPr>
        <w:spacing w:after="120"/>
      </w:pPr>
    </w:p>
    <w:p w14:paraId="5EE1CC63" w14:textId="77777777" w:rsidR="002376F7" w:rsidRDefault="00000000">
      <w:pPr>
        <w:pStyle w:val="Heading2"/>
      </w:pPr>
      <w:r>
        <w:t>Gender Without Gendered Endings</w:t>
      </w:r>
    </w:p>
    <w:p w14:paraId="176AC836" w14:textId="77777777" w:rsidR="002376F7" w:rsidRDefault="00000000">
      <w:pPr>
        <w:spacing w:after="100"/>
      </w:pPr>
      <w:r>
        <w:t>Claralinga has no grammatical gender. Gender may be expressed with separate words only when needed: amik = friend, amik fem = female friend, amik mas = male friend. Fil = child/offspring, fil fem = daughter, fil mas = son. Frate = sibling, frate fem = sister, frate mas = brother.</w:t>
      </w:r>
    </w:p>
    <w:p w14:paraId="768F75B6" w14:textId="77777777" w:rsidR="002376F7" w:rsidRDefault="00000000">
      <w:r/>
    </w:p>
    <w:p w14:paraId="78A3CCDC" w14:textId="77777777" w:rsidR="002376F7" w:rsidRDefault="00000000">
      <w:pPr>
        <w:pStyle w:val="ChapterLabel"/>
      </w:pPr>
      <w:r>
        <w:t>Chapter 11</w:t>
      </w:r>
    </w:p>
    <w:p w14:paraId="3EF71CF7" w14:textId="77777777" w:rsidR="002376F7" w:rsidRDefault="00000000">
      <w:pPr>
        <w:pStyle w:val="ChapterTitle"/>
        <w:keepNext/>
      </w:pPr>
      <w:r>
        <w:t>Verbs and Time Markers</w:t>
      </w:r>
    </w:p>
    <w:p w14:paraId="291F121D" w14:textId="77777777" w:rsidR="002376F7" w:rsidRDefault="00000000">
      <w:pPr>
        <w:pStyle w:val="ChapterSubtitle"/>
      </w:pPr>
      <w:r>
        <w:t>No conjugation tables. Breathe easy.</w:t>
      </w:r>
    </w:p>
    <w:p w14:paraId="2806A8F8"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232"/>
        <w:gridCol w:w="2520"/>
        <w:gridCol w:w="2880"/>
        <w:gridCol w:w="2592"/>
      </w:tblGrid>
      <w:tr w:rsidR="002376F7" w14:paraId="07B9291E" w14:textId="77777777">
        <w:trPr>
          <w:tblHeader/>
          <w:jc w:val="center"/>
        </w:trPr>
        <w:tc>
          <w:tcPr>
            <w:tcW w:w="2232" w:type="dxa"/>
            <w:shd w:val="clear" w:color="auto" w:fill="163B60"/>
          </w:tcPr>
          <w:p w14:paraId="228D020B" w14:textId="77777777" w:rsidR="002376F7" w:rsidRDefault="00000000">
            <w:r>
              <w:rPr>
                <w:b/>
                <w:color w:val="FFFFFF"/>
                <w:sz w:val="16"/>
              </w:rPr>
              <w:t>Meaning</w:t>
            </w:r>
          </w:p>
        </w:tc>
        <w:tc>
          <w:tcPr>
            <w:tcW w:w="2520" w:type="dxa"/>
            <w:shd w:val="clear" w:color="auto" w:fill="163B60"/>
          </w:tcPr>
          <w:p w14:paraId="16943292" w14:textId="77777777" w:rsidR="002376F7" w:rsidRDefault="00000000">
            <w:r>
              <w:rPr>
                <w:b/>
                <w:color w:val="FFFFFF"/>
                <w:sz w:val="16"/>
              </w:rPr>
              <w:t>Marker / Pattern</w:t>
            </w:r>
          </w:p>
        </w:tc>
        <w:tc>
          <w:tcPr>
            <w:tcW w:w="2880" w:type="dxa"/>
            <w:shd w:val="clear" w:color="auto" w:fill="163B60"/>
          </w:tcPr>
          <w:p w14:paraId="4E64C4F5" w14:textId="77777777" w:rsidR="002376F7" w:rsidRDefault="00000000">
            <w:r>
              <w:rPr>
                <w:b/>
                <w:color w:val="FFFFFF"/>
                <w:sz w:val="16"/>
              </w:rPr>
              <w:t>Claralinga</w:t>
            </w:r>
          </w:p>
        </w:tc>
        <w:tc>
          <w:tcPr>
            <w:tcW w:w="2592" w:type="dxa"/>
            <w:shd w:val="clear" w:color="auto" w:fill="163B60"/>
          </w:tcPr>
          <w:p w14:paraId="0AE4D482" w14:textId="77777777" w:rsidR="002376F7" w:rsidRDefault="00000000">
            <w:r>
              <w:rPr>
                <w:b/>
                <w:color w:val="FFFFFF"/>
                <w:sz w:val="16"/>
              </w:rPr>
              <w:t>English</w:t>
            </w:r>
          </w:p>
        </w:tc>
      </w:tr>
      <w:tr w:rsidR="002376F7" w14:paraId="7C42A19E" w14:textId="77777777">
        <w:trPr>
          <w:jc w:val="center"/>
        </w:trPr>
        <w:tc>
          <w:tcPr>
            <w:tcW w:w="2232" w:type="dxa"/>
          </w:tcPr>
          <w:p w14:paraId="656B059D" w14:textId="77777777" w:rsidR="002376F7" w:rsidRDefault="00000000">
            <w:r>
              <w:rPr>
                <w:sz w:val="15"/>
              </w:rPr>
              <w:t>present</w:t>
            </w:r>
          </w:p>
        </w:tc>
        <w:tc>
          <w:tcPr>
            <w:tcW w:w="2520" w:type="dxa"/>
          </w:tcPr>
          <w:p w14:paraId="55C34E32" w14:textId="77777777" w:rsidR="002376F7" w:rsidRDefault="00000000">
            <w:r>
              <w:rPr>
                <w:sz w:val="15"/>
              </w:rPr>
              <w:t>plain stem</w:t>
            </w:r>
          </w:p>
        </w:tc>
        <w:tc>
          <w:tcPr>
            <w:tcW w:w="2880" w:type="dxa"/>
          </w:tcPr>
          <w:p w14:paraId="409BBF29" w14:textId="77777777" w:rsidR="002376F7" w:rsidRDefault="00000000">
            <w:r>
              <w:rPr>
                <w:sz w:val="15"/>
              </w:rPr>
              <w:t>Mi parla.</w:t>
            </w:r>
          </w:p>
        </w:tc>
        <w:tc>
          <w:tcPr>
            <w:tcW w:w="2592" w:type="dxa"/>
          </w:tcPr>
          <w:p w14:paraId="3201706C" w14:textId="77777777" w:rsidR="002376F7" w:rsidRDefault="00000000">
            <w:r>
              <w:rPr>
                <w:sz w:val="15"/>
              </w:rPr>
              <w:t>I speak.</w:t>
            </w:r>
          </w:p>
        </w:tc>
      </w:tr>
      <w:tr w:rsidR="002376F7" w14:paraId="0339C216" w14:textId="77777777">
        <w:trPr>
          <w:jc w:val="center"/>
        </w:trPr>
        <w:tc>
          <w:tcPr>
            <w:tcW w:w="2232" w:type="dxa"/>
            <w:shd w:val="clear" w:color="auto" w:fill="EEF6F8"/>
          </w:tcPr>
          <w:p w14:paraId="233F280E" w14:textId="77777777" w:rsidR="002376F7" w:rsidRDefault="00000000">
            <w:r>
              <w:rPr>
                <w:sz w:val="15"/>
              </w:rPr>
              <w:t>past</w:t>
            </w:r>
          </w:p>
        </w:tc>
        <w:tc>
          <w:tcPr>
            <w:tcW w:w="2520" w:type="dxa"/>
            <w:shd w:val="clear" w:color="auto" w:fill="EEF6F8"/>
          </w:tcPr>
          <w:p w14:paraId="48F06C17" w14:textId="77777777" w:rsidR="002376F7" w:rsidRDefault="00000000">
            <w:r>
              <w:rPr>
                <w:sz w:val="15"/>
              </w:rPr>
              <w:t>pa + stem</w:t>
            </w:r>
          </w:p>
        </w:tc>
        <w:tc>
          <w:tcPr>
            <w:tcW w:w="2880" w:type="dxa"/>
            <w:shd w:val="clear" w:color="auto" w:fill="EEF6F8"/>
          </w:tcPr>
          <w:p w14:paraId="4A6F8160" w14:textId="77777777" w:rsidR="002376F7" w:rsidRDefault="00000000">
            <w:r>
              <w:rPr>
                <w:sz w:val="15"/>
              </w:rPr>
              <w:t>Mi pa parla.</w:t>
            </w:r>
          </w:p>
        </w:tc>
        <w:tc>
          <w:tcPr>
            <w:tcW w:w="2592" w:type="dxa"/>
            <w:shd w:val="clear" w:color="auto" w:fill="EEF6F8"/>
          </w:tcPr>
          <w:p w14:paraId="32C3239B" w14:textId="77777777" w:rsidR="002376F7" w:rsidRDefault="00000000">
            <w:r>
              <w:rPr>
                <w:sz w:val="15"/>
              </w:rPr>
              <w:t>I spoke.</w:t>
            </w:r>
          </w:p>
        </w:tc>
      </w:tr>
      <w:tr w:rsidR="002376F7" w14:paraId="0AFC4BF1" w14:textId="77777777">
        <w:trPr>
          <w:jc w:val="center"/>
        </w:trPr>
        <w:tc>
          <w:tcPr>
            <w:tcW w:w="2232" w:type="dxa"/>
          </w:tcPr>
          <w:p w14:paraId="59D77220" w14:textId="77777777" w:rsidR="002376F7" w:rsidRDefault="00000000">
            <w:r>
              <w:rPr>
                <w:sz w:val="15"/>
              </w:rPr>
              <w:t>future</w:t>
            </w:r>
          </w:p>
        </w:tc>
        <w:tc>
          <w:tcPr>
            <w:tcW w:w="2520" w:type="dxa"/>
          </w:tcPr>
          <w:p w14:paraId="39420EF1" w14:textId="77777777" w:rsidR="002376F7" w:rsidRDefault="00000000">
            <w:r>
              <w:rPr>
                <w:sz w:val="15"/>
              </w:rPr>
              <w:t>va + stem</w:t>
            </w:r>
          </w:p>
        </w:tc>
        <w:tc>
          <w:tcPr>
            <w:tcW w:w="2880" w:type="dxa"/>
          </w:tcPr>
          <w:p w14:paraId="364411D0" w14:textId="77777777" w:rsidR="002376F7" w:rsidRDefault="00000000">
            <w:r>
              <w:rPr>
                <w:sz w:val="15"/>
              </w:rPr>
              <w:t>Mi va parla.</w:t>
            </w:r>
          </w:p>
        </w:tc>
        <w:tc>
          <w:tcPr>
            <w:tcW w:w="2592" w:type="dxa"/>
          </w:tcPr>
          <w:p w14:paraId="6C6C1F5E" w14:textId="77777777" w:rsidR="002376F7" w:rsidRDefault="00000000">
            <w:r>
              <w:rPr>
                <w:sz w:val="15"/>
              </w:rPr>
              <w:t>I will speak.</w:t>
            </w:r>
          </w:p>
        </w:tc>
      </w:tr>
      <w:tr w:rsidR="002376F7" w14:paraId="5043FD12" w14:textId="77777777">
        <w:trPr>
          <w:jc w:val="center"/>
        </w:trPr>
        <w:tc>
          <w:tcPr>
            <w:tcW w:w="2232" w:type="dxa"/>
            <w:shd w:val="clear" w:color="auto" w:fill="EEF6F8"/>
          </w:tcPr>
          <w:p w14:paraId="0BFA1A85" w14:textId="77777777" w:rsidR="002376F7" w:rsidRDefault="00000000">
            <w:r>
              <w:rPr>
                <w:sz w:val="15"/>
              </w:rPr>
              <w:t>current</w:t>
            </w:r>
          </w:p>
        </w:tc>
        <w:tc>
          <w:tcPr>
            <w:tcW w:w="2520" w:type="dxa"/>
            <w:shd w:val="clear" w:color="auto" w:fill="EEF6F8"/>
          </w:tcPr>
          <w:p w14:paraId="14D81C1D" w14:textId="77777777" w:rsidR="002376F7" w:rsidRDefault="00000000">
            <w:r>
              <w:rPr>
                <w:sz w:val="15"/>
              </w:rPr>
              <w:t>nu + stem</w:t>
            </w:r>
          </w:p>
        </w:tc>
        <w:tc>
          <w:tcPr>
            <w:tcW w:w="2880" w:type="dxa"/>
            <w:shd w:val="clear" w:color="auto" w:fill="EEF6F8"/>
          </w:tcPr>
          <w:p w14:paraId="41BB3610" w14:textId="77777777" w:rsidR="002376F7" w:rsidRDefault="00000000">
            <w:r>
              <w:rPr>
                <w:sz w:val="15"/>
              </w:rPr>
              <w:t>Mi nu parla.</w:t>
            </w:r>
          </w:p>
        </w:tc>
        <w:tc>
          <w:tcPr>
            <w:tcW w:w="2592" w:type="dxa"/>
            <w:shd w:val="clear" w:color="auto" w:fill="EEF6F8"/>
          </w:tcPr>
          <w:p w14:paraId="4615E020" w14:textId="77777777" w:rsidR="002376F7" w:rsidRDefault="00000000">
            <w:r>
              <w:rPr>
                <w:sz w:val="15"/>
              </w:rPr>
              <w:t>I am speaking.</w:t>
            </w:r>
          </w:p>
        </w:tc>
      </w:tr>
      <w:tr w:rsidR="002376F7" w14:paraId="617D22A6" w14:textId="77777777">
        <w:trPr>
          <w:jc w:val="center"/>
        </w:trPr>
        <w:tc>
          <w:tcPr>
            <w:tcW w:w="2232" w:type="dxa"/>
          </w:tcPr>
          <w:p w14:paraId="5B508663" w14:textId="77777777" w:rsidR="002376F7" w:rsidRDefault="00000000">
            <w:r>
              <w:rPr>
                <w:sz w:val="15"/>
              </w:rPr>
              <w:t>already/perfect</w:t>
            </w:r>
          </w:p>
        </w:tc>
        <w:tc>
          <w:tcPr>
            <w:tcW w:w="2520" w:type="dxa"/>
          </w:tcPr>
          <w:p w14:paraId="3B405E8E" w14:textId="77777777" w:rsidR="002376F7" w:rsidRDefault="00000000">
            <w:r>
              <w:rPr>
                <w:sz w:val="15"/>
              </w:rPr>
              <w:t>ja + stem</w:t>
            </w:r>
          </w:p>
        </w:tc>
        <w:tc>
          <w:tcPr>
            <w:tcW w:w="2880" w:type="dxa"/>
          </w:tcPr>
          <w:p w14:paraId="2F783837" w14:textId="77777777" w:rsidR="002376F7" w:rsidRDefault="00000000">
            <w:r>
              <w:rPr>
                <w:sz w:val="15"/>
              </w:rPr>
              <w:t>Mi ja parla.</w:t>
            </w:r>
          </w:p>
        </w:tc>
        <w:tc>
          <w:tcPr>
            <w:tcW w:w="2592" w:type="dxa"/>
          </w:tcPr>
          <w:p w14:paraId="32116C86" w14:textId="77777777" w:rsidR="002376F7" w:rsidRDefault="00000000">
            <w:r>
              <w:rPr>
                <w:sz w:val="15"/>
              </w:rPr>
              <w:t>I have already spoken.</w:t>
            </w:r>
          </w:p>
        </w:tc>
      </w:tr>
      <w:tr w:rsidR="002376F7" w14:paraId="02EA8D1C" w14:textId="77777777">
        <w:trPr>
          <w:jc w:val="center"/>
        </w:trPr>
        <w:tc>
          <w:tcPr>
            <w:tcW w:w="2232" w:type="dxa"/>
            <w:shd w:val="clear" w:color="auto" w:fill="EEF6F8"/>
          </w:tcPr>
          <w:p w14:paraId="18A72F92" w14:textId="77777777" w:rsidR="002376F7" w:rsidRDefault="00000000">
            <w:r>
              <w:rPr>
                <w:sz w:val="15"/>
              </w:rPr>
              <w:t>past perfect where needed</w:t>
            </w:r>
          </w:p>
        </w:tc>
        <w:tc>
          <w:tcPr>
            <w:tcW w:w="2520" w:type="dxa"/>
            <w:shd w:val="clear" w:color="auto" w:fill="EEF6F8"/>
          </w:tcPr>
          <w:p w14:paraId="60D8B1C7" w14:textId="77777777" w:rsidR="002376F7" w:rsidRDefault="00000000">
            <w:r>
              <w:rPr>
                <w:sz w:val="15"/>
              </w:rPr>
              <w:t>pa ja + stem</w:t>
            </w:r>
          </w:p>
        </w:tc>
        <w:tc>
          <w:tcPr>
            <w:tcW w:w="2880" w:type="dxa"/>
            <w:shd w:val="clear" w:color="auto" w:fill="EEF6F8"/>
          </w:tcPr>
          <w:p w14:paraId="742912E8" w14:textId="77777777" w:rsidR="002376F7" w:rsidRDefault="00000000">
            <w:r>
              <w:rPr>
                <w:sz w:val="15"/>
              </w:rPr>
              <w:t>Mi pa ja parla.</w:t>
            </w:r>
          </w:p>
        </w:tc>
        <w:tc>
          <w:tcPr>
            <w:tcW w:w="2592" w:type="dxa"/>
            <w:shd w:val="clear" w:color="auto" w:fill="EEF6F8"/>
          </w:tcPr>
          <w:p w14:paraId="66C73289" w14:textId="77777777" w:rsidR="002376F7" w:rsidRDefault="00000000">
            <w:r>
              <w:rPr>
                <w:sz w:val="15"/>
              </w:rPr>
              <w:t>I had already spoken.</w:t>
            </w:r>
          </w:p>
        </w:tc>
      </w:tr>
      <w:tr w:rsidR="002376F7" w14:paraId="357BFAFD" w14:textId="77777777">
        <w:trPr>
          <w:jc w:val="center"/>
        </w:trPr>
        <w:tc>
          <w:tcPr>
            <w:tcW w:w="2232" w:type="dxa"/>
          </w:tcPr>
          <w:p w14:paraId="7B342EC1" w14:textId="77777777" w:rsidR="002376F7" w:rsidRDefault="00000000">
            <w:r>
              <w:rPr>
                <w:sz w:val="15"/>
              </w:rPr>
              <w:t>negative past</w:t>
            </w:r>
          </w:p>
        </w:tc>
        <w:tc>
          <w:tcPr>
            <w:tcW w:w="2520" w:type="dxa"/>
          </w:tcPr>
          <w:p w14:paraId="1BF29C2D" w14:textId="77777777" w:rsidR="002376F7" w:rsidRDefault="00000000">
            <w:r>
              <w:rPr>
                <w:sz w:val="15"/>
              </w:rPr>
              <w:t>ne pa + stem</w:t>
            </w:r>
          </w:p>
        </w:tc>
        <w:tc>
          <w:tcPr>
            <w:tcW w:w="2880" w:type="dxa"/>
          </w:tcPr>
          <w:p w14:paraId="455E30B5" w14:textId="77777777" w:rsidR="002376F7" w:rsidRDefault="00000000">
            <w:r>
              <w:rPr>
                <w:sz w:val="15"/>
              </w:rPr>
              <w:t>Mi ne pa parla.</w:t>
            </w:r>
          </w:p>
        </w:tc>
        <w:tc>
          <w:tcPr>
            <w:tcW w:w="2592" w:type="dxa"/>
          </w:tcPr>
          <w:p w14:paraId="497F58BC" w14:textId="77777777" w:rsidR="002376F7" w:rsidRDefault="00000000">
            <w:r>
              <w:rPr>
                <w:sz w:val="15"/>
              </w:rPr>
              <w:t>I did not speak.</w:t>
            </w:r>
          </w:p>
        </w:tc>
      </w:tr>
      <w:tr w:rsidR="002376F7" w14:paraId="1C115F3B" w14:textId="77777777">
        <w:trPr>
          <w:jc w:val="center"/>
        </w:trPr>
        <w:tc>
          <w:tcPr>
            <w:tcW w:w="2232" w:type="dxa"/>
            <w:shd w:val="clear" w:color="auto" w:fill="EEF6F8"/>
          </w:tcPr>
          <w:p w14:paraId="70589BD1" w14:textId="77777777" w:rsidR="002376F7" w:rsidRDefault="00000000">
            <w:r>
              <w:rPr>
                <w:sz w:val="15"/>
              </w:rPr>
              <w:t>question future</w:t>
            </w:r>
          </w:p>
        </w:tc>
        <w:tc>
          <w:tcPr>
            <w:tcW w:w="2520" w:type="dxa"/>
            <w:shd w:val="clear" w:color="auto" w:fill="EEF6F8"/>
          </w:tcPr>
          <w:p w14:paraId="125E8DF3" w14:textId="77777777" w:rsidR="002376F7" w:rsidRDefault="00000000">
            <w:r>
              <w:rPr>
                <w:sz w:val="15"/>
              </w:rPr>
              <w:t>ku + subject + va + stem</w:t>
            </w:r>
          </w:p>
        </w:tc>
        <w:tc>
          <w:tcPr>
            <w:tcW w:w="2880" w:type="dxa"/>
            <w:shd w:val="clear" w:color="auto" w:fill="EEF6F8"/>
          </w:tcPr>
          <w:p w14:paraId="507861D7" w14:textId="77777777" w:rsidR="002376F7" w:rsidRDefault="00000000">
            <w:r>
              <w:rPr>
                <w:sz w:val="15"/>
              </w:rPr>
              <w:t>Ku tu va parla?</w:t>
            </w:r>
          </w:p>
        </w:tc>
        <w:tc>
          <w:tcPr>
            <w:tcW w:w="2592" w:type="dxa"/>
            <w:shd w:val="clear" w:color="auto" w:fill="EEF6F8"/>
          </w:tcPr>
          <w:p w14:paraId="354E68A5" w14:textId="77777777" w:rsidR="002376F7" w:rsidRDefault="00000000">
            <w:r>
              <w:rPr>
                <w:sz w:val="15"/>
              </w:rPr>
              <w:t>Will you speak?</w:t>
            </w:r>
          </w:p>
        </w:tc>
      </w:tr>
    </w:tbl>
    <w:p w14:paraId="617F1361" w14:textId="77777777" w:rsidR="002376F7" w:rsidRDefault="002376F7">
      <w:pPr>
        <w:spacing w:after="120"/>
      </w:pPr>
    </w:p>
    <w:p w14:paraId="63174BE0" w14:textId="77777777" w:rsidR="002376F7" w:rsidRDefault="00000000">
      <w:pPr>
        <w:spacing w:after="100"/>
      </w:pPr>
      <w:r>
        <w:t xml:space="preserve">Verb stems do not change by person. </w:t>
      </w:r>
      <w:r w:rsidRPr="00145494">
        <w:rPr>
          <w:lang w:val="es-ES"/>
        </w:rPr>
        <w:t xml:space="preserve">Mi parla, tu parla, nos parla, and les parla all use the same verb stem. </w:t>
      </w:r>
      <w:r>
        <w:t>Time and aspect are handled by fixed short markers.</w:t>
      </w:r>
    </w:p>
    <w:p w14:paraId="0FC6AFD6" w14:textId="77777777" w:rsidR="002376F7" w:rsidRDefault="00000000">
      <w:r/>
    </w:p>
    <w:p w14:paraId="545467F4" w14:textId="77777777" w:rsidR="002376F7" w:rsidRDefault="00000000">
      <w:pPr>
        <w:pStyle w:val="ChapterLabel"/>
      </w:pPr>
      <w:r>
        <w:t>Chapter 12</w:t>
      </w:r>
    </w:p>
    <w:p w14:paraId="4524D2DB" w14:textId="77777777" w:rsidR="002376F7" w:rsidRDefault="00000000">
      <w:pPr>
        <w:pStyle w:val="ChapterTitle"/>
        <w:keepNext/>
      </w:pPr>
      <w:r>
        <w:t>Questions and Negation</w:t>
      </w:r>
    </w:p>
    <w:p w14:paraId="30BA05E2" w14:textId="77777777" w:rsidR="002376F7" w:rsidRDefault="00000000">
      <w:pPr>
        <w:pStyle w:val="ChapterSubtitle"/>
      </w:pPr>
      <w:r>
        <w:t>Ask clearly. Deny clearly.</w:t>
      </w:r>
    </w:p>
    <w:p w14:paraId="6B807F46"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1440"/>
        <w:gridCol w:w="3600"/>
        <w:gridCol w:w="4896"/>
      </w:tblGrid>
      <w:tr w:rsidR="002376F7" w14:paraId="6136F5BE" w14:textId="77777777">
        <w:trPr>
          <w:tblHeader/>
          <w:jc w:val="center"/>
        </w:trPr>
        <w:tc>
          <w:tcPr>
            <w:tcW w:w="1440" w:type="dxa"/>
            <w:shd w:val="clear" w:color="auto" w:fill="163B60"/>
          </w:tcPr>
          <w:p w14:paraId="3B9F87E8" w14:textId="77777777" w:rsidR="002376F7" w:rsidRDefault="00000000">
            <w:r>
              <w:rPr>
                <w:b/>
                <w:color w:val="FFFFFF"/>
                <w:sz w:val="16"/>
              </w:rPr>
              <w:t>Word</w:t>
            </w:r>
          </w:p>
        </w:tc>
        <w:tc>
          <w:tcPr>
            <w:tcW w:w="3600" w:type="dxa"/>
            <w:shd w:val="clear" w:color="auto" w:fill="163B60"/>
          </w:tcPr>
          <w:p w14:paraId="722DA346" w14:textId="77777777" w:rsidR="002376F7" w:rsidRDefault="00000000">
            <w:r>
              <w:rPr>
                <w:b/>
                <w:color w:val="FFFFFF"/>
                <w:sz w:val="16"/>
              </w:rPr>
              <w:t>Use</w:t>
            </w:r>
          </w:p>
        </w:tc>
        <w:tc>
          <w:tcPr>
            <w:tcW w:w="4896" w:type="dxa"/>
            <w:shd w:val="clear" w:color="auto" w:fill="163B60"/>
          </w:tcPr>
          <w:p w14:paraId="5BDDA605" w14:textId="77777777" w:rsidR="002376F7" w:rsidRDefault="00000000">
            <w:r>
              <w:rPr>
                <w:b/>
                <w:color w:val="FFFFFF"/>
                <w:sz w:val="16"/>
              </w:rPr>
              <w:t>Example</w:t>
            </w:r>
          </w:p>
        </w:tc>
      </w:tr>
      <w:tr w:rsidR="002376F7" w14:paraId="7C7A3039" w14:textId="77777777">
        <w:trPr>
          <w:jc w:val="center"/>
        </w:trPr>
        <w:tc>
          <w:tcPr>
            <w:tcW w:w="1440" w:type="dxa"/>
          </w:tcPr>
          <w:p w14:paraId="147E5165" w14:textId="77777777" w:rsidR="002376F7" w:rsidRDefault="00000000">
            <w:r>
              <w:rPr>
                <w:sz w:val="16"/>
              </w:rPr>
              <w:t>ku</w:t>
            </w:r>
          </w:p>
        </w:tc>
        <w:tc>
          <w:tcPr>
            <w:tcW w:w="3600" w:type="dxa"/>
          </w:tcPr>
          <w:p w14:paraId="4D053B39" w14:textId="77777777" w:rsidR="002376F7" w:rsidRDefault="00000000">
            <w:r>
              <w:rPr>
                <w:sz w:val="16"/>
              </w:rPr>
              <w:t>yes/no question marker</w:t>
            </w:r>
          </w:p>
        </w:tc>
        <w:tc>
          <w:tcPr>
            <w:tcW w:w="4896" w:type="dxa"/>
          </w:tcPr>
          <w:p w14:paraId="5CBDE800" w14:textId="77777777" w:rsidR="002376F7" w:rsidRDefault="00000000">
            <w:r>
              <w:rPr>
                <w:sz w:val="16"/>
              </w:rPr>
              <w:t>Ku tu parla Claralinga?</w:t>
            </w:r>
          </w:p>
        </w:tc>
      </w:tr>
      <w:tr w:rsidR="002376F7" w14:paraId="0738AABA" w14:textId="77777777">
        <w:trPr>
          <w:jc w:val="center"/>
        </w:trPr>
        <w:tc>
          <w:tcPr>
            <w:tcW w:w="1440" w:type="dxa"/>
            <w:shd w:val="clear" w:color="auto" w:fill="EEF6F8"/>
          </w:tcPr>
          <w:p w14:paraId="7698EDF2" w14:textId="77777777" w:rsidR="002376F7" w:rsidRDefault="00000000">
            <w:r>
              <w:rPr>
                <w:sz w:val="16"/>
              </w:rPr>
              <w:t>ke</w:t>
            </w:r>
          </w:p>
        </w:tc>
        <w:tc>
          <w:tcPr>
            <w:tcW w:w="3600" w:type="dxa"/>
            <w:shd w:val="clear" w:color="auto" w:fill="EEF6F8"/>
          </w:tcPr>
          <w:p w14:paraId="63ED44D6" w14:textId="77777777" w:rsidR="002376F7" w:rsidRDefault="00000000">
            <w:r>
              <w:rPr>
                <w:sz w:val="16"/>
              </w:rPr>
              <w:t>what / that</w:t>
            </w:r>
          </w:p>
        </w:tc>
        <w:tc>
          <w:tcPr>
            <w:tcW w:w="4896" w:type="dxa"/>
            <w:shd w:val="clear" w:color="auto" w:fill="EEF6F8"/>
          </w:tcPr>
          <w:p w14:paraId="2076C38D" w14:textId="77777777" w:rsidR="002376F7" w:rsidRDefault="00000000">
            <w:r>
              <w:rPr>
                <w:sz w:val="16"/>
              </w:rPr>
              <w:t>Ke tu voli?</w:t>
            </w:r>
          </w:p>
        </w:tc>
      </w:tr>
      <w:tr w:rsidR="002376F7" w14:paraId="1462910A" w14:textId="77777777">
        <w:trPr>
          <w:jc w:val="center"/>
        </w:trPr>
        <w:tc>
          <w:tcPr>
            <w:tcW w:w="1440" w:type="dxa"/>
          </w:tcPr>
          <w:p w14:paraId="23FA6562" w14:textId="77777777" w:rsidR="002376F7" w:rsidRDefault="00000000">
            <w:r>
              <w:rPr>
                <w:sz w:val="16"/>
              </w:rPr>
              <w:t>ki</w:t>
            </w:r>
          </w:p>
        </w:tc>
        <w:tc>
          <w:tcPr>
            <w:tcW w:w="3600" w:type="dxa"/>
          </w:tcPr>
          <w:p w14:paraId="581022D6" w14:textId="77777777" w:rsidR="002376F7" w:rsidRDefault="00000000">
            <w:r>
              <w:rPr>
                <w:sz w:val="16"/>
              </w:rPr>
              <w:t>who</w:t>
            </w:r>
          </w:p>
        </w:tc>
        <w:tc>
          <w:tcPr>
            <w:tcW w:w="4896" w:type="dxa"/>
          </w:tcPr>
          <w:p w14:paraId="7E155B75" w14:textId="77777777" w:rsidR="002376F7" w:rsidRDefault="00000000">
            <w:r>
              <w:rPr>
                <w:sz w:val="16"/>
              </w:rPr>
              <w:t>Ki es la autor?</w:t>
            </w:r>
          </w:p>
        </w:tc>
      </w:tr>
      <w:tr w:rsidR="002376F7" w14:paraId="71A9BD08" w14:textId="77777777">
        <w:trPr>
          <w:jc w:val="center"/>
        </w:trPr>
        <w:tc>
          <w:tcPr>
            <w:tcW w:w="1440" w:type="dxa"/>
            <w:shd w:val="clear" w:color="auto" w:fill="EEF6F8"/>
          </w:tcPr>
          <w:p w14:paraId="2462F816" w14:textId="77777777" w:rsidR="002376F7" w:rsidRDefault="00000000">
            <w:r>
              <w:rPr>
                <w:sz w:val="16"/>
              </w:rPr>
              <w:t>ube</w:t>
            </w:r>
          </w:p>
        </w:tc>
        <w:tc>
          <w:tcPr>
            <w:tcW w:w="3600" w:type="dxa"/>
            <w:shd w:val="clear" w:color="auto" w:fill="EEF6F8"/>
          </w:tcPr>
          <w:p w14:paraId="03D43A77" w14:textId="77777777" w:rsidR="002376F7" w:rsidRDefault="00000000">
            <w:r>
              <w:rPr>
                <w:sz w:val="16"/>
              </w:rPr>
              <w:t>where</w:t>
            </w:r>
          </w:p>
        </w:tc>
        <w:tc>
          <w:tcPr>
            <w:tcW w:w="4896" w:type="dxa"/>
            <w:shd w:val="clear" w:color="auto" w:fill="EEF6F8"/>
          </w:tcPr>
          <w:p w14:paraId="7FD38BDE" w14:textId="77777777" w:rsidR="002376F7" w:rsidRDefault="00000000">
            <w:r>
              <w:rPr>
                <w:sz w:val="16"/>
              </w:rPr>
              <w:t>Ube es la dom?</w:t>
            </w:r>
          </w:p>
        </w:tc>
      </w:tr>
      <w:tr w:rsidR="002376F7" w14:paraId="2513C4FD" w14:textId="77777777">
        <w:trPr>
          <w:jc w:val="center"/>
        </w:trPr>
        <w:tc>
          <w:tcPr>
            <w:tcW w:w="1440" w:type="dxa"/>
          </w:tcPr>
          <w:p w14:paraId="17C5BFA3" w14:textId="77777777" w:rsidR="002376F7" w:rsidRDefault="00000000">
            <w:r>
              <w:rPr>
                <w:sz w:val="16"/>
              </w:rPr>
              <w:t>kan</w:t>
            </w:r>
          </w:p>
        </w:tc>
        <w:tc>
          <w:tcPr>
            <w:tcW w:w="3600" w:type="dxa"/>
          </w:tcPr>
          <w:p w14:paraId="1855A111" w14:textId="77777777" w:rsidR="002376F7" w:rsidRDefault="00000000">
            <w:r>
              <w:rPr>
                <w:sz w:val="16"/>
              </w:rPr>
              <w:t>when</w:t>
            </w:r>
          </w:p>
        </w:tc>
        <w:tc>
          <w:tcPr>
            <w:tcW w:w="4896" w:type="dxa"/>
          </w:tcPr>
          <w:p w14:paraId="2810BC47" w14:textId="77777777" w:rsidR="002376F7" w:rsidRDefault="00000000">
            <w:r>
              <w:rPr>
                <w:sz w:val="16"/>
              </w:rPr>
              <w:t>Kan nos komensa?</w:t>
            </w:r>
          </w:p>
        </w:tc>
      </w:tr>
      <w:tr w:rsidR="002376F7" w14:paraId="75E80827" w14:textId="77777777">
        <w:trPr>
          <w:jc w:val="center"/>
        </w:trPr>
        <w:tc>
          <w:tcPr>
            <w:tcW w:w="1440" w:type="dxa"/>
            <w:shd w:val="clear" w:color="auto" w:fill="EEF6F8"/>
          </w:tcPr>
          <w:p w14:paraId="0278E58C" w14:textId="77777777" w:rsidR="002376F7" w:rsidRDefault="00000000">
            <w:r>
              <w:rPr>
                <w:sz w:val="16"/>
              </w:rPr>
              <w:t>kur</w:t>
            </w:r>
          </w:p>
        </w:tc>
        <w:tc>
          <w:tcPr>
            <w:tcW w:w="3600" w:type="dxa"/>
            <w:shd w:val="clear" w:color="auto" w:fill="EEF6F8"/>
          </w:tcPr>
          <w:p w14:paraId="730AD1D8" w14:textId="77777777" w:rsidR="002376F7" w:rsidRDefault="00000000">
            <w:r>
              <w:rPr>
                <w:sz w:val="16"/>
              </w:rPr>
              <w:t>why</w:t>
            </w:r>
          </w:p>
        </w:tc>
        <w:tc>
          <w:tcPr>
            <w:tcW w:w="4896" w:type="dxa"/>
            <w:shd w:val="clear" w:color="auto" w:fill="EEF6F8"/>
          </w:tcPr>
          <w:p w14:paraId="01214F33" w14:textId="77777777" w:rsidR="002376F7" w:rsidRDefault="00000000">
            <w:r>
              <w:rPr>
                <w:sz w:val="16"/>
              </w:rPr>
              <w:t>Kur tu aprende?</w:t>
            </w:r>
          </w:p>
        </w:tc>
      </w:tr>
      <w:tr w:rsidR="002376F7" w14:paraId="124E6CA8" w14:textId="77777777">
        <w:trPr>
          <w:jc w:val="center"/>
        </w:trPr>
        <w:tc>
          <w:tcPr>
            <w:tcW w:w="1440" w:type="dxa"/>
          </w:tcPr>
          <w:p w14:paraId="618DBBF3" w14:textId="77777777" w:rsidR="002376F7" w:rsidRDefault="00000000">
            <w:r>
              <w:rPr>
                <w:sz w:val="16"/>
              </w:rPr>
              <w:t>kom</w:t>
            </w:r>
          </w:p>
        </w:tc>
        <w:tc>
          <w:tcPr>
            <w:tcW w:w="3600" w:type="dxa"/>
          </w:tcPr>
          <w:p w14:paraId="1570415B" w14:textId="77777777" w:rsidR="002376F7" w:rsidRDefault="00000000">
            <w:r>
              <w:rPr>
                <w:sz w:val="16"/>
              </w:rPr>
              <w:t>how / as</w:t>
            </w:r>
          </w:p>
        </w:tc>
        <w:tc>
          <w:tcPr>
            <w:tcW w:w="4896" w:type="dxa"/>
          </w:tcPr>
          <w:p w14:paraId="0E87FF00" w14:textId="77777777" w:rsidR="002376F7" w:rsidRDefault="00000000">
            <w:r>
              <w:rPr>
                <w:sz w:val="16"/>
              </w:rPr>
              <w:t>Kom tu dise gratias?</w:t>
            </w:r>
          </w:p>
        </w:tc>
      </w:tr>
      <w:tr w:rsidR="002376F7" w14:paraId="3D4D0386" w14:textId="77777777">
        <w:trPr>
          <w:jc w:val="center"/>
        </w:trPr>
        <w:tc>
          <w:tcPr>
            <w:tcW w:w="1440" w:type="dxa"/>
            <w:shd w:val="clear" w:color="auto" w:fill="EEF6F8"/>
          </w:tcPr>
          <w:p w14:paraId="65AB31B6" w14:textId="77777777" w:rsidR="002376F7" w:rsidRDefault="00000000">
            <w:r>
              <w:rPr>
                <w:sz w:val="16"/>
              </w:rPr>
              <w:t>qual</w:t>
            </w:r>
          </w:p>
        </w:tc>
        <w:tc>
          <w:tcPr>
            <w:tcW w:w="3600" w:type="dxa"/>
            <w:shd w:val="clear" w:color="auto" w:fill="EEF6F8"/>
          </w:tcPr>
          <w:p w14:paraId="739EF44C" w14:textId="77777777" w:rsidR="002376F7" w:rsidRDefault="00000000">
            <w:r>
              <w:rPr>
                <w:sz w:val="16"/>
              </w:rPr>
              <w:t>which</w:t>
            </w:r>
          </w:p>
        </w:tc>
        <w:tc>
          <w:tcPr>
            <w:tcW w:w="4896" w:type="dxa"/>
            <w:shd w:val="clear" w:color="auto" w:fill="EEF6F8"/>
          </w:tcPr>
          <w:p w14:paraId="340EF801" w14:textId="77777777" w:rsidR="002376F7" w:rsidRDefault="00000000">
            <w:r>
              <w:rPr>
                <w:sz w:val="16"/>
              </w:rPr>
              <w:t>Qual libro tu voli?</w:t>
            </w:r>
          </w:p>
        </w:tc>
      </w:tr>
      <w:tr w:rsidR="002376F7" w14:paraId="0C19CB50" w14:textId="77777777">
        <w:trPr>
          <w:jc w:val="center"/>
        </w:trPr>
        <w:tc>
          <w:tcPr>
            <w:tcW w:w="1440" w:type="dxa"/>
          </w:tcPr>
          <w:p w14:paraId="4E8CF841" w14:textId="77777777" w:rsidR="002376F7" w:rsidRDefault="00000000">
            <w:r>
              <w:rPr>
                <w:sz w:val="16"/>
              </w:rPr>
              <w:t>quant</w:t>
            </w:r>
          </w:p>
        </w:tc>
        <w:tc>
          <w:tcPr>
            <w:tcW w:w="3600" w:type="dxa"/>
          </w:tcPr>
          <w:p w14:paraId="111CC7E2" w14:textId="77777777" w:rsidR="002376F7" w:rsidRDefault="00000000">
            <w:r>
              <w:rPr>
                <w:sz w:val="16"/>
              </w:rPr>
              <w:t>how much / how many</w:t>
            </w:r>
          </w:p>
        </w:tc>
        <w:tc>
          <w:tcPr>
            <w:tcW w:w="4896" w:type="dxa"/>
          </w:tcPr>
          <w:p w14:paraId="182CDCA8" w14:textId="77777777" w:rsidR="002376F7" w:rsidRDefault="00000000">
            <w:r>
              <w:rPr>
                <w:sz w:val="16"/>
              </w:rPr>
              <w:t>Quant persones es ici?</w:t>
            </w:r>
          </w:p>
        </w:tc>
      </w:tr>
    </w:tbl>
    <w:p w14:paraId="54996AF7" w14:textId="77777777" w:rsidR="002376F7" w:rsidRDefault="002376F7">
      <w:pPr>
        <w:spacing w:after="120"/>
      </w:pPr>
    </w:p>
    <w:p w14:paraId="1CA97AB2" w14:textId="77777777" w:rsidR="002376F7" w:rsidRDefault="00000000">
      <w:pPr>
        <w:pStyle w:val="Heading2"/>
      </w:pPr>
      <w:r>
        <w:t>Negation</w:t>
      </w:r>
    </w:p>
    <w:p w14:paraId="2CD4C6E5" w14:textId="77777777" w:rsidR="002376F7" w:rsidRDefault="00000000">
      <w:pPr>
        <w:spacing w:after="100"/>
      </w:pPr>
      <w:r w:rsidRPr="00145494">
        <w:rPr>
          <w:lang w:val="fr-FR"/>
        </w:rPr>
        <w:t xml:space="preserve">Use ne before the verb or tense marker: Mi ne komprende. Mi ne va visita. </w:t>
      </w:r>
      <w:r>
        <w:t>Mi ne pa vide la libro.</w:t>
      </w:r>
    </w:p>
    <w:p w14:paraId="79DF1CEC" w14:textId="77777777" w:rsidR="002376F7" w:rsidRDefault="00000000">
      <w:pPr>
        <w:pStyle w:val="Heading2"/>
      </w:pPr>
      <w:r>
        <w:t>Allowed Word Order Flexibility</w:t>
      </w:r>
    </w:p>
    <w:tbl>
      <w:tblPr>
        <w:tblStyle w:val="TableGrid"/>
        <w:tblW w:w="0" w:type="auto"/>
        <w:jc w:val="center"/>
        <w:tblLook w:val="04A0" w:firstRow="1" w:lastRow="0" w:firstColumn="1" w:lastColumn="0" w:noHBand="0" w:noVBand="1"/>
      </w:tblPr>
      <w:tblGrid>
        <w:gridCol w:w="2160"/>
        <w:gridCol w:w="3600"/>
        <w:gridCol w:w="4176"/>
      </w:tblGrid>
      <w:tr w:rsidR="002376F7" w14:paraId="7CC56924" w14:textId="77777777">
        <w:trPr>
          <w:tblHeader/>
          <w:jc w:val="center"/>
        </w:trPr>
        <w:tc>
          <w:tcPr>
            <w:tcW w:w="2160" w:type="dxa"/>
            <w:shd w:val="clear" w:color="auto" w:fill="163B60"/>
          </w:tcPr>
          <w:p w14:paraId="7F6592DA" w14:textId="77777777" w:rsidR="002376F7" w:rsidRDefault="00000000">
            <w:r>
              <w:rPr>
                <w:b/>
                <w:color w:val="FFFFFF"/>
                <w:sz w:val="16"/>
              </w:rPr>
              <w:t>Use</w:t>
            </w:r>
          </w:p>
        </w:tc>
        <w:tc>
          <w:tcPr>
            <w:tcW w:w="3600" w:type="dxa"/>
            <w:shd w:val="clear" w:color="auto" w:fill="163B60"/>
          </w:tcPr>
          <w:p w14:paraId="76BF9E9E" w14:textId="77777777" w:rsidR="002376F7" w:rsidRDefault="00000000">
            <w:r>
              <w:rPr>
                <w:b/>
                <w:color w:val="FFFFFF"/>
                <w:sz w:val="16"/>
              </w:rPr>
              <w:t>Example</w:t>
            </w:r>
          </w:p>
        </w:tc>
        <w:tc>
          <w:tcPr>
            <w:tcW w:w="4176" w:type="dxa"/>
            <w:shd w:val="clear" w:color="auto" w:fill="163B60"/>
          </w:tcPr>
          <w:p w14:paraId="3035031E" w14:textId="77777777" w:rsidR="002376F7" w:rsidRDefault="00000000">
            <w:r>
              <w:rPr>
                <w:b/>
                <w:color w:val="FFFFFF"/>
                <w:sz w:val="16"/>
              </w:rPr>
              <w:t>Meaning</w:t>
            </w:r>
          </w:p>
        </w:tc>
      </w:tr>
      <w:tr w:rsidR="002376F7" w14:paraId="10DC5E50" w14:textId="77777777">
        <w:trPr>
          <w:jc w:val="center"/>
        </w:trPr>
        <w:tc>
          <w:tcPr>
            <w:tcW w:w="2160" w:type="dxa"/>
          </w:tcPr>
          <w:p w14:paraId="3C5F82B7" w14:textId="77777777" w:rsidR="002376F7" w:rsidRDefault="00000000">
            <w:r>
              <w:rPr>
                <w:sz w:val="16"/>
              </w:rPr>
              <w:t>Normal</w:t>
            </w:r>
          </w:p>
        </w:tc>
        <w:tc>
          <w:tcPr>
            <w:tcW w:w="3600" w:type="dxa"/>
          </w:tcPr>
          <w:p w14:paraId="37266B0A" w14:textId="77777777" w:rsidR="002376F7" w:rsidRDefault="00000000">
            <w:r>
              <w:rPr>
                <w:sz w:val="16"/>
              </w:rPr>
              <w:t>Mi vide la libro.</w:t>
            </w:r>
          </w:p>
        </w:tc>
        <w:tc>
          <w:tcPr>
            <w:tcW w:w="4176" w:type="dxa"/>
          </w:tcPr>
          <w:p w14:paraId="57E54030" w14:textId="77777777" w:rsidR="002376F7" w:rsidRDefault="00000000">
            <w:r>
              <w:rPr>
                <w:sz w:val="16"/>
              </w:rPr>
              <w:t>I see the book.</w:t>
            </w:r>
          </w:p>
        </w:tc>
      </w:tr>
      <w:tr w:rsidR="002376F7" w14:paraId="4E6FE442" w14:textId="77777777">
        <w:trPr>
          <w:jc w:val="center"/>
        </w:trPr>
        <w:tc>
          <w:tcPr>
            <w:tcW w:w="2160" w:type="dxa"/>
            <w:shd w:val="clear" w:color="auto" w:fill="EEF6F8"/>
          </w:tcPr>
          <w:p w14:paraId="711AD39D" w14:textId="77777777" w:rsidR="002376F7" w:rsidRDefault="00000000">
            <w:r>
              <w:rPr>
                <w:sz w:val="16"/>
              </w:rPr>
              <w:t>Question</w:t>
            </w:r>
          </w:p>
        </w:tc>
        <w:tc>
          <w:tcPr>
            <w:tcW w:w="3600" w:type="dxa"/>
            <w:shd w:val="clear" w:color="auto" w:fill="EEF6F8"/>
          </w:tcPr>
          <w:p w14:paraId="2D3522DA" w14:textId="77777777" w:rsidR="002376F7" w:rsidRPr="00145494" w:rsidRDefault="00000000">
            <w:pPr>
              <w:rPr>
                <w:lang w:val="fr-FR"/>
              </w:rPr>
            </w:pPr>
            <w:r w:rsidRPr="00145494">
              <w:rPr>
                <w:sz w:val="16"/>
                <w:lang w:val="fr-FR"/>
              </w:rPr>
              <w:t>Ku tu vide la libro?</w:t>
            </w:r>
          </w:p>
        </w:tc>
        <w:tc>
          <w:tcPr>
            <w:tcW w:w="4176" w:type="dxa"/>
            <w:shd w:val="clear" w:color="auto" w:fill="EEF6F8"/>
          </w:tcPr>
          <w:p w14:paraId="6A86BF90" w14:textId="77777777" w:rsidR="002376F7" w:rsidRDefault="00000000">
            <w:r>
              <w:rPr>
                <w:sz w:val="16"/>
              </w:rPr>
              <w:t>Do you see the book?</w:t>
            </w:r>
          </w:p>
        </w:tc>
      </w:tr>
      <w:tr w:rsidR="002376F7" w14:paraId="215B47A2" w14:textId="77777777">
        <w:trPr>
          <w:jc w:val="center"/>
        </w:trPr>
        <w:tc>
          <w:tcPr>
            <w:tcW w:w="2160" w:type="dxa"/>
          </w:tcPr>
          <w:p w14:paraId="359495DD" w14:textId="77777777" w:rsidR="002376F7" w:rsidRDefault="00000000">
            <w:r>
              <w:rPr>
                <w:sz w:val="16"/>
              </w:rPr>
              <w:t>Short answer</w:t>
            </w:r>
          </w:p>
        </w:tc>
        <w:tc>
          <w:tcPr>
            <w:tcW w:w="3600" w:type="dxa"/>
          </w:tcPr>
          <w:p w14:paraId="2046099E" w14:textId="77777777" w:rsidR="002376F7" w:rsidRDefault="00000000">
            <w:r>
              <w:rPr>
                <w:sz w:val="16"/>
              </w:rPr>
              <w:t>Si. Mi vide.</w:t>
            </w:r>
          </w:p>
        </w:tc>
        <w:tc>
          <w:tcPr>
            <w:tcW w:w="4176" w:type="dxa"/>
          </w:tcPr>
          <w:p w14:paraId="39EBAD11" w14:textId="77777777" w:rsidR="002376F7" w:rsidRDefault="00000000">
            <w:r>
              <w:rPr>
                <w:sz w:val="16"/>
              </w:rPr>
              <w:t>Yes. I see.</w:t>
            </w:r>
          </w:p>
        </w:tc>
      </w:tr>
      <w:tr w:rsidR="002376F7" w14:paraId="4EEE1C66" w14:textId="77777777">
        <w:trPr>
          <w:jc w:val="center"/>
        </w:trPr>
        <w:tc>
          <w:tcPr>
            <w:tcW w:w="2160" w:type="dxa"/>
            <w:shd w:val="clear" w:color="auto" w:fill="EEF6F8"/>
          </w:tcPr>
          <w:p w14:paraId="45D7DF41" w14:textId="77777777" w:rsidR="002376F7" w:rsidRDefault="00000000">
            <w:r>
              <w:rPr>
                <w:sz w:val="16"/>
              </w:rPr>
              <w:t>Emphasis</w:t>
            </w:r>
          </w:p>
        </w:tc>
        <w:tc>
          <w:tcPr>
            <w:tcW w:w="3600" w:type="dxa"/>
            <w:shd w:val="clear" w:color="auto" w:fill="EEF6F8"/>
          </w:tcPr>
          <w:p w14:paraId="059C8C72" w14:textId="77777777" w:rsidR="002376F7" w:rsidRDefault="00000000">
            <w:r>
              <w:rPr>
                <w:sz w:val="16"/>
              </w:rPr>
              <w:t>La libro, mi vide.</w:t>
            </w:r>
          </w:p>
        </w:tc>
        <w:tc>
          <w:tcPr>
            <w:tcW w:w="4176" w:type="dxa"/>
            <w:shd w:val="clear" w:color="auto" w:fill="EEF6F8"/>
          </w:tcPr>
          <w:p w14:paraId="61C49DFF" w14:textId="77777777" w:rsidR="002376F7" w:rsidRDefault="00000000">
            <w:r>
              <w:rPr>
                <w:sz w:val="16"/>
              </w:rPr>
              <w:t>The book, I see. Allowed for emphasis, not default.</w:t>
            </w:r>
          </w:p>
        </w:tc>
      </w:tr>
    </w:tbl>
    <w:p w14:paraId="1FC449F3" w14:textId="77777777" w:rsidR="002376F7" w:rsidRDefault="002376F7">
      <w:pPr>
        <w:spacing w:after="120"/>
      </w:pPr>
    </w:p>
    <w:p w14:paraId="4855C166" w14:textId="77777777" w:rsidR="002376F7" w:rsidRDefault="00000000">
      <w:r/>
    </w:p>
    <w:p w14:paraId="1CE942E5" w14:textId="77777777" w:rsidR="002376F7" w:rsidRDefault="00000000">
      <w:pPr>
        <w:pStyle w:val="ChapterLabel"/>
      </w:pPr>
      <w:r>
        <w:t>Chapter 13</w:t>
      </w:r>
    </w:p>
    <w:p w14:paraId="3BB800B1" w14:textId="77777777" w:rsidR="002376F7" w:rsidRDefault="00000000">
      <w:pPr>
        <w:pStyle w:val="ChapterTitle"/>
        <w:keepNext/>
      </w:pPr>
      <w:r>
        <w:t>Numbers, Time, and Dates</w:t>
      </w:r>
    </w:p>
    <w:p w14:paraId="1CFF544E" w14:textId="77777777" w:rsidR="002376F7" w:rsidRDefault="00000000">
      <w:pPr>
        <w:pStyle w:val="ChapterSubtitle"/>
      </w:pPr>
      <w:r>
        <w:t>Counting, scheduling, and daily use</w:t>
      </w:r>
    </w:p>
    <w:p w14:paraId="0A51EB30" w14:textId="77777777" w:rsidR="002376F7" w:rsidRDefault="002376F7">
      <w:pPr>
        <w:pBdr>
          <w:bottom w:val="single" w:sz="12" w:space="1" w:color="DAA520"/>
        </w:pBdr>
        <w:spacing w:after="160"/>
      </w:pPr>
    </w:p>
    <w:p w14:paraId="03B8426B" w14:textId="77777777" w:rsidR="002376F7" w:rsidRDefault="00000000">
      <w:pPr>
        <w:pStyle w:val="Heading2"/>
      </w:pPr>
      <w:r>
        <w:t>Numbers</w:t>
      </w:r>
    </w:p>
    <w:tbl>
      <w:tblPr>
        <w:tblStyle w:val="TableGrid"/>
        <w:tblW w:w="0" w:type="auto"/>
        <w:jc w:val="center"/>
        <w:tblLook w:val="04A0" w:firstRow="1" w:lastRow="0" w:firstColumn="1" w:lastColumn="0" w:noHBand="0" w:noVBand="1"/>
      </w:tblPr>
      <w:tblGrid>
        <w:gridCol w:w="2016"/>
        <w:gridCol w:w="7776"/>
      </w:tblGrid>
      <w:tr w:rsidR="002376F7" w14:paraId="0DBD1B1E" w14:textId="77777777">
        <w:trPr>
          <w:tblHeader/>
          <w:jc w:val="center"/>
        </w:trPr>
        <w:tc>
          <w:tcPr>
            <w:tcW w:w="2016" w:type="dxa"/>
            <w:shd w:val="clear" w:color="auto" w:fill="163B60"/>
          </w:tcPr>
          <w:p w14:paraId="4ED8BC44" w14:textId="77777777" w:rsidR="002376F7" w:rsidRDefault="00000000">
            <w:r>
              <w:rPr>
                <w:b/>
                <w:color w:val="FFFFFF"/>
                <w:sz w:val="16"/>
              </w:rPr>
              <w:t>Number</w:t>
            </w:r>
          </w:p>
        </w:tc>
        <w:tc>
          <w:tcPr>
            <w:tcW w:w="7776" w:type="dxa"/>
            <w:shd w:val="clear" w:color="auto" w:fill="163B60"/>
          </w:tcPr>
          <w:p w14:paraId="6BBB5BC9" w14:textId="77777777" w:rsidR="002376F7" w:rsidRDefault="00000000">
            <w:r>
              <w:rPr>
                <w:b/>
                <w:color w:val="FFFFFF"/>
                <w:sz w:val="16"/>
              </w:rPr>
              <w:t>Claralinga</w:t>
            </w:r>
          </w:p>
        </w:tc>
      </w:tr>
      <w:tr w:rsidR="002376F7" w14:paraId="62F2C702" w14:textId="77777777">
        <w:trPr>
          <w:jc w:val="center"/>
        </w:trPr>
        <w:tc>
          <w:tcPr>
            <w:tcW w:w="2016" w:type="dxa"/>
          </w:tcPr>
          <w:p w14:paraId="2AC6135C" w14:textId="77777777" w:rsidR="002376F7" w:rsidRDefault="00000000">
            <w:r>
              <w:rPr>
                <w:sz w:val="16"/>
              </w:rPr>
              <w:t>0</w:t>
            </w:r>
          </w:p>
        </w:tc>
        <w:tc>
          <w:tcPr>
            <w:tcW w:w="7776" w:type="dxa"/>
          </w:tcPr>
          <w:p w14:paraId="0BE17283" w14:textId="77777777" w:rsidR="002376F7" w:rsidRDefault="00000000">
            <w:r>
              <w:rPr>
                <w:sz w:val="16"/>
              </w:rPr>
              <w:t>zero</w:t>
            </w:r>
          </w:p>
        </w:tc>
      </w:tr>
      <w:tr w:rsidR="002376F7" w14:paraId="0ECC746E" w14:textId="77777777">
        <w:trPr>
          <w:jc w:val="center"/>
        </w:trPr>
        <w:tc>
          <w:tcPr>
            <w:tcW w:w="2016" w:type="dxa"/>
            <w:shd w:val="clear" w:color="auto" w:fill="EEF6F8"/>
          </w:tcPr>
          <w:p w14:paraId="16C97324" w14:textId="77777777" w:rsidR="002376F7" w:rsidRDefault="00000000">
            <w:r>
              <w:rPr>
                <w:sz w:val="16"/>
              </w:rPr>
              <w:t>1</w:t>
            </w:r>
          </w:p>
        </w:tc>
        <w:tc>
          <w:tcPr>
            <w:tcW w:w="7776" w:type="dxa"/>
            <w:shd w:val="clear" w:color="auto" w:fill="EEF6F8"/>
          </w:tcPr>
          <w:p w14:paraId="4952F6A2" w14:textId="77777777" w:rsidR="002376F7" w:rsidRDefault="00000000">
            <w:r>
              <w:rPr>
                <w:sz w:val="16"/>
              </w:rPr>
              <w:t>un</w:t>
            </w:r>
          </w:p>
        </w:tc>
      </w:tr>
      <w:tr w:rsidR="002376F7" w14:paraId="57321147" w14:textId="77777777">
        <w:trPr>
          <w:jc w:val="center"/>
        </w:trPr>
        <w:tc>
          <w:tcPr>
            <w:tcW w:w="2016" w:type="dxa"/>
          </w:tcPr>
          <w:p w14:paraId="549B4FB0" w14:textId="77777777" w:rsidR="002376F7" w:rsidRDefault="00000000">
            <w:r>
              <w:rPr>
                <w:sz w:val="16"/>
              </w:rPr>
              <w:t>2</w:t>
            </w:r>
          </w:p>
        </w:tc>
        <w:tc>
          <w:tcPr>
            <w:tcW w:w="7776" w:type="dxa"/>
          </w:tcPr>
          <w:p w14:paraId="654D07D3" w14:textId="77777777" w:rsidR="002376F7" w:rsidRDefault="00000000">
            <w:r>
              <w:rPr>
                <w:sz w:val="16"/>
              </w:rPr>
              <w:t>du</w:t>
            </w:r>
          </w:p>
        </w:tc>
      </w:tr>
      <w:tr w:rsidR="002376F7" w14:paraId="4495625F" w14:textId="77777777">
        <w:trPr>
          <w:jc w:val="center"/>
        </w:trPr>
        <w:tc>
          <w:tcPr>
            <w:tcW w:w="2016" w:type="dxa"/>
            <w:shd w:val="clear" w:color="auto" w:fill="EEF6F8"/>
          </w:tcPr>
          <w:p w14:paraId="36CDB2A6" w14:textId="77777777" w:rsidR="002376F7" w:rsidRDefault="00000000">
            <w:r>
              <w:rPr>
                <w:sz w:val="16"/>
              </w:rPr>
              <w:t>3</w:t>
            </w:r>
          </w:p>
        </w:tc>
        <w:tc>
          <w:tcPr>
            <w:tcW w:w="7776" w:type="dxa"/>
            <w:shd w:val="clear" w:color="auto" w:fill="EEF6F8"/>
          </w:tcPr>
          <w:p w14:paraId="0C4B6CB0" w14:textId="77777777" w:rsidR="002376F7" w:rsidRDefault="00000000">
            <w:r>
              <w:rPr>
                <w:sz w:val="16"/>
              </w:rPr>
              <w:t>tre</w:t>
            </w:r>
          </w:p>
        </w:tc>
      </w:tr>
      <w:tr w:rsidR="002376F7" w14:paraId="01EBDBF9" w14:textId="77777777">
        <w:trPr>
          <w:jc w:val="center"/>
        </w:trPr>
        <w:tc>
          <w:tcPr>
            <w:tcW w:w="2016" w:type="dxa"/>
          </w:tcPr>
          <w:p w14:paraId="31EBA676" w14:textId="77777777" w:rsidR="002376F7" w:rsidRDefault="00000000">
            <w:r>
              <w:rPr>
                <w:sz w:val="16"/>
              </w:rPr>
              <w:t>4</w:t>
            </w:r>
          </w:p>
        </w:tc>
        <w:tc>
          <w:tcPr>
            <w:tcW w:w="7776" w:type="dxa"/>
          </w:tcPr>
          <w:p w14:paraId="385DCF70" w14:textId="77777777" w:rsidR="002376F7" w:rsidRDefault="00000000">
            <w:r>
              <w:rPr>
                <w:sz w:val="16"/>
              </w:rPr>
              <w:t>quatro</w:t>
            </w:r>
          </w:p>
        </w:tc>
      </w:tr>
      <w:tr w:rsidR="002376F7" w14:paraId="0C81E7AE" w14:textId="77777777">
        <w:trPr>
          <w:jc w:val="center"/>
        </w:trPr>
        <w:tc>
          <w:tcPr>
            <w:tcW w:w="2016" w:type="dxa"/>
            <w:shd w:val="clear" w:color="auto" w:fill="EEF6F8"/>
          </w:tcPr>
          <w:p w14:paraId="5062A298" w14:textId="77777777" w:rsidR="002376F7" w:rsidRDefault="00000000">
            <w:r>
              <w:rPr>
                <w:sz w:val="16"/>
              </w:rPr>
              <w:t>5</w:t>
            </w:r>
          </w:p>
        </w:tc>
        <w:tc>
          <w:tcPr>
            <w:tcW w:w="7776" w:type="dxa"/>
            <w:shd w:val="clear" w:color="auto" w:fill="EEF6F8"/>
          </w:tcPr>
          <w:p w14:paraId="73047177" w14:textId="77777777" w:rsidR="002376F7" w:rsidRDefault="00000000">
            <w:r>
              <w:rPr>
                <w:sz w:val="16"/>
              </w:rPr>
              <w:t>cinque</w:t>
            </w:r>
          </w:p>
        </w:tc>
      </w:tr>
      <w:tr w:rsidR="002376F7" w14:paraId="383EB7DA" w14:textId="77777777">
        <w:trPr>
          <w:jc w:val="center"/>
        </w:trPr>
        <w:tc>
          <w:tcPr>
            <w:tcW w:w="2016" w:type="dxa"/>
          </w:tcPr>
          <w:p w14:paraId="6EA1C504" w14:textId="77777777" w:rsidR="002376F7" w:rsidRDefault="00000000">
            <w:r>
              <w:rPr>
                <w:sz w:val="16"/>
              </w:rPr>
              <w:t>6</w:t>
            </w:r>
          </w:p>
        </w:tc>
        <w:tc>
          <w:tcPr>
            <w:tcW w:w="7776" w:type="dxa"/>
          </w:tcPr>
          <w:p w14:paraId="4F101D3E" w14:textId="77777777" w:rsidR="002376F7" w:rsidRDefault="00000000">
            <w:r>
              <w:rPr>
                <w:sz w:val="16"/>
              </w:rPr>
              <w:t>sex</w:t>
            </w:r>
          </w:p>
        </w:tc>
      </w:tr>
      <w:tr w:rsidR="002376F7" w14:paraId="743A22CD" w14:textId="77777777">
        <w:trPr>
          <w:jc w:val="center"/>
        </w:trPr>
        <w:tc>
          <w:tcPr>
            <w:tcW w:w="2016" w:type="dxa"/>
            <w:shd w:val="clear" w:color="auto" w:fill="EEF6F8"/>
          </w:tcPr>
          <w:p w14:paraId="5920085A" w14:textId="77777777" w:rsidR="002376F7" w:rsidRDefault="00000000">
            <w:r>
              <w:rPr>
                <w:sz w:val="16"/>
              </w:rPr>
              <w:t>7</w:t>
            </w:r>
          </w:p>
        </w:tc>
        <w:tc>
          <w:tcPr>
            <w:tcW w:w="7776" w:type="dxa"/>
            <w:shd w:val="clear" w:color="auto" w:fill="EEF6F8"/>
          </w:tcPr>
          <w:p w14:paraId="3CED3C96" w14:textId="77777777" w:rsidR="002376F7" w:rsidRDefault="00000000">
            <w:r>
              <w:rPr>
                <w:sz w:val="16"/>
              </w:rPr>
              <w:t>sete</w:t>
            </w:r>
          </w:p>
        </w:tc>
      </w:tr>
      <w:tr w:rsidR="002376F7" w14:paraId="137A7BE6" w14:textId="77777777">
        <w:trPr>
          <w:jc w:val="center"/>
        </w:trPr>
        <w:tc>
          <w:tcPr>
            <w:tcW w:w="2016" w:type="dxa"/>
          </w:tcPr>
          <w:p w14:paraId="75560A48" w14:textId="77777777" w:rsidR="002376F7" w:rsidRDefault="00000000">
            <w:r>
              <w:rPr>
                <w:sz w:val="16"/>
              </w:rPr>
              <w:t>8</w:t>
            </w:r>
          </w:p>
        </w:tc>
        <w:tc>
          <w:tcPr>
            <w:tcW w:w="7776" w:type="dxa"/>
          </w:tcPr>
          <w:p w14:paraId="00D55715" w14:textId="77777777" w:rsidR="002376F7" w:rsidRDefault="00000000">
            <w:r>
              <w:rPr>
                <w:sz w:val="16"/>
              </w:rPr>
              <w:t>okto</w:t>
            </w:r>
          </w:p>
        </w:tc>
      </w:tr>
      <w:tr w:rsidR="002376F7" w14:paraId="31416967" w14:textId="77777777">
        <w:trPr>
          <w:jc w:val="center"/>
        </w:trPr>
        <w:tc>
          <w:tcPr>
            <w:tcW w:w="2016" w:type="dxa"/>
            <w:shd w:val="clear" w:color="auto" w:fill="EEF6F8"/>
          </w:tcPr>
          <w:p w14:paraId="5CEFF408" w14:textId="77777777" w:rsidR="002376F7" w:rsidRDefault="00000000">
            <w:r>
              <w:rPr>
                <w:sz w:val="16"/>
              </w:rPr>
              <w:t>9</w:t>
            </w:r>
          </w:p>
        </w:tc>
        <w:tc>
          <w:tcPr>
            <w:tcW w:w="7776" w:type="dxa"/>
            <w:shd w:val="clear" w:color="auto" w:fill="EEF6F8"/>
          </w:tcPr>
          <w:p w14:paraId="7C71B533" w14:textId="77777777" w:rsidR="002376F7" w:rsidRDefault="00000000">
            <w:r>
              <w:rPr>
                <w:sz w:val="16"/>
              </w:rPr>
              <w:t>nove</w:t>
            </w:r>
          </w:p>
        </w:tc>
      </w:tr>
      <w:tr w:rsidR="002376F7" w14:paraId="22AAAA31" w14:textId="77777777">
        <w:trPr>
          <w:jc w:val="center"/>
        </w:trPr>
        <w:tc>
          <w:tcPr>
            <w:tcW w:w="2016" w:type="dxa"/>
          </w:tcPr>
          <w:p w14:paraId="35756245" w14:textId="77777777" w:rsidR="002376F7" w:rsidRDefault="00000000">
            <w:r>
              <w:rPr>
                <w:sz w:val="16"/>
              </w:rPr>
              <w:t>10</w:t>
            </w:r>
          </w:p>
        </w:tc>
        <w:tc>
          <w:tcPr>
            <w:tcW w:w="7776" w:type="dxa"/>
          </w:tcPr>
          <w:p w14:paraId="7347C056" w14:textId="77777777" w:rsidR="002376F7" w:rsidRDefault="00000000">
            <w:r>
              <w:rPr>
                <w:sz w:val="16"/>
              </w:rPr>
              <w:t>dek</w:t>
            </w:r>
          </w:p>
        </w:tc>
      </w:tr>
      <w:tr w:rsidR="002376F7" w14:paraId="794418F7" w14:textId="77777777">
        <w:trPr>
          <w:jc w:val="center"/>
        </w:trPr>
        <w:tc>
          <w:tcPr>
            <w:tcW w:w="2016" w:type="dxa"/>
            <w:shd w:val="clear" w:color="auto" w:fill="EEF6F8"/>
          </w:tcPr>
          <w:p w14:paraId="084FD286" w14:textId="77777777" w:rsidR="002376F7" w:rsidRDefault="00000000">
            <w:r>
              <w:rPr>
                <w:sz w:val="16"/>
              </w:rPr>
              <w:t>11</w:t>
            </w:r>
          </w:p>
        </w:tc>
        <w:tc>
          <w:tcPr>
            <w:tcW w:w="7776" w:type="dxa"/>
            <w:shd w:val="clear" w:color="auto" w:fill="EEF6F8"/>
          </w:tcPr>
          <w:p w14:paraId="794C2569" w14:textId="77777777" w:rsidR="002376F7" w:rsidRDefault="00000000">
            <w:r>
              <w:rPr>
                <w:sz w:val="16"/>
              </w:rPr>
              <w:t>dek-un</w:t>
            </w:r>
          </w:p>
        </w:tc>
      </w:tr>
      <w:tr w:rsidR="002376F7" w14:paraId="717EB8F2" w14:textId="77777777">
        <w:trPr>
          <w:jc w:val="center"/>
        </w:trPr>
        <w:tc>
          <w:tcPr>
            <w:tcW w:w="2016" w:type="dxa"/>
          </w:tcPr>
          <w:p w14:paraId="447EA441" w14:textId="77777777" w:rsidR="002376F7" w:rsidRDefault="00000000">
            <w:r>
              <w:rPr>
                <w:sz w:val="16"/>
              </w:rPr>
              <w:t>12</w:t>
            </w:r>
          </w:p>
        </w:tc>
        <w:tc>
          <w:tcPr>
            <w:tcW w:w="7776" w:type="dxa"/>
          </w:tcPr>
          <w:p w14:paraId="49703A70" w14:textId="77777777" w:rsidR="002376F7" w:rsidRDefault="00000000">
            <w:r>
              <w:rPr>
                <w:sz w:val="16"/>
              </w:rPr>
              <w:t>dek-du</w:t>
            </w:r>
          </w:p>
        </w:tc>
      </w:tr>
      <w:tr w:rsidR="002376F7" w14:paraId="6C8E9611" w14:textId="77777777">
        <w:trPr>
          <w:jc w:val="center"/>
        </w:trPr>
        <w:tc>
          <w:tcPr>
            <w:tcW w:w="2016" w:type="dxa"/>
            <w:shd w:val="clear" w:color="auto" w:fill="EEF6F8"/>
          </w:tcPr>
          <w:p w14:paraId="258A0916" w14:textId="77777777" w:rsidR="002376F7" w:rsidRDefault="00000000">
            <w:r>
              <w:rPr>
                <w:sz w:val="16"/>
              </w:rPr>
              <w:t>13</w:t>
            </w:r>
          </w:p>
        </w:tc>
        <w:tc>
          <w:tcPr>
            <w:tcW w:w="7776" w:type="dxa"/>
            <w:shd w:val="clear" w:color="auto" w:fill="EEF6F8"/>
          </w:tcPr>
          <w:p w14:paraId="3B8B5D7F" w14:textId="77777777" w:rsidR="002376F7" w:rsidRDefault="00000000">
            <w:r>
              <w:rPr>
                <w:sz w:val="16"/>
              </w:rPr>
              <w:t>dek-tre</w:t>
            </w:r>
          </w:p>
        </w:tc>
      </w:tr>
      <w:tr w:rsidR="002376F7" w14:paraId="766F59C7" w14:textId="77777777">
        <w:trPr>
          <w:jc w:val="center"/>
        </w:trPr>
        <w:tc>
          <w:tcPr>
            <w:tcW w:w="2016" w:type="dxa"/>
          </w:tcPr>
          <w:p w14:paraId="35200E93" w14:textId="77777777" w:rsidR="002376F7" w:rsidRDefault="00000000">
            <w:r>
              <w:rPr>
                <w:sz w:val="16"/>
              </w:rPr>
              <w:t>14</w:t>
            </w:r>
          </w:p>
        </w:tc>
        <w:tc>
          <w:tcPr>
            <w:tcW w:w="7776" w:type="dxa"/>
          </w:tcPr>
          <w:p w14:paraId="29DBF5BF" w14:textId="77777777" w:rsidR="002376F7" w:rsidRDefault="00000000">
            <w:r>
              <w:rPr>
                <w:sz w:val="16"/>
              </w:rPr>
              <w:t>dek-quatro</w:t>
            </w:r>
          </w:p>
        </w:tc>
      </w:tr>
      <w:tr w:rsidR="002376F7" w14:paraId="1F9526CF" w14:textId="77777777">
        <w:trPr>
          <w:jc w:val="center"/>
        </w:trPr>
        <w:tc>
          <w:tcPr>
            <w:tcW w:w="2016" w:type="dxa"/>
            <w:shd w:val="clear" w:color="auto" w:fill="EEF6F8"/>
          </w:tcPr>
          <w:p w14:paraId="28D42CBE" w14:textId="77777777" w:rsidR="002376F7" w:rsidRDefault="00000000">
            <w:r>
              <w:rPr>
                <w:sz w:val="16"/>
              </w:rPr>
              <w:t>15</w:t>
            </w:r>
          </w:p>
        </w:tc>
        <w:tc>
          <w:tcPr>
            <w:tcW w:w="7776" w:type="dxa"/>
            <w:shd w:val="clear" w:color="auto" w:fill="EEF6F8"/>
          </w:tcPr>
          <w:p w14:paraId="6EC53BD4" w14:textId="77777777" w:rsidR="002376F7" w:rsidRDefault="00000000">
            <w:r>
              <w:rPr>
                <w:sz w:val="16"/>
              </w:rPr>
              <w:t>dek-cinque</w:t>
            </w:r>
          </w:p>
        </w:tc>
      </w:tr>
      <w:tr w:rsidR="002376F7" w14:paraId="60AEEC66" w14:textId="77777777">
        <w:trPr>
          <w:jc w:val="center"/>
        </w:trPr>
        <w:tc>
          <w:tcPr>
            <w:tcW w:w="2016" w:type="dxa"/>
          </w:tcPr>
          <w:p w14:paraId="37FE912A" w14:textId="77777777" w:rsidR="002376F7" w:rsidRDefault="00000000">
            <w:r>
              <w:rPr>
                <w:sz w:val="16"/>
              </w:rPr>
              <w:t>16</w:t>
            </w:r>
          </w:p>
        </w:tc>
        <w:tc>
          <w:tcPr>
            <w:tcW w:w="7776" w:type="dxa"/>
          </w:tcPr>
          <w:p w14:paraId="3C13DA6A" w14:textId="77777777" w:rsidR="002376F7" w:rsidRDefault="00000000">
            <w:r>
              <w:rPr>
                <w:sz w:val="16"/>
              </w:rPr>
              <w:t>dek-sex</w:t>
            </w:r>
          </w:p>
        </w:tc>
      </w:tr>
      <w:tr w:rsidR="002376F7" w14:paraId="2D684611" w14:textId="77777777">
        <w:trPr>
          <w:jc w:val="center"/>
        </w:trPr>
        <w:tc>
          <w:tcPr>
            <w:tcW w:w="2016" w:type="dxa"/>
            <w:shd w:val="clear" w:color="auto" w:fill="EEF6F8"/>
          </w:tcPr>
          <w:p w14:paraId="31AFE15E" w14:textId="77777777" w:rsidR="002376F7" w:rsidRDefault="00000000">
            <w:r>
              <w:rPr>
                <w:sz w:val="16"/>
              </w:rPr>
              <w:t>17</w:t>
            </w:r>
          </w:p>
        </w:tc>
        <w:tc>
          <w:tcPr>
            <w:tcW w:w="7776" w:type="dxa"/>
            <w:shd w:val="clear" w:color="auto" w:fill="EEF6F8"/>
          </w:tcPr>
          <w:p w14:paraId="4365A498" w14:textId="77777777" w:rsidR="002376F7" w:rsidRDefault="00000000">
            <w:r>
              <w:rPr>
                <w:sz w:val="16"/>
              </w:rPr>
              <w:t>dek-sete</w:t>
            </w:r>
          </w:p>
        </w:tc>
      </w:tr>
      <w:tr w:rsidR="002376F7" w14:paraId="7EB21AEB" w14:textId="77777777">
        <w:trPr>
          <w:jc w:val="center"/>
        </w:trPr>
        <w:tc>
          <w:tcPr>
            <w:tcW w:w="2016" w:type="dxa"/>
          </w:tcPr>
          <w:p w14:paraId="1454D4C4" w14:textId="77777777" w:rsidR="002376F7" w:rsidRDefault="00000000">
            <w:r>
              <w:rPr>
                <w:sz w:val="16"/>
              </w:rPr>
              <w:t>18</w:t>
            </w:r>
          </w:p>
        </w:tc>
        <w:tc>
          <w:tcPr>
            <w:tcW w:w="7776" w:type="dxa"/>
          </w:tcPr>
          <w:p w14:paraId="15732DD6" w14:textId="77777777" w:rsidR="002376F7" w:rsidRDefault="00000000">
            <w:r>
              <w:rPr>
                <w:sz w:val="16"/>
              </w:rPr>
              <w:t>dek-okto</w:t>
            </w:r>
          </w:p>
        </w:tc>
      </w:tr>
      <w:tr w:rsidR="002376F7" w14:paraId="6E538983" w14:textId="77777777">
        <w:trPr>
          <w:jc w:val="center"/>
        </w:trPr>
        <w:tc>
          <w:tcPr>
            <w:tcW w:w="2016" w:type="dxa"/>
            <w:shd w:val="clear" w:color="auto" w:fill="EEF6F8"/>
          </w:tcPr>
          <w:p w14:paraId="11BFA1B6" w14:textId="77777777" w:rsidR="002376F7" w:rsidRDefault="00000000">
            <w:r>
              <w:rPr>
                <w:sz w:val="16"/>
              </w:rPr>
              <w:t>19</w:t>
            </w:r>
          </w:p>
        </w:tc>
        <w:tc>
          <w:tcPr>
            <w:tcW w:w="7776" w:type="dxa"/>
            <w:shd w:val="clear" w:color="auto" w:fill="EEF6F8"/>
          </w:tcPr>
          <w:p w14:paraId="7FAB6BCD" w14:textId="77777777" w:rsidR="002376F7" w:rsidRDefault="00000000">
            <w:r>
              <w:rPr>
                <w:sz w:val="16"/>
              </w:rPr>
              <w:t>dek-nove</w:t>
            </w:r>
          </w:p>
        </w:tc>
      </w:tr>
      <w:tr w:rsidR="002376F7" w14:paraId="591DD74F" w14:textId="77777777">
        <w:trPr>
          <w:jc w:val="center"/>
        </w:trPr>
        <w:tc>
          <w:tcPr>
            <w:tcW w:w="2016" w:type="dxa"/>
          </w:tcPr>
          <w:p w14:paraId="15CF521D" w14:textId="77777777" w:rsidR="002376F7" w:rsidRDefault="00000000">
            <w:r>
              <w:rPr>
                <w:sz w:val="16"/>
              </w:rPr>
              <w:t>20</w:t>
            </w:r>
          </w:p>
        </w:tc>
        <w:tc>
          <w:tcPr>
            <w:tcW w:w="7776" w:type="dxa"/>
          </w:tcPr>
          <w:p w14:paraId="4D8DEF30" w14:textId="77777777" w:rsidR="002376F7" w:rsidRDefault="00000000">
            <w:r>
              <w:rPr>
                <w:sz w:val="16"/>
              </w:rPr>
              <w:t>du-dek</w:t>
            </w:r>
          </w:p>
        </w:tc>
      </w:tr>
      <w:tr w:rsidR="002376F7" w14:paraId="3F35E821" w14:textId="77777777">
        <w:trPr>
          <w:jc w:val="center"/>
        </w:trPr>
        <w:tc>
          <w:tcPr>
            <w:tcW w:w="2016" w:type="dxa"/>
            <w:shd w:val="clear" w:color="auto" w:fill="EEF6F8"/>
          </w:tcPr>
          <w:p w14:paraId="68D9C77D" w14:textId="77777777" w:rsidR="002376F7" w:rsidRDefault="00000000">
            <w:r>
              <w:rPr>
                <w:sz w:val="16"/>
              </w:rPr>
              <w:t>30</w:t>
            </w:r>
          </w:p>
        </w:tc>
        <w:tc>
          <w:tcPr>
            <w:tcW w:w="7776" w:type="dxa"/>
            <w:shd w:val="clear" w:color="auto" w:fill="EEF6F8"/>
          </w:tcPr>
          <w:p w14:paraId="05C705CB" w14:textId="77777777" w:rsidR="002376F7" w:rsidRDefault="00000000">
            <w:r>
              <w:rPr>
                <w:sz w:val="16"/>
              </w:rPr>
              <w:t>tre-dek</w:t>
            </w:r>
          </w:p>
        </w:tc>
      </w:tr>
      <w:tr w:rsidR="002376F7" w14:paraId="7CB09ED0" w14:textId="77777777">
        <w:trPr>
          <w:jc w:val="center"/>
        </w:trPr>
        <w:tc>
          <w:tcPr>
            <w:tcW w:w="2016" w:type="dxa"/>
          </w:tcPr>
          <w:p w14:paraId="12171A59" w14:textId="77777777" w:rsidR="002376F7" w:rsidRDefault="00000000">
            <w:r>
              <w:rPr>
                <w:sz w:val="16"/>
              </w:rPr>
              <w:t>40</w:t>
            </w:r>
          </w:p>
        </w:tc>
        <w:tc>
          <w:tcPr>
            <w:tcW w:w="7776" w:type="dxa"/>
          </w:tcPr>
          <w:p w14:paraId="1B5A9270" w14:textId="77777777" w:rsidR="002376F7" w:rsidRDefault="00000000">
            <w:r>
              <w:rPr>
                <w:sz w:val="16"/>
              </w:rPr>
              <w:t>quatro-dek</w:t>
            </w:r>
          </w:p>
        </w:tc>
      </w:tr>
      <w:tr w:rsidR="002376F7" w14:paraId="78249D00" w14:textId="77777777">
        <w:trPr>
          <w:jc w:val="center"/>
        </w:trPr>
        <w:tc>
          <w:tcPr>
            <w:tcW w:w="2016" w:type="dxa"/>
            <w:shd w:val="clear" w:color="auto" w:fill="EEF6F8"/>
          </w:tcPr>
          <w:p w14:paraId="1EC98062" w14:textId="77777777" w:rsidR="002376F7" w:rsidRDefault="00000000">
            <w:r>
              <w:rPr>
                <w:sz w:val="16"/>
              </w:rPr>
              <w:t>50</w:t>
            </w:r>
          </w:p>
        </w:tc>
        <w:tc>
          <w:tcPr>
            <w:tcW w:w="7776" w:type="dxa"/>
            <w:shd w:val="clear" w:color="auto" w:fill="EEF6F8"/>
          </w:tcPr>
          <w:p w14:paraId="334EFBF4" w14:textId="77777777" w:rsidR="002376F7" w:rsidRDefault="00000000">
            <w:r>
              <w:rPr>
                <w:sz w:val="16"/>
              </w:rPr>
              <w:t>cinque-dek</w:t>
            </w:r>
          </w:p>
        </w:tc>
      </w:tr>
      <w:tr w:rsidR="002376F7" w14:paraId="2632EC68" w14:textId="77777777">
        <w:trPr>
          <w:jc w:val="center"/>
        </w:trPr>
        <w:tc>
          <w:tcPr>
            <w:tcW w:w="2016" w:type="dxa"/>
          </w:tcPr>
          <w:p w14:paraId="2FA7EF47" w14:textId="77777777" w:rsidR="002376F7" w:rsidRDefault="00000000">
            <w:r>
              <w:rPr>
                <w:sz w:val="16"/>
              </w:rPr>
              <w:t>100</w:t>
            </w:r>
          </w:p>
        </w:tc>
        <w:tc>
          <w:tcPr>
            <w:tcW w:w="7776" w:type="dxa"/>
          </w:tcPr>
          <w:p w14:paraId="58934E62" w14:textId="77777777" w:rsidR="002376F7" w:rsidRDefault="00000000">
            <w:r>
              <w:rPr>
                <w:sz w:val="16"/>
              </w:rPr>
              <w:t>cent</w:t>
            </w:r>
          </w:p>
        </w:tc>
      </w:tr>
      <w:tr w:rsidR="002376F7" w14:paraId="047113E4" w14:textId="77777777">
        <w:trPr>
          <w:jc w:val="center"/>
        </w:trPr>
        <w:tc>
          <w:tcPr>
            <w:tcW w:w="2016" w:type="dxa"/>
            <w:shd w:val="clear" w:color="auto" w:fill="EEF6F8"/>
          </w:tcPr>
          <w:p w14:paraId="0AA40D5A" w14:textId="77777777" w:rsidR="002376F7" w:rsidRDefault="00000000">
            <w:r>
              <w:rPr>
                <w:sz w:val="16"/>
              </w:rPr>
              <w:t>1,000</w:t>
            </w:r>
          </w:p>
        </w:tc>
        <w:tc>
          <w:tcPr>
            <w:tcW w:w="7776" w:type="dxa"/>
            <w:shd w:val="clear" w:color="auto" w:fill="EEF6F8"/>
          </w:tcPr>
          <w:p w14:paraId="52A0F8AE" w14:textId="77777777" w:rsidR="002376F7" w:rsidRDefault="00000000">
            <w:r>
              <w:rPr>
                <w:sz w:val="16"/>
              </w:rPr>
              <w:t>mil</w:t>
            </w:r>
          </w:p>
        </w:tc>
      </w:tr>
      <w:tr w:rsidR="002376F7" w14:paraId="0B118502" w14:textId="77777777">
        <w:trPr>
          <w:jc w:val="center"/>
        </w:trPr>
        <w:tc>
          <w:tcPr>
            <w:tcW w:w="2016" w:type="dxa"/>
          </w:tcPr>
          <w:p w14:paraId="0114BBCB" w14:textId="77777777" w:rsidR="002376F7" w:rsidRDefault="00000000">
            <w:r>
              <w:rPr>
                <w:sz w:val="16"/>
              </w:rPr>
              <w:t>1,000,000</w:t>
            </w:r>
          </w:p>
        </w:tc>
        <w:tc>
          <w:tcPr>
            <w:tcW w:w="7776" w:type="dxa"/>
          </w:tcPr>
          <w:p w14:paraId="1375036F" w14:textId="77777777" w:rsidR="002376F7" w:rsidRDefault="00000000">
            <w:r>
              <w:rPr>
                <w:sz w:val="16"/>
              </w:rPr>
              <w:t>milion</w:t>
            </w:r>
          </w:p>
        </w:tc>
      </w:tr>
    </w:tbl>
    <w:p w14:paraId="3A2847E0" w14:textId="77777777" w:rsidR="002376F7" w:rsidRDefault="002376F7">
      <w:pPr>
        <w:spacing w:after="120"/>
      </w:pPr>
    </w:p>
    <w:tbl>
      <w:tblPr>
        <w:tblW w:w="0" w:type="auto"/>
        <w:jc w:val="center"/>
        <w:tblLook w:val="04A0" w:firstRow="1" w:lastRow="0" w:firstColumn="1" w:lastColumn="0" w:noHBand="0" w:noVBand="1"/>
      </w:tblPr>
      <w:tblGrid>
        <w:gridCol w:w="10282"/>
      </w:tblGrid>
      <w:tr w:rsidR="002376F7" w14:paraId="7BA5006F" w14:textId="77777777">
        <w:trPr>
          <w:jc w:val="center"/>
        </w:trPr>
        <w:tc>
          <w:tcPr>
            <w:tcW w:w="10282" w:type="dxa"/>
            <w:shd w:val="clear" w:color="auto" w:fill="EAF5F8"/>
          </w:tcPr>
          <w:p w14:paraId="365A29AA" w14:textId="77777777" w:rsidR="002376F7" w:rsidRDefault="00000000">
            <w:pPr>
              <w:spacing w:after="40"/>
            </w:pPr>
            <w:r>
              <w:rPr>
                <w:b/>
                <w:color w:val="163B60"/>
                <w:sz w:val="20"/>
              </w:rPr>
              <w:t>Number pattern</w:t>
            </w:r>
          </w:p>
          <w:p w14:paraId="3BFD3347" w14:textId="77777777" w:rsidR="002376F7" w:rsidRDefault="00000000">
            <w:pPr>
              <w:spacing w:after="40"/>
            </w:pPr>
            <w:r>
              <w:rPr>
                <w:sz w:val="17"/>
              </w:rPr>
              <w:t>For now, v0.6 uses transparent compounds: dek-un = 11, du-dek = 20, tre-dek = 30. This can be tested before the Core 500 is finalized.</w:t>
            </w:r>
          </w:p>
        </w:tc>
      </w:tr>
    </w:tbl>
    <w:p w14:paraId="040E93C5" w14:textId="77777777" w:rsidR="002376F7" w:rsidRDefault="002376F7"/>
    <w:p w14:paraId="3E47A058" w14:textId="77777777" w:rsidR="002376F7" w:rsidRDefault="00000000">
      <w:pPr>
        <w:pStyle w:val="Heading2"/>
      </w:pPr>
      <w:r>
        <w:t>Days of the Week</w:t>
      </w:r>
    </w:p>
    <w:tbl>
      <w:tblPr>
        <w:tblStyle w:val="TableGrid"/>
        <w:tblW w:w="0" w:type="auto"/>
        <w:jc w:val="center"/>
        <w:tblLook w:val="04A0" w:firstRow="1" w:lastRow="0" w:firstColumn="1" w:lastColumn="0" w:noHBand="0" w:noVBand="1"/>
      </w:tblPr>
      <w:tblGrid>
        <w:gridCol w:w="3168"/>
        <w:gridCol w:w="6624"/>
      </w:tblGrid>
      <w:tr w:rsidR="002376F7" w14:paraId="7CDE349F" w14:textId="77777777">
        <w:trPr>
          <w:tblHeader/>
          <w:jc w:val="center"/>
        </w:trPr>
        <w:tc>
          <w:tcPr>
            <w:tcW w:w="3168" w:type="dxa"/>
            <w:shd w:val="clear" w:color="auto" w:fill="163B60"/>
          </w:tcPr>
          <w:p w14:paraId="5CDF1726" w14:textId="77777777" w:rsidR="002376F7" w:rsidRDefault="00000000">
            <w:r>
              <w:rPr>
                <w:b/>
                <w:color w:val="FFFFFF"/>
                <w:sz w:val="16"/>
              </w:rPr>
              <w:t>English</w:t>
            </w:r>
          </w:p>
        </w:tc>
        <w:tc>
          <w:tcPr>
            <w:tcW w:w="6624" w:type="dxa"/>
            <w:shd w:val="clear" w:color="auto" w:fill="163B60"/>
          </w:tcPr>
          <w:p w14:paraId="7587FC12" w14:textId="77777777" w:rsidR="002376F7" w:rsidRDefault="00000000">
            <w:r>
              <w:rPr>
                <w:b/>
                <w:color w:val="FFFFFF"/>
                <w:sz w:val="16"/>
              </w:rPr>
              <w:t>Claralinga</w:t>
            </w:r>
          </w:p>
        </w:tc>
      </w:tr>
      <w:tr w:rsidR="002376F7" w14:paraId="48E779E2" w14:textId="77777777">
        <w:trPr>
          <w:jc w:val="center"/>
        </w:trPr>
        <w:tc>
          <w:tcPr>
            <w:tcW w:w="3168" w:type="dxa"/>
          </w:tcPr>
          <w:p w14:paraId="7395C227" w14:textId="77777777" w:rsidR="002376F7" w:rsidRDefault="00000000">
            <w:r>
              <w:rPr>
                <w:sz w:val="16"/>
              </w:rPr>
              <w:t>Monday</w:t>
            </w:r>
          </w:p>
        </w:tc>
        <w:tc>
          <w:tcPr>
            <w:tcW w:w="6624" w:type="dxa"/>
          </w:tcPr>
          <w:p w14:paraId="53463EE3" w14:textId="77777777" w:rsidR="002376F7" w:rsidRDefault="00000000">
            <w:r>
              <w:rPr>
                <w:sz w:val="16"/>
              </w:rPr>
              <w:t>lunadia</w:t>
            </w:r>
          </w:p>
        </w:tc>
      </w:tr>
      <w:tr w:rsidR="002376F7" w14:paraId="13335B99" w14:textId="77777777">
        <w:trPr>
          <w:jc w:val="center"/>
        </w:trPr>
        <w:tc>
          <w:tcPr>
            <w:tcW w:w="3168" w:type="dxa"/>
            <w:shd w:val="clear" w:color="auto" w:fill="EEF6F8"/>
          </w:tcPr>
          <w:p w14:paraId="733BB0C2" w14:textId="77777777" w:rsidR="002376F7" w:rsidRDefault="00000000">
            <w:r>
              <w:rPr>
                <w:sz w:val="16"/>
              </w:rPr>
              <w:t>Tuesday</w:t>
            </w:r>
          </w:p>
        </w:tc>
        <w:tc>
          <w:tcPr>
            <w:tcW w:w="6624" w:type="dxa"/>
            <w:shd w:val="clear" w:color="auto" w:fill="EEF6F8"/>
          </w:tcPr>
          <w:p w14:paraId="53F904A0" w14:textId="77777777" w:rsidR="002376F7" w:rsidRDefault="00000000">
            <w:r>
              <w:rPr>
                <w:sz w:val="16"/>
              </w:rPr>
              <w:t>martedia</w:t>
            </w:r>
          </w:p>
        </w:tc>
      </w:tr>
      <w:tr w:rsidR="002376F7" w14:paraId="0B15B08D" w14:textId="77777777">
        <w:trPr>
          <w:jc w:val="center"/>
        </w:trPr>
        <w:tc>
          <w:tcPr>
            <w:tcW w:w="3168" w:type="dxa"/>
          </w:tcPr>
          <w:p w14:paraId="344DBE85" w14:textId="77777777" w:rsidR="002376F7" w:rsidRDefault="00000000">
            <w:r>
              <w:rPr>
                <w:sz w:val="16"/>
              </w:rPr>
              <w:t>Wednesday</w:t>
            </w:r>
          </w:p>
        </w:tc>
        <w:tc>
          <w:tcPr>
            <w:tcW w:w="6624" w:type="dxa"/>
          </w:tcPr>
          <w:p w14:paraId="2592C82A" w14:textId="77777777" w:rsidR="002376F7" w:rsidRDefault="00000000">
            <w:r>
              <w:rPr>
                <w:sz w:val="16"/>
              </w:rPr>
              <w:t>merkurdia</w:t>
            </w:r>
          </w:p>
        </w:tc>
      </w:tr>
      <w:tr w:rsidR="002376F7" w14:paraId="64DD67D5" w14:textId="77777777">
        <w:trPr>
          <w:jc w:val="center"/>
        </w:trPr>
        <w:tc>
          <w:tcPr>
            <w:tcW w:w="3168" w:type="dxa"/>
            <w:shd w:val="clear" w:color="auto" w:fill="EEF6F8"/>
          </w:tcPr>
          <w:p w14:paraId="5A22DB07" w14:textId="77777777" w:rsidR="002376F7" w:rsidRDefault="00000000">
            <w:r>
              <w:rPr>
                <w:sz w:val="16"/>
              </w:rPr>
              <w:t>Thursday</w:t>
            </w:r>
          </w:p>
        </w:tc>
        <w:tc>
          <w:tcPr>
            <w:tcW w:w="6624" w:type="dxa"/>
            <w:shd w:val="clear" w:color="auto" w:fill="EEF6F8"/>
          </w:tcPr>
          <w:p w14:paraId="0639722A" w14:textId="77777777" w:rsidR="002376F7" w:rsidRDefault="00000000">
            <w:r>
              <w:rPr>
                <w:sz w:val="16"/>
              </w:rPr>
              <w:t>jovedia</w:t>
            </w:r>
          </w:p>
        </w:tc>
      </w:tr>
      <w:tr w:rsidR="002376F7" w14:paraId="43B364D7" w14:textId="77777777">
        <w:trPr>
          <w:jc w:val="center"/>
        </w:trPr>
        <w:tc>
          <w:tcPr>
            <w:tcW w:w="3168" w:type="dxa"/>
          </w:tcPr>
          <w:p w14:paraId="1CE54786" w14:textId="77777777" w:rsidR="002376F7" w:rsidRDefault="00000000">
            <w:r>
              <w:rPr>
                <w:sz w:val="16"/>
              </w:rPr>
              <w:t>Friday</w:t>
            </w:r>
          </w:p>
        </w:tc>
        <w:tc>
          <w:tcPr>
            <w:tcW w:w="6624" w:type="dxa"/>
          </w:tcPr>
          <w:p w14:paraId="22F59DCC" w14:textId="77777777" w:rsidR="002376F7" w:rsidRDefault="00000000">
            <w:r>
              <w:rPr>
                <w:sz w:val="16"/>
              </w:rPr>
              <w:t>venerdia</w:t>
            </w:r>
          </w:p>
        </w:tc>
      </w:tr>
      <w:tr w:rsidR="002376F7" w14:paraId="5F3E00C0" w14:textId="77777777">
        <w:trPr>
          <w:jc w:val="center"/>
        </w:trPr>
        <w:tc>
          <w:tcPr>
            <w:tcW w:w="3168" w:type="dxa"/>
            <w:shd w:val="clear" w:color="auto" w:fill="EEF6F8"/>
          </w:tcPr>
          <w:p w14:paraId="54305BC1" w14:textId="77777777" w:rsidR="002376F7" w:rsidRDefault="00000000">
            <w:r>
              <w:rPr>
                <w:sz w:val="16"/>
              </w:rPr>
              <w:t>Saturday</w:t>
            </w:r>
          </w:p>
        </w:tc>
        <w:tc>
          <w:tcPr>
            <w:tcW w:w="6624" w:type="dxa"/>
            <w:shd w:val="clear" w:color="auto" w:fill="EEF6F8"/>
          </w:tcPr>
          <w:p w14:paraId="5E3CD82C" w14:textId="77777777" w:rsidR="002376F7" w:rsidRDefault="00000000">
            <w:r>
              <w:rPr>
                <w:sz w:val="16"/>
              </w:rPr>
              <w:t>saturdia</w:t>
            </w:r>
          </w:p>
        </w:tc>
      </w:tr>
      <w:tr w:rsidR="002376F7" w14:paraId="1F3082C5" w14:textId="77777777">
        <w:trPr>
          <w:jc w:val="center"/>
        </w:trPr>
        <w:tc>
          <w:tcPr>
            <w:tcW w:w="3168" w:type="dxa"/>
          </w:tcPr>
          <w:p w14:paraId="68AFADC0" w14:textId="77777777" w:rsidR="002376F7" w:rsidRDefault="00000000">
            <w:r>
              <w:rPr>
                <w:sz w:val="16"/>
              </w:rPr>
              <w:t>Sunday</w:t>
            </w:r>
          </w:p>
        </w:tc>
        <w:tc>
          <w:tcPr>
            <w:tcW w:w="6624" w:type="dxa"/>
          </w:tcPr>
          <w:p w14:paraId="36A97D16" w14:textId="77777777" w:rsidR="002376F7" w:rsidRDefault="00000000">
            <w:r>
              <w:rPr>
                <w:sz w:val="16"/>
              </w:rPr>
              <w:t>soldia</w:t>
            </w:r>
          </w:p>
        </w:tc>
      </w:tr>
    </w:tbl>
    <w:p w14:paraId="231587E0" w14:textId="77777777" w:rsidR="002376F7" w:rsidRDefault="002376F7">
      <w:pPr>
        <w:spacing w:after="120"/>
      </w:pPr>
    </w:p>
    <w:p w14:paraId="0C0A5AB8" w14:textId="77777777" w:rsidR="002376F7" w:rsidRDefault="00000000">
      <w:pPr>
        <w:pStyle w:val="Heading2"/>
      </w:pPr>
      <w:r>
        <w:t>Months</w:t>
      </w:r>
    </w:p>
    <w:tbl>
      <w:tblPr>
        <w:tblStyle w:val="TableGrid"/>
        <w:tblW w:w="0" w:type="auto"/>
        <w:jc w:val="center"/>
        <w:tblLook w:val="04A0" w:firstRow="1" w:lastRow="0" w:firstColumn="1" w:lastColumn="0" w:noHBand="0" w:noVBand="1"/>
      </w:tblPr>
      <w:tblGrid>
        <w:gridCol w:w="3168"/>
        <w:gridCol w:w="6624"/>
      </w:tblGrid>
      <w:tr w:rsidR="002376F7" w14:paraId="07AA8843" w14:textId="77777777">
        <w:trPr>
          <w:tblHeader/>
          <w:jc w:val="center"/>
        </w:trPr>
        <w:tc>
          <w:tcPr>
            <w:tcW w:w="3168" w:type="dxa"/>
            <w:shd w:val="clear" w:color="auto" w:fill="163B60"/>
          </w:tcPr>
          <w:p w14:paraId="0446FD1E" w14:textId="77777777" w:rsidR="002376F7" w:rsidRDefault="00000000">
            <w:r>
              <w:rPr>
                <w:b/>
                <w:color w:val="FFFFFF"/>
                <w:sz w:val="16"/>
              </w:rPr>
              <w:t>English</w:t>
            </w:r>
          </w:p>
        </w:tc>
        <w:tc>
          <w:tcPr>
            <w:tcW w:w="6624" w:type="dxa"/>
            <w:shd w:val="clear" w:color="auto" w:fill="163B60"/>
          </w:tcPr>
          <w:p w14:paraId="32692B2F" w14:textId="77777777" w:rsidR="002376F7" w:rsidRDefault="00000000">
            <w:r>
              <w:rPr>
                <w:b/>
                <w:color w:val="FFFFFF"/>
                <w:sz w:val="16"/>
              </w:rPr>
              <w:t>Claralinga</w:t>
            </w:r>
          </w:p>
        </w:tc>
      </w:tr>
      <w:tr w:rsidR="002376F7" w14:paraId="24B8CAEF" w14:textId="77777777">
        <w:trPr>
          <w:jc w:val="center"/>
        </w:trPr>
        <w:tc>
          <w:tcPr>
            <w:tcW w:w="3168" w:type="dxa"/>
          </w:tcPr>
          <w:p w14:paraId="343A322E" w14:textId="77777777" w:rsidR="002376F7" w:rsidRDefault="00000000">
            <w:r>
              <w:rPr>
                <w:sz w:val="16"/>
              </w:rPr>
              <w:t>January</w:t>
            </w:r>
          </w:p>
        </w:tc>
        <w:tc>
          <w:tcPr>
            <w:tcW w:w="6624" w:type="dxa"/>
          </w:tcPr>
          <w:p w14:paraId="37A3DF42" w14:textId="77777777" w:rsidR="002376F7" w:rsidRDefault="00000000">
            <w:r>
              <w:rPr>
                <w:sz w:val="16"/>
              </w:rPr>
              <w:t>januar</w:t>
            </w:r>
          </w:p>
        </w:tc>
      </w:tr>
      <w:tr w:rsidR="002376F7" w14:paraId="59ED930E" w14:textId="77777777">
        <w:trPr>
          <w:jc w:val="center"/>
        </w:trPr>
        <w:tc>
          <w:tcPr>
            <w:tcW w:w="3168" w:type="dxa"/>
            <w:shd w:val="clear" w:color="auto" w:fill="EEF6F8"/>
          </w:tcPr>
          <w:p w14:paraId="604DF223" w14:textId="77777777" w:rsidR="002376F7" w:rsidRDefault="00000000">
            <w:r>
              <w:rPr>
                <w:sz w:val="16"/>
              </w:rPr>
              <w:t>February</w:t>
            </w:r>
          </w:p>
        </w:tc>
        <w:tc>
          <w:tcPr>
            <w:tcW w:w="6624" w:type="dxa"/>
            <w:shd w:val="clear" w:color="auto" w:fill="EEF6F8"/>
          </w:tcPr>
          <w:p w14:paraId="294F1536" w14:textId="77777777" w:rsidR="002376F7" w:rsidRDefault="00000000">
            <w:r>
              <w:rPr>
                <w:sz w:val="16"/>
              </w:rPr>
              <w:t>februar</w:t>
            </w:r>
          </w:p>
        </w:tc>
      </w:tr>
      <w:tr w:rsidR="002376F7" w14:paraId="7F0E0181" w14:textId="77777777">
        <w:trPr>
          <w:jc w:val="center"/>
        </w:trPr>
        <w:tc>
          <w:tcPr>
            <w:tcW w:w="3168" w:type="dxa"/>
          </w:tcPr>
          <w:p w14:paraId="0A2F6325" w14:textId="77777777" w:rsidR="002376F7" w:rsidRDefault="00000000">
            <w:r>
              <w:rPr>
                <w:sz w:val="16"/>
              </w:rPr>
              <w:t>March</w:t>
            </w:r>
          </w:p>
        </w:tc>
        <w:tc>
          <w:tcPr>
            <w:tcW w:w="6624" w:type="dxa"/>
          </w:tcPr>
          <w:p w14:paraId="56FB3ADD" w14:textId="77777777" w:rsidR="002376F7" w:rsidRDefault="00000000">
            <w:r>
              <w:rPr>
                <w:sz w:val="16"/>
              </w:rPr>
              <w:t>mars</w:t>
            </w:r>
          </w:p>
        </w:tc>
      </w:tr>
      <w:tr w:rsidR="002376F7" w14:paraId="267746C8" w14:textId="77777777">
        <w:trPr>
          <w:jc w:val="center"/>
        </w:trPr>
        <w:tc>
          <w:tcPr>
            <w:tcW w:w="3168" w:type="dxa"/>
            <w:shd w:val="clear" w:color="auto" w:fill="EEF6F8"/>
          </w:tcPr>
          <w:p w14:paraId="575CAE2B" w14:textId="77777777" w:rsidR="002376F7" w:rsidRDefault="00000000">
            <w:r>
              <w:rPr>
                <w:sz w:val="16"/>
              </w:rPr>
              <w:t>April</w:t>
            </w:r>
          </w:p>
        </w:tc>
        <w:tc>
          <w:tcPr>
            <w:tcW w:w="6624" w:type="dxa"/>
            <w:shd w:val="clear" w:color="auto" w:fill="EEF6F8"/>
          </w:tcPr>
          <w:p w14:paraId="19928EA6" w14:textId="77777777" w:rsidR="002376F7" w:rsidRDefault="00000000">
            <w:r>
              <w:rPr>
                <w:sz w:val="16"/>
              </w:rPr>
              <w:t>april</w:t>
            </w:r>
          </w:p>
        </w:tc>
      </w:tr>
      <w:tr w:rsidR="002376F7" w14:paraId="7B5A8AF9" w14:textId="77777777">
        <w:trPr>
          <w:jc w:val="center"/>
        </w:trPr>
        <w:tc>
          <w:tcPr>
            <w:tcW w:w="3168" w:type="dxa"/>
          </w:tcPr>
          <w:p w14:paraId="48E31D47" w14:textId="77777777" w:rsidR="002376F7" w:rsidRDefault="00000000">
            <w:r>
              <w:rPr>
                <w:sz w:val="16"/>
              </w:rPr>
              <w:t>May</w:t>
            </w:r>
          </w:p>
        </w:tc>
        <w:tc>
          <w:tcPr>
            <w:tcW w:w="6624" w:type="dxa"/>
          </w:tcPr>
          <w:p w14:paraId="4BE71697" w14:textId="77777777" w:rsidR="002376F7" w:rsidRDefault="00000000">
            <w:r>
              <w:rPr>
                <w:sz w:val="16"/>
              </w:rPr>
              <w:t>mai</w:t>
            </w:r>
          </w:p>
        </w:tc>
      </w:tr>
      <w:tr w:rsidR="002376F7" w14:paraId="64B4D84B" w14:textId="77777777">
        <w:trPr>
          <w:jc w:val="center"/>
        </w:trPr>
        <w:tc>
          <w:tcPr>
            <w:tcW w:w="3168" w:type="dxa"/>
            <w:shd w:val="clear" w:color="auto" w:fill="EEF6F8"/>
          </w:tcPr>
          <w:p w14:paraId="5B9276C7" w14:textId="77777777" w:rsidR="002376F7" w:rsidRDefault="00000000">
            <w:r>
              <w:rPr>
                <w:sz w:val="16"/>
              </w:rPr>
              <w:t>June</w:t>
            </w:r>
          </w:p>
        </w:tc>
        <w:tc>
          <w:tcPr>
            <w:tcW w:w="6624" w:type="dxa"/>
            <w:shd w:val="clear" w:color="auto" w:fill="EEF6F8"/>
          </w:tcPr>
          <w:p w14:paraId="1CE3A81B" w14:textId="77777777" w:rsidR="002376F7" w:rsidRDefault="00000000">
            <w:r>
              <w:rPr>
                <w:sz w:val="16"/>
              </w:rPr>
              <w:t>juni</w:t>
            </w:r>
          </w:p>
        </w:tc>
      </w:tr>
      <w:tr w:rsidR="002376F7" w14:paraId="233C460E" w14:textId="77777777">
        <w:trPr>
          <w:jc w:val="center"/>
        </w:trPr>
        <w:tc>
          <w:tcPr>
            <w:tcW w:w="3168" w:type="dxa"/>
          </w:tcPr>
          <w:p w14:paraId="08DA8FD7" w14:textId="77777777" w:rsidR="002376F7" w:rsidRDefault="00000000">
            <w:r>
              <w:rPr>
                <w:sz w:val="16"/>
              </w:rPr>
              <w:t>July</w:t>
            </w:r>
          </w:p>
        </w:tc>
        <w:tc>
          <w:tcPr>
            <w:tcW w:w="6624" w:type="dxa"/>
          </w:tcPr>
          <w:p w14:paraId="43CCCF5F" w14:textId="77777777" w:rsidR="002376F7" w:rsidRDefault="00000000">
            <w:r>
              <w:rPr>
                <w:sz w:val="16"/>
              </w:rPr>
              <w:t>juli</w:t>
            </w:r>
          </w:p>
        </w:tc>
      </w:tr>
      <w:tr w:rsidR="002376F7" w14:paraId="3BB93170" w14:textId="77777777">
        <w:trPr>
          <w:jc w:val="center"/>
        </w:trPr>
        <w:tc>
          <w:tcPr>
            <w:tcW w:w="3168" w:type="dxa"/>
            <w:shd w:val="clear" w:color="auto" w:fill="EEF6F8"/>
          </w:tcPr>
          <w:p w14:paraId="5A58590E" w14:textId="77777777" w:rsidR="002376F7" w:rsidRDefault="00000000">
            <w:r>
              <w:rPr>
                <w:sz w:val="16"/>
              </w:rPr>
              <w:t>August</w:t>
            </w:r>
          </w:p>
        </w:tc>
        <w:tc>
          <w:tcPr>
            <w:tcW w:w="6624" w:type="dxa"/>
            <w:shd w:val="clear" w:color="auto" w:fill="EEF6F8"/>
          </w:tcPr>
          <w:p w14:paraId="0A5D635A" w14:textId="77777777" w:rsidR="002376F7" w:rsidRDefault="00000000">
            <w:r>
              <w:rPr>
                <w:sz w:val="16"/>
              </w:rPr>
              <w:t>august</w:t>
            </w:r>
          </w:p>
        </w:tc>
      </w:tr>
      <w:tr w:rsidR="002376F7" w14:paraId="44804B3D" w14:textId="77777777">
        <w:trPr>
          <w:jc w:val="center"/>
        </w:trPr>
        <w:tc>
          <w:tcPr>
            <w:tcW w:w="3168" w:type="dxa"/>
          </w:tcPr>
          <w:p w14:paraId="4AAA62F0" w14:textId="77777777" w:rsidR="002376F7" w:rsidRDefault="00000000">
            <w:r>
              <w:rPr>
                <w:sz w:val="16"/>
              </w:rPr>
              <w:t>September</w:t>
            </w:r>
          </w:p>
        </w:tc>
        <w:tc>
          <w:tcPr>
            <w:tcW w:w="6624" w:type="dxa"/>
          </w:tcPr>
          <w:p w14:paraId="05A27572" w14:textId="77777777" w:rsidR="002376F7" w:rsidRDefault="00000000">
            <w:r>
              <w:rPr>
                <w:sz w:val="16"/>
              </w:rPr>
              <w:t>septembr</w:t>
            </w:r>
          </w:p>
        </w:tc>
      </w:tr>
      <w:tr w:rsidR="002376F7" w14:paraId="38B270B4" w14:textId="77777777">
        <w:trPr>
          <w:jc w:val="center"/>
        </w:trPr>
        <w:tc>
          <w:tcPr>
            <w:tcW w:w="3168" w:type="dxa"/>
            <w:shd w:val="clear" w:color="auto" w:fill="EEF6F8"/>
          </w:tcPr>
          <w:p w14:paraId="08D33F2D" w14:textId="77777777" w:rsidR="002376F7" w:rsidRDefault="00000000">
            <w:r>
              <w:rPr>
                <w:sz w:val="16"/>
              </w:rPr>
              <w:t>October</w:t>
            </w:r>
          </w:p>
        </w:tc>
        <w:tc>
          <w:tcPr>
            <w:tcW w:w="6624" w:type="dxa"/>
            <w:shd w:val="clear" w:color="auto" w:fill="EEF6F8"/>
          </w:tcPr>
          <w:p w14:paraId="2B2B56EC" w14:textId="77777777" w:rsidR="002376F7" w:rsidRDefault="00000000">
            <w:r>
              <w:rPr>
                <w:sz w:val="16"/>
              </w:rPr>
              <w:t>octobr</w:t>
            </w:r>
          </w:p>
        </w:tc>
      </w:tr>
      <w:tr w:rsidR="002376F7" w14:paraId="534D024A" w14:textId="77777777">
        <w:trPr>
          <w:jc w:val="center"/>
        </w:trPr>
        <w:tc>
          <w:tcPr>
            <w:tcW w:w="3168" w:type="dxa"/>
          </w:tcPr>
          <w:p w14:paraId="309A827B" w14:textId="77777777" w:rsidR="002376F7" w:rsidRDefault="00000000">
            <w:r>
              <w:rPr>
                <w:sz w:val="16"/>
              </w:rPr>
              <w:t>November</w:t>
            </w:r>
          </w:p>
        </w:tc>
        <w:tc>
          <w:tcPr>
            <w:tcW w:w="6624" w:type="dxa"/>
          </w:tcPr>
          <w:p w14:paraId="328C8166" w14:textId="77777777" w:rsidR="002376F7" w:rsidRDefault="00000000">
            <w:r>
              <w:rPr>
                <w:sz w:val="16"/>
              </w:rPr>
              <w:t>novembr</w:t>
            </w:r>
          </w:p>
        </w:tc>
      </w:tr>
      <w:tr w:rsidR="002376F7" w14:paraId="2DE22990" w14:textId="77777777">
        <w:trPr>
          <w:jc w:val="center"/>
        </w:trPr>
        <w:tc>
          <w:tcPr>
            <w:tcW w:w="3168" w:type="dxa"/>
            <w:shd w:val="clear" w:color="auto" w:fill="EEF6F8"/>
          </w:tcPr>
          <w:p w14:paraId="4C5DC1B9" w14:textId="77777777" w:rsidR="002376F7" w:rsidRDefault="00000000">
            <w:r>
              <w:rPr>
                <w:sz w:val="16"/>
              </w:rPr>
              <w:t>Dekmber</w:t>
            </w:r>
          </w:p>
        </w:tc>
        <w:tc>
          <w:tcPr>
            <w:tcW w:w="6624" w:type="dxa"/>
            <w:shd w:val="clear" w:color="auto" w:fill="EEF6F8"/>
          </w:tcPr>
          <w:p w14:paraId="43DDC52D" w14:textId="77777777" w:rsidR="002376F7" w:rsidRDefault="00000000">
            <w:r>
              <w:rPr>
                <w:sz w:val="16"/>
              </w:rPr>
              <w:t>dekmbr</w:t>
            </w:r>
          </w:p>
        </w:tc>
      </w:tr>
    </w:tbl>
    <w:p w14:paraId="58614776" w14:textId="77777777" w:rsidR="002376F7" w:rsidRDefault="002376F7">
      <w:pPr>
        <w:spacing w:after="120"/>
      </w:pPr>
    </w:p>
    <w:p w14:paraId="26FF6504" w14:textId="77777777" w:rsidR="002376F7" w:rsidRDefault="00000000">
      <w:pPr>
        <w:pStyle w:val="Heading2"/>
      </w:pPr>
      <w:r>
        <w:t>Time Phrases</w:t>
      </w:r>
    </w:p>
    <w:tbl>
      <w:tblPr>
        <w:tblStyle w:val="TableGrid"/>
        <w:tblW w:w="0" w:type="auto"/>
        <w:jc w:val="center"/>
        <w:tblLook w:val="04A0" w:firstRow="1" w:lastRow="0" w:firstColumn="1" w:lastColumn="0" w:noHBand="0" w:noVBand="1"/>
      </w:tblPr>
      <w:tblGrid>
        <w:gridCol w:w="4032"/>
        <w:gridCol w:w="5760"/>
      </w:tblGrid>
      <w:tr w:rsidR="002376F7" w14:paraId="069AA4FA" w14:textId="77777777">
        <w:trPr>
          <w:tblHeader/>
          <w:jc w:val="center"/>
        </w:trPr>
        <w:tc>
          <w:tcPr>
            <w:tcW w:w="4032" w:type="dxa"/>
            <w:shd w:val="clear" w:color="auto" w:fill="163B60"/>
          </w:tcPr>
          <w:p w14:paraId="2ED31A8E" w14:textId="77777777" w:rsidR="002376F7" w:rsidRDefault="00000000">
            <w:r>
              <w:rPr>
                <w:b/>
                <w:color w:val="FFFFFF"/>
                <w:sz w:val="16"/>
              </w:rPr>
              <w:t>Claralinga</w:t>
            </w:r>
          </w:p>
        </w:tc>
        <w:tc>
          <w:tcPr>
            <w:tcW w:w="5760" w:type="dxa"/>
            <w:shd w:val="clear" w:color="auto" w:fill="163B60"/>
          </w:tcPr>
          <w:p w14:paraId="73AE73BA" w14:textId="77777777" w:rsidR="002376F7" w:rsidRDefault="00000000">
            <w:r>
              <w:rPr>
                <w:b/>
                <w:color w:val="FFFFFF"/>
                <w:sz w:val="16"/>
              </w:rPr>
              <w:t>English</w:t>
            </w:r>
          </w:p>
        </w:tc>
      </w:tr>
      <w:tr w:rsidR="002376F7" w14:paraId="25CE12A5" w14:textId="77777777">
        <w:trPr>
          <w:jc w:val="center"/>
        </w:trPr>
        <w:tc>
          <w:tcPr>
            <w:tcW w:w="4032" w:type="dxa"/>
          </w:tcPr>
          <w:p w14:paraId="75B7CEC7" w14:textId="77777777" w:rsidR="002376F7" w:rsidRDefault="00000000">
            <w:r>
              <w:rPr>
                <w:sz w:val="16"/>
              </w:rPr>
              <w:t>hodia</w:t>
            </w:r>
          </w:p>
        </w:tc>
        <w:tc>
          <w:tcPr>
            <w:tcW w:w="5760" w:type="dxa"/>
          </w:tcPr>
          <w:p w14:paraId="27849ED5" w14:textId="77777777" w:rsidR="002376F7" w:rsidRDefault="00000000">
            <w:r>
              <w:rPr>
                <w:sz w:val="16"/>
              </w:rPr>
              <w:t>today</w:t>
            </w:r>
          </w:p>
        </w:tc>
      </w:tr>
      <w:tr w:rsidR="002376F7" w14:paraId="2A591143" w14:textId="77777777">
        <w:trPr>
          <w:jc w:val="center"/>
        </w:trPr>
        <w:tc>
          <w:tcPr>
            <w:tcW w:w="4032" w:type="dxa"/>
            <w:shd w:val="clear" w:color="auto" w:fill="EEF6F8"/>
          </w:tcPr>
          <w:p w14:paraId="6DADFF6F" w14:textId="77777777" w:rsidR="002376F7" w:rsidRDefault="00000000">
            <w:r>
              <w:rPr>
                <w:sz w:val="16"/>
              </w:rPr>
              <w:t>morga</w:t>
            </w:r>
          </w:p>
        </w:tc>
        <w:tc>
          <w:tcPr>
            <w:tcW w:w="5760" w:type="dxa"/>
            <w:shd w:val="clear" w:color="auto" w:fill="EEF6F8"/>
          </w:tcPr>
          <w:p w14:paraId="472D27B4" w14:textId="77777777" w:rsidR="002376F7" w:rsidRDefault="00000000">
            <w:r>
              <w:rPr>
                <w:sz w:val="16"/>
              </w:rPr>
              <w:t>tomorrow</w:t>
            </w:r>
          </w:p>
        </w:tc>
      </w:tr>
      <w:tr w:rsidR="002376F7" w14:paraId="44E0DE41" w14:textId="77777777">
        <w:trPr>
          <w:jc w:val="center"/>
        </w:trPr>
        <w:tc>
          <w:tcPr>
            <w:tcW w:w="4032" w:type="dxa"/>
          </w:tcPr>
          <w:p w14:paraId="35F80E42" w14:textId="77777777" w:rsidR="002376F7" w:rsidRDefault="00000000">
            <w:r>
              <w:rPr>
                <w:sz w:val="16"/>
              </w:rPr>
              <w:t>yester</w:t>
            </w:r>
          </w:p>
        </w:tc>
        <w:tc>
          <w:tcPr>
            <w:tcW w:w="5760" w:type="dxa"/>
          </w:tcPr>
          <w:p w14:paraId="0847C86E" w14:textId="77777777" w:rsidR="002376F7" w:rsidRDefault="00000000">
            <w:r>
              <w:rPr>
                <w:sz w:val="16"/>
              </w:rPr>
              <w:t>yesterday</w:t>
            </w:r>
          </w:p>
        </w:tc>
      </w:tr>
      <w:tr w:rsidR="002376F7" w14:paraId="5451733E" w14:textId="77777777">
        <w:trPr>
          <w:jc w:val="center"/>
        </w:trPr>
        <w:tc>
          <w:tcPr>
            <w:tcW w:w="4032" w:type="dxa"/>
            <w:shd w:val="clear" w:color="auto" w:fill="EEF6F8"/>
          </w:tcPr>
          <w:p w14:paraId="01BB4998" w14:textId="77777777" w:rsidR="002376F7" w:rsidRDefault="00000000">
            <w:r>
              <w:rPr>
                <w:sz w:val="16"/>
              </w:rPr>
              <w:t>matin</w:t>
            </w:r>
          </w:p>
        </w:tc>
        <w:tc>
          <w:tcPr>
            <w:tcW w:w="5760" w:type="dxa"/>
            <w:shd w:val="clear" w:color="auto" w:fill="EEF6F8"/>
          </w:tcPr>
          <w:p w14:paraId="090307DE" w14:textId="77777777" w:rsidR="002376F7" w:rsidRDefault="00000000">
            <w:r>
              <w:rPr>
                <w:sz w:val="16"/>
              </w:rPr>
              <w:t>morning</w:t>
            </w:r>
          </w:p>
        </w:tc>
      </w:tr>
      <w:tr w:rsidR="002376F7" w14:paraId="330A7B7C" w14:textId="77777777">
        <w:trPr>
          <w:jc w:val="center"/>
        </w:trPr>
        <w:tc>
          <w:tcPr>
            <w:tcW w:w="4032" w:type="dxa"/>
          </w:tcPr>
          <w:p w14:paraId="53BEE6B5" w14:textId="77777777" w:rsidR="002376F7" w:rsidRDefault="00000000">
            <w:r>
              <w:rPr>
                <w:sz w:val="16"/>
              </w:rPr>
              <w:t>pos-dia</w:t>
            </w:r>
          </w:p>
        </w:tc>
        <w:tc>
          <w:tcPr>
            <w:tcW w:w="5760" w:type="dxa"/>
          </w:tcPr>
          <w:p w14:paraId="5DA58C76" w14:textId="77777777" w:rsidR="002376F7" w:rsidRDefault="00000000">
            <w:r>
              <w:rPr>
                <w:sz w:val="16"/>
              </w:rPr>
              <w:t>afternoon</w:t>
            </w:r>
          </w:p>
        </w:tc>
      </w:tr>
      <w:tr w:rsidR="002376F7" w14:paraId="5BDCD8C6" w14:textId="77777777">
        <w:trPr>
          <w:jc w:val="center"/>
        </w:trPr>
        <w:tc>
          <w:tcPr>
            <w:tcW w:w="4032" w:type="dxa"/>
            <w:shd w:val="clear" w:color="auto" w:fill="EEF6F8"/>
          </w:tcPr>
          <w:p w14:paraId="34301E1D" w14:textId="77777777" w:rsidR="002376F7" w:rsidRDefault="00000000">
            <w:r>
              <w:rPr>
                <w:sz w:val="16"/>
              </w:rPr>
              <w:t>vesper</w:t>
            </w:r>
          </w:p>
        </w:tc>
        <w:tc>
          <w:tcPr>
            <w:tcW w:w="5760" w:type="dxa"/>
            <w:shd w:val="clear" w:color="auto" w:fill="EEF6F8"/>
          </w:tcPr>
          <w:p w14:paraId="34FFFEC0" w14:textId="77777777" w:rsidR="002376F7" w:rsidRDefault="00000000">
            <w:r>
              <w:rPr>
                <w:sz w:val="16"/>
              </w:rPr>
              <w:t>evening</w:t>
            </w:r>
          </w:p>
        </w:tc>
      </w:tr>
      <w:tr w:rsidR="002376F7" w14:paraId="50571CE0" w14:textId="77777777">
        <w:trPr>
          <w:jc w:val="center"/>
        </w:trPr>
        <w:tc>
          <w:tcPr>
            <w:tcW w:w="4032" w:type="dxa"/>
          </w:tcPr>
          <w:p w14:paraId="427519A4" w14:textId="77777777" w:rsidR="002376F7" w:rsidRDefault="00000000">
            <w:r>
              <w:rPr>
                <w:sz w:val="16"/>
              </w:rPr>
              <w:t>nokte</w:t>
            </w:r>
          </w:p>
        </w:tc>
        <w:tc>
          <w:tcPr>
            <w:tcW w:w="5760" w:type="dxa"/>
          </w:tcPr>
          <w:p w14:paraId="21659022" w14:textId="77777777" w:rsidR="002376F7" w:rsidRDefault="00000000">
            <w:r>
              <w:rPr>
                <w:sz w:val="16"/>
              </w:rPr>
              <w:t>night</w:t>
            </w:r>
          </w:p>
        </w:tc>
      </w:tr>
      <w:tr w:rsidR="002376F7" w14:paraId="0386C995" w14:textId="77777777">
        <w:trPr>
          <w:jc w:val="center"/>
        </w:trPr>
        <w:tc>
          <w:tcPr>
            <w:tcW w:w="4032" w:type="dxa"/>
            <w:shd w:val="clear" w:color="auto" w:fill="EEF6F8"/>
          </w:tcPr>
          <w:p w14:paraId="38FBA3E1" w14:textId="77777777" w:rsidR="002376F7" w:rsidRDefault="00000000">
            <w:r>
              <w:rPr>
                <w:sz w:val="16"/>
              </w:rPr>
              <w:t>Qual hora es?</w:t>
            </w:r>
          </w:p>
        </w:tc>
        <w:tc>
          <w:tcPr>
            <w:tcW w:w="5760" w:type="dxa"/>
            <w:shd w:val="clear" w:color="auto" w:fill="EEF6F8"/>
          </w:tcPr>
          <w:p w14:paraId="28CAB4CC" w14:textId="77777777" w:rsidR="002376F7" w:rsidRDefault="00000000">
            <w:r>
              <w:rPr>
                <w:sz w:val="16"/>
              </w:rPr>
              <w:t>What time is it?</w:t>
            </w:r>
          </w:p>
        </w:tc>
      </w:tr>
      <w:tr w:rsidR="002376F7" w14:paraId="6B37821C" w14:textId="77777777">
        <w:trPr>
          <w:jc w:val="center"/>
        </w:trPr>
        <w:tc>
          <w:tcPr>
            <w:tcW w:w="4032" w:type="dxa"/>
          </w:tcPr>
          <w:p w14:paraId="64F019F1" w14:textId="77777777" w:rsidR="002376F7" w:rsidRDefault="00000000">
            <w:r>
              <w:rPr>
                <w:sz w:val="16"/>
              </w:rPr>
              <w:t>Lo es tre hora.</w:t>
            </w:r>
          </w:p>
        </w:tc>
        <w:tc>
          <w:tcPr>
            <w:tcW w:w="5760" w:type="dxa"/>
          </w:tcPr>
          <w:p w14:paraId="6A2010F5" w14:textId="77777777" w:rsidR="002376F7" w:rsidRDefault="00000000">
            <w:r>
              <w:rPr>
                <w:sz w:val="16"/>
              </w:rPr>
              <w:t>It is three o’clock.</w:t>
            </w:r>
          </w:p>
        </w:tc>
      </w:tr>
      <w:tr w:rsidR="002376F7" w14:paraId="5C53B996" w14:textId="77777777">
        <w:trPr>
          <w:jc w:val="center"/>
        </w:trPr>
        <w:tc>
          <w:tcPr>
            <w:tcW w:w="4032" w:type="dxa"/>
            <w:shd w:val="clear" w:color="auto" w:fill="EEF6F8"/>
          </w:tcPr>
          <w:p w14:paraId="4B8756B8" w14:textId="77777777" w:rsidR="002376F7" w:rsidRDefault="00000000">
            <w:r>
              <w:rPr>
                <w:sz w:val="16"/>
              </w:rPr>
              <w:t>Kan nos va komensa?</w:t>
            </w:r>
          </w:p>
        </w:tc>
        <w:tc>
          <w:tcPr>
            <w:tcW w:w="5760" w:type="dxa"/>
            <w:shd w:val="clear" w:color="auto" w:fill="EEF6F8"/>
          </w:tcPr>
          <w:p w14:paraId="2216B613" w14:textId="77777777" w:rsidR="002376F7" w:rsidRDefault="00000000">
            <w:r>
              <w:rPr>
                <w:sz w:val="16"/>
              </w:rPr>
              <w:t>When will we begin?</w:t>
            </w:r>
          </w:p>
        </w:tc>
      </w:tr>
    </w:tbl>
    <w:p w14:paraId="1303A2A9" w14:textId="77777777" w:rsidR="002376F7" w:rsidRDefault="002376F7">
      <w:pPr>
        <w:spacing w:after="120"/>
      </w:pPr>
    </w:p>
    <w:p w14:paraId="0D83E7D8" w14:textId="77777777" w:rsidR="002376F7" w:rsidRDefault="00000000">
      <w:r/>
    </w:p>
    <w:p w14:paraId="1861F0A9" w14:textId="77777777" w:rsidR="002376F7" w:rsidRDefault="00000000">
      <w:pPr>
        <w:pStyle w:val="ChapterLabel"/>
      </w:pPr>
      <w:r>
        <w:t>Chapter 14</w:t>
      </w:r>
    </w:p>
    <w:p w14:paraId="005A36CD" w14:textId="77777777" w:rsidR="002376F7" w:rsidRDefault="00000000">
      <w:pPr>
        <w:pStyle w:val="ChapterTitle"/>
        <w:keepNext/>
      </w:pPr>
      <w:r>
        <w:t>Usage Notes and Accepted Variants</w:t>
      </w:r>
    </w:p>
    <w:p w14:paraId="1FF4FAD1" w14:textId="77777777" w:rsidR="002376F7" w:rsidRDefault="00000000">
      <w:pPr>
        <w:pStyle w:val="ChapterSubtitle"/>
      </w:pPr>
      <w:r>
        <w:t>Keeping useful words from stepping on each other</w:t>
      </w:r>
    </w:p>
    <w:p w14:paraId="1446DB14" w14:textId="77777777" w:rsidR="002376F7" w:rsidRDefault="002376F7">
      <w:pPr>
        <w:pBdr>
          <w:bottom w:val="single" w:sz="12" w:space="1" w:color="DAA520"/>
        </w:pBdr>
        <w:spacing w:after="160"/>
      </w:pPr>
    </w:p>
    <w:p w14:paraId="7D4F4423" w14:textId="77777777" w:rsidR="002376F7" w:rsidRDefault="00000000">
      <w:pPr>
        <w:pStyle w:val="Heading2"/>
      </w:pPr>
      <w:r>
        <w:t>Important Usage Notes</w:t>
      </w:r>
    </w:p>
    <w:tbl>
      <w:tblPr>
        <w:tblStyle w:val="TableGrid"/>
        <w:tblW w:w="0" w:type="auto"/>
        <w:jc w:val="center"/>
        <w:tblLook w:val="04A0" w:firstRow="1" w:lastRow="0" w:firstColumn="1" w:lastColumn="0" w:noHBand="0" w:noVBand="1"/>
      </w:tblPr>
      <w:tblGrid>
        <w:gridCol w:w="2088"/>
        <w:gridCol w:w="3240"/>
        <w:gridCol w:w="4752"/>
      </w:tblGrid>
      <w:tr w:rsidR="002376F7" w14:paraId="68E42C67" w14:textId="77777777">
        <w:trPr>
          <w:tblHeader/>
          <w:jc w:val="center"/>
        </w:trPr>
        <w:tc>
          <w:tcPr>
            <w:tcW w:w="2088" w:type="dxa"/>
            <w:shd w:val="clear" w:color="auto" w:fill="163B60"/>
          </w:tcPr>
          <w:p w14:paraId="64F5E38E" w14:textId="77777777" w:rsidR="002376F7" w:rsidRDefault="00000000">
            <w:r>
              <w:rPr>
                <w:b/>
                <w:color w:val="FFFFFF"/>
                <w:sz w:val="16"/>
              </w:rPr>
              <w:t>Word / Pair</w:t>
            </w:r>
          </w:p>
        </w:tc>
        <w:tc>
          <w:tcPr>
            <w:tcW w:w="3240" w:type="dxa"/>
            <w:shd w:val="clear" w:color="auto" w:fill="163B60"/>
          </w:tcPr>
          <w:p w14:paraId="4827ADB4" w14:textId="77777777" w:rsidR="002376F7" w:rsidRDefault="00000000">
            <w:r>
              <w:rPr>
                <w:b/>
                <w:color w:val="FFFFFF"/>
                <w:sz w:val="16"/>
              </w:rPr>
              <w:t>Use</w:t>
            </w:r>
          </w:p>
        </w:tc>
        <w:tc>
          <w:tcPr>
            <w:tcW w:w="4752" w:type="dxa"/>
            <w:shd w:val="clear" w:color="auto" w:fill="163B60"/>
          </w:tcPr>
          <w:p w14:paraId="353FBA8B" w14:textId="77777777" w:rsidR="002376F7" w:rsidRDefault="00000000">
            <w:r>
              <w:rPr>
                <w:b/>
                <w:color w:val="FFFFFF"/>
                <w:sz w:val="16"/>
              </w:rPr>
              <w:t>Examples</w:t>
            </w:r>
          </w:p>
        </w:tc>
      </w:tr>
      <w:tr w:rsidR="002376F7" w14:paraId="7B2FA6C1" w14:textId="77777777">
        <w:trPr>
          <w:jc w:val="center"/>
        </w:trPr>
        <w:tc>
          <w:tcPr>
            <w:tcW w:w="2088" w:type="dxa"/>
          </w:tcPr>
          <w:p w14:paraId="14885751" w14:textId="77777777" w:rsidR="002376F7" w:rsidRDefault="00000000">
            <w:r>
              <w:rPr>
                <w:sz w:val="15"/>
              </w:rPr>
              <w:t>es</w:t>
            </w:r>
          </w:p>
        </w:tc>
        <w:tc>
          <w:tcPr>
            <w:tcW w:w="3240" w:type="dxa"/>
          </w:tcPr>
          <w:p w14:paraId="4D8A877B" w14:textId="77777777" w:rsidR="002376F7" w:rsidRDefault="00000000">
            <w:r>
              <w:rPr>
                <w:sz w:val="15"/>
              </w:rPr>
              <w:t>is / are / be</w:t>
            </w:r>
          </w:p>
        </w:tc>
        <w:tc>
          <w:tcPr>
            <w:tcW w:w="4752" w:type="dxa"/>
          </w:tcPr>
          <w:p w14:paraId="567C5758" w14:textId="77777777" w:rsidR="002376F7" w:rsidRDefault="00000000">
            <w:r w:rsidRPr="00145494">
              <w:rPr>
                <w:sz w:val="15"/>
                <w:lang w:val="es-ES"/>
              </w:rPr>
              <w:t xml:space="preserve">Mi es Chad. La dom es grande. </w:t>
            </w:r>
            <w:r>
              <w:rPr>
                <w:sz w:val="15"/>
              </w:rPr>
              <w:t>Nos es ici.</w:t>
            </w:r>
          </w:p>
        </w:tc>
      </w:tr>
      <w:tr w:rsidR="002376F7" w14:paraId="7341E43B" w14:textId="77777777">
        <w:trPr>
          <w:jc w:val="center"/>
        </w:trPr>
        <w:tc>
          <w:tcPr>
            <w:tcW w:w="2088" w:type="dxa"/>
            <w:shd w:val="clear" w:color="auto" w:fill="EEF6F8"/>
          </w:tcPr>
          <w:p w14:paraId="6E1D2782" w14:textId="77777777" w:rsidR="002376F7" w:rsidRDefault="00000000">
            <w:r>
              <w:rPr>
                <w:sz w:val="15"/>
              </w:rPr>
              <w:t>far</w:t>
            </w:r>
          </w:p>
        </w:tc>
        <w:tc>
          <w:tcPr>
            <w:tcW w:w="3240" w:type="dxa"/>
            <w:shd w:val="clear" w:color="auto" w:fill="EEF6F8"/>
          </w:tcPr>
          <w:p w14:paraId="6F81878E" w14:textId="77777777" w:rsidR="002376F7" w:rsidRDefault="00000000">
            <w:r>
              <w:rPr>
                <w:sz w:val="15"/>
              </w:rPr>
              <w:t>do / make</w:t>
            </w:r>
          </w:p>
        </w:tc>
        <w:tc>
          <w:tcPr>
            <w:tcW w:w="4752" w:type="dxa"/>
            <w:shd w:val="clear" w:color="auto" w:fill="EEF6F8"/>
          </w:tcPr>
          <w:p w14:paraId="573A50FD" w14:textId="77777777" w:rsidR="002376F7" w:rsidRDefault="00000000">
            <w:r w:rsidRPr="00145494">
              <w:rPr>
                <w:sz w:val="15"/>
                <w:lang w:val="es-ES"/>
              </w:rPr>
              <w:t xml:space="preserve">Mi far un lista. Mi far la labor. </w:t>
            </w:r>
            <w:r>
              <w:rPr>
                <w:sz w:val="15"/>
              </w:rPr>
              <w:t>Use krea when “create” is clearer.</w:t>
            </w:r>
          </w:p>
        </w:tc>
      </w:tr>
      <w:tr w:rsidR="002376F7" w14:paraId="1C0A5790" w14:textId="77777777">
        <w:trPr>
          <w:jc w:val="center"/>
        </w:trPr>
        <w:tc>
          <w:tcPr>
            <w:tcW w:w="2088" w:type="dxa"/>
          </w:tcPr>
          <w:p w14:paraId="41DDA1F8" w14:textId="77777777" w:rsidR="002376F7" w:rsidRDefault="00000000">
            <w:r>
              <w:rPr>
                <w:sz w:val="15"/>
              </w:rPr>
              <w:t>voli</w:t>
            </w:r>
          </w:p>
        </w:tc>
        <w:tc>
          <w:tcPr>
            <w:tcW w:w="3240" w:type="dxa"/>
          </w:tcPr>
          <w:p w14:paraId="6E9B8EB8" w14:textId="77777777" w:rsidR="002376F7" w:rsidRDefault="00000000">
            <w:r>
              <w:rPr>
                <w:sz w:val="15"/>
              </w:rPr>
              <w:t>want</w:t>
            </w:r>
          </w:p>
        </w:tc>
        <w:tc>
          <w:tcPr>
            <w:tcW w:w="4752" w:type="dxa"/>
          </w:tcPr>
          <w:p w14:paraId="60BF0AB3" w14:textId="77777777" w:rsidR="002376F7" w:rsidRDefault="00000000">
            <w:r>
              <w:rPr>
                <w:sz w:val="15"/>
              </w:rPr>
              <w:t>Mi voli akua.</w:t>
            </w:r>
          </w:p>
        </w:tc>
      </w:tr>
      <w:tr w:rsidR="002376F7" w14:paraId="461B9ABE" w14:textId="77777777">
        <w:trPr>
          <w:jc w:val="center"/>
        </w:trPr>
        <w:tc>
          <w:tcPr>
            <w:tcW w:w="2088" w:type="dxa"/>
            <w:shd w:val="clear" w:color="auto" w:fill="EEF6F8"/>
          </w:tcPr>
          <w:p w14:paraId="53CDDD51" w14:textId="77777777" w:rsidR="002376F7" w:rsidRDefault="00000000">
            <w:r>
              <w:rPr>
                <w:sz w:val="15"/>
              </w:rPr>
              <w:t>desira</w:t>
            </w:r>
          </w:p>
        </w:tc>
        <w:tc>
          <w:tcPr>
            <w:tcW w:w="3240" w:type="dxa"/>
            <w:shd w:val="clear" w:color="auto" w:fill="EEF6F8"/>
          </w:tcPr>
          <w:p w14:paraId="1BB05A7F" w14:textId="77777777" w:rsidR="002376F7" w:rsidRDefault="00000000">
            <w:r>
              <w:rPr>
                <w:sz w:val="15"/>
              </w:rPr>
              <w:t>desire / wish</w:t>
            </w:r>
          </w:p>
        </w:tc>
        <w:tc>
          <w:tcPr>
            <w:tcW w:w="4752" w:type="dxa"/>
            <w:shd w:val="clear" w:color="auto" w:fill="EEF6F8"/>
          </w:tcPr>
          <w:p w14:paraId="578C8D75" w14:textId="77777777" w:rsidR="002376F7" w:rsidRDefault="00000000">
            <w:r>
              <w:rPr>
                <w:sz w:val="15"/>
              </w:rPr>
              <w:t>Ela desira pase.</w:t>
            </w:r>
          </w:p>
        </w:tc>
      </w:tr>
      <w:tr w:rsidR="002376F7" w14:paraId="1A57CE98" w14:textId="77777777">
        <w:trPr>
          <w:jc w:val="center"/>
        </w:trPr>
        <w:tc>
          <w:tcPr>
            <w:tcW w:w="2088" w:type="dxa"/>
          </w:tcPr>
          <w:p w14:paraId="2C0C51AD" w14:textId="77777777" w:rsidR="002376F7" w:rsidRDefault="00000000">
            <w:r>
              <w:rPr>
                <w:sz w:val="15"/>
              </w:rPr>
              <w:t>nesesita</w:t>
            </w:r>
          </w:p>
        </w:tc>
        <w:tc>
          <w:tcPr>
            <w:tcW w:w="3240" w:type="dxa"/>
          </w:tcPr>
          <w:p w14:paraId="6FA62DD7" w14:textId="77777777" w:rsidR="002376F7" w:rsidRDefault="00000000">
            <w:r>
              <w:rPr>
                <w:sz w:val="15"/>
              </w:rPr>
              <w:t>need</w:t>
            </w:r>
          </w:p>
        </w:tc>
        <w:tc>
          <w:tcPr>
            <w:tcW w:w="4752" w:type="dxa"/>
          </w:tcPr>
          <w:p w14:paraId="553982B2" w14:textId="77777777" w:rsidR="002376F7" w:rsidRDefault="00000000">
            <w:r>
              <w:rPr>
                <w:sz w:val="15"/>
              </w:rPr>
              <w:t>Nos nesesita ajuda.</w:t>
            </w:r>
          </w:p>
        </w:tc>
      </w:tr>
      <w:tr w:rsidR="002376F7" w:rsidRPr="00145494" w14:paraId="372A8863" w14:textId="77777777">
        <w:trPr>
          <w:jc w:val="center"/>
        </w:trPr>
        <w:tc>
          <w:tcPr>
            <w:tcW w:w="2088" w:type="dxa"/>
            <w:shd w:val="clear" w:color="auto" w:fill="EEF6F8"/>
          </w:tcPr>
          <w:p w14:paraId="359D4E39" w14:textId="77777777" w:rsidR="002376F7" w:rsidRDefault="00000000">
            <w:r>
              <w:rPr>
                <w:sz w:val="15"/>
              </w:rPr>
              <w:t>bon vs bene</w:t>
            </w:r>
          </w:p>
        </w:tc>
        <w:tc>
          <w:tcPr>
            <w:tcW w:w="3240" w:type="dxa"/>
            <w:shd w:val="clear" w:color="auto" w:fill="EEF6F8"/>
          </w:tcPr>
          <w:p w14:paraId="6ECEB29A" w14:textId="77777777" w:rsidR="002376F7" w:rsidRDefault="00000000">
            <w:r>
              <w:rPr>
                <w:sz w:val="15"/>
              </w:rPr>
              <w:t>bon = good adjective; bene = well/en a good way</w:t>
            </w:r>
          </w:p>
        </w:tc>
        <w:tc>
          <w:tcPr>
            <w:tcW w:w="4752" w:type="dxa"/>
            <w:shd w:val="clear" w:color="auto" w:fill="EEF6F8"/>
          </w:tcPr>
          <w:p w14:paraId="0AA6AC3E" w14:textId="77777777" w:rsidR="002376F7" w:rsidRPr="00145494" w:rsidRDefault="00000000">
            <w:pPr>
              <w:rPr>
                <w:lang w:val="es-ES"/>
              </w:rPr>
            </w:pPr>
            <w:r w:rsidRPr="00145494">
              <w:rPr>
                <w:sz w:val="15"/>
                <w:lang w:val="es-ES"/>
              </w:rPr>
              <w:t>un bon libro; Tu parla bene.</w:t>
            </w:r>
          </w:p>
        </w:tc>
      </w:tr>
    </w:tbl>
    <w:p w14:paraId="75BF0AD7" w14:textId="77777777" w:rsidR="002376F7" w:rsidRPr="00145494" w:rsidRDefault="002376F7">
      <w:pPr>
        <w:spacing w:after="120"/>
        <w:rPr>
          <w:lang w:val="es-ES"/>
        </w:rPr>
      </w:pPr>
    </w:p>
    <w:p w14:paraId="3D0FC1E2" w14:textId="77777777" w:rsidR="002376F7" w:rsidRDefault="00000000">
      <w:pPr>
        <w:pStyle w:val="Heading2"/>
      </w:pPr>
      <w:r>
        <w:t>Official and Accepted Forms</w:t>
      </w:r>
    </w:p>
    <w:tbl>
      <w:tblPr>
        <w:tblStyle w:val="TableGrid"/>
        <w:tblW w:w="0" w:type="auto"/>
        <w:jc w:val="center"/>
        <w:tblLook w:val="04A0" w:firstRow="1" w:lastRow="0" w:firstColumn="1" w:lastColumn="0" w:noHBand="0" w:noVBand="1"/>
      </w:tblPr>
      <w:tblGrid>
        <w:gridCol w:w="1800"/>
        <w:gridCol w:w="4104"/>
        <w:gridCol w:w="4176"/>
      </w:tblGrid>
      <w:tr w:rsidR="002376F7" w14:paraId="46F5602E" w14:textId="77777777">
        <w:trPr>
          <w:tblHeader/>
          <w:jc w:val="center"/>
        </w:trPr>
        <w:tc>
          <w:tcPr>
            <w:tcW w:w="1800" w:type="dxa"/>
            <w:shd w:val="clear" w:color="auto" w:fill="163B60"/>
          </w:tcPr>
          <w:p w14:paraId="208DC49C" w14:textId="77777777" w:rsidR="002376F7" w:rsidRDefault="00000000">
            <w:r>
              <w:rPr>
                <w:b/>
                <w:color w:val="FFFFFF"/>
                <w:sz w:val="16"/>
              </w:rPr>
              <w:t>Form</w:t>
            </w:r>
          </w:p>
        </w:tc>
        <w:tc>
          <w:tcPr>
            <w:tcW w:w="4104" w:type="dxa"/>
            <w:shd w:val="clear" w:color="auto" w:fill="163B60"/>
          </w:tcPr>
          <w:p w14:paraId="79BC4F6A" w14:textId="77777777" w:rsidR="002376F7" w:rsidRDefault="00000000">
            <w:r>
              <w:rPr>
                <w:b/>
                <w:color w:val="FFFFFF"/>
                <w:sz w:val="16"/>
              </w:rPr>
              <w:t>Status / Meaning</w:t>
            </w:r>
          </w:p>
        </w:tc>
        <w:tc>
          <w:tcPr>
            <w:tcW w:w="4176" w:type="dxa"/>
            <w:shd w:val="clear" w:color="auto" w:fill="163B60"/>
          </w:tcPr>
          <w:p w14:paraId="483F7EEF" w14:textId="77777777" w:rsidR="002376F7" w:rsidRDefault="00000000">
            <w:r>
              <w:rPr>
                <w:b/>
                <w:color w:val="FFFFFF"/>
                <w:sz w:val="16"/>
              </w:rPr>
              <w:t>Guidance</w:t>
            </w:r>
          </w:p>
        </w:tc>
      </w:tr>
      <w:tr w:rsidR="002376F7" w14:paraId="77109A4E" w14:textId="77777777">
        <w:trPr>
          <w:jc w:val="center"/>
        </w:trPr>
        <w:tc>
          <w:tcPr>
            <w:tcW w:w="1800" w:type="dxa"/>
          </w:tcPr>
          <w:p w14:paraId="4E7797E1" w14:textId="77777777" w:rsidR="002376F7" w:rsidRDefault="00000000">
            <w:r>
              <w:rPr>
                <w:sz w:val="15"/>
              </w:rPr>
              <w:t>linga</w:t>
            </w:r>
          </w:p>
        </w:tc>
        <w:tc>
          <w:tcPr>
            <w:tcW w:w="4104" w:type="dxa"/>
          </w:tcPr>
          <w:p w14:paraId="5D0A8467" w14:textId="77777777" w:rsidR="002376F7" w:rsidRDefault="00000000">
            <w:r>
              <w:rPr>
                <w:sz w:val="15"/>
              </w:rPr>
              <w:t>official/common word for language in formal explanations</w:t>
            </w:r>
          </w:p>
        </w:tc>
        <w:tc>
          <w:tcPr>
            <w:tcW w:w="4176" w:type="dxa"/>
          </w:tcPr>
          <w:p w14:paraId="7786524F" w14:textId="77777777" w:rsidR="002376F7" w:rsidRDefault="00000000">
            <w:r>
              <w:rPr>
                <w:sz w:val="15"/>
              </w:rPr>
              <w:t>Use en textbook titles and normal speech.</w:t>
            </w:r>
          </w:p>
        </w:tc>
      </w:tr>
      <w:tr w:rsidR="002376F7" w14:paraId="684D4DE8" w14:textId="77777777">
        <w:trPr>
          <w:jc w:val="center"/>
        </w:trPr>
        <w:tc>
          <w:tcPr>
            <w:tcW w:w="1800" w:type="dxa"/>
            <w:shd w:val="clear" w:color="auto" w:fill="EEF6F8"/>
          </w:tcPr>
          <w:p w14:paraId="52FC9B0B" w14:textId="77777777" w:rsidR="002376F7" w:rsidRDefault="00000000">
            <w:r>
              <w:rPr>
                <w:sz w:val="15"/>
              </w:rPr>
              <w:t>linga</w:t>
            </w:r>
          </w:p>
        </w:tc>
        <w:tc>
          <w:tcPr>
            <w:tcW w:w="4104" w:type="dxa"/>
            <w:shd w:val="clear" w:color="auto" w:fill="EEF6F8"/>
          </w:tcPr>
          <w:p w14:paraId="3FD4E6D0" w14:textId="77777777" w:rsidR="002376F7" w:rsidRDefault="00000000">
            <w:r>
              <w:rPr>
                <w:sz w:val="15"/>
              </w:rPr>
              <w:t>accepted shorter/familiar form, especially in the name Claralinga</w:t>
            </w:r>
          </w:p>
        </w:tc>
        <w:tc>
          <w:tcPr>
            <w:tcW w:w="4176" w:type="dxa"/>
            <w:shd w:val="clear" w:color="auto" w:fill="EEF6F8"/>
          </w:tcPr>
          <w:p w14:paraId="65A79007" w14:textId="77777777" w:rsidR="002376F7" w:rsidRDefault="00000000">
            <w:r>
              <w:rPr>
                <w:sz w:val="15"/>
              </w:rPr>
              <w:t>Do not overuse when linga is clearer.</w:t>
            </w:r>
          </w:p>
        </w:tc>
      </w:tr>
      <w:tr w:rsidR="002376F7" w14:paraId="26CA2C85" w14:textId="77777777">
        <w:trPr>
          <w:jc w:val="center"/>
        </w:trPr>
        <w:tc>
          <w:tcPr>
            <w:tcW w:w="1800" w:type="dxa"/>
          </w:tcPr>
          <w:p w14:paraId="78B2B6A9" w14:textId="77777777" w:rsidR="002376F7" w:rsidRDefault="00000000">
            <w:r>
              <w:rPr>
                <w:sz w:val="15"/>
              </w:rPr>
              <w:t>libro</w:t>
            </w:r>
          </w:p>
        </w:tc>
        <w:tc>
          <w:tcPr>
            <w:tcW w:w="4104" w:type="dxa"/>
          </w:tcPr>
          <w:p w14:paraId="7B167B7C" w14:textId="77777777" w:rsidR="002376F7" w:rsidRDefault="00000000">
            <w:r>
              <w:rPr>
                <w:sz w:val="15"/>
              </w:rPr>
              <w:t>ordinary book</w:t>
            </w:r>
          </w:p>
        </w:tc>
        <w:tc>
          <w:tcPr>
            <w:tcW w:w="4176" w:type="dxa"/>
          </w:tcPr>
          <w:p w14:paraId="288C3B42" w14:textId="77777777" w:rsidR="002376F7" w:rsidRDefault="00000000">
            <w:r>
              <w:rPr>
                <w:sz w:val="15"/>
              </w:rPr>
              <w:t>Default word for book.</w:t>
            </w:r>
          </w:p>
        </w:tc>
      </w:tr>
      <w:tr w:rsidR="002376F7" w14:paraId="23879EDA" w14:textId="77777777">
        <w:trPr>
          <w:jc w:val="center"/>
        </w:trPr>
        <w:tc>
          <w:tcPr>
            <w:tcW w:w="1800" w:type="dxa"/>
            <w:shd w:val="clear" w:color="auto" w:fill="EEF6F8"/>
          </w:tcPr>
          <w:p w14:paraId="351AA01E" w14:textId="77777777" w:rsidR="002376F7" w:rsidRDefault="00000000">
            <w:r>
              <w:rPr>
                <w:sz w:val="15"/>
              </w:rPr>
              <w:t>bibli</w:t>
            </w:r>
          </w:p>
        </w:tc>
        <w:tc>
          <w:tcPr>
            <w:tcW w:w="4104" w:type="dxa"/>
            <w:shd w:val="clear" w:color="auto" w:fill="EEF6F8"/>
          </w:tcPr>
          <w:p w14:paraId="597D6268" w14:textId="77777777" w:rsidR="002376F7" w:rsidRDefault="00000000">
            <w:r>
              <w:rPr>
                <w:sz w:val="15"/>
              </w:rPr>
              <w:t>book-related learned root or compound element</w:t>
            </w:r>
          </w:p>
        </w:tc>
        <w:tc>
          <w:tcPr>
            <w:tcW w:w="4176" w:type="dxa"/>
            <w:shd w:val="clear" w:color="auto" w:fill="EEF6F8"/>
          </w:tcPr>
          <w:p w14:paraId="3A3522DF" w14:textId="77777777" w:rsidR="002376F7" w:rsidRDefault="00000000">
            <w:r>
              <w:rPr>
                <w:sz w:val="15"/>
              </w:rPr>
              <w:t>Use carefully en compounds or learned terms.</w:t>
            </w:r>
          </w:p>
        </w:tc>
      </w:tr>
      <w:tr w:rsidR="002376F7" w14:paraId="6B36B4AC" w14:textId="77777777">
        <w:trPr>
          <w:jc w:val="center"/>
        </w:trPr>
        <w:tc>
          <w:tcPr>
            <w:tcW w:w="1800" w:type="dxa"/>
          </w:tcPr>
          <w:p w14:paraId="24E5E2DE" w14:textId="77777777" w:rsidR="002376F7" w:rsidRDefault="00000000">
            <w:r>
              <w:rPr>
                <w:sz w:val="15"/>
              </w:rPr>
              <w:t>hora</w:t>
            </w:r>
          </w:p>
        </w:tc>
        <w:tc>
          <w:tcPr>
            <w:tcW w:w="4104" w:type="dxa"/>
          </w:tcPr>
          <w:p w14:paraId="223D380A" w14:textId="77777777" w:rsidR="002376F7" w:rsidRDefault="00000000">
            <w:r>
              <w:rPr>
                <w:sz w:val="15"/>
              </w:rPr>
              <w:t>hour</w:t>
            </w:r>
          </w:p>
        </w:tc>
        <w:tc>
          <w:tcPr>
            <w:tcW w:w="4176" w:type="dxa"/>
          </w:tcPr>
          <w:p w14:paraId="219BA5DC" w14:textId="77777777" w:rsidR="002376F7" w:rsidRDefault="00000000">
            <w:r>
              <w:rPr>
                <w:sz w:val="15"/>
              </w:rPr>
              <w:t>Preferred for time units.</w:t>
            </w:r>
          </w:p>
        </w:tc>
      </w:tr>
      <w:tr w:rsidR="002376F7" w14:paraId="30B46F4F" w14:textId="77777777">
        <w:trPr>
          <w:jc w:val="center"/>
        </w:trPr>
        <w:tc>
          <w:tcPr>
            <w:tcW w:w="1800" w:type="dxa"/>
            <w:shd w:val="clear" w:color="auto" w:fill="EEF6F8"/>
          </w:tcPr>
          <w:p w14:paraId="2CBE1CD4" w14:textId="77777777" w:rsidR="002376F7" w:rsidRDefault="00000000">
            <w:r>
              <w:rPr>
                <w:sz w:val="15"/>
              </w:rPr>
              <w:t>ora</w:t>
            </w:r>
          </w:p>
        </w:tc>
        <w:tc>
          <w:tcPr>
            <w:tcW w:w="4104" w:type="dxa"/>
            <w:shd w:val="clear" w:color="auto" w:fill="EEF6F8"/>
          </w:tcPr>
          <w:p w14:paraId="1464ABB0" w14:textId="77777777" w:rsidR="002376F7" w:rsidRDefault="00000000">
            <w:r>
              <w:rPr>
                <w:sz w:val="15"/>
              </w:rPr>
              <w:t>current moment/now, if needed</w:t>
            </w:r>
          </w:p>
        </w:tc>
        <w:tc>
          <w:tcPr>
            <w:tcW w:w="4176" w:type="dxa"/>
            <w:shd w:val="clear" w:color="auto" w:fill="EEF6F8"/>
          </w:tcPr>
          <w:p w14:paraId="751B3B07" w14:textId="77777777" w:rsidR="002376F7" w:rsidRDefault="00000000">
            <w:r>
              <w:rPr>
                <w:sz w:val="15"/>
              </w:rPr>
              <w:t>Use sparingly because nu already covers now/current marking.</w:t>
            </w:r>
          </w:p>
        </w:tc>
      </w:tr>
      <w:tr w:rsidR="002376F7" w14:paraId="77D7D794" w14:textId="77777777">
        <w:trPr>
          <w:jc w:val="center"/>
        </w:trPr>
        <w:tc>
          <w:tcPr>
            <w:tcW w:w="1800" w:type="dxa"/>
          </w:tcPr>
          <w:p w14:paraId="151EF59B" w14:textId="77777777" w:rsidR="002376F7" w:rsidRDefault="00000000">
            <w:r>
              <w:rPr>
                <w:sz w:val="15"/>
              </w:rPr>
              <w:t>bon</w:t>
            </w:r>
          </w:p>
        </w:tc>
        <w:tc>
          <w:tcPr>
            <w:tcW w:w="4104" w:type="dxa"/>
          </w:tcPr>
          <w:p w14:paraId="5FC0EEDC" w14:textId="77777777" w:rsidR="002376F7" w:rsidRDefault="00000000">
            <w:r>
              <w:rPr>
                <w:sz w:val="15"/>
              </w:rPr>
              <w:t>good adjective</w:t>
            </w:r>
          </w:p>
        </w:tc>
        <w:tc>
          <w:tcPr>
            <w:tcW w:w="4176" w:type="dxa"/>
          </w:tcPr>
          <w:p w14:paraId="07984691" w14:textId="77777777" w:rsidR="002376F7" w:rsidRDefault="00000000">
            <w:r>
              <w:rPr>
                <w:sz w:val="15"/>
              </w:rPr>
              <w:t>un bon libro = a good book</w:t>
            </w:r>
          </w:p>
        </w:tc>
      </w:tr>
      <w:tr w:rsidR="002376F7" w14:paraId="6B75D3EB" w14:textId="77777777">
        <w:trPr>
          <w:jc w:val="center"/>
        </w:trPr>
        <w:tc>
          <w:tcPr>
            <w:tcW w:w="1800" w:type="dxa"/>
            <w:shd w:val="clear" w:color="auto" w:fill="EEF6F8"/>
          </w:tcPr>
          <w:p w14:paraId="2E763DBB" w14:textId="77777777" w:rsidR="002376F7" w:rsidRDefault="00000000">
            <w:r>
              <w:rPr>
                <w:sz w:val="15"/>
              </w:rPr>
              <w:t>bene</w:t>
            </w:r>
          </w:p>
        </w:tc>
        <w:tc>
          <w:tcPr>
            <w:tcW w:w="4104" w:type="dxa"/>
            <w:shd w:val="clear" w:color="auto" w:fill="EEF6F8"/>
          </w:tcPr>
          <w:p w14:paraId="092AF73E" w14:textId="77777777" w:rsidR="002376F7" w:rsidRDefault="00000000">
            <w:r>
              <w:rPr>
                <w:sz w:val="15"/>
              </w:rPr>
              <w:t>well / en a good way</w:t>
            </w:r>
          </w:p>
        </w:tc>
        <w:tc>
          <w:tcPr>
            <w:tcW w:w="4176" w:type="dxa"/>
            <w:shd w:val="clear" w:color="auto" w:fill="EEF6F8"/>
          </w:tcPr>
          <w:p w14:paraId="505BC3DD" w14:textId="77777777" w:rsidR="002376F7" w:rsidRDefault="00000000">
            <w:r>
              <w:rPr>
                <w:sz w:val="15"/>
              </w:rPr>
              <w:t>Tu parla bene = You speak well.</w:t>
            </w:r>
          </w:p>
        </w:tc>
      </w:tr>
    </w:tbl>
    <w:p w14:paraId="224FC806" w14:textId="77777777" w:rsidR="002376F7" w:rsidRDefault="002376F7">
      <w:pPr>
        <w:spacing w:after="120"/>
      </w:pPr>
    </w:p>
    <w:p w14:paraId="69B94626" w14:textId="77777777" w:rsidR="002376F7" w:rsidRDefault="00000000">
      <w:r/>
    </w:p>
    <w:p w14:paraId="03C513F3" w14:textId="77777777" w:rsidR="002376F7" w:rsidRDefault="00000000">
      <w:pPr>
        <w:pStyle w:val="ChapterLabel"/>
      </w:pPr>
      <w:r>
        <w:t>Chapter 15</w:t>
      </w:r>
    </w:p>
    <w:p w14:paraId="3A9AF338" w14:textId="77777777" w:rsidR="002376F7" w:rsidRDefault="00000000">
      <w:pPr>
        <w:pStyle w:val="ChapterTitle"/>
        <w:keepNext/>
      </w:pPr>
      <w:r>
        <w:t>Word Building and Clarity Rules</w:t>
      </w:r>
    </w:p>
    <w:p w14:paraId="6571900C" w14:textId="77777777" w:rsidR="002376F7" w:rsidRDefault="00000000">
      <w:pPr>
        <w:pStyle w:val="ChapterSubtitle"/>
      </w:pPr>
      <w:r>
        <w:t>The guardrails</w:t>
      </w:r>
    </w:p>
    <w:p w14:paraId="50AFFAFE"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3096"/>
        <w:gridCol w:w="3456"/>
        <w:gridCol w:w="3528"/>
      </w:tblGrid>
      <w:tr w:rsidR="002376F7" w14:paraId="1C20AAF4" w14:textId="77777777">
        <w:trPr>
          <w:tblHeader/>
          <w:jc w:val="center"/>
        </w:trPr>
        <w:tc>
          <w:tcPr>
            <w:tcW w:w="3096" w:type="dxa"/>
            <w:shd w:val="clear" w:color="auto" w:fill="163B60"/>
          </w:tcPr>
          <w:p w14:paraId="0A3CCBED" w14:textId="77777777" w:rsidR="002376F7" w:rsidRDefault="00000000">
            <w:r>
              <w:rPr>
                <w:b/>
                <w:color w:val="FFFFFF"/>
                <w:sz w:val="16"/>
              </w:rPr>
              <w:t>Rule</w:t>
            </w:r>
          </w:p>
        </w:tc>
        <w:tc>
          <w:tcPr>
            <w:tcW w:w="3456" w:type="dxa"/>
            <w:shd w:val="clear" w:color="auto" w:fill="163B60"/>
          </w:tcPr>
          <w:p w14:paraId="5967FAEB" w14:textId="77777777" w:rsidR="002376F7" w:rsidRDefault="00000000">
            <w:r>
              <w:rPr>
                <w:b/>
                <w:color w:val="FFFFFF"/>
                <w:sz w:val="16"/>
              </w:rPr>
              <w:t>Preferred Examples</w:t>
            </w:r>
          </w:p>
        </w:tc>
        <w:tc>
          <w:tcPr>
            <w:tcW w:w="3528" w:type="dxa"/>
            <w:shd w:val="clear" w:color="auto" w:fill="163B60"/>
          </w:tcPr>
          <w:p w14:paraId="0511EF94" w14:textId="77777777" w:rsidR="002376F7" w:rsidRDefault="00000000">
            <w:r>
              <w:rPr>
                <w:b/>
                <w:color w:val="FFFFFF"/>
                <w:sz w:val="16"/>
              </w:rPr>
              <w:t>Reason</w:t>
            </w:r>
          </w:p>
        </w:tc>
      </w:tr>
      <w:tr w:rsidR="002376F7" w14:paraId="00641590" w14:textId="77777777">
        <w:trPr>
          <w:jc w:val="center"/>
        </w:trPr>
        <w:tc>
          <w:tcPr>
            <w:tcW w:w="3096" w:type="dxa"/>
          </w:tcPr>
          <w:p w14:paraId="2C4B103C" w14:textId="77777777" w:rsidR="002376F7" w:rsidRDefault="00000000">
            <w:r>
              <w:rPr>
                <w:sz w:val="15"/>
              </w:rPr>
              <w:t>Use final -i for abstract nouns</w:t>
            </w:r>
          </w:p>
        </w:tc>
        <w:tc>
          <w:tcPr>
            <w:tcW w:w="3456" w:type="dxa"/>
          </w:tcPr>
          <w:p w14:paraId="56BA8D1C" w14:textId="77777777" w:rsidR="002376F7" w:rsidRPr="00145494" w:rsidRDefault="00000000">
            <w:pPr>
              <w:rPr>
                <w:lang w:val="fr-FR"/>
              </w:rPr>
            </w:pPr>
            <w:r w:rsidRPr="00145494">
              <w:rPr>
                <w:sz w:val="15"/>
                <w:lang w:val="fr-FR"/>
              </w:rPr>
              <w:t>histori, famili, energi, demokrati, liberti</w:t>
            </w:r>
          </w:p>
        </w:tc>
        <w:tc>
          <w:tcPr>
            <w:tcW w:w="3528" w:type="dxa"/>
          </w:tcPr>
          <w:p w14:paraId="4DC457AB" w14:textId="77777777" w:rsidR="002376F7" w:rsidRDefault="00000000">
            <w:r>
              <w:rPr>
                <w:sz w:val="15"/>
              </w:rPr>
              <w:t>Avoid unnecessary -ie endings.</w:t>
            </w:r>
          </w:p>
        </w:tc>
      </w:tr>
      <w:tr w:rsidR="002376F7" w14:paraId="17664FC9" w14:textId="77777777">
        <w:trPr>
          <w:jc w:val="center"/>
        </w:trPr>
        <w:tc>
          <w:tcPr>
            <w:tcW w:w="3096" w:type="dxa"/>
            <w:shd w:val="clear" w:color="auto" w:fill="EEF6F8"/>
          </w:tcPr>
          <w:p w14:paraId="1A9BF202" w14:textId="77777777" w:rsidR="002376F7" w:rsidRDefault="00000000">
            <w:r>
              <w:rPr>
                <w:sz w:val="15"/>
              </w:rPr>
              <w:t>Do not use -a as feminine marker</w:t>
            </w:r>
          </w:p>
        </w:tc>
        <w:tc>
          <w:tcPr>
            <w:tcW w:w="3456" w:type="dxa"/>
            <w:shd w:val="clear" w:color="auto" w:fill="EEF6F8"/>
          </w:tcPr>
          <w:p w14:paraId="6B9FEF26" w14:textId="77777777" w:rsidR="002376F7" w:rsidRDefault="00000000">
            <w:r>
              <w:rPr>
                <w:sz w:val="15"/>
              </w:rPr>
              <w:t>il amik / ela amik</w:t>
            </w:r>
          </w:p>
        </w:tc>
        <w:tc>
          <w:tcPr>
            <w:tcW w:w="3528" w:type="dxa"/>
            <w:shd w:val="clear" w:color="auto" w:fill="EEF6F8"/>
          </w:tcPr>
          <w:p w14:paraId="71A66464" w14:textId="77777777" w:rsidR="002376F7" w:rsidRDefault="00000000">
            <w:r>
              <w:rPr>
                <w:sz w:val="15"/>
              </w:rPr>
              <w:t>Claralinga has no grammatical gender.</w:t>
            </w:r>
          </w:p>
        </w:tc>
      </w:tr>
      <w:tr w:rsidR="002376F7" w14:paraId="3B46AC3E" w14:textId="77777777">
        <w:trPr>
          <w:jc w:val="center"/>
        </w:trPr>
        <w:tc>
          <w:tcPr>
            <w:tcW w:w="3096" w:type="dxa"/>
          </w:tcPr>
          <w:p w14:paraId="4B0F8472" w14:textId="77777777" w:rsidR="002376F7" w:rsidRDefault="00000000">
            <w:r>
              <w:rPr>
                <w:sz w:val="15"/>
              </w:rPr>
              <w:t>Prefer separate compounds first</w:t>
            </w:r>
          </w:p>
        </w:tc>
        <w:tc>
          <w:tcPr>
            <w:tcW w:w="3456" w:type="dxa"/>
          </w:tcPr>
          <w:p w14:paraId="2D58EC9F" w14:textId="77777777" w:rsidR="002376F7" w:rsidRDefault="00000000">
            <w:r>
              <w:rPr>
                <w:sz w:val="15"/>
              </w:rPr>
              <w:t>nu tempo, core vocabulari</w:t>
            </w:r>
          </w:p>
        </w:tc>
        <w:tc>
          <w:tcPr>
            <w:tcW w:w="3528" w:type="dxa"/>
          </w:tcPr>
          <w:p w14:paraId="477A561F" w14:textId="77777777" w:rsidR="002376F7" w:rsidRDefault="00000000">
            <w:r>
              <w:rPr>
                <w:sz w:val="15"/>
              </w:rPr>
              <w:t>Fuse only official/common terms.</w:t>
            </w:r>
          </w:p>
        </w:tc>
      </w:tr>
      <w:tr w:rsidR="002376F7" w14:paraId="480CDCE6" w14:textId="77777777">
        <w:trPr>
          <w:jc w:val="center"/>
        </w:trPr>
        <w:tc>
          <w:tcPr>
            <w:tcW w:w="3096" w:type="dxa"/>
            <w:shd w:val="clear" w:color="auto" w:fill="EEF6F8"/>
          </w:tcPr>
          <w:p w14:paraId="214A9D38" w14:textId="77777777" w:rsidR="002376F7" w:rsidRDefault="00000000">
            <w:r>
              <w:rPr>
                <w:sz w:val="15"/>
              </w:rPr>
              <w:t>Keep k default; retained k is default; soft c becomes s k</w:t>
            </w:r>
          </w:p>
        </w:tc>
        <w:tc>
          <w:tcPr>
            <w:tcW w:w="3456" w:type="dxa"/>
            <w:shd w:val="clear" w:color="auto" w:fill="EEF6F8"/>
          </w:tcPr>
          <w:p w14:paraId="467E26E3" w14:textId="77777777" w:rsidR="002376F7" w:rsidRDefault="00000000">
            <w:r>
              <w:rPr>
                <w:sz w:val="15"/>
              </w:rPr>
              <w:t>clar, kultura, cel</w:t>
            </w:r>
          </w:p>
        </w:tc>
        <w:tc>
          <w:tcPr>
            <w:tcW w:w="3528" w:type="dxa"/>
            <w:shd w:val="clear" w:color="auto" w:fill="EEF6F8"/>
          </w:tcPr>
          <w:p w14:paraId="70A6BF7C" w14:textId="77777777" w:rsidR="002376F7" w:rsidRDefault="00000000">
            <w:r>
              <w:rPr>
                <w:sz w:val="15"/>
              </w:rPr>
              <w:t>Use k en new roots if it avoids confusion.</w:t>
            </w:r>
          </w:p>
        </w:tc>
      </w:tr>
      <w:tr w:rsidR="002376F7" w14:paraId="661249AB" w14:textId="77777777">
        <w:trPr>
          <w:jc w:val="center"/>
        </w:trPr>
        <w:tc>
          <w:tcPr>
            <w:tcW w:w="3096" w:type="dxa"/>
          </w:tcPr>
          <w:p w14:paraId="30835047" w14:textId="77777777" w:rsidR="002376F7" w:rsidRDefault="00000000">
            <w:r>
              <w:rPr>
                <w:sz w:val="15"/>
              </w:rPr>
              <w:t>Avoid false friends</w:t>
            </w:r>
          </w:p>
        </w:tc>
        <w:tc>
          <w:tcPr>
            <w:tcW w:w="3456" w:type="dxa"/>
          </w:tcPr>
          <w:p w14:paraId="38AB7CC6" w14:textId="77777777" w:rsidR="002376F7" w:rsidRDefault="00000000">
            <w:r>
              <w:rPr>
                <w:sz w:val="15"/>
              </w:rPr>
              <w:t>real, sensitiv, prudent</w:t>
            </w:r>
          </w:p>
        </w:tc>
        <w:tc>
          <w:tcPr>
            <w:tcW w:w="3528" w:type="dxa"/>
          </w:tcPr>
          <w:p w14:paraId="25DE8EA0" w14:textId="77777777" w:rsidR="002376F7" w:rsidRDefault="00000000">
            <w:r>
              <w:rPr>
                <w:sz w:val="15"/>
              </w:rPr>
              <w:t>Pick the clearest root, not the prettiest one.</w:t>
            </w:r>
          </w:p>
        </w:tc>
      </w:tr>
      <w:tr w:rsidR="002376F7" w14:paraId="17949A51" w14:textId="77777777">
        <w:trPr>
          <w:jc w:val="center"/>
        </w:trPr>
        <w:tc>
          <w:tcPr>
            <w:tcW w:w="3096" w:type="dxa"/>
            <w:shd w:val="clear" w:color="auto" w:fill="EEF6F8"/>
          </w:tcPr>
          <w:p w14:paraId="66A11224" w14:textId="77777777" w:rsidR="002376F7" w:rsidRDefault="00000000">
            <w:r>
              <w:rPr>
                <w:sz w:val="15"/>
              </w:rPr>
              <w:t>Do not double letters unless useful</w:t>
            </w:r>
          </w:p>
        </w:tc>
        <w:tc>
          <w:tcPr>
            <w:tcW w:w="3456" w:type="dxa"/>
            <w:shd w:val="clear" w:color="auto" w:fill="EEF6F8"/>
          </w:tcPr>
          <w:p w14:paraId="4C41D3EE" w14:textId="77777777" w:rsidR="002376F7" w:rsidRDefault="00000000">
            <w:r>
              <w:rPr>
                <w:sz w:val="15"/>
              </w:rPr>
              <w:t>komun, liter, nasion</w:t>
            </w:r>
          </w:p>
        </w:tc>
        <w:tc>
          <w:tcPr>
            <w:tcW w:w="3528" w:type="dxa"/>
            <w:shd w:val="clear" w:color="auto" w:fill="EEF6F8"/>
          </w:tcPr>
          <w:p w14:paraId="146C3E09" w14:textId="77777777" w:rsidR="002376F7" w:rsidRDefault="00000000">
            <w:r>
              <w:rPr>
                <w:sz w:val="15"/>
              </w:rPr>
              <w:t>Simple spelling wins.</w:t>
            </w:r>
          </w:p>
        </w:tc>
      </w:tr>
      <w:tr w:rsidR="002376F7" w14:paraId="647FEDE6" w14:textId="77777777">
        <w:trPr>
          <w:jc w:val="center"/>
        </w:trPr>
        <w:tc>
          <w:tcPr>
            <w:tcW w:w="3096" w:type="dxa"/>
          </w:tcPr>
          <w:p w14:paraId="3AF0CDFF" w14:textId="77777777" w:rsidR="002376F7" w:rsidRDefault="00000000">
            <w:r>
              <w:rPr>
                <w:sz w:val="15"/>
              </w:rPr>
              <w:t>Use one tense marker normally</w:t>
            </w:r>
          </w:p>
        </w:tc>
        <w:tc>
          <w:tcPr>
            <w:tcW w:w="3456" w:type="dxa"/>
          </w:tcPr>
          <w:p w14:paraId="431B8ECC" w14:textId="77777777" w:rsidR="002376F7" w:rsidRDefault="00000000">
            <w:r>
              <w:rPr>
                <w:sz w:val="15"/>
              </w:rPr>
              <w:t>Mi pa vide.</w:t>
            </w:r>
          </w:p>
        </w:tc>
        <w:tc>
          <w:tcPr>
            <w:tcW w:w="3528" w:type="dxa"/>
          </w:tcPr>
          <w:p w14:paraId="1341F5D0" w14:textId="77777777" w:rsidR="002376F7" w:rsidRDefault="00000000">
            <w:r>
              <w:rPr>
                <w:sz w:val="15"/>
              </w:rPr>
              <w:t>Stack only when meaning requires it.</w:t>
            </w:r>
          </w:p>
        </w:tc>
      </w:tr>
    </w:tbl>
    <w:p w14:paraId="1AD67962" w14:textId="77777777" w:rsidR="002376F7" w:rsidRDefault="002376F7">
      <w:pPr>
        <w:spacing w:after="120"/>
      </w:pPr>
    </w:p>
    <w:p w14:paraId="30FB5C80" w14:textId="77777777" w:rsidR="002376F7" w:rsidRDefault="00000000">
      <w:pPr>
        <w:pStyle w:val="Heading2"/>
      </w:pPr>
      <w:r>
        <w:t>Basic Derivation Tools</w:t>
      </w:r>
    </w:p>
    <w:tbl>
      <w:tblPr>
        <w:tblStyle w:val="TableGrid"/>
        <w:tblW w:w="0" w:type="auto"/>
        <w:jc w:val="center"/>
        <w:tblLook w:val="04A0" w:firstRow="1" w:lastRow="0" w:firstColumn="1" w:lastColumn="0" w:noHBand="0" w:noVBand="1"/>
      </w:tblPr>
      <w:tblGrid>
        <w:gridCol w:w="1728"/>
        <w:gridCol w:w="4464"/>
        <w:gridCol w:w="3744"/>
      </w:tblGrid>
      <w:tr w:rsidR="002376F7" w14:paraId="3188E5CC" w14:textId="77777777">
        <w:trPr>
          <w:tblHeader/>
          <w:jc w:val="center"/>
        </w:trPr>
        <w:tc>
          <w:tcPr>
            <w:tcW w:w="1728" w:type="dxa"/>
            <w:shd w:val="clear" w:color="auto" w:fill="163B60"/>
          </w:tcPr>
          <w:p w14:paraId="3618614F" w14:textId="77777777" w:rsidR="002376F7" w:rsidRDefault="00000000">
            <w:r>
              <w:rPr>
                <w:b/>
                <w:color w:val="FFFFFF"/>
                <w:sz w:val="16"/>
              </w:rPr>
              <w:t>Tool</w:t>
            </w:r>
          </w:p>
        </w:tc>
        <w:tc>
          <w:tcPr>
            <w:tcW w:w="4464" w:type="dxa"/>
            <w:shd w:val="clear" w:color="auto" w:fill="163B60"/>
          </w:tcPr>
          <w:p w14:paraId="6059E020" w14:textId="77777777" w:rsidR="002376F7" w:rsidRDefault="00000000">
            <w:r>
              <w:rPr>
                <w:b/>
                <w:color w:val="FFFFFF"/>
                <w:sz w:val="16"/>
              </w:rPr>
              <w:t>Meaning</w:t>
            </w:r>
          </w:p>
        </w:tc>
        <w:tc>
          <w:tcPr>
            <w:tcW w:w="3744" w:type="dxa"/>
            <w:shd w:val="clear" w:color="auto" w:fill="163B60"/>
          </w:tcPr>
          <w:p w14:paraId="72F80FF4" w14:textId="77777777" w:rsidR="002376F7" w:rsidRDefault="00000000">
            <w:r>
              <w:rPr>
                <w:b/>
                <w:color w:val="FFFFFF"/>
                <w:sz w:val="16"/>
              </w:rPr>
              <w:t>Example</w:t>
            </w:r>
          </w:p>
        </w:tc>
      </w:tr>
      <w:tr w:rsidR="002376F7" w14:paraId="7D695F38" w14:textId="77777777">
        <w:trPr>
          <w:jc w:val="center"/>
        </w:trPr>
        <w:tc>
          <w:tcPr>
            <w:tcW w:w="1728" w:type="dxa"/>
          </w:tcPr>
          <w:p w14:paraId="6BE49B26" w14:textId="77777777" w:rsidR="002376F7" w:rsidRDefault="00000000">
            <w:r>
              <w:rPr>
                <w:sz w:val="16"/>
              </w:rPr>
              <w:t>-i</w:t>
            </w:r>
          </w:p>
        </w:tc>
        <w:tc>
          <w:tcPr>
            <w:tcW w:w="4464" w:type="dxa"/>
          </w:tcPr>
          <w:p w14:paraId="3C20EB0E" w14:textId="77777777" w:rsidR="002376F7" w:rsidRDefault="00000000">
            <w:r>
              <w:rPr>
                <w:sz w:val="16"/>
              </w:rPr>
              <w:t>abstract noun / general quality</w:t>
            </w:r>
          </w:p>
        </w:tc>
        <w:tc>
          <w:tcPr>
            <w:tcW w:w="3744" w:type="dxa"/>
          </w:tcPr>
          <w:p w14:paraId="55E64171" w14:textId="77777777" w:rsidR="002376F7" w:rsidRDefault="00000000">
            <w:r>
              <w:rPr>
                <w:sz w:val="16"/>
              </w:rPr>
              <w:t>liber -&gt; liberti</w:t>
            </w:r>
          </w:p>
        </w:tc>
      </w:tr>
      <w:tr w:rsidR="002376F7" w14:paraId="1A3AC3E4" w14:textId="77777777">
        <w:trPr>
          <w:jc w:val="center"/>
        </w:trPr>
        <w:tc>
          <w:tcPr>
            <w:tcW w:w="1728" w:type="dxa"/>
            <w:shd w:val="clear" w:color="auto" w:fill="EEF6F8"/>
          </w:tcPr>
          <w:p w14:paraId="4E76D902" w14:textId="77777777" w:rsidR="002376F7" w:rsidRDefault="00000000">
            <w:r>
              <w:rPr>
                <w:sz w:val="16"/>
              </w:rPr>
              <w:t>-al</w:t>
            </w:r>
          </w:p>
        </w:tc>
        <w:tc>
          <w:tcPr>
            <w:tcW w:w="4464" w:type="dxa"/>
            <w:shd w:val="clear" w:color="auto" w:fill="EEF6F8"/>
          </w:tcPr>
          <w:p w14:paraId="407010B2" w14:textId="77777777" w:rsidR="002376F7" w:rsidRDefault="00000000">
            <w:r>
              <w:rPr>
                <w:sz w:val="16"/>
              </w:rPr>
              <w:t>related-to adjective</w:t>
            </w:r>
          </w:p>
        </w:tc>
        <w:tc>
          <w:tcPr>
            <w:tcW w:w="3744" w:type="dxa"/>
            <w:shd w:val="clear" w:color="auto" w:fill="EEF6F8"/>
          </w:tcPr>
          <w:p w14:paraId="263D56E1" w14:textId="77777777" w:rsidR="002376F7" w:rsidRDefault="00000000">
            <w:r>
              <w:rPr>
                <w:sz w:val="16"/>
              </w:rPr>
              <w:t>nasion -&gt; nasional</w:t>
            </w:r>
          </w:p>
        </w:tc>
      </w:tr>
      <w:tr w:rsidR="002376F7" w14:paraId="465914F6" w14:textId="77777777">
        <w:trPr>
          <w:jc w:val="center"/>
        </w:trPr>
        <w:tc>
          <w:tcPr>
            <w:tcW w:w="1728" w:type="dxa"/>
          </w:tcPr>
          <w:p w14:paraId="5B79C69C" w14:textId="77777777" w:rsidR="002376F7" w:rsidRDefault="00000000">
            <w:r>
              <w:rPr>
                <w:sz w:val="16"/>
              </w:rPr>
              <w:t>-ik</w:t>
            </w:r>
          </w:p>
        </w:tc>
        <w:tc>
          <w:tcPr>
            <w:tcW w:w="4464" w:type="dxa"/>
          </w:tcPr>
          <w:p w14:paraId="69C54522" w14:textId="77777777" w:rsidR="002376F7" w:rsidRDefault="00000000">
            <w:r>
              <w:rPr>
                <w:sz w:val="16"/>
              </w:rPr>
              <w:t>technical/scientific/characteristic adjective</w:t>
            </w:r>
          </w:p>
        </w:tc>
        <w:tc>
          <w:tcPr>
            <w:tcW w:w="3744" w:type="dxa"/>
          </w:tcPr>
          <w:p w14:paraId="4FFA09DC" w14:textId="77777777" w:rsidR="002376F7" w:rsidRDefault="00000000">
            <w:r>
              <w:rPr>
                <w:sz w:val="16"/>
              </w:rPr>
              <w:t>sistem -&gt; sistemik</w:t>
            </w:r>
          </w:p>
        </w:tc>
      </w:tr>
      <w:tr w:rsidR="002376F7" w14:paraId="4A04280A" w14:textId="77777777">
        <w:trPr>
          <w:jc w:val="center"/>
        </w:trPr>
        <w:tc>
          <w:tcPr>
            <w:tcW w:w="1728" w:type="dxa"/>
            <w:shd w:val="clear" w:color="auto" w:fill="EEF6F8"/>
          </w:tcPr>
          <w:p w14:paraId="62860B9D" w14:textId="77777777" w:rsidR="002376F7" w:rsidRDefault="00000000">
            <w:r>
              <w:rPr>
                <w:sz w:val="16"/>
              </w:rPr>
              <w:t>-er</w:t>
            </w:r>
          </w:p>
        </w:tc>
        <w:tc>
          <w:tcPr>
            <w:tcW w:w="4464" w:type="dxa"/>
            <w:shd w:val="clear" w:color="auto" w:fill="EEF6F8"/>
          </w:tcPr>
          <w:p w14:paraId="4B78759A" w14:textId="77777777" w:rsidR="002376F7" w:rsidRDefault="00000000">
            <w:r>
              <w:rPr>
                <w:sz w:val="16"/>
              </w:rPr>
              <w:t>person/tool associated with an action</w:t>
            </w:r>
          </w:p>
        </w:tc>
        <w:tc>
          <w:tcPr>
            <w:tcW w:w="3744" w:type="dxa"/>
            <w:shd w:val="clear" w:color="auto" w:fill="EEF6F8"/>
          </w:tcPr>
          <w:p w14:paraId="6744808A" w14:textId="77777777" w:rsidR="002376F7" w:rsidRDefault="00000000">
            <w:r>
              <w:rPr>
                <w:sz w:val="16"/>
              </w:rPr>
              <w:t>parla -&gt; parler</w:t>
            </w:r>
          </w:p>
        </w:tc>
      </w:tr>
      <w:tr w:rsidR="002376F7" w14:paraId="155C11EB" w14:textId="77777777">
        <w:trPr>
          <w:jc w:val="center"/>
        </w:trPr>
        <w:tc>
          <w:tcPr>
            <w:tcW w:w="1728" w:type="dxa"/>
          </w:tcPr>
          <w:p w14:paraId="1C80F5C8" w14:textId="77777777" w:rsidR="002376F7" w:rsidRDefault="00000000">
            <w:r>
              <w:rPr>
                <w:sz w:val="16"/>
              </w:rPr>
              <w:t>re-</w:t>
            </w:r>
          </w:p>
        </w:tc>
        <w:tc>
          <w:tcPr>
            <w:tcW w:w="4464" w:type="dxa"/>
          </w:tcPr>
          <w:p w14:paraId="1A61AD96" w14:textId="77777777" w:rsidR="002376F7" w:rsidRDefault="00000000">
            <w:r>
              <w:rPr>
                <w:sz w:val="16"/>
              </w:rPr>
              <w:t>again / back</w:t>
            </w:r>
          </w:p>
        </w:tc>
        <w:tc>
          <w:tcPr>
            <w:tcW w:w="3744" w:type="dxa"/>
          </w:tcPr>
          <w:p w14:paraId="304D0240" w14:textId="77777777" w:rsidR="002376F7" w:rsidRDefault="00000000">
            <w:r>
              <w:rPr>
                <w:sz w:val="16"/>
              </w:rPr>
              <w:t>vide -&gt; revider</w:t>
            </w:r>
          </w:p>
        </w:tc>
      </w:tr>
      <w:tr w:rsidR="002376F7" w14:paraId="092F117F" w14:textId="77777777">
        <w:trPr>
          <w:jc w:val="center"/>
        </w:trPr>
        <w:tc>
          <w:tcPr>
            <w:tcW w:w="1728" w:type="dxa"/>
            <w:shd w:val="clear" w:color="auto" w:fill="EEF6F8"/>
          </w:tcPr>
          <w:p w14:paraId="08280E7C" w14:textId="77777777" w:rsidR="002376F7" w:rsidRDefault="00000000">
            <w:r>
              <w:rPr>
                <w:sz w:val="16"/>
              </w:rPr>
              <w:t>mal-</w:t>
            </w:r>
          </w:p>
        </w:tc>
        <w:tc>
          <w:tcPr>
            <w:tcW w:w="4464" w:type="dxa"/>
            <w:shd w:val="clear" w:color="auto" w:fill="EEF6F8"/>
          </w:tcPr>
          <w:p w14:paraId="03C061AC" w14:textId="77777777" w:rsidR="002376F7" w:rsidRDefault="00000000">
            <w:r>
              <w:rPr>
                <w:sz w:val="16"/>
              </w:rPr>
              <w:t>bad/opposite where clear</w:t>
            </w:r>
          </w:p>
        </w:tc>
        <w:tc>
          <w:tcPr>
            <w:tcW w:w="3744" w:type="dxa"/>
            <w:shd w:val="clear" w:color="auto" w:fill="EEF6F8"/>
          </w:tcPr>
          <w:p w14:paraId="066FC6EC" w14:textId="77777777" w:rsidR="002376F7" w:rsidRDefault="00000000">
            <w:r>
              <w:rPr>
                <w:sz w:val="16"/>
              </w:rPr>
              <w:t>bon -&gt; malbon</w:t>
            </w:r>
          </w:p>
        </w:tc>
      </w:tr>
      <w:tr w:rsidR="002376F7" w14:paraId="6B7189B0" w14:textId="77777777">
        <w:trPr>
          <w:jc w:val="center"/>
        </w:trPr>
        <w:tc>
          <w:tcPr>
            <w:tcW w:w="1728" w:type="dxa"/>
          </w:tcPr>
          <w:p w14:paraId="6DBEECBB" w14:textId="77777777" w:rsidR="002376F7" w:rsidRDefault="00000000">
            <w:r>
              <w:rPr>
                <w:sz w:val="16"/>
              </w:rPr>
              <w:t>anti-</w:t>
            </w:r>
          </w:p>
        </w:tc>
        <w:tc>
          <w:tcPr>
            <w:tcW w:w="4464" w:type="dxa"/>
          </w:tcPr>
          <w:p w14:paraId="508CB998" w14:textId="77777777" w:rsidR="002376F7" w:rsidRDefault="00000000">
            <w:r>
              <w:rPr>
                <w:sz w:val="16"/>
              </w:rPr>
              <w:t>against</w:t>
            </w:r>
          </w:p>
        </w:tc>
        <w:tc>
          <w:tcPr>
            <w:tcW w:w="3744" w:type="dxa"/>
          </w:tcPr>
          <w:p w14:paraId="41B8D934" w14:textId="77777777" w:rsidR="002376F7" w:rsidRDefault="00000000">
            <w:r>
              <w:rPr>
                <w:sz w:val="16"/>
              </w:rPr>
              <w:t>anti-violenta</w:t>
            </w:r>
          </w:p>
        </w:tc>
      </w:tr>
      <w:tr w:rsidR="002376F7" w14:paraId="0EEF68BA" w14:textId="77777777">
        <w:trPr>
          <w:jc w:val="center"/>
        </w:trPr>
        <w:tc>
          <w:tcPr>
            <w:tcW w:w="1728" w:type="dxa"/>
            <w:shd w:val="clear" w:color="auto" w:fill="EEF6F8"/>
          </w:tcPr>
          <w:p w14:paraId="7DBC110E" w14:textId="77777777" w:rsidR="002376F7" w:rsidRDefault="00000000">
            <w:r>
              <w:rPr>
                <w:sz w:val="16"/>
              </w:rPr>
              <w:t>inter-</w:t>
            </w:r>
          </w:p>
        </w:tc>
        <w:tc>
          <w:tcPr>
            <w:tcW w:w="4464" w:type="dxa"/>
            <w:shd w:val="clear" w:color="auto" w:fill="EEF6F8"/>
          </w:tcPr>
          <w:p w14:paraId="32E74A7C" w14:textId="77777777" w:rsidR="002376F7" w:rsidRDefault="00000000">
            <w:r>
              <w:rPr>
                <w:sz w:val="16"/>
              </w:rPr>
              <w:t>between / among</w:t>
            </w:r>
          </w:p>
        </w:tc>
        <w:tc>
          <w:tcPr>
            <w:tcW w:w="3744" w:type="dxa"/>
            <w:shd w:val="clear" w:color="auto" w:fill="EEF6F8"/>
          </w:tcPr>
          <w:p w14:paraId="6E214F63" w14:textId="77777777" w:rsidR="002376F7" w:rsidRDefault="00000000">
            <w:r>
              <w:rPr>
                <w:sz w:val="16"/>
              </w:rPr>
              <w:t>international</w:t>
            </w:r>
          </w:p>
        </w:tc>
      </w:tr>
    </w:tbl>
    <w:p w14:paraId="11916072" w14:textId="77777777" w:rsidR="002376F7" w:rsidRDefault="002376F7">
      <w:pPr>
        <w:spacing w:after="120"/>
      </w:pPr>
    </w:p>
    <w:tbl>
      <w:tblPr>
        <w:tblW w:w="0" w:type="auto"/>
        <w:jc w:val="center"/>
        <w:tblLook w:val="04A0" w:firstRow="1" w:lastRow="0" w:firstColumn="1" w:lastColumn="0" w:noHBand="0" w:noVBand="1"/>
      </w:tblPr>
      <w:tblGrid>
        <w:gridCol w:w="10282"/>
      </w:tblGrid>
      <w:tr w:rsidR="002376F7" w14:paraId="457FF16F" w14:textId="77777777">
        <w:trPr>
          <w:jc w:val="center"/>
        </w:trPr>
        <w:tc>
          <w:tcPr>
            <w:tcW w:w="10282" w:type="dxa"/>
            <w:shd w:val="clear" w:color="auto" w:fill="EAF5F8"/>
          </w:tcPr>
          <w:p w14:paraId="112DA3B9" w14:textId="77777777" w:rsidR="002376F7" w:rsidRDefault="00000000">
            <w:pPr>
              <w:spacing w:after="40"/>
            </w:pPr>
            <w:r>
              <w:rPr>
                <w:b/>
                <w:color w:val="163B60"/>
                <w:sz w:val="20"/>
              </w:rPr>
              <w:t>Growth rule</w:t>
            </w:r>
          </w:p>
          <w:p w14:paraId="1EEEAD6D" w14:textId="77777777" w:rsidR="002376F7" w:rsidRDefault="00000000">
            <w:pPr>
              <w:spacing w:after="40"/>
            </w:pPr>
            <w:r>
              <w:rPr>
                <w:sz w:val="17"/>
              </w:rPr>
              <w:t>Claralinga should build and test a small official Core 500 vocabulary before expanding too far. A language with 500 excellent words is more useful than a language with 5,000 messy ones.</w:t>
            </w:r>
          </w:p>
        </w:tc>
      </w:tr>
    </w:tbl>
    <w:p w14:paraId="585E0A10" w14:textId="77777777" w:rsidR="002376F7" w:rsidRDefault="002376F7"/>
    <w:p w14:paraId="2AB4E061" w14:textId="77777777" w:rsidR="002376F7" w:rsidRDefault="00000000">
      <w:r/>
    </w:p>
    <w:p w14:paraId="7810B789" w14:textId="77777777" w:rsidR="002376F7" w:rsidRDefault="00000000">
      <w:pPr>
        <w:pStyle w:val="ChapterLabel"/>
      </w:pPr>
      <w:r>
        <w:t>Chapter 16</w:t>
      </w:r>
    </w:p>
    <w:p w14:paraId="345DFBDB" w14:textId="77777777" w:rsidR="002376F7" w:rsidRDefault="00000000">
      <w:pPr>
        <w:pStyle w:val="ChapterTitle"/>
        <w:keepNext/>
      </w:pPr>
      <w:r>
        <w:t>Writing and Style Guide</w:t>
      </w:r>
    </w:p>
    <w:p w14:paraId="1493C86B" w14:textId="77777777" w:rsidR="002376F7" w:rsidRDefault="00000000">
      <w:pPr>
        <w:pStyle w:val="ChapterSubtitle"/>
      </w:pPr>
      <w:r>
        <w:t>How to write Claralinga consistently</w:t>
      </w:r>
    </w:p>
    <w:p w14:paraId="047C6BC5"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088"/>
        <w:gridCol w:w="4896"/>
        <w:gridCol w:w="3024"/>
      </w:tblGrid>
      <w:tr w:rsidR="002376F7" w14:paraId="761553F6" w14:textId="77777777">
        <w:trPr>
          <w:tblHeader/>
          <w:jc w:val="center"/>
        </w:trPr>
        <w:tc>
          <w:tcPr>
            <w:tcW w:w="2088" w:type="dxa"/>
            <w:shd w:val="clear" w:color="auto" w:fill="163B60"/>
          </w:tcPr>
          <w:p w14:paraId="343F0F34" w14:textId="77777777" w:rsidR="002376F7" w:rsidRDefault="00000000">
            <w:r>
              <w:rPr>
                <w:b/>
                <w:color w:val="FFFFFF"/>
                <w:sz w:val="16"/>
              </w:rPr>
              <w:t>Topic</w:t>
            </w:r>
          </w:p>
        </w:tc>
        <w:tc>
          <w:tcPr>
            <w:tcW w:w="4896" w:type="dxa"/>
            <w:shd w:val="clear" w:color="auto" w:fill="163B60"/>
          </w:tcPr>
          <w:p w14:paraId="7236FEED" w14:textId="77777777" w:rsidR="002376F7" w:rsidRDefault="00000000">
            <w:r>
              <w:rPr>
                <w:b/>
                <w:color w:val="FFFFFF"/>
                <w:sz w:val="16"/>
              </w:rPr>
              <w:t>Guideline</w:t>
            </w:r>
          </w:p>
        </w:tc>
        <w:tc>
          <w:tcPr>
            <w:tcW w:w="3024" w:type="dxa"/>
            <w:shd w:val="clear" w:color="auto" w:fill="163B60"/>
          </w:tcPr>
          <w:p w14:paraId="42DEBD6A" w14:textId="77777777" w:rsidR="002376F7" w:rsidRDefault="00000000">
            <w:r>
              <w:rPr>
                <w:b/>
                <w:color w:val="FFFFFF"/>
                <w:sz w:val="16"/>
              </w:rPr>
              <w:t>Example</w:t>
            </w:r>
          </w:p>
        </w:tc>
      </w:tr>
      <w:tr w:rsidR="002376F7" w14:paraId="2DFC8189" w14:textId="77777777">
        <w:trPr>
          <w:jc w:val="center"/>
        </w:trPr>
        <w:tc>
          <w:tcPr>
            <w:tcW w:w="2088" w:type="dxa"/>
          </w:tcPr>
          <w:p w14:paraId="2B42F702" w14:textId="77777777" w:rsidR="002376F7" w:rsidRDefault="00000000">
            <w:r>
              <w:rPr>
                <w:sz w:val="15"/>
              </w:rPr>
              <w:t>Capitalization</w:t>
            </w:r>
          </w:p>
        </w:tc>
        <w:tc>
          <w:tcPr>
            <w:tcW w:w="4896" w:type="dxa"/>
          </w:tcPr>
          <w:p w14:paraId="430ADE45" w14:textId="77777777" w:rsidR="002376F7" w:rsidRDefault="00000000">
            <w:r>
              <w:rPr>
                <w:sz w:val="15"/>
              </w:rPr>
              <w:t>Capitalize proper names and the first word of a sentence.</w:t>
            </w:r>
          </w:p>
        </w:tc>
        <w:tc>
          <w:tcPr>
            <w:tcW w:w="3024" w:type="dxa"/>
          </w:tcPr>
          <w:p w14:paraId="12FDCF0B" w14:textId="77777777" w:rsidR="002376F7" w:rsidRDefault="00000000">
            <w:r>
              <w:rPr>
                <w:sz w:val="15"/>
              </w:rPr>
              <w:t>Chad krea Claralinga.</w:t>
            </w:r>
          </w:p>
        </w:tc>
      </w:tr>
      <w:tr w:rsidR="002376F7" w14:paraId="23ECD89D" w14:textId="77777777">
        <w:trPr>
          <w:jc w:val="center"/>
        </w:trPr>
        <w:tc>
          <w:tcPr>
            <w:tcW w:w="2088" w:type="dxa"/>
            <w:shd w:val="clear" w:color="auto" w:fill="EEF6F8"/>
          </w:tcPr>
          <w:p w14:paraId="4B022283" w14:textId="77777777" w:rsidR="002376F7" w:rsidRDefault="00000000">
            <w:r>
              <w:rPr>
                <w:sz w:val="15"/>
              </w:rPr>
              <w:t>Punctuation</w:t>
            </w:r>
          </w:p>
        </w:tc>
        <w:tc>
          <w:tcPr>
            <w:tcW w:w="4896" w:type="dxa"/>
            <w:shd w:val="clear" w:color="auto" w:fill="EEF6F8"/>
          </w:tcPr>
          <w:p w14:paraId="2BF2C8D8" w14:textId="77777777" w:rsidR="002376F7" w:rsidRDefault="00000000">
            <w:r>
              <w:rPr>
                <w:sz w:val="15"/>
              </w:rPr>
              <w:t>Use familiar modern punctuation.</w:t>
            </w:r>
          </w:p>
        </w:tc>
        <w:tc>
          <w:tcPr>
            <w:tcW w:w="3024" w:type="dxa"/>
            <w:shd w:val="clear" w:color="auto" w:fill="EEF6F8"/>
          </w:tcPr>
          <w:p w14:paraId="1C0FC45D" w14:textId="77777777" w:rsidR="002376F7" w:rsidRDefault="00000000">
            <w:r>
              <w:rPr>
                <w:sz w:val="15"/>
              </w:rPr>
              <w:t>Ku tu komprende? Si, mi komprende.</w:t>
            </w:r>
          </w:p>
        </w:tc>
      </w:tr>
      <w:tr w:rsidR="002376F7" w14:paraId="087B260B" w14:textId="77777777">
        <w:trPr>
          <w:jc w:val="center"/>
        </w:trPr>
        <w:tc>
          <w:tcPr>
            <w:tcW w:w="2088" w:type="dxa"/>
          </w:tcPr>
          <w:p w14:paraId="503EB4AF" w14:textId="77777777" w:rsidR="002376F7" w:rsidRDefault="00000000">
            <w:r>
              <w:rPr>
                <w:sz w:val="15"/>
              </w:rPr>
              <w:t>Proper names</w:t>
            </w:r>
          </w:p>
        </w:tc>
        <w:tc>
          <w:tcPr>
            <w:tcW w:w="4896" w:type="dxa"/>
          </w:tcPr>
          <w:p w14:paraId="10A67984" w14:textId="77777777" w:rsidR="002376F7" w:rsidRDefault="00000000">
            <w:r>
              <w:rPr>
                <w:sz w:val="15"/>
              </w:rPr>
              <w:t>Usually keep names unchanged.</w:t>
            </w:r>
          </w:p>
        </w:tc>
        <w:tc>
          <w:tcPr>
            <w:tcW w:w="3024" w:type="dxa"/>
          </w:tcPr>
          <w:p w14:paraId="5D906B8F" w14:textId="77777777" w:rsidR="002376F7" w:rsidRDefault="00000000">
            <w:r>
              <w:rPr>
                <w:sz w:val="15"/>
              </w:rPr>
              <w:t>Paris, India, Chad, Maria</w:t>
            </w:r>
          </w:p>
        </w:tc>
      </w:tr>
      <w:tr w:rsidR="002376F7" w14:paraId="0574B5DF" w14:textId="77777777">
        <w:trPr>
          <w:jc w:val="center"/>
        </w:trPr>
        <w:tc>
          <w:tcPr>
            <w:tcW w:w="2088" w:type="dxa"/>
            <w:shd w:val="clear" w:color="auto" w:fill="EEF6F8"/>
          </w:tcPr>
          <w:p w14:paraId="776F2658" w14:textId="77777777" w:rsidR="002376F7" w:rsidRDefault="00000000">
            <w:r>
              <w:rPr>
                <w:sz w:val="15"/>
              </w:rPr>
              <w:t>Borrowed words</w:t>
            </w:r>
          </w:p>
        </w:tc>
        <w:tc>
          <w:tcPr>
            <w:tcW w:w="4896" w:type="dxa"/>
            <w:shd w:val="clear" w:color="auto" w:fill="EEF6F8"/>
          </w:tcPr>
          <w:p w14:paraId="7E1F0091" w14:textId="77777777" w:rsidR="002376F7" w:rsidRDefault="00000000">
            <w:r>
              <w:rPr>
                <w:sz w:val="15"/>
              </w:rPr>
              <w:t>Adapt only when needed for pronunciation and spelling.</w:t>
            </w:r>
          </w:p>
        </w:tc>
        <w:tc>
          <w:tcPr>
            <w:tcW w:w="3024" w:type="dxa"/>
            <w:shd w:val="clear" w:color="auto" w:fill="EEF6F8"/>
          </w:tcPr>
          <w:p w14:paraId="0665AB99" w14:textId="77777777" w:rsidR="002376F7" w:rsidRDefault="00000000">
            <w:r>
              <w:rPr>
                <w:sz w:val="15"/>
              </w:rPr>
              <w:t>telefon, radio, video</w:t>
            </w:r>
          </w:p>
        </w:tc>
      </w:tr>
      <w:tr w:rsidR="002376F7" w14:paraId="79D8B9C2" w14:textId="77777777">
        <w:trPr>
          <w:jc w:val="center"/>
        </w:trPr>
        <w:tc>
          <w:tcPr>
            <w:tcW w:w="2088" w:type="dxa"/>
          </w:tcPr>
          <w:p w14:paraId="6971E2B5" w14:textId="77777777" w:rsidR="002376F7" w:rsidRDefault="00000000">
            <w:r>
              <w:rPr>
                <w:sz w:val="15"/>
              </w:rPr>
              <w:t>Compounds</w:t>
            </w:r>
          </w:p>
        </w:tc>
        <w:tc>
          <w:tcPr>
            <w:tcW w:w="4896" w:type="dxa"/>
          </w:tcPr>
          <w:p w14:paraId="51132A85" w14:textId="77777777" w:rsidR="002376F7" w:rsidRDefault="00000000">
            <w:r>
              <w:rPr>
                <w:sz w:val="15"/>
              </w:rPr>
              <w:t>Write separate compounds first. Fuse only common/official terms.</w:t>
            </w:r>
          </w:p>
        </w:tc>
        <w:tc>
          <w:tcPr>
            <w:tcW w:w="3024" w:type="dxa"/>
          </w:tcPr>
          <w:p w14:paraId="67531851" w14:textId="77777777" w:rsidR="002376F7" w:rsidRDefault="00000000">
            <w:r>
              <w:rPr>
                <w:sz w:val="15"/>
              </w:rPr>
              <w:t>core vocabulari before corevokabulari</w:t>
            </w:r>
          </w:p>
        </w:tc>
      </w:tr>
      <w:tr w:rsidR="002376F7" w14:paraId="5FEDF522" w14:textId="77777777">
        <w:trPr>
          <w:jc w:val="center"/>
        </w:trPr>
        <w:tc>
          <w:tcPr>
            <w:tcW w:w="2088" w:type="dxa"/>
            <w:shd w:val="clear" w:color="auto" w:fill="EEF6F8"/>
          </w:tcPr>
          <w:p w14:paraId="0A5B3B9E" w14:textId="77777777" w:rsidR="002376F7" w:rsidRDefault="00000000">
            <w:r>
              <w:rPr>
                <w:sz w:val="15"/>
              </w:rPr>
              <w:t>Titles</w:t>
            </w:r>
          </w:p>
        </w:tc>
        <w:tc>
          <w:tcPr>
            <w:tcW w:w="4896" w:type="dxa"/>
            <w:shd w:val="clear" w:color="auto" w:fill="EEF6F8"/>
          </w:tcPr>
          <w:p w14:paraId="690AE4DA" w14:textId="77777777" w:rsidR="002376F7" w:rsidRDefault="00000000">
            <w:r>
              <w:rPr>
                <w:sz w:val="15"/>
              </w:rPr>
              <w:t>Use clear title case en English materials; normal sentence style in Claralinga text.</w:t>
            </w:r>
          </w:p>
        </w:tc>
        <w:tc>
          <w:tcPr>
            <w:tcW w:w="3024" w:type="dxa"/>
            <w:shd w:val="clear" w:color="auto" w:fill="EEF6F8"/>
          </w:tcPr>
          <w:p w14:paraId="61FA71D5" w14:textId="77777777" w:rsidR="002376F7" w:rsidRDefault="00000000">
            <w:r>
              <w:rPr>
                <w:sz w:val="15"/>
              </w:rPr>
              <w:t>Claralinga: An Introduction</w:t>
            </w:r>
          </w:p>
        </w:tc>
      </w:tr>
      <w:tr w:rsidR="002376F7" w14:paraId="54D9805E" w14:textId="77777777">
        <w:trPr>
          <w:jc w:val="center"/>
        </w:trPr>
        <w:tc>
          <w:tcPr>
            <w:tcW w:w="2088" w:type="dxa"/>
          </w:tcPr>
          <w:p w14:paraId="46E203C0" w14:textId="77777777" w:rsidR="002376F7" w:rsidRDefault="00000000">
            <w:r>
              <w:rPr>
                <w:sz w:val="15"/>
              </w:rPr>
              <w:t>Foreign technical terms</w:t>
            </w:r>
          </w:p>
        </w:tc>
        <w:tc>
          <w:tcPr>
            <w:tcW w:w="4896" w:type="dxa"/>
          </w:tcPr>
          <w:p w14:paraId="67B6B3E4" w14:textId="77777777" w:rsidR="002376F7" w:rsidRDefault="00000000">
            <w:r>
              <w:rPr>
                <w:sz w:val="15"/>
              </w:rPr>
              <w:t>Choose recognizable international forms when possible.</w:t>
            </w:r>
          </w:p>
        </w:tc>
        <w:tc>
          <w:tcPr>
            <w:tcW w:w="3024" w:type="dxa"/>
          </w:tcPr>
          <w:p w14:paraId="6720152E" w14:textId="77777777" w:rsidR="002376F7" w:rsidRDefault="00000000">
            <w:r>
              <w:rPr>
                <w:sz w:val="15"/>
              </w:rPr>
              <w:t>program, sistem, energia</w:t>
            </w:r>
          </w:p>
        </w:tc>
      </w:tr>
    </w:tbl>
    <w:p w14:paraId="371E7D40" w14:textId="77777777" w:rsidR="002376F7" w:rsidRDefault="002376F7">
      <w:pPr>
        <w:spacing w:after="120"/>
      </w:pPr>
    </w:p>
    <w:p w14:paraId="27B7D7B1" w14:textId="77777777" w:rsidR="002376F7" w:rsidRDefault="00000000">
      <w:r/>
    </w:p>
    <w:p w14:paraId="52DA7A2A" w14:textId="77777777" w:rsidR="002376F7" w:rsidRDefault="00000000">
      <w:pPr>
        <w:pStyle w:val="ChapterLabel"/>
      </w:pPr>
      <w:r>
        <w:t>Chapter 17</w:t>
      </w:r>
    </w:p>
    <w:p w14:paraId="228D876F" w14:textId="77777777" w:rsidR="002376F7" w:rsidRDefault="00000000">
      <w:pPr>
        <w:pStyle w:val="ChapterTitle"/>
        <w:keepNext/>
      </w:pPr>
      <w:r>
        <w:t>Common Mistakes</w:t>
      </w:r>
    </w:p>
    <w:p w14:paraId="2A916F90" w14:textId="77777777" w:rsidR="002376F7" w:rsidRDefault="00000000">
      <w:pPr>
        <w:pStyle w:val="ChapterSubtitle"/>
      </w:pPr>
      <w:r>
        <w:t>Small errors that make the language less clear</w:t>
      </w:r>
    </w:p>
    <w:p w14:paraId="2871B0AB"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3744"/>
        <w:gridCol w:w="6192"/>
      </w:tblGrid>
      <w:tr w:rsidR="002376F7" w14:paraId="30DC8CC1" w14:textId="77777777">
        <w:trPr>
          <w:tblHeader/>
          <w:jc w:val="center"/>
        </w:trPr>
        <w:tc>
          <w:tcPr>
            <w:tcW w:w="3744" w:type="dxa"/>
            <w:shd w:val="clear" w:color="auto" w:fill="163B60"/>
          </w:tcPr>
          <w:p w14:paraId="2C93634B" w14:textId="77777777" w:rsidR="002376F7" w:rsidRDefault="00000000">
            <w:r>
              <w:rPr>
                <w:b/>
                <w:color w:val="FFFFFF"/>
                <w:sz w:val="16"/>
              </w:rPr>
              <w:t>Mistake</w:t>
            </w:r>
          </w:p>
        </w:tc>
        <w:tc>
          <w:tcPr>
            <w:tcW w:w="6192" w:type="dxa"/>
            <w:shd w:val="clear" w:color="auto" w:fill="163B60"/>
          </w:tcPr>
          <w:p w14:paraId="2D54FF8D" w14:textId="77777777" w:rsidR="002376F7" w:rsidRDefault="00000000">
            <w:r>
              <w:rPr>
                <w:b/>
                <w:color w:val="FFFFFF"/>
                <w:sz w:val="16"/>
              </w:rPr>
              <w:t>Better Choice</w:t>
            </w:r>
          </w:p>
        </w:tc>
      </w:tr>
      <w:tr w:rsidR="002376F7" w14:paraId="334C7313" w14:textId="77777777">
        <w:trPr>
          <w:jc w:val="center"/>
        </w:trPr>
        <w:tc>
          <w:tcPr>
            <w:tcW w:w="3744" w:type="dxa"/>
          </w:tcPr>
          <w:p w14:paraId="18109B5D" w14:textId="77777777" w:rsidR="002376F7" w:rsidRDefault="00000000">
            <w:r>
              <w:rPr>
                <w:sz w:val="16"/>
              </w:rPr>
              <w:t>Using -a as feminine</w:t>
            </w:r>
          </w:p>
        </w:tc>
        <w:tc>
          <w:tcPr>
            <w:tcW w:w="6192" w:type="dxa"/>
          </w:tcPr>
          <w:p w14:paraId="5024EAB1" w14:textId="77777777" w:rsidR="002376F7" w:rsidRDefault="00000000">
            <w:r>
              <w:rPr>
                <w:sz w:val="16"/>
              </w:rPr>
              <w:t>Use separate words like fem, ela, mater, or another clear word.</w:t>
            </w:r>
          </w:p>
        </w:tc>
      </w:tr>
      <w:tr w:rsidR="002376F7" w14:paraId="00621422" w14:textId="77777777">
        <w:trPr>
          <w:jc w:val="center"/>
        </w:trPr>
        <w:tc>
          <w:tcPr>
            <w:tcW w:w="3744" w:type="dxa"/>
            <w:shd w:val="clear" w:color="auto" w:fill="EEF6F8"/>
          </w:tcPr>
          <w:p w14:paraId="16E77386" w14:textId="77777777" w:rsidR="002376F7" w:rsidRDefault="00000000">
            <w:r>
              <w:rPr>
                <w:sz w:val="16"/>
              </w:rPr>
              <w:t>Making adjectives agree</w:t>
            </w:r>
          </w:p>
        </w:tc>
        <w:tc>
          <w:tcPr>
            <w:tcW w:w="6192" w:type="dxa"/>
            <w:shd w:val="clear" w:color="auto" w:fill="EEF6F8"/>
          </w:tcPr>
          <w:p w14:paraId="4847AA6E" w14:textId="77777777" w:rsidR="002376F7" w:rsidRDefault="00000000">
            <w:r>
              <w:rPr>
                <w:sz w:val="16"/>
              </w:rPr>
              <w:t>Use clar idea and clar ideas, not changing the adjective.</w:t>
            </w:r>
          </w:p>
        </w:tc>
      </w:tr>
      <w:tr w:rsidR="002376F7" w14:paraId="130B8F0F" w14:textId="77777777">
        <w:trPr>
          <w:jc w:val="center"/>
        </w:trPr>
        <w:tc>
          <w:tcPr>
            <w:tcW w:w="3744" w:type="dxa"/>
          </w:tcPr>
          <w:p w14:paraId="4DAB0B7B" w14:textId="77777777" w:rsidR="002376F7" w:rsidRDefault="00000000">
            <w:r>
              <w:rPr>
                <w:sz w:val="16"/>
              </w:rPr>
              <w:t>Stacking too many tense markers</w:t>
            </w:r>
          </w:p>
        </w:tc>
        <w:tc>
          <w:tcPr>
            <w:tcW w:w="6192" w:type="dxa"/>
          </w:tcPr>
          <w:p w14:paraId="35E45131" w14:textId="77777777" w:rsidR="002376F7" w:rsidRDefault="00000000">
            <w:r>
              <w:rPr>
                <w:sz w:val="16"/>
              </w:rPr>
              <w:t>Use one marker unless the meaning truly requires more.</w:t>
            </w:r>
          </w:p>
        </w:tc>
      </w:tr>
      <w:tr w:rsidR="002376F7" w14:paraId="0C824AA2" w14:textId="77777777">
        <w:trPr>
          <w:jc w:val="center"/>
        </w:trPr>
        <w:tc>
          <w:tcPr>
            <w:tcW w:w="3744" w:type="dxa"/>
            <w:shd w:val="clear" w:color="auto" w:fill="EEF6F8"/>
          </w:tcPr>
          <w:p w14:paraId="3D7BE626" w14:textId="77777777" w:rsidR="002376F7" w:rsidRDefault="00000000">
            <w:r>
              <w:rPr>
                <w:sz w:val="16"/>
              </w:rPr>
              <w:t>Using silent letters from source languages</w:t>
            </w:r>
          </w:p>
        </w:tc>
        <w:tc>
          <w:tcPr>
            <w:tcW w:w="6192" w:type="dxa"/>
            <w:shd w:val="clear" w:color="auto" w:fill="EEF6F8"/>
          </w:tcPr>
          <w:p w14:paraId="55392661" w14:textId="77777777" w:rsidR="002376F7" w:rsidRDefault="00000000">
            <w:r>
              <w:rPr>
                <w:sz w:val="16"/>
              </w:rPr>
              <w:t>Every letter is pronounced in Claralinga.</w:t>
            </w:r>
          </w:p>
        </w:tc>
      </w:tr>
      <w:tr w:rsidR="002376F7" w14:paraId="1332A649" w14:textId="77777777">
        <w:trPr>
          <w:jc w:val="center"/>
        </w:trPr>
        <w:tc>
          <w:tcPr>
            <w:tcW w:w="3744" w:type="dxa"/>
          </w:tcPr>
          <w:p w14:paraId="7D75D1D5" w14:textId="77777777" w:rsidR="002376F7" w:rsidRDefault="00000000">
            <w:r>
              <w:rPr>
                <w:sz w:val="16"/>
              </w:rPr>
              <w:t>Using actuel for real</w:t>
            </w:r>
          </w:p>
        </w:tc>
        <w:tc>
          <w:tcPr>
            <w:tcW w:w="6192" w:type="dxa"/>
          </w:tcPr>
          <w:p w14:paraId="2BFFE64B" w14:textId="77777777" w:rsidR="002376F7" w:rsidRDefault="00000000">
            <w:r>
              <w:rPr>
                <w:sz w:val="16"/>
              </w:rPr>
              <w:t>Use real for real. Use nu-tempo/current wording for current.</w:t>
            </w:r>
          </w:p>
        </w:tc>
      </w:tr>
      <w:tr w:rsidR="002376F7" w14:paraId="150AA847" w14:textId="77777777">
        <w:trPr>
          <w:jc w:val="center"/>
        </w:trPr>
        <w:tc>
          <w:tcPr>
            <w:tcW w:w="3744" w:type="dxa"/>
            <w:shd w:val="clear" w:color="auto" w:fill="EEF6F8"/>
          </w:tcPr>
          <w:p w14:paraId="19220C99" w14:textId="77777777" w:rsidR="002376F7" w:rsidRDefault="00000000">
            <w:r>
              <w:rPr>
                <w:sz w:val="16"/>
              </w:rPr>
              <w:t>Confusing bon and bene</w:t>
            </w:r>
          </w:p>
        </w:tc>
        <w:tc>
          <w:tcPr>
            <w:tcW w:w="6192" w:type="dxa"/>
            <w:shd w:val="clear" w:color="auto" w:fill="EEF6F8"/>
          </w:tcPr>
          <w:p w14:paraId="4A4A0766" w14:textId="77777777" w:rsidR="002376F7" w:rsidRDefault="00000000">
            <w:r>
              <w:rPr>
                <w:sz w:val="16"/>
              </w:rPr>
              <w:t>bon describes a thing; bene describes how something is or happens.</w:t>
            </w:r>
          </w:p>
        </w:tc>
      </w:tr>
      <w:tr w:rsidR="002376F7" w14:paraId="2FA109DE" w14:textId="77777777">
        <w:trPr>
          <w:jc w:val="center"/>
        </w:trPr>
        <w:tc>
          <w:tcPr>
            <w:tcW w:w="3744" w:type="dxa"/>
          </w:tcPr>
          <w:p w14:paraId="54E66590" w14:textId="77777777" w:rsidR="002376F7" w:rsidRDefault="00000000">
            <w:r>
              <w:rPr>
                <w:sz w:val="16"/>
              </w:rPr>
              <w:t>Over-fusing compounds</w:t>
            </w:r>
          </w:p>
        </w:tc>
        <w:tc>
          <w:tcPr>
            <w:tcW w:w="6192" w:type="dxa"/>
          </w:tcPr>
          <w:p w14:paraId="25D320E0" w14:textId="77777777" w:rsidR="002376F7" w:rsidRDefault="00000000">
            <w:r>
              <w:rPr>
                <w:sz w:val="16"/>
              </w:rPr>
              <w:t>Use separate words first. Fuse only when a term becomes official or common.</w:t>
            </w:r>
          </w:p>
        </w:tc>
      </w:tr>
    </w:tbl>
    <w:p w14:paraId="500450FB" w14:textId="77777777" w:rsidR="002376F7" w:rsidRDefault="002376F7">
      <w:pPr>
        <w:spacing w:after="120"/>
      </w:pPr>
    </w:p>
    <w:p w14:paraId="50A38406" w14:textId="77777777" w:rsidR="002376F7" w:rsidRDefault="00000000">
      <w:r/>
    </w:p>
    <w:p w14:paraId="2C0CC807" w14:textId="77777777" w:rsidR="002376F7" w:rsidRDefault="00000000">
      <w:pPr>
        <w:pStyle w:val="ChapterLabel"/>
      </w:pPr>
      <w:r>
        <w:t>Chapter 18</w:t>
      </w:r>
    </w:p>
    <w:p w14:paraId="016272F6" w14:textId="77777777" w:rsidR="002376F7" w:rsidRDefault="00000000">
      <w:pPr>
        <w:pStyle w:val="ChapterTitle"/>
        <w:keepNext/>
      </w:pPr>
      <w:r>
        <w:t>Ten Beginner Lessons</w:t>
      </w:r>
    </w:p>
    <w:p w14:paraId="38E1069C" w14:textId="77777777" w:rsidR="002376F7" w:rsidRDefault="00000000">
      <w:pPr>
        <w:pStyle w:val="ChapterSubtitle"/>
      </w:pPr>
      <w:r>
        <w:t>A simple path from zero to basic reading</w:t>
      </w:r>
    </w:p>
    <w:p w14:paraId="2BC74DD7"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1008"/>
        <w:gridCol w:w="2592"/>
        <w:gridCol w:w="3168"/>
        <w:gridCol w:w="3312"/>
      </w:tblGrid>
      <w:tr w:rsidR="002376F7" w14:paraId="69AD970B" w14:textId="77777777">
        <w:trPr>
          <w:tblHeader/>
          <w:jc w:val="center"/>
        </w:trPr>
        <w:tc>
          <w:tcPr>
            <w:tcW w:w="1008" w:type="dxa"/>
            <w:shd w:val="clear" w:color="auto" w:fill="163B60"/>
          </w:tcPr>
          <w:p w14:paraId="1801F4C5" w14:textId="77777777" w:rsidR="002376F7" w:rsidRDefault="00000000">
            <w:r>
              <w:rPr>
                <w:b/>
                <w:color w:val="FFFFFF"/>
                <w:sz w:val="16"/>
              </w:rPr>
              <w:t>Lesson</w:t>
            </w:r>
          </w:p>
        </w:tc>
        <w:tc>
          <w:tcPr>
            <w:tcW w:w="2592" w:type="dxa"/>
            <w:shd w:val="clear" w:color="auto" w:fill="163B60"/>
          </w:tcPr>
          <w:p w14:paraId="1E17DDDE" w14:textId="77777777" w:rsidR="002376F7" w:rsidRDefault="00000000">
            <w:r>
              <w:rPr>
                <w:b/>
                <w:color w:val="FFFFFF"/>
                <w:sz w:val="16"/>
              </w:rPr>
              <w:t>Goal</w:t>
            </w:r>
          </w:p>
        </w:tc>
        <w:tc>
          <w:tcPr>
            <w:tcW w:w="3168" w:type="dxa"/>
            <w:shd w:val="clear" w:color="auto" w:fill="163B60"/>
          </w:tcPr>
          <w:p w14:paraId="14A75F40" w14:textId="77777777" w:rsidR="002376F7" w:rsidRDefault="00000000">
            <w:r>
              <w:rPr>
                <w:b/>
                <w:color w:val="FFFFFF"/>
                <w:sz w:val="16"/>
              </w:rPr>
              <w:t>Grammar / Words</w:t>
            </w:r>
          </w:p>
        </w:tc>
        <w:tc>
          <w:tcPr>
            <w:tcW w:w="3312" w:type="dxa"/>
            <w:shd w:val="clear" w:color="auto" w:fill="163B60"/>
          </w:tcPr>
          <w:p w14:paraId="73FDC64E" w14:textId="77777777" w:rsidR="002376F7" w:rsidRDefault="00000000">
            <w:r>
              <w:rPr>
                <w:b/>
                <w:color w:val="FFFFFF"/>
                <w:sz w:val="16"/>
              </w:rPr>
              <w:t>Model Sentence</w:t>
            </w:r>
          </w:p>
        </w:tc>
      </w:tr>
      <w:tr w:rsidR="002376F7" w14:paraId="3DFFC77D" w14:textId="77777777">
        <w:trPr>
          <w:jc w:val="center"/>
        </w:trPr>
        <w:tc>
          <w:tcPr>
            <w:tcW w:w="1008" w:type="dxa"/>
          </w:tcPr>
          <w:p w14:paraId="438872D0" w14:textId="77777777" w:rsidR="002376F7" w:rsidRDefault="00000000">
            <w:r>
              <w:rPr>
                <w:sz w:val="14"/>
              </w:rPr>
              <w:t>1</w:t>
            </w:r>
          </w:p>
        </w:tc>
        <w:tc>
          <w:tcPr>
            <w:tcW w:w="2592" w:type="dxa"/>
          </w:tcPr>
          <w:p w14:paraId="64A96C07" w14:textId="77777777" w:rsidR="002376F7" w:rsidRDefault="00000000">
            <w:r>
              <w:rPr>
                <w:sz w:val="14"/>
              </w:rPr>
              <w:t>Salve: Saying Hello</w:t>
            </w:r>
          </w:p>
        </w:tc>
        <w:tc>
          <w:tcPr>
            <w:tcW w:w="3168" w:type="dxa"/>
          </w:tcPr>
          <w:p w14:paraId="52A239E9" w14:textId="77777777" w:rsidR="002376F7" w:rsidRPr="00145494" w:rsidRDefault="00000000">
            <w:pPr>
              <w:rPr>
                <w:lang w:val="es-ES"/>
              </w:rPr>
            </w:pPr>
            <w:r w:rsidRPr="00145494">
              <w:rPr>
                <w:sz w:val="14"/>
                <w:lang w:val="es-ES"/>
              </w:rPr>
              <w:t>greetings, names, mi/tu, es</w:t>
            </w:r>
          </w:p>
        </w:tc>
        <w:tc>
          <w:tcPr>
            <w:tcW w:w="3312" w:type="dxa"/>
          </w:tcPr>
          <w:p w14:paraId="349472AB" w14:textId="77777777" w:rsidR="002376F7" w:rsidRDefault="00000000">
            <w:r w:rsidRPr="00145494">
              <w:rPr>
                <w:sz w:val="14"/>
                <w:lang w:val="es-ES"/>
              </w:rPr>
              <w:t xml:space="preserve">Salve. Mi nom es Ana. </w:t>
            </w:r>
            <w:r>
              <w:rPr>
                <w:sz w:val="14"/>
              </w:rPr>
              <w:t>Ku tu es Mark?</w:t>
            </w:r>
          </w:p>
        </w:tc>
      </w:tr>
      <w:tr w:rsidR="002376F7" w:rsidRPr="00145494" w14:paraId="1E135760" w14:textId="77777777">
        <w:trPr>
          <w:jc w:val="center"/>
        </w:trPr>
        <w:tc>
          <w:tcPr>
            <w:tcW w:w="1008" w:type="dxa"/>
            <w:shd w:val="clear" w:color="auto" w:fill="EEF6F8"/>
          </w:tcPr>
          <w:p w14:paraId="1894D730" w14:textId="77777777" w:rsidR="002376F7" w:rsidRDefault="00000000">
            <w:r>
              <w:rPr>
                <w:sz w:val="14"/>
              </w:rPr>
              <w:t>2</w:t>
            </w:r>
          </w:p>
        </w:tc>
        <w:tc>
          <w:tcPr>
            <w:tcW w:w="2592" w:type="dxa"/>
            <w:shd w:val="clear" w:color="auto" w:fill="EEF6F8"/>
          </w:tcPr>
          <w:p w14:paraId="210FF893" w14:textId="77777777" w:rsidR="002376F7" w:rsidRDefault="00000000">
            <w:r>
              <w:rPr>
                <w:sz w:val="14"/>
              </w:rPr>
              <w:t>The Clear Sentence</w:t>
            </w:r>
          </w:p>
        </w:tc>
        <w:tc>
          <w:tcPr>
            <w:tcW w:w="3168" w:type="dxa"/>
            <w:shd w:val="clear" w:color="auto" w:fill="EEF6F8"/>
          </w:tcPr>
          <w:p w14:paraId="7CBFD25A" w14:textId="77777777" w:rsidR="002376F7" w:rsidRDefault="00000000">
            <w:r>
              <w:rPr>
                <w:sz w:val="14"/>
              </w:rPr>
              <w:t>SVO word order, la/un</w:t>
            </w:r>
          </w:p>
        </w:tc>
        <w:tc>
          <w:tcPr>
            <w:tcW w:w="3312" w:type="dxa"/>
            <w:shd w:val="clear" w:color="auto" w:fill="EEF6F8"/>
          </w:tcPr>
          <w:p w14:paraId="65F5B450" w14:textId="77777777" w:rsidR="002376F7" w:rsidRPr="00145494" w:rsidRDefault="00000000">
            <w:pPr>
              <w:rPr>
                <w:lang w:val="es-ES"/>
              </w:rPr>
            </w:pPr>
            <w:r w:rsidRPr="00145494">
              <w:rPr>
                <w:sz w:val="14"/>
                <w:lang w:val="es-ES"/>
              </w:rPr>
              <w:t>Mi vide un libro. La libro es bon.</w:t>
            </w:r>
          </w:p>
        </w:tc>
      </w:tr>
      <w:tr w:rsidR="002376F7" w:rsidRPr="00145494" w14:paraId="7C38714E" w14:textId="77777777">
        <w:trPr>
          <w:jc w:val="center"/>
        </w:trPr>
        <w:tc>
          <w:tcPr>
            <w:tcW w:w="1008" w:type="dxa"/>
          </w:tcPr>
          <w:p w14:paraId="670BD072" w14:textId="77777777" w:rsidR="002376F7" w:rsidRDefault="00000000">
            <w:r>
              <w:rPr>
                <w:sz w:val="14"/>
              </w:rPr>
              <w:t>3</w:t>
            </w:r>
          </w:p>
        </w:tc>
        <w:tc>
          <w:tcPr>
            <w:tcW w:w="2592" w:type="dxa"/>
          </w:tcPr>
          <w:p w14:paraId="4B4885B2" w14:textId="77777777" w:rsidR="002376F7" w:rsidRDefault="00000000">
            <w:r>
              <w:rPr>
                <w:sz w:val="14"/>
              </w:rPr>
              <w:t>People and Family</w:t>
            </w:r>
          </w:p>
        </w:tc>
        <w:tc>
          <w:tcPr>
            <w:tcW w:w="3168" w:type="dxa"/>
          </w:tcPr>
          <w:p w14:paraId="383DE72A" w14:textId="77777777" w:rsidR="002376F7" w:rsidRDefault="00000000">
            <w:r>
              <w:rPr>
                <w:sz w:val="14"/>
              </w:rPr>
              <w:t>pronouns, possession with de</w:t>
            </w:r>
          </w:p>
        </w:tc>
        <w:tc>
          <w:tcPr>
            <w:tcW w:w="3312" w:type="dxa"/>
          </w:tcPr>
          <w:p w14:paraId="39DA0682" w14:textId="77777777" w:rsidR="002376F7" w:rsidRPr="00145494" w:rsidRDefault="00000000">
            <w:pPr>
              <w:rPr>
                <w:lang w:val="es-ES"/>
              </w:rPr>
            </w:pPr>
            <w:r w:rsidRPr="00145494">
              <w:rPr>
                <w:sz w:val="14"/>
                <w:lang w:val="es-ES"/>
              </w:rPr>
              <w:t>La kasa de nos es grande.</w:t>
            </w:r>
          </w:p>
        </w:tc>
      </w:tr>
      <w:tr w:rsidR="002376F7" w:rsidRPr="00145494" w14:paraId="411C271F" w14:textId="77777777">
        <w:trPr>
          <w:jc w:val="center"/>
        </w:trPr>
        <w:tc>
          <w:tcPr>
            <w:tcW w:w="1008" w:type="dxa"/>
            <w:shd w:val="clear" w:color="auto" w:fill="EEF6F8"/>
          </w:tcPr>
          <w:p w14:paraId="1C5FB380" w14:textId="77777777" w:rsidR="002376F7" w:rsidRDefault="00000000">
            <w:r>
              <w:rPr>
                <w:sz w:val="14"/>
              </w:rPr>
              <w:t>4</w:t>
            </w:r>
          </w:p>
        </w:tc>
        <w:tc>
          <w:tcPr>
            <w:tcW w:w="2592" w:type="dxa"/>
            <w:shd w:val="clear" w:color="auto" w:fill="EEF6F8"/>
          </w:tcPr>
          <w:p w14:paraId="1E75FA36" w14:textId="77777777" w:rsidR="002376F7" w:rsidRDefault="00000000">
            <w:r>
              <w:rPr>
                <w:sz w:val="14"/>
              </w:rPr>
              <w:t>Places and Directions</w:t>
            </w:r>
          </w:p>
        </w:tc>
        <w:tc>
          <w:tcPr>
            <w:tcW w:w="3168" w:type="dxa"/>
            <w:shd w:val="clear" w:color="auto" w:fill="EEF6F8"/>
          </w:tcPr>
          <w:p w14:paraId="2F0CB2C0" w14:textId="77777777" w:rsidR="002376F7" w:rsidRDefault="00000000">
            <w:r>
              <w:rPr>
                <w:sz w:val="14"/>
              </w:rPr>
              <w:t>ube, ici, via, urbe</w:t>
            </w:r>
          </w:p>
        </w:tc>
        <w:tc>
          <w:tcPr>
            <w:tcW w:w="3312" w:type="dxa"/>
            <w:shd w:val="clear" w:color="auto" w:fill="EEF6F8"/>
          </w:tcPr>
          <w:p w14:paraId="15322E05" w14:textId="77777777" w:rsidR="002376F7" w:rsidRPr="00145494" w:rsidRDefault="00000000">
            <w:pPr>
              <w:rPr>
                <w:lang w:val="es-ES"/>
              </w:rPr>
            </w:pPr>
            <w:r w:rsidRPr="00145494">
              <w:rPr>
                <w:sz w:val="14"/>
                <w:lang w:val="es-ES"/>
              </w:rPr>
              <w:t>Ube es la via? La via es ici.</w:t>
            </w:r>
          </w:p>
        </w:tc>
      </w:tr>
      <w:tr w:rsidR="002376F7" w:rsidRPr="00145494" w14:paraId="3B25AF27" w14:textId="77777777">
        <w:trPr>
          <w:jc w:val="center"/>
        </w:trPr>
        <w:tc>
          <w:tcPr>
            <w:tcW w:w="1008" w:type="dxa"/>
          </w:tcPr>
          <w:p w14:paraId="701597AA" w14:textId="77777777" w:rsidR="002376F7" w:rsidRDefault="00000000">
            <w:r>
              <w:rPr>
                <w:sz w:val="14"/>
              </w:rPr>
              <w:t>5</w:t>
            </w:r>
          </w:p>
        </w:tc>
        <w:tc>
          <w:tcPr>
            <w:tcW w:w="2592" w:type="dxa"/>
          </w:tcPr>
          <w:p w14:paraId="076858EF" w14:textId="77777777" w:rsidR="002376F7" w:rsidRDefault="00000000">
            <w:r>
              <w:rPr>
                <w:sz w:val="14"/>
              </w:rPr>
              <w:t>Want, Need, Have</w:t>
            </w:r>
          </w:p>
        </w:tc>
        <w:tc>
          <w:tcPr>
            <w:tcW w:w="3168" w:type="dxa"/>
          </w:tcPr>
          <w:p w14:paraId="49288C2F" w14:textId="77777777" w:rsidR="002376F7" w:rsidRDefault="00000000">
            <w:r>
              <w:rPr>
                <w:sz w:val="14"/>
              </w:rPr>
              <w:t>voli, nesesita, habe</w:t>
            </w:r>
          </w:p>
        </w:tc>
        <w:tc>
          <w:tcPr>
            <w:tcW w:w="3312" w:type="dxa"/>
          </w:tcPr>
          <w:p w14:paraId="3396CC3A" w14:textId="77777777" w:rsidR="002376F7" w:rsidRPr="00145494" w:rsidRDefault="00000000">
            <w:pPr>
              <w:rPr>
                <w:lang w:val="es-ES"/>
              </w:rPr>
            </w:pPr>
            <w:r w:rsidRPr="00145494">
              <w:rPr>
                <w:sz w:val="14"/>
                <w:lang w:val="es-ES"/>
              </w:rPr>
              <w:t>Mi voli akua. Mi nesesita ajuda.</w:t>
            </w:r>
          </w:p>
        </w:tc>
      </w:tr>
      <w:tr w:rsidR="002376F7" w:rsidRPr="00145494" w14:paraId="7D19566B" w14:textId="77777777">
        <w:trPr>
          <w:jc w:val="center"/>
        </w:trPr>
        <w:tc>
          <w:tcPr>
            <w:tcW w:w="1008" w:type="dxa"/>
            <w:shd w:val="clear" w:color="auto" w:fill="EEF6F8"/>
          </w:tcPr>
          <w:p w14:paraId="2FBD3C18" w14:textId="77777777" w:rsidR="002376F7" w:rsidRDefault="00000000">
            <w:r>
              <w:rPr>
                <w:sz w:val="14"/>
              </w:rPr>
              <w:t>6</w:t>
            </w:r>
          </w:p>
        </w:tc>
        <w:tc>
          <w:tcPr>
            <w:tcW w:w="2592" w:type="dxa"/>
            <w:shd w:val="clear" w:color="auto" w:fill="EEF6F8"/>
          </w:tcPr>
          <w:p w14:paraId="09B71ECB" w14:textId="77777777" w:rsidR="002376F7" w:rsidRDefault="00000000">
            <w:r>
              <w:rPr>
                <w:sz w:val="14"/>
              </w:rPr>
              <w:t>Past Events</w:t>
            </w:r>
          </w:p>
        </w:tc>
        <w:tc>
          <w:tcPr>
            <w:tcW w:w="3168" w:type="dxa"/>
            <w:shd w:val="clear" w:color="auto" w:fill="EEF6F8"/>
          </w:tcPr>
          <w:p w14:paraId="5124FC74" w14:textId="77777777" w:rsidR="002376F7" w:rsidRDefault="00000000">
            <w:r>
              <w:rPr>
                <w:sz w:val="14"/>
              </w:rPr>
              <w:t>pa marker</w:t>
            </w:r>
          </w:p>
        </w:tc>
        <w:tc>
          <w:tcPr>
            <w:tcW w:w="3312" w:type="dxa"/>
            <w:shd w:val="clear" w:color="auto" w:fill="EEF6F8"/>
          </w:tcPr>
          <w:p w14:paraId="12F5DC83" w14:textId="77777777" w:rsidR="002376F7" w:rsidRPr="00145494" w:rsidRDefault="00000000">
            <w:pPr>
              <w:rPr>
                <w:lang w:val="es-ES"/>
              </w:rPr>
            </w:pPr>
            <w:r w:rsidRPr="00145494">
              <w:rPr>
                <w:sz w:val="14"/>
                <w:lang w:val="es-ES"/>
              </w:rPr>
              <w:t>Nos pa visita la urbe.</w:t>
            </w:r>
          </w:p>
        </w:tc>
      </w:tr>
      <w:tr w:rsidR="002376F7" w14:paraId="61387A48" w14:textId="77777777">
        <w:trPr>
          <w:jc w:val="center"/>
        </w:trPr>
        <w:tc>
          <w:tcPr>
            <w:tcW w:w="1008" w:type="dxa"/>
          </w:tcPr>
          <w:p w14:paraId="501535FD" w14:textId="77777777" w:rsidR="002376F7" w:rsidRDefault="00000000">
            <w:r>
              <w:rPr>
                <w:sz w:val="14"/>
              </w:rPr>
              <w:t>7</w:t>
            </w:r>
          </w:p>
        </w:tc>
        <w:tc>
          <w:tcPr>
            <w:tcW w:w="2592" w:type="dxa"/>
          </w:tcPr>
          <w:p w14:paraId="58C51322" w14:textId="77777777" w:rsidR="002376F7" w:rsidRDefault="00000000">
            <w:r>
              <w:rPr>
                <w:sz w:val="14"/>
              </w:rPr>
              <w:t>Future Plans</w:t>
            </w:r>
          </w:p>
        </w:tc>
        <w:tc>
          <w:tcPr>
            <w:tcW w:w="3168" w:type="dxa"/>
          </w:tcPr>
          <w:p w14:paraId="1B7BF298" w14:textId="77777777" w:rsidR="002376F7" w:rsidRDefault="00000000">
            <w:r>
              <w:rPr>
                <w:sz w:val="14"/>
              </w:rPr>
              <w:t>va marker</w:t>
            </w:r>
          </w:p>
        </w:tc>
        <w:tc>
          <w:tcPr>
            <w:tcW w:w="3312" w:type="dxa"/>
          </w:tcPr>
          <w:p w14:paraId="7D1672A1" w14:textId="77777777" w:rsidR="002376F7" w:rsidRDefault="00000000">
            <w:r>
              <w:rPr>
                <w:sz w:val="14"/>
              </w:rPr>
              <w:t>Ela va aprende Claralinga.</w:t>
            </w:r>
          </w:p>
        </w:tc>
      </w:tr>
      <w:tr w:rsidR="002376F7" w14:paraId="2A61315D" w14:textId="77777777">
        <w:trPr>
          <w:jc w:val="center"/>
        </w:trPr>
        <w:tc>
          <w:tcPr>
            <w:tcW w:w="1008" w:type="dxa"/>
            <w:shd w:val="clear" w:color="auto" w:fill="EEF6F8"/>
          </w:tcPr>
          <w:p w14:paraId="4EB7F64B" w14:textId="77777777" w:rsidR="002376F7" w:rsidRDefault="00000000">
            <w:r>
              <w:rPr>
                <w:sz w:val="14"/>
              </w:rPr>
              <w:t>8</w:t>
            </w:r>
          </w:p>
        </w:tc>
        <w:tc>
          <w:tcPr>
            <w:tcW w:w="2592" w:type="dxa"/>
            <w:shd w:val="clear" w:color="auto" w:fill="EEF6F8"/>
          </w:tcPr>
          <w:p w14:paraId="027088CC" w14:textId="77777777" w:rsidR="002376F7" w:rsidRDefault="00000000">
            <w:r>
              <w:rPr>
                <w:sz w:val="14"/>
              </w:rPr>
              <w:t>Now and Already</w:t>
            </w:r>
          </w:p>
        </w:tc>
        <w:tc>
          <w:tcPr>
            <w:tcW w:w="3168" w:type="dxa"/>
            <w:shd w:val="clear" w:color="auto" w:fill="EEF6F8"/>
          </w:tcPr>
          <w:p w14:paraId="323C9CA7" w14:textId="77777777" w:rsidR="002376F7" w:rsidRDefault="00000000">
            <w:r>
              <w:rPr>
                <w:sz w:val="14"/>
              </w:rPr>
              <w:t>nu and ja</w:t>
            </w:r>
          </w:p>
        </w:tc>
        <w:tc>
          <w:tcPr>
            <w:tcW w:w="3312" w:type="dxa"/>
            <w:shd w:val="clear" w:color="auto" w:fill="EEF6F8"/>
          </w:tcPr>
          <w:p w14:paraId="5A528265" w14:textId="77777777" w:rsidR="002376F7" w:rsidRDefault="00000000">
            <w:r>
              <w:rPr>
                <w:sz w:val="14"/>
              </w:rPr>
              <w:t>Mi nu lege. Les ja arriva.</w:t>
            </w:r>
          </w:p>
        </w:tc>
      </w:tr>
      <w:tr w:rsidR="002376F7" w:rsidRPr="00145494" w14:paraId="124A283E" w14:textId="77777777">
        <w:trPr>
          <w:jc w:val="center"/>
        </w:trPr>
        <w:tc>
          <w:tcPr>
            <w:tcW w:w="1008" w:type="dxa"/>
          </w:tcPr>
          <w:p w14:paraId="6DAF7A00" w14:textId="77777777" w:rsidR="002376F7" w:rsidRDefault="00000000">
            <w:r>
              <w:rPr>
                <w:sz w:val="14"/>
              </w:rPr>
              <w:t>9</w:t>
            </w:r>
          </w:p>
        </w:tc>
        <w:tc>
          <w:tcPr>
            <w:tcW w:w="2592" w:type="dxa"/>
          </w:tcPr>
          <w:p w14:paraId="7FE83B32" w14:textId="77777777" w:rsidR="002376F7" w:rsidRDefault="00000000">
            <w:r>
              <w:rPr>
                <w:sz w:val="14"/>
              </w:rPr>
              <w:t>Questions</w:t>
            </w:r>
          </w:p>
        </w:tc>
        <w:tc>
          <w:tcPr>
            <w:tcW w:w="3168" w:type="dxa"/>
          </w:tcPr>
          <w:p w14:paraId="0B33EE45" w14:textId="77777777" w:rsidR="002376F7" w:rsidRDefault="00000000">
            <w:r>
              <w:rPr>
                <w:sz w:val="14"/>
              </w:rPr>
              <w:t>ku plus question words</w:t>
            </w:r>
          </w:p>
        </w:tc>
        <w:tc>
          <w:tcPr>
            <w:tcW w:w="3312" w:type="dxa"/>
          </w:tcPr>
          <w:p w14:paraId="62487F57" w14:textId="77777777" w:rsidR="002376F7" w:rsidRPr="00145494" w:rsidRDefault="00000000">
            <w:pPr>
              <w:rPr>
                <w:lang w:val="fr-FR"/>
              </w:rPr>
            </w:pPr>
            <w:r w:rsidRPr="00145494">
              <w:rPr>
                <w:sz w:val="14"/>
                <w:lang w:val="fr-FR"/>
              </w:rPr>
              <w:t>Kur tu aprende? Kom tu parla?</w:t>
            </w:r>
          </w:p>
        </w:tc>
      </w:tr>
      <w:tr w:rsidR="002376F7" w14:paraId="08438381" w14:textId="77777777">
        <w:trPr>
          <w:jc w:val="center"/>
        </w:trPr>
        <w:tc>
          <w:tcPr>
            <w:tcW w:w="1008" w:type="dxa"/>
            <w:shd w:val="clear" w:color="auto" w:fill="EEF6F8"/>
          </w:tcPr>
          <w:p w14:paraId="41F67AC3" w14:textId="77777777" w:rsidR="002376F7" w:rsidRDefault="00000000">
            <w:r>
              <w:rPr>
                <w:sz w:val="14"/>
              </w:rPr>
              <w:t>10</w:t>
            </w:r>
          </w:p>
        </w:tc>
        <w:tc>
          <w:tcPr>
            <w:tcW w:w="2592" w:type="dxa"/>
            <w:shd w:val="clear" w:color="auto" w:fill="EEF6F8"/>
          </w:tcPr>
          <w:p w14:paraId="27D05313" w14:textId="77777777" w:rsidR="002376F7" w:rsidRDefault="00000000">
            <w:r>
              <w:rPr>
                <w:sz w:val="14"/>
              </w:rPr>
              <w:t>Reading and Responding</w:t>
            </w:r>
          </w:p>
        </w:tc>
        <w:tc>
          <w:tcPr>
            <w:tcW w:w="3168" w:type="dxa"/>
            <w:shd w:val="clear" w:color="auto" w:fill="EEF6F8"/>
          </w:tcPr>
          <w:p w14:paraId="7E0FB745" w14:textId="77777777" w:rsidR="002376F7" w:rsidRDefault="00000000">
            <w:r>
              <w:rPr>
                <w:sz w:val="14"/>
              </w:rPr>
              <w:t>short readings and answers</w:t>
            </w:r>
          </w:p>
        </w:tc>
        <w:tc>
          <w:tcPr>
            <w:tcW w:w="3312" w:type="dxa"/>
            <w:shd w:val="clear" w:color="auto" w:fill="EEF6F8"/>
          </w:tcPr>
          <w:p w14:paraId="3BF6DB30" w14:textId="77777777" w:rsidR="002376F7" w:rsidRDefault="00000000">
            <w:r>
              <w:rPr>
                <w:sz w:val="14"/>
              </w:rPr>
              <w:t>Claralinga es clar et simple.</w:t>
            </w:r>
          </w:p>
        </w:tc>
      </w:tr>
    </w:tbl>
    <w:p w14:paraId="21188EC8" w14:textId="77777777" w:rsidR="002376F7" w:rsidRDefault="002376F7">
      <w:pPr>
        <w:spacing w:after="120"/>
      </w:pPr>
    </w:p>
    <w:p w14:paraId="462A5ADC" w14:textId="77777777" w:rsidR="002376F7" w:rsidRDefault="00000000">
      <w:pPr>
        <w:spacing w:after="100"/>
      </w:pPr>
      <w:r>
        <w:t>Each lesson should be practiced by reading the model sentence aloud, changing one word, asking a question with ku, and then writing two new sentences.</w:t>
      </w:r>
    </w:p>
    <w:p w14:paraId="61EC7958" w14:textId="77777777" w:rsidR="002376F7" w:rsidRDefault="00000000">
      <w:r/>
    </w:p>
    <w:p w14:paraId="47F8137D" w14:textId="77777777" w:rsidR="002376F7" w:rsidRDefault="00000000">
      <w:pPr>
        <w:pStyle w:val="ChapterLabel"/>
      </w:pPr>
      <w:r>
        <w:t>Chapter 19</w:t>
      </w:r>
    </w:p>
    <w:p w14:paraId="1310792E" w14:textId="77777777" w:rsidR="002376F7" w:rsidRDefault="00000000">
      <w:pPr>
        <w:pStyle w:val="ChapterTitle"/>
        <w:keepNext/>
      </w:pPr>
      <w:r>
        <w:t>Core Vocabulary 250</w:t>
      </w:r>
    </w:p>
    <w:p w14:paraId="7A059A39" w14:textId="77777777" w:rsidR="002376F7" w:rsidRDefault="00000000">
      <w:pPr>
        <w:pStyle w:val="ChapterSubtitle"/>
      </w:pPr>
      <w:r>
        <w:t>A first working word bank</w:t>
      </w:r>
    </w:p>
    <w:p w14:paraId="43FA659B"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1512"/>
        <w:gridCol w:w="1872"/>
        <w:gridCol w:w="1512"/>
        <w:gridCol w:w="1872"/>
        <w:gridCol w:w="1512"/>
        <w:gridCol w:w="1872"/>
      </w:tblGrid>
      <w:tr w:rsidR="002376F7" w14:paraId="600B3F60" w14:textId="77777777">
        <w:trPr>
          <w:tblHeader/>
          <w:jc w:val="center"/>
        </w:trPr>
        <w:tc>
          <w:tcPr>
            <w:tcW w:w="1512" w:type="dxa"/>
            <w:shd w:val="clear" w:color="auto" w:fill="163B60"/>
          </w:tcPr>
          <w:p w14:paraId="7818D089" w14:textId="77777777" w:rsidR="002376F7" w:rsidRDefault="00000000">
            <w:r>
              <w:rPr>
                <w:b/>
                <w:color w:val="FFFFFF"/>
                <w:sz w:val="16"/>
              </w:rPr>
              <w:t>Word</w:t>
            </w:r>
          </w:p>
        </w:tc>
        <w:tc>
          <w:tcPr>
            <w:tcW w:w="1872" w:type="dxa"/>
            <w:shd w:val="clear" w:color="auto" w:fill="163B60"/>
          </w:tcPr>
          <w:p w14:paraId="6B0500D1" w14:textId="77777777" w:rsidR="002376F7" w:rsidRDefault="00000000">
            <w:r>
              <w:rPr>
                <w:b/>
                <w:color w:val="FFFFFF"/>
                <w:sz w:val="16"/>
              </w:rPr>
              <w:t>Meaning</w:t>
            </w:r>
          </w:p>
        </w:tc>
        <w:tc>
          <w:tcPr>
            <w:tcW w:w="1512" w:type="dxa"/>
            <w:shd w:val="clear" w:color="auto" w:fill="163B60"/>
          </w:tcPr>
          <w:p w14:paraId="39FD453E" w14:textId="77777777" w:rsidR="002376F7" w:rsidRDefault="00000000">
            <w:r>
              <w:rPr>
                <w:b/>
                <w:color w:val="FFFFFF"/>
                <w:sz w:val="16"/>
              </w:rPr>
              <w:t>Word</w:t>
            </w:r>
          </w:p>
        </w:tc>
        <w:tc>
          <w:tcPr>
            <w:tcW w:w="1872" w:type="dxa"/>
            <w:shd w:val="clear" w:color="auto" w:fill="163B60"/>
          </w:tcPr>
          <w:p w14:paraId="445623FB" w14:textId="77777777" w:rsidR="002376F7" w:rsidRDefault="00000000">
            <w:r>
              <w:rPr>
                <w:b/>
                <w:color w:val="FFFFFF"/>
                <w:sz w:val="16"/>
              </w:rPr>
              <w:t>Meaning</w:t>
            </w:r>
          </w:p>
        </w:tc>
        <w:tc>
          <w:tcPr>
            <w:tcW w:w="1512" w:type="dxa"/>
            <w:shd w:val="clear" w:color="auto" w:fill="163B60"/>
          </w:tcPr>
          <w:p w14:paraId="37AF2076" w14:textId="77777777" w:rsidR="002376F7" w:rsidRDefault="00000000">
            <w:r>
              <w:rPr>
                <w:b/>
                <w:color w:val="FFFFFF"/>
                <w:sz w:val="16"/>
              </w:rPr>
              <w:t>Word</w:t>
            </w:r>
          </w:p>
        </w:tc>
        <w:tc>
          <w:tcPr>
            <w:tcW w:w="1872" w:type="dxa"/>
            <w:shd w:val="clear" w:color="auto" w:fill="163B60"/>
          </w:tcPr>
          <w:p w14:paraId="547D2542" w14:textId="77777777" w:rsidR="002376F7" w:rsidRDefault="00000000">
            <w:r>
              <w:rPr>
                <w:b/>
                <w:color w:val="FFFFFF"/>
                <w:sz w:val="16"/>
              </w:rPr>
              <w:t>Meaning</w:t>
            </w:r>
          </w:p>
        </w:tc>
      </w:tr>
      <w:tr w:rsidR="002376F7" w14:paraId="5C55CB8E" w14:textId="77777777">
        <w:trPr>
          <w:jc w:val="center"/>
        </w:trPr>
        <w:tc>
          <w:tcPr>
            <w:tcW w:w="1512" w:type="dxa"/>
          </w:tcPr>
          <w:p w14:paraId="2A8B1D05" w14:textId="77777777" w:rsidR="002376F7" w:rsidRDefault="00000000">
            <w:r>
              <w:rPr>
                <w:sz w:val="13"/>
              </w:rPr>
              <w:t>a</w:t>
            </w:r>
          </w:p>
        </w:tc>
        <w:tc>
          <w:tcPr>
            <w:tcW w:w="1872" w:type="dxa"/>
          </w:tcPr>
          <w:p w14:paraId="35E505CF" w14:textId="77777777" w:rsidR="002376F7" w:rsidRDefault="00000000">
            <w:r>
              <w:rPr>
                <w:sz w:val="13"/>
              </w:rPr>
              <w:t>to / at</w:t>
            </w:r>
          </w:p>
        </w:tc>
        <w:tc>
          <w:tcPr>
            <w:tcW w:w="1512" w:type="dxa"/>
          </w:tcPr>
          <w:p w14:paraId="2E1CAA7F" w14:textId="77777777" w:rsidR="002376F7" w:rsidRDefault="00000000">
            <w:r>
              <w:rPr>
                <w:sz w:val="13"/>
              </w:rPr>
              <w:t>abri</w:t>
            </w:r>
          </w:p>
        </w:tc>
        <w:tc>
          <w:tcPr>
            <w:tcW w:w="1872" w:type="dxa"/>
          </w:tcPr>
          <w:p w14:paraId="1CC58AE1" w14:textId="77777777" w:rsidR="002376F7" w:rsidRDefault="00000000">
            <w:r>
              <w:rPr>
                <w:sz w:val="13"/>
              </w:rPr>
              <w:t>open</w:t>
            </w:r>
          </w:p>
        </w:tc>
        <w:tc>
          <w:tcPr>
            <w:tcW w:w="1512" w:type="dxa"/>
          </w:tcPr>
          <w:p w14:paraId="616D8AD1" w14:textId="77777777" w:rsidR="002376F7" w:rsidRDefault="00000000">
            <w:r>
              <w:rPr>
                <w:sz w:val="13"/>
              </w:rPr>
              <w:t>akua</w:t>
            </w:r>
          </w:p>
        </w:tc>
        <w:tc>
          <w:tcPr>
            <w:tcW w:w="1872" w:type="dxa"/>
          </w:tcPr>
          <w:p w14:paraId="42734CCA" w14:textId="77777777" w:rsidR="002376F7" w:rsidRDefault="00000000">
            <w:r>
              <w:rPr>
                <w:sz w:val="13"/>
              </w:rPr>
              <w:t>water</w:t>
            </w:r>
          </w:p>
        </w:tc>
      </w:tr>
      <w:tr w:rsidR="002376F7" w14:paraId="0A986CD3" w14:textId="77777777">
        <w:trPr>
          <w:jc w:val="center"/>
        </w:trPr>
        <w:tc>
          <w:tcPr>
            <w:tcW w:w="1512" w:type="dxa"/>
            <w:shd w:val="clear" w:color="auto" w:fill="EEF6F8"/>
          </w:tcPr>
          <w:p w14:paraId="626EEF2F" w14:textId="77777777" w:rsidR="002376F7" w:rsidRDefault="00000000">
            <w:r>
              <w:rPr>
                <w:sz w:val="13"/>
              </w:rPr>
              <w:t>ad</w:t>
            </w:r>
          </w:p>
        </w:tc>
        <w:tc>
          <w:tcPr>
            <w:tcW w:w="1872" w:type="dxa"/>
            <w:shd w:val="clear" w:color="auto" w:fill="EEF6F8"/>
          </w:tcPr>
          <w:p w14:paraId="54DACDCB" w14:textId="77777777" w:rsidR="002376F7" w:rsidRDefault="00000000">
            <w:r>
              <w:rPr>
                <w:sz w:val="13"/>
              </w:rPr>
              <w:t>to / toward</w:t>
            </w:r>
          </w:p>
        </w:tc>
        <w:tc>
          <w:tcPr>
            <w:tcW w:w="1512" w:type="dxa"/>
            <w:shd w:val="clear" w:color="auto" w:fill="EEF6F8"/>
          </w:tcPr>
          <w:p w14:paraId="6915B7EA" w14:textId="77777777" w:rsidR="002376F7" w:rsidRDefault="00000000">
            <w:r>
              <w:rPr>
                <w:sz w:val="13"/>
              </w:rPr>
              <w:t>adult</w:t>
            </w:r>
          </w:p>
        </w:tc>
        <w:tc>
          <w:tcPr>
            <w:tcW w:w="1872" w:type="dxa"/>
            <w:shd w:val="clear" w:color="auto" w:fill="EEF6F8"/>
          </w:tcPr>
          <w:p w14:paraId="013D7DAE" w14:textId="77777777" w:rsidR="002376F7" w:rsidRDefault="00000000">
            <w:r>
              <w:rPr>
                <w:sz w:val="13"/>
              </w:rPr>
              <w:t>adult</w:t>
            </w:r>
          </w:p>
        </w:tc>
        <w:tc>
          <w:tcPr>
            <w:tcW w:w="1512" w:type="dxa"/>
            <w:shd w:val="clear" w:color="auto" w:fill="EEF6F8"/>
          </w:tcPr>
          <w:p w14:paraId="2F0B1E61" w14:textId="77777777" w:rsidR="002376F7" w:rsidRDefault="00000000">
            <w:r>
              <w:rPr>
                <w:sz w:val="13"/>
              </w:rPr>
              <w:t>afirma</w:t>
            </w:r>
          </w:p>
        </w:tc>
        <w:tc>
          <w:tcPr>
            <w:tcW w:w="1872" w:type="dxa"/>
            <w:shd w:val="clear" w:color="auto" w:fill="EEF6F8"/>
          </w:tcPr>
          <w:p w14:paraId="5899427C" w14:textId="77777777" w:rsidR="002376F7" w:rsidRDefault="00000000">
            <w:r>
              <w:rPr>
                <w:sz w:val="13"/>
              </w:rPr>
              <w:t>affirm / state</w:t>
            </w:r>
          </w:p>
        </w:tc>
      </w:tr>
      <w:tr w:rsidR="002376F7" w14:paraId="7B140BD1" w14:textId="77777777">
        <w:trPr>
          <w:jc w:val="center"/>
        </w:trPr>
        <w:tc>
          <w:tcPr>
            <w:tcW w:w="1512" w:type="dxa"/>
          </w:tcPr>
          <w:p w14:paraId="14938750" w14:textId="77777777" w:rsidR="002376F7" w:rsidRDefault="00000000">
            <w:r>
              <w:rPr>
                <w:sz w:val="13"/>
              </w:rPr>
              <w:t>ajuda</w:t>
            </w:r>
          </w:p>
        </w:tc>
        <w:tc>
          <w:tcPr>
            <w:tcW w:w="1872" w:type="dxa"/>
          </w:tcPr>
          <w:p w14:paraId="7ABAC56D" w14:textId="77777777" w:rsidR="002376F7" w:rsidRDefault="00000000">
            <w:r>
              <w:rPr>
                <w:sz w:val="13"/>
              </w:rPr>
              <w:t>help</w:t>
            </w:r>
          </w:p>
        </w:tc>
        <w:tc>
          <w:tcPr>
            <w:tcW w:w="1512" w:type="dxa"/>
          </w:tcPr>
          <w:p w14:paraId="6A34DDBB" w14:textId="77777777" w:rsidR="002376F7" w:rsidRDefault="00000000">
            <w:r>
              <w:rPr>
                <w:sz w:val="13"/>
              </w:rPr>
              <w:t>al</w:t>
            </w:r>
          </w:p>
        </w:tc>
        <w:tc>
          <w:tcPr>
            <w:tcW w:w="1872" w:type="dxa"/>
          </w:tcPr>
          <w:p w14:paraId="092B47F2" w14:textId="77777777" w:rsidR="002376F7" w:rsidRDefault="00000000">
            <w:r>
              <w:rPr>
                <w:sz w:val="13"/>
              </w:rPr>
              <w:t>to the / at the</w:t>
            </w:r>
          </w:p>
        </w:tc>
        <w:tc>
          <w:tcPr>
            <w:tcW w:w="1512" w:type="dxa"/>
          </w:tcPr>
          <w:p w14:paraId="5C73CFCD" w14:textId="77777777" w:rsidR="002376F7" w:rsidRDefault="00000000">
            <w:r>
              <w:rPr>
                <w:sz w:val="13"/>
              </w:rPr>
              <w:t>alia</w:t>
            </w:r>
          </w:p>
        </w:tc>
        <w:tc>
          <w:tcPr>
            <w:tcW w:w="1872" w:type="dxa"/>
          </w:tcPr>
          <w:p w14:paraId="61F7D0D9" w14:textId="77777777" w:rsidR="002376F7" w:rsidRDefault="00000000">
            <w:r>
              <w:rPr>
                <w:sz w:val="13"/>
              </w:rPr>
              <w:t>other</w:t>
            </w:r>
          </w:p>
        </w:tc>
      </w:tr>
      <w:tr w:rsidR="002376F7" w14:paraId="5271DB82" w14:textId="77777777">
        <w:trPr>
          <w:jc w:val="center"/>
        </w:trPr>
        <w:tc>
          <w:tcPr>
            <w:tcW w:w="1512" w:type="dxa"/>
            <w:shd w:val="clear" w:color="auto" w:fill="EEF6F8"/>
          </w:tcPr>
          <w:p w14:paraId="4B163BD9" w14:textId="77777777" w:rsidR="002376F7" w:rsidRDefault="00000000">
            <w:r>
              <w:rPr>
                <w:sz w:val="13"/>
              </w:rPr>
              <w:t>alto</w:t>
            </w:r>
          </w:p>
        </w:tc>
        <w:tc>
          <w:tcPr>
            <w:tcW w:w="1872" w:type="dxa"/>
            <w:shd w:val="clear" w:color="auto" w:fill="EEF6F8"/>
          </w:tcPr>
          <w:p w14:paraId="2F02D577" w14:textId="77777777" w:rsidR="002376F7" w:rsidRDefault="00000000">
            <w:r>
              <w:rPr>
                <w:sz w:val="13"/>
              </w:rPr>
              <w:t>high / tall</w:t>
            </w:r>
          </w:p>
        </w:tc>
        <w:tc>
          <w:tcPr>
            <w:tcW w:w="1512" w:type="dxa"/>
            <w:shd w:val="clear" w:color="auto" w:fill="EEF6F8"/>
          </w:tcPr>
          <w:p w14:paraId="1AC403B5" w14:textId="77777777" w:rsidR="002376F7" w:rsidRDefault="00000000">
            <w:r>
              <w:rPr>
                <w:sz w:val="13"/>
              </w:rPr>
              <w:t>ama</w:t>
            </w:r>
          </w:p>
        </w:tc>
        <w:tc>
          <w:tcPr>
            <w:tcW w:w="1872" w:type="dxa"/>
            <w:shd w:val="clear" w:color="auto" w:fill="EEF6F8"/>
          </w:tcPr>
          <w:p w14:paraId="6CCF098C" w14:textId="77777777" w:rsidR="002376F7" w:rsidRDefault="00000000">
            <w:r>
              <w:rPr>
                <w:sz w:val="13"/>
              </w:rPr>
              <w:t>love</w:t>
            </w:r>
          </w:p>
        </w:tc>
        <w:tc>
          <w:tcPr>
            <w:tcW w:w="1512" w:type="dxa"/>
            <w:shd w:val="clear" w:color="auto" w:fill="EEF6F8"/>
          </w:tcPr>
          <w:p w14:paraId="5DAE350C" w14:textId="77777777" w:rsidR="002376F7" w:rsidRDefault="00000000">
            <w:r>
              <w:rPr>
                <w:sz w:val="13"/>
              </w:rPr>
              <w:t>amik</w:t>
            </w:r>
          </w:p>
        </w:tc>
        <w:tc>
          <w:tcPr>
            <w:tcW w:w="1872" w:type="dxa"/>
            <w:shd w:val="clear" w:color="auto" w:fill="EEF6F8"/>
          </w:tcPr>
          <w:p w14:paraId="7F35EA7E" w14:textId="77777777" w:rsidR="002376F7" w:rsidRDefault="00000000">
            <w:r>
              <w:rPr>
                <w:sz w:val="13"/>
              </w:rPr>
              <w:t>friend</w:t>
            </w:r>
          </w:p>
        </w:tc>
      </w:tr>
      <w:tr w:rsidR="002376F7" w14:paraId="1CB49BBF" w14:textId="77777777">
        <w:trPr>
          <w:jc w:val="center"/>
        </w:trPr>
        <w:tc>
          <w:tcPr>
            <w:tcW w:w="1512" w:type="dxa"/>
          </w:tcPr>
          <w:p w14:paraId="74FEEE41" w14:textId="77777777" w:rsidR="002376F7" w:rsidRDefault="00000000">
            <w:r>
              <w:rPr>
                <w:sz w:val="13"/>
              </w:rPr>
              <w:t>an</w:t>
            </w:r>
          </w:p>
        </w:tc>
        <w:tc>
          <w:tcPr>
            <w:tcW w:w="1872" w:type="dxa"/>
          </w:tcPr>
          <w:p w14:paraId="73072042" w14:textId="77777777" w:rsidR="002376F7" w:rsidRDefault="00000000">
            <w:r>
              <w:rPr>
                <w:sz w:val="13"/>
              </w:rPr>
              <w:t>year</w:t>
            </w:r>
          </w:p>
        </w:tc>
        <w:tc>
          <w:tcPr>
            <w:tcW w:w="1512" w:type="dxa"/>
          </w:tcPr>
          <w:p w14:paraId="736D6C80" w14:textId="77777777" w:rsidR="002376F7" w:rsidRDefault="00000000">
            <w:r>
              <w:rPr>
                <w:sz w:val="13"/>
              </w:rPr>
              <w:t>anima</w:t>
            </w:r>
          </w:p>
        </w:tc>
        <w:tc>
          <w:tcPr>
            <w:tcW w:w="1872" w:type="dxa"/>
          </w:tcPr>
          <w:p w14:paraId="47E85353" w14:textId="77777777" w:rsidR="002376F7" w:rsidRDefault="00000000">
            <w:r>
              <w:rPr>
                <w:sz w:val="13"/>
              </w:rPr>
              <w:t>soul / spirit</w:t>
            </w:r>
          </w:p>
        </w:tc>
        <w:tc>
          <w:tcPr>
            <w:tcW w:w="1512" w:type="dxa"/>
          </w:tcPr>
          <w:p w14:paraId="36D1757D" w14:textId="77777777" w:rsidR="002376F7" w:rsidRDefault="00000000">
            <w:r>
              <w:rPr>
                <w:sz w:val="13"/>
              </w:rPr>
              <w:t>aprende</w:t>
            </w:r>
          </w:p>
        </w:tc>
        <w:tc>
          <w:tcPr>
            <w:tcW w:w="1872" w:type="dxa"/>
          </w:tcPr>
          <w:p w14:paraId="1C950A30" w14:textId="77777777" w:rsidR="002376F7" w:rsidRDefault="00000000">
            <w:r>
              <w:rPr>
                <w:sz w:val="13"/>
              </w:rPr>
              <w:t>learn</w:t>
            </w:r>
          </w:p>
        </w:tc>
      </w:tr>
      <w:tr w:rsidR="002376F7" w14:paraId="5C673D39" w14:textId="77777777">
        <w:trPr>
          <w:jc w:val="center"/>
        </w:trPr>
        <w:tc>
          <w:tcPr>
            <w:tcW w:w="1512" w:type="dxa"/>
            <w:shd w:val="clear" w:color="auto" w:fill="EEF6F8"/>
          </w:tcPr>
          <w:p w14:paraId="57C7ACBA" w14:textId="77777777" w:rsidR="002376F7" w:rsidRDefault="00000000">
            <w:r>
              <w:rPr>
                <w:sz w:val="13"/>
              </w:rPr>
              <w:t>arbor</w:t>
            </w:r>
          </w:p>
        </w:tc>
        <w:tc>
          <w:tcPr>
            <w:tcW w:w="1872" w:type="dxa"/>
            <w:shd w:val="clear" w:color="auto" w:fill="EEF6F8"/>
          </w:tcPr>
          <w:p w14:paraId="223A3A35" w14:textId="77777777" w:rsidR="002376F7" w:rsidRDefault="00000000">
            <w:r>
              <w:rPr>
                <w:sz w:val="13"/>
              </w:rPr>
              <w:t>tree</w:t>
            </w:r>
          </w:p>
        </w:tc>
        <w:tc>
          <w:tcPr>
            <w:tcW w:w="1512" w:type="dxa"/>
            <w:shd w:val="clear" w:color="auto" w:fill="EEF6F8"/>
          </w:tcPr>
          <w:p w14:paraId="2ED7C68A" w14:textId="77777777" w:rsidR="002376F7" w:rsidRDefault="00000000">
            <w:r>
              <w:rPr>
                <w:sz w:val="13"/>
              </w:rPr>
              <w:t>arte</w:t>
            </w:r>
          </w:p>
        </w:tc>
        <w:tc>
          <w:tcPr>
            <w:tcW w:w="1872" w:type="dxa"/>
            <w:shd w:val="clear" w:color="auto" w:fill="EEF6F8"/>
          </w:tcPr>
          <w:p w14:paraId="26E87A52" w14:textId="77777777" w:rsidR="002376F7" w:rsidRDefault="00000000">
            <w:r>
              <w:rPr>
                <w:sz w:val="13"/>
              </w:rPr>
              <w:t>art</w:t>
            </w:r>
          </w:p>
        </w:tc>
        <w:tc>
          <w:tcPr>
            <w:tcW w:w="1512" w:type="dxa"/>
            <w:shd w:val="clear" w:color="auto" w:fill="EEF6F8"/>
          </w:tcPr>
          <w:p w14:paraId="3FA95BA1" w14:textId="77777777" w:rsidR="002376F7" w:rsidRDefault="00000000">
            <w:r>
              <w:rPr>
                <w:sz w:val="13"/>
              </w:rPr>
              <w:t>aud</w:t>
            </w:r>
          </w:p>
        </w:tc>
        <w:tc>
          <w:tcPr>
            <w:tcW w:w="1872" w:type="dxa"/>
            <w:shd w:val="clear" w:color="auto" w:fill="EEF6F8"/>
          </w:tcPr>
          <w:p w14:paraId="5F2D0009" w14:textId="77777777" w:rsidR="002376F7" w:rsidRDefault="00000000">
            <w:r>
              <w:rPr>
                <w:sz w:val="13"/>
              </w:rPr>
              <w:t>hear</w:t>
            </w:r>
          </w:p>
        </w:tc>
      </w:tr>
      <w:tr w:rsidR="002376F7" w14:paraId="42FE071A" w14:textId="77777777">
        <w:trPr>
          <w:jc w:val="center"/>
        </w:trPr>
        <w:tc>
          <w:tcPr>
            <w:tcW w:w="1512" w:type="dxa"/>
          </w:tcPr>
          <w:p w14:paraId="7FA49962" w14:textId="77777777" w:rsidR="002376F7" w:rsidRDefault="00000000">
            <w:r>
              <w:rPr>
                <w:sz w:val="13"/>
              </w:rPr>
              <w:t>autor</w:t>
            </w:r>
          </w:p>
        </w:tc>
        <w:tc>
          <w:tcPr>
            <w:tcW w:w="1872" w:type="dxa"/>
          </w:tcPr>
          <w:p w14:paraId="689D3118" w14:textId="77777777" w:rsidR="002376F7" w:rsidRDefault="00000000">
            <w:r>
              <w:rPr>
                <w:sz w:val="13"/>
              </w:rPr>
              <w:t>author</w:t>
            </w:r>
          </w:p>
        </w:tc>
        <w:tc>
          <w:tcPr>
            <w:tcW w:w="1512" w:type="dxa"/>
          </w:tcPr>
          <w:p w14:paraId="71716685" w14:textId="77777777" w:rsidR="002376F7" w:rsidRDefault="00000000">
            <w:r>
              <w:rPr>
                <w:sz w:val="13"/>
              </w:rPr>
              <w:t>basa</w:t>
            </w:r>
          </w:p>
        </w:tc>
        <w:tc>
          <w:tcPr>
            <w:tcW w:w="1872" w:type="dxa"/>
          </w:tcPr>
          <w:p w14:paraId="2676DF60" w14:textId="77777777" w:rsidR="002376F7" w:rsidRDefault="00000000">
            <w:r>
              <w:rPr>
                <w:sz w:val="13"/>
              </w:rPr>
              <w:t>base</w:t>
            </w:r>
          </w:p>
        </w:tc>
        <w:tc>
          <w:tcPr>
            <w:tcW w:w="1512" w:type="dxa"/>
          </w:tcPr>
          <w:p w14:paraId="39641E72" w14:textId="77777777" w:rsidR="002376F7" w:rsidRDefault="00000000">
            <w:r>
              <w:rPr>
                <w:sz w:val="13"/>
              </w:rPr>
              <w:t>bene</w:t>
            </w:r>
          </w:p>
        </w:tc>
        <w:tc>
          <w:tcPr>
            <w:tcW w:w="1872" w:type="dxa"/>
          </w:tcPr>
          <w:p w14:paraId="50F0DA93" w14:textId="77777777" w:rsidR="002376F7" w:rsidRDefault="00000000">
            <w:r>
              <w:rPr>
                <w:sz w:val="13"/>
              </w:rPr>
              <w:t>well</w:t>
            </w:r>
          </w:p>
        </w:tc>
      </w:tr>
      <w:tr w:rsidR="002376F7" w14:paraId="4DCC7606" w14:textId="77777777">
        <w:trPr>
          <w:jc w:val="center"/>
        </w:trPr>
        <w:tc>
          <w:tcPr>
            <w:tcW w:w="1512" w:type="dxa"/>
            <w:shd w:val="clear" w:color="auto" w:fill="EEF6F8"/>
          </w:tcPr>
          <w:p w14:paraId="26635826" w14:textId="77777777" w:rsidR="002376F7" w:rsidRDefault="00000000">
            <w:r>
              <w:rPr>
                <w:sz w:val="13"/>
              </w:rPr>
              <w:t>bon</w:t>
            </w:r>
          </w:p>
        </w:tc>
        <w:tc>
          <w:tcPr>
            <w:tcW w:w="1872" w:type="dxa"/>
            <w:shd w:val="clear" w:color="auto" w:fill="EEF6F8"/>
          </w:tcPr>
          <w:p w14:paraId="4C396C44" w14:textId="77777777" w:rsidR="002376F7" w:rsidRDefault="00000000">
            <w:r>
              <w:rPr>
                <w:sz w:val="13"/>
              </w:rPr>
              <w:t>good</w:t>
            </w:r>
          </w:p>
        </w:tc>
        <w:tc>
          <w:tcPr>
            <w:tcW w:w="1512" w:type="dxa"/>
            <w:shd w:val="clear" w:color="auto" w:fill="EEF6F8"/>
          </w:tcPr>
          <w:p w14:paraId="51FB4AF6" w14:textId="77777777" w:rsidR="002376F7" w:rsidRDefault="00000000">
            <w:r>
              <w:rPr>
                <w:sz w:val="13"/>
              </w:rPr>
              <w:t>bebe</w:t>
            </w:r>
          </w:p>
        </w:tc>
        <w:tc>
          <w:tcPr>
            <w:tcW w:w="1872" w:type="dxa"/>
            <w:shd w:val="clear" w:color="auto" w:fill="EEF6F8"/>
          </w:tcPr>
          <w:p w14:paraId="3077AC8A" w14:textId="77777777" w:rsidR="002376F7" w:rsidRDefault="00000000">
            <w:r>
              <w:rPr>
                <w:sz w:val="13"/>
              </w:rPr>
              <w:t>drink</w:t>
            </w:r>
          </w:p>
        </w:tc>
        <w:tc>
          <w:tcPr>
            <w:tcW w:w="1512" w:type="dxa"/>
            <w:shd w:val="clear" w:color="auto" w:fill="EEF6F8"/>
          </w:tcPr>
          <w:p w14:paraId="7A22F68E" w14:textId="77777777" w:rsidR="002376F7" w:rsidRDefault="00000000">
            <w:r>
              <w:rPr>
                <w:sz w:val="13"/>
              </w:rPr>
              <w:t>bibli</w:t>
            </w:r>
          </w:p>
        </w:tc>
        <w:tc>
          <w:tcPr>
            <w:tcW w:w="1872" w:type="dxa"/>
            <w:shd w:val="clear" w:color="auto" w:fill="EEF6F8"/>
          </w:tcPr>
          <w:p w14:paraId="2A59B048" w14:textId="77777777" w:rsidR="002376F7" w:rsidRDefault="00000000">
            <w:r>
              <w:rPr>
                <w:sz w:val="13"/>
              </w:rPr>
              <w:t>book-related root</w:t>
            </w:r>
          </w:p>
        </w:tc>
      </w:tr>
      <w:tr w:rsidR="002376F7" w14:paraId="59AF1AD8" w14:textId="77777777">
        <w:trPr>
          <w:jc w:val="center"/>
        </w:trPr>
        <w:tc>
          <w:tcPr>
            <w:tcW w:w="1512" w:type="dxa"/>
          </w:tcPr>
          <w:p w14:paraId="37D8A30A" w14:textId="77777777" w:rsidR="002376F7" w:rsidRDefault="00000000">
            <w:r>
              <w:rPr>
                <w:sz w:val="13"/>
              </w:rPr>
              <w:t>blanc</w:t>
            </w:r>
          </w:p>
        </w:tc>
        <w:tc>
          <w:tcPr>
            <w:tcW w:w="1872" w:type="dxa"/>
          </w:tcPr>
          <w:p w14:paraId="0CF38ED4" w14:textId="77777777" w:rsidR="002376F7" w:rsidRDefault="00000000">
            <w:r>
              <w:rPr>
                <w:sz w:val="13"/>
              </w:rPr>
              <w:t>white</w:t>
            </w:r>
          </w:p>
        </w:tc>
        <w:tc>
          <w:tcPr>
            <w:tcW w:w="1512" w:type="dxa"/>
          </w:tcPr>
          <w:p w14:paraId="76BB0679" w14:textId="77777777" w:rsidR="002376F7" w:rsidRDefault="00000000">
            <w:r>
              <w:rPr>
                <w:sz w:val="13"/>
              </w:rPr>
              <w:t>brava</w:t>
            </w:r>
          </w:p>
        </w:tc>
        <w:tc>
          <w:tcPr>
            <w:tcW w:w="1872" w:type="dxa"/>
          </w:tcPr>
          <w:p w14:paraId="7FF43748" w14:textId="77777777" w:rsidR="002376F7" w:rsidRDefault="00000000">
            <w:r>
              <w:rPr>
                <w:sz w:val="13"/>
              </w:rPr>
              <w:t>brave</w:t>
            </w:r>
          </w:p>
        </w:tc>
        <w:tc>
          <w:tcPr>
            <w:tcW w:w="1512" w:type="dxa"/>
          </w:tcPr>
          <w:p w14:paraId="56F9B194" w14:textId="77777777" w:rsidR="002376F7" w:rsidRDefault="00000000">
            <w:r>
              <w:rPr>
                <w:sz w:val="13"/>
              </w:rPr>
              <w:t>kafe</w:t>
            </w:r>
          </w:p>
        </w:tc>
        <w:tc>
          <w:tcPr>
            <w:tcW w:w="1872" w:type="dxa"/>
          </w:tcPr>
          <w:p w14:paraId="441E4E50" w14:textId="77777777" w:rsidR="002376F7" w:rsidRDefault="00000000">
            <w:r>
              <w:rPr>
                <w:sz w:val="13"/>
              </w:rPr>
              <w:t>coffee</w:t>
            </w:r>
          </w:p>
        </w:tc>
      </w:tr>
      <w:tr w:rsidR="002376F7" w14:paraId="0CE85AE4" w14:textId="77777777">
        <w:trPr>
          <w:jc w:val="center"/>
        </w:trPr>
        <w:tc>
          <w:tcPr>
            <w:tcW w:w="1512" w:type="dxa"/>
            <w:shd w:val="clear" w:color="auto" w:fill="EEF6F8"/>
          </w:tcPr>
          <w:p w14:paraId="2DA5AAC2" w14:textId="77777777" w:rsidR="002376F7" w:rsidRDefault="00000000">
            <w:r>
              <w:rPr>
                <w:sz w:val="13"/>
              </w:rPr>
              <w:t>kalor</w:t>
            </w:r>
          </w:p>
        </w:tc>
        <w:tc>
          <w:tcPr>
            <w:tcW w:w="1872" w:type="dxa"/>
            <w:shd w:val="clear" w:color="auto" w:fill="EEF6F8"/>
          </w:tcPr>
          <w:p w14:paraId="4794A998" w14:textId="77777777" w:rsidR="002376F7" w:rsidRDefault="00000000">
            <w:r>
              <w:rPr>
                <w:sz w:val="13"/>
              </w:rPr>
              <w:t>heat</w:t>
            </w:r>
          </w:p>
        </w:tc>
        <w:tc>
          <w:tcPr>
            <w:tcW w:w="1512" w:type="dxa"/>
            <w:shd w:val="clear" w:color="auto" w:fill="EEF6F8"/>
          </w:tcPr>
          <w:p w14:paraId="2D3B133F" w14:textId="77777777" w:rsidR="002376F7" w:rsidRDefault="00000000">
            <w:r>
              <w:rPr>
                <w:sz w:val="13"/>
              </w:rPr>
              <w:t>camp</w:t>
            </w:r>
          </w:p>
        </w:tc>
        <w:tc>
          <w:tcPr>
            <w:tcW w:w="1872" w:type="dxa"/>
            <w:shd w:val="clear" w:color="auto" w:fill="EEF6F8"/>
          </w:tcPr>
          <w:p w14:paraId="4E5E285C" w14:textId="77777777" w:rsidR="002376F7" w:rsidRDefault="00000000">
            <w:r>
              <w:rPr>
                <w:sz w:val="13"/>
              </w:rPr>
              <w:t>camp</w:t>
            </w:r>
          </w:p>
        </w:tc>
        <w:tc>
          <w:tcPr>
            <w:tcW w:w="1512" w:type="dxa"/>
            <w:shd w:val="clear" w:color="auto" w:fill="EEF6F8"/>
          </w:tcPr>
          <w:p w14:paraId="0D3F2E69" w14:textId="77777777" w:rsidR="002376F7" w:rsidRDefault="00000000">
            <w:r>
              <w:rPr>
                <w:sz w:val="13"/>
              </w:rPr>
              <w:t>canta</w:t>
            </w:r>
          </w:p>
        </w:tc>
        <w:tc>
          <w:tcPr>
            <w:tcW w:w="1872" w:type="dxa"/>
            <w:shd w:val="clear" w:color="auto" w:fill="EEF6F8"/>
          </w:tcPr>
          <w:p w14:paraId="4BE43594" w14:textId="77777777" w:rsidR="002376F7" w:rsidRDefault="00000000">
            <w:r>
              <w:rPr>
                <w:sz w:val="13"/>
              </w:rPr>
              <w:t>sing</w:t>
            </w:r>
          </w:p>
        </w:tc>
      </w:tr>
      <w:tr w:rsidR="002376F7" w14:paraId="42D6C85C" w14:textId="77777777">
        <w:trPr>
          <w:jc w:val="center"/>
        </w:trPr>
        <w:tc>
          <w:tcPr>
            <w:tcW w:w="1512" w:type="dxa"/>
          </w:tcPr>
          <w:p w14:paraId="48F3946D" w14:textId="77777777" w:rsidR="002376F7" w:rsidRDefault="00000000">
            <w:r>
              <w:rPr>
                <w:sz w:val="13"/>
              </w:rPr>
              <w:t>kasa</w:t>
            </w:r>
          </w:p>
        </w:tc>
        <w:tc>
          <w:tcPr>
            <w:tcW w:w="1872" w:type="dxa"/>
          </w:tcPr>
          <w:p w14:paraId="4391EAE5" w14:textId="77777777" w:rsidR="002376F7" w:rsidRDefault="00000000">
            <w:r>
              <w:rPr>
                <w:sz w:val="13"/>
              </w:rPr>
              <w:t>house</w:t>
            </w:r>
          </w:p>
        </w:tc>
        <w:tc>
          <w:tcPr>
            <w:tcW w:w="1512" w:type="dxa"/>
          </w:tcPr>
          <w:p w14:paraId="4FED301A" w14:textId="77777777" w:rsidR="002376F7" w:rsidRDefault="00000000">
            <w:r>
              <w:rPr>
                <w:sz w:val="13"/>
              </w:rPr>
              <w:t>cel</w:t>
            </w:r>
          </w:p>
        </w:tc>
        <w:tc>
          <w:tcPr>
            <w:tcW w:w="1872" w:type="dxa"/>
          </w:tcPr>
          <w:p w14:paraId="595B3846" w14:textId="77777777" w:rsidR="002376F7" w:rsidRDefault="00000000">
            <w:r>
              <w:rPr>
                <w:sz w:val="13"/>
              </w:rPr>
              <w:t>sky / heaven</w:t>
            </w:r>
          </w:p>
        </w:tc>
        <w:tc>
          <w:tcPr>
            <w:tcW w:w="1512" w:type="dxa"/>
          </w:tcPr>
          <w:p>
            <w:r>
              <w:t>kentro</w:t>
            </w:r>
          </w:p>
        </w:tc>
        <w:tc>
          <w:tcPr>
            <w:tcW w:w="1872" w:type="dxa"/>
          </w:tcPr>
          <w:p>
            <w:r>
              <w:t>hundred</w:t>
            </w:r>
          </w:p>
        </w:tc>
      </w:tr>
      <w:tr w:rsidR="002376F7" w14:paraId="3355B384" w14:textId="77777777">
        <w:trPr>
          <w:jc w:val="center"/>
        </w:trPr>
        <w:tc>
          <w:tcPr>
            <w:tcW w:w="1512" w:type="dxa"/>
            <w:shd w:val="clear" w:color="auto" w:fill="EEF6F8"/>
          </w:tcPr>
          <w:p w14:paraId="44D13C93" w14:textId="77777777" w:rsidR="002376F7" w:rsidRDefault="00000000">
            <w:r>
              <w:rPr>
                <w:sz w:val="13"/>
              </w:rPr>
              <w:t>kentro</w:t>
            </w:r>
          </w:p>
        </w:tc>
        <w:tc>
          <w:tcPr>
            <w:tcW w:w="1872" w:type="dxa"/>
            <w:shd w:val="clear" w:color="auto" w:fill="EEF6F8"/>
          </w:tcPr>
          <w:p w14:paraId="2A0DB45C" w14:textId="77777777" w:rsidR="002376F7" w:rsidRDefault="00000000">
            <w:r>
              <w:rPr>
                <w:sz w:val="13"/>
              </w:rPr>
              <w:t>center</w:t>
            </w:r>
          </w:p>
        </w:tc>
        <w:tc>
          <w:tcPr>
            <w:tcW w:w="1512" w:type="dxa"/>
            <w:shd w:val="clear" w:color="auto" w:fill="EEF6F8"/>
          </w:tcPr>
          <w:p w14:paraId="6ACD08E8" w14:textId="77777777" w:rsidR="002376F7" w:rsidRDefault="00000000">
            <w:r>
              <w:rPr>
                <w:sz w:val="13"/>
              </w:rPr>
              <w:t>charta</w:t>
            </w:r>
          </w:p>
        </w:tc>
        <w:tc>
          <w:tcPr>
            <w:tcW w:w="1872" w:type="dxa"/>
            <w:shd w:val="clear" w:color="auto" w:fill="EEF6F8"/>
          </w:tcPr>
          <w:p w14:paraId="56DBA42A" w14:textId="77777777" w:rsidR="002376F7" w:rsidRDefault="00000000">
            <w:r>
              <w:rPr>
                <w:sz w:val="13"/>
              </w:rPr>
              <w:t>paper / chart</w:t>
            </w:r>
          </w:p>
        </w:tc>
        <w:tc>
          <w:tcPr>
            <w:tcW w:w="1512" w:type="dxa"/>
            <w:shd w:val="clear" w:color="auto" w:fill="EEF6F8"/>
          </w:tcPr>
          <w:p w14:paraId="4335D113" w14:textId="77777777" w:rsidR="002376F7" w:rsidRDefault="00000000">
            <w:r>
              <w:rPr>
                <w:sz w:val="13"/>
              </w:rPr>
              <w:t>ici</w:t>
            </w:r>
          </w:p>
        </w:tc>
        <w:tc>
          <w:tcPr>
            <w:tcW w:w="1872" w:type="dxa"/>
            <w:shd w:val="clear" w:color="auto" w:fill="EEF6F8"/>
          </w:tcPr>
          <w:p w14:paraId="02A29C60" w14:textId="77777777" w:rsidR="002376F7" w:rsidRDefault="00000000">
            <w:r>
              <w:rPr>
                <w:sz w:val="13"/>
              </w:rPr>
              <w:t>here</w:t>
            </w:r>
          </w:p>
        </w:tc>
      </w:tr>
      <w:tr w:rsidR="002376F7" w14:paraId="7303613B" w14:textId="77777777">
        <w:trPr>
          <w:jc w:val="center"/>
        </w:trPr>
        <w:tc>
          <w:tcPr>
            <w:tcW w:w="1512" w:type="dxa"/>
          </w:tcPr>
          <w:p w14:paraId="79D4A1F9" w14:textId="77777777" w:rsidR="002376F7" w:rsidRDefault="00000000">
            <w:r>
              <w:rPr>
                <w:sz w:val="13"/>
              </w:rPr>
              <w:t>alimenta</w:t>
            </w:r>
          </w:p>
        </w:tc>
        <w:tc>
          <w:tcPr>
            <w:tcW w:w="1872" w:type="dxa"/>
          </w:tcPr>
          <w:p w14:paraId="6D56C830" w14:textId="77777777" w:rsidR="002376F7" w:rsidRDefault="00000000">
            <w:r>
              <w:rPr>
                <w:sz w:val="13"/>
              </w:rPr>
              <w:t>food</w:t>
            </w:r>
          </w:p>
        </w:tc>
        <w:tc>
          <w:tcPr>
            <w:tcW w:w="1512" w:type="dxa"/>
          </w:tcPr>
          <w:p w14:paraId="354AC7A8" w14:textId="77777777" w:rsidR="002376F7" w:rsidRDefault="00000000">
            <w:r>
              <w:rPr>
                <w:sz w:val="13"/>
              </w:rPr>
              <w:t>cinque</w:t>
            </w:r>
          </w:p>
        </w:tc>
        <w:tc>
          <w:tcPr>
            <w:tcW w:w="1872" w:type="dxa"/>
          </w:tcPr>
          <w:p w14:paraId="10DA595E" w14:textId="77777777" w:rsidR="002376F7" w:rsidRDefault="00000000">
            <w:r>
              <w:rPr>
                <w:sz w:val="13"/>
              </w:rPr>
              <w:t>five</w:t>
            </w:r>
          </w:p>
        </w:tc>
        <w:tc>
          <w:tcPr>
            <w:tcW w:w="1512" w:type="dxa"/>
          </w:tcPr>
          <w:p w14:paraId="23A31CC1" w14:textId="77777777" w:rsidR="002376F7" w:rsidRDefault="00000000">
            <w:r>
              <w:rPr>
                <w:sz w:val="13"/>
              </w:rPr>
              <w:t>clar</w:t>
            </w:r>
          </w:p>
        </w:tc>
        <w:tc>
          <w:tcPr>
            <w:tcW w:w="1872" w:type="dxa"/>
          </w:tcPr>
          <w:p w14:paraId="4392D508" w14:textId="77777777" w:rsidR="002376F7" w:rsidRDefault="00000000">
            <w:r>
              <w:rPr>
                <w:sz w:val="13"/>
              </w:rPr>
              <w:t>clear</w:t>
            </w:r>
          </w:p>
        </w:tc>
      </w:tr>
      <w:tr w:rsidR="002376F7" w14:paraId="1FC2AAD4" w14:textId="77777777">
        <w:trPr>
          <w:jc w:val="center"/>
        </w:trPr>
        <w:tc>
          <w:tcPr>
            <w:tcW w:w="1512" w:type="dxa"/>
            <w:shd w:val="clear" w:color="auto" w:fill="EEF6F8"/>
          </w:tcPr>
          <w:p w14:paraId="63B5FFA7" w14:textId="77777777" w:rsidR="002376F7" w:rsidRDefault="00000000">
            <w:r>
              <w:rPr>
                <w:sz w:val="13"/>
              </w:rPr>
              <w:t>Claralinga</w:t>
            </w:r>
          </w:p>
        </w:tc>
        <w:tc>
          <w:tcPr>
            <w:tcW w:w="1872" w:type="dxa"/>
            <w:shd w:val="clear" w:color="auto" w:fill="EEF6F8"/>
          </w:tcPr>
          <w:p w14:paraId="581DA72C" w14:textId="77777777" w:rsidR="002376F7" w:rsidRDefault="00000000">
            <w:r>
              <w:rPr>
                <w:sz w:val="13"/>
              </w:rPr>
              <w:t>Clear Language</w:t>
            </w:r>
          </w:p>
        </w:tc>
        <w:tc>
          <w:tcPr>
            <w:tcW w:w="1512" w:type="dxa"/>
            <w:shd w:val="clear" w:color="auto" w:fill="EEF6F8"/>
          </w:tcPr>
          <w:p w14:paraId="04A32658" w14:textId="77777777" w:rsidR="002376F7" w:rsidRDefault="00000000">
            <w:r>
              <w:rPr>
                <w:sz w:val="13"/>
              </w:rPr>
              <w:t>klase</w:t>
            </w:r>
          </w:p>
        </w:tc>
        <w:tc>
          <w:tcPr>
            <w:tcW w:w="1872" w:type="dxa"/>
            <w:shd w:val="clear" w:color="auto" w:fill="EEF6F8"/>
          </w:tcPr>
          <w:p w14:paraId="0202ABE7" w14:textId="77777777" w:rsidR="002376F7" w:rsidRDefault="00000000">
            <w:r>
              <w:rPr>
                <w:sz w:val="13"/>
              </w:rPr>
              <w:t>class</w:t>
            </w:r>
          </w:p>
        </w:tc>
        <w:tc>
          <w:tcPr>
            <w:tcW w:w="1512" w:type="dxa"/>
            <w:shd w:val="clear" w:color="auto" w:fill="EEF6F8"/>
          </w:tcPr>
          <w:p w14:paraId="3B897DA8" w14:textId="77777777" w:rsidR="002376F7" w:rsidRDefault="00000000">
            <w:r>
              <w:rPr>
                <w:sz w:val="13"/>
              </w:rPr>
              <w:t>color</w:t>
            </w:r>
          </w:p>
        </w:tc>
        <w:tc>
          <w:tcPr>
            <w:tcW w:w="1872" w:type="dxa"/>
            <w:shd w:val="clear" w:color="auto" w:fill="EEF6F8"/>
          </w:tcPr>
          <w:p w14:paraId="24A66D7A" w14:textId="77777777" w:rsidR="002376F7" w:rsidRDefault="00000000">
            <w:r>
              <w:rPr>
                <w:sz w:val="13"/>
              </w:rPr>
              <w:t>color</w:t>
            </w:r>
          </w:p>
        </w:tc>
      </w:tr>
      <w:tr w:rsidR="002376F7" w14:paraId="3518576D" w14:textId="77777777">
        <w:trPr>
          <w:jc w:val="center"/>
        </w:trPr>
        <w:tc>
          <w:tcPr>
            <w:tcW w:w="1512" w:type="dxa"/>
          </w:tcPr>
          <w:p w14:paraId="0A2041C3" w14:textId="77777777" w:rsidR="002376F7" w:rsidRDefault="00000000">
            <w:r>
              <w:rPr>
                <w:sz w:val="13"/>
              </w:rPr>
              <w:t>komensa</w:t>
            </w:r>
          </w:p>
        </w:tc>
        <w:tc>
          <w:tcPr>
            <w:tcW w:w="1872" w:type="dxa"/>
          </w:tcPr>
          <w:p w14:paraId="128798E7" w14:textId="77777777" w:rsidR="002376F7" w:rsidRDefault="00000000">
            <w:r>
              <w:rPr>
                <w:sz w:val="13"/>
              </w:rPr>
              <w:t>begin</w:t>
            </w:r>
          </w:p>
        </w:tc>
        <w:tc>
          <w:tcPr>
            <w:tcW w:w="1512" w:type="dxa"/>
          </w:tcPr>
          <w:p w14:paraId="77019F32" w14:textId="77777777" w:rsidR="002376F7" w:rsidRDefault="00000000">
            <w:r>
              <w:rPr>
                <w:sz w:val="13"/>
              </w:rPr>
              <w:t>compra</w:t>
            </w:r>
          </w:p>
        </w:tc>
        <w:tc>
          <w:tcPr>
            <w:tcW w:w="1872" w:type="dxa"/>
          </w:tcPr>
          <w:p w14:paraId="144533BB" w14:textId="77777777" w:rsidR="002376F7" w:rsidRDefault="00000000">
            <w:r>
              <w:rPr>
                <w:sz w:val="13"/>
              </w:rPr>
              <w:t>buy</w:t>
            </w:r>
          </w:p>
        </w:tc>
        <w:tc>
          <w:tcPr>
            <w:tcW w:w="1512" w:type="dxa"/>
          </w:tcPr>
          <w:p w14:paraId="3DDE5C6F" w14:textId="77777777" w:rsidR="002376F7" w:rsidRDefault="00000000">
            <w:r>
              <w:rPr>
                <w:sz w:val="13"/>
              </w:rPr>
              <w:t>komprende</w:t>
            </w:r>
          </w:p>
        </w:tc>
        <w:tc>
          <w:tcPr>
            <w:tcW w:w="1872" w:type="dxa"/>
          </w:tcPr>
          <w:p w14:paraId="168CDD74" w14:textId="77777777" w:rsidR="002376F7" w:rsidRDefault="00000000">
            <w:r>
              <w:rPr>
                <w:sz w:val="13"/>
              </w:rPr>
              <w:t>understand</w:t>
            </w:r>
          </w:p>
        </w:tc>
      </w:tr>
      <w:tr w:rsidR="002376F7" w14:paraId="25C60800" w14:textId="77777777">
        <w:trPr>
          <w:jc w:val="center"/>
        </w:trPr>
        <w:tc>
          <w:tcPr>
            <w:tcW w:w="1512" w:type="dxa"/>
            <w:shd w:val="clear" w:color="auto" w:fill="EEF6F8"/>
          </w:tcPr>
          <w:p w14:paraId="01DEB17D" w14:textId="77777777" w:rsidR="002376F7" w:rsidRDefault="00000000">
            <w:r>
              <w:rPr>
                <w:sz w:val="13"/>
              </w:rPr>
              <w:t>komun</w:t>
            </w:r>
          </w:p>
        </w:tc>
        <w:tc>
          <w:tcPr>
            <w:tcW w:w="1872" w:type="dxa"/>
            <w:shd w:val="clear" w:color="auto" w:fill="EEF6F8"/>
          </w:tcPr>
          <w:p w14:paraId="574BC76C" w14:textId="77777777" w:rsidR="002376F7" w:rsidRDefault="00000000">
            <w:r>
              <w:rPr>
                <w:sz w:val="13"/>
              </w:rPr>
              <w:t>common</w:t>
            </w:r>
          </w:p>
        </w:tc>
        <w:tc>
          <w:tcPr>
            <w:tcW w:w="1512" w:type="dxa"/>
            <w:shd w:val="clear" w:color="auto" w:fill="EEF6F8"/>
          </w:tcPr>
          <w:p w14:paraId="112E713A" w14:textId="77777777" w:rsidR="002376F7" w:rsidRDefault="00000000">
            <w:r>
              <w:rPr>
                <w:sz w:val="13"/>
              </w:rPr>
              <w:t>komunika</w:t>
            </w:r>
          </w:p>
        </w:tc>
        <w:tc>
          <w:tcPr>
            <w:tcW w:w="1872" w:type="dxa"/>
            <w:shd w:val="clear" w:color="auto" w:fill="EEF6F8"/>
          </w:tcPr>
          <w:p w14:paraId="3DBA7345" w14:textId="77777777" w:rsidR="002376F7" w:rsidRDefault="00000000">
            <w:r>
              <w:rPr>
                <w:sz w:val="13"/>
              </w:rPr>
              <w:t>communicate</w:t>
            </w:r>
          </w:p>
        </w:tc>
        <w:tc>
          <w:tcPr>
            <w:tcW w:w="1512" w:type="dxa"/>
            <w:shd w:val="clear" w:color="auto" w:fill="EEF6F8"/>
          </w:tcPr>
          <w:p w14:paraId="34E4F68F" w14:textId="77777777" w:rsidR="002376F7" w:rsidRDefault="00000000">
            <w:r>
              <w:rPr>
                <w:sz w:val="13"/>
              </w:rPr>
              <w:t>kon</w:t>
            </w:r>
          </w:p>
        </w:tc>
        <w:tc>
          <w:tcPr>
            <w:tcW w:w="1872" w:type="dxa"/>
            <w:shd w:val="clear" w:color="auto" w:fill="EEF6F8"/>
          </w:tcPr>
          <w:p w14:paraId="4ED39348" w14:textId="77777777" w:rsidR="002376F7" w:rsidRDefault="00000000">
            <w:r>
              <w:rPr>
                <w:sz w:val="13"/>
              </w:rPr>
              <w:t>with</w:t>
            </w:r>
          </w:p>
        </w:tc>
      </w:tr>
      <w:tr w:rsidR="002376F7" w14:paraId="2CA0C067" w14:textId="77777777">
        <w:trPr>
          <w:jc w:val="center"/>
        </w:trPr>
        <w:tc>
          <w:tcPr>
            <w:tcW w:w="1512" w:type="dxa"/>
          </w:tcPr>
          <w:p w14:paraId="392DAF7B" w14:textId="77777777" w:rsidR="002376F7" w:rsidRDefault="00000000">
            <w:r>
              <w:rPr>
                <w:sz w:val="13"/>
              </w:rPr>
              <w:t>konekte</w:t>
            </w:r>
          </w:p>
        </w:tc>
        <w:tc>
          <w:tcPr>
            <w:tcW w:w="1872" w:type="dxa"/>
          </w:tcPr>
          <w:p w14:paraId="28B1E677" w14:textId="77777777" w:rsidR="002376F7" w:rsidRDefault="00000000">
            <w:r>
              <w:rPr>
                <w:sz w:val="13"/>
              </w:rPr>
              <w:t>connect</w:t>
            </w:r>
          </w:p>
        </w:tc>
        <w:tc>
          <w:tcPr>
            <w:tcW w:w="1512" w:type="dxa"/>
          </w:tcPr>
          <w:p w14:paraId="4BE32278" w14:textId="77777777" w:rsidR="002376F7" w:rsidRDefault="00000000">
            <w:r>
              <w:rPr>
                <w:sz w:val="13"/>
              </w:rPr>
              <w:t>kopi</w:t>
            </w:r>
          </w:p>
        </w:tc>
        <w:tc>
          <w:tcPr>
            <w:tcW w:w="1872" w:type="dxa"/>
          </w:tcPr>
          <w:p w14:paraId="63AE3B1F" w14:textId="77777777" w:rsidR="002376F7" w:rsidRDefault="00000000">
            <w:r>
              <w:rPr>
                <w:sz w:val="13"/>
              </w:rPr>
              <w:t>copy</w:t>
            </w:r>
          </w:p>
        </w:tc>
        <w:tc>
          <w:tcPr>
            <w:tcW w:w="1512" w:type="dxa"/>
          </w:tcPr>
          <w:p w14:paraId="2E1EF2D3" w14:textId="77777777" w:rsidR="002376F7" w:rsidRDefault="00000000">
            <w:r>
              <w:rPr>
                <w:sz w:val="13"/>
              </w:rPr>
              <w:t>core</w:t>
            </w:r>
          </w:p>
        </w:tc>
        <w:tc>
          <w:tcPr>
            <w:tcW w:w="1872" w:type="dxa"/>
          </w:tcPr>
          <w:p w14:paraId="745644F7" w14:textId="77777777" w:rsidR="002376F7" w:rsidRDefault="00000000">
            <w:r>
              <w:rPr>
                <w:sz w:val="13"/>
              </w:rPr>
              <w:t>core</w:t>
            </w:r>
          </w:p>
        </w:tc>
      </w:tr>
      <w:tr w:rsidR="002376F7" w14:paraId="7C4D5952" w14:textId="77777777">
        <w:trPr>
          <w:jc w:val="center"/>
        </w:trPr>
        <w:tc>
          <w:tcPr>
            <w:tcW w:w="1512" w:type="dxa"/>
            <w:shd w:val="clear" w:color="auto" w:fill="EEF6F8"/>
          </w:tcPr>
          <w:p w14:paraId="2E01EEE2" w14:textId="77777777" w:rsidR="002376F7" w:rsidRDefault="00000000">
            <w:r>
              <w:rPr>
                <w:sz w:val="13"/>
              </w:rPr>
              <w:t>korpo</w:t>
            </w:r>
          </w:p>
        </w:tc>
        <w:tc>
          <w:tcPr>
            <w:tcW w:w="1872" w:type="dxa"/>
            <w:shd w:val="clear" w:color="auto" w:fill="EEF6F8"/>
          </w:tcPr>
          <w:p w14:paraId="1B36282C" w14:textId="77777777" w:rsidR="002376F7" w:rsidRDefault="00000000">
            <w:r>
              <w:rPr>
                <w:sz w:val="13"/>
              </w:rPr>
              <w:t>body</w:t>
            </w:r>
          </w:p>
        </w:tc>
        <w:tc>
          <w:tcPr>
            <w:tcW w:w="1512" w:type="dxa"/>
            <w:shd w:val="clear" w:color="auto" w:fill="EEF6F8"/>
          </w:tcPr>
          <w:p w14:paraId="07AFF22F" w14:textId="77777777" w:rsidR="002376F7" w:rsidRDefault="00000000">
            <w:r>
              <w:rPr>
                <w:sz w:val="13"/>
              </w:rPr>
              <w:t>kosta</w:t>
            </w:r>
          </w:p>
        </w:tc>
        <w:tc>
          <w:tcPr>
            <w:tcW w:w="1872" w:type="dxa"/>
            <w:shd w:val="clear" w:color="auto" w:fill="EEF6F8"/>
          </w:tcPr>
          <w:p w14:paraId="03EAB285" w14:textId="77777777" w:rsidR="002376F7" w:rsidRDefault="00000000">
            <w:r>
              <w:rPr>
                <w:sz w:val="13"/>
              </w:rPr>
              <w:t>cost</w:t>
            </w:r>
          </w:p>
        </w:tc>
        <w:tc>
          <w:tcPr>
            <w:tcW w:w="1512" w:type="dxa"/>
            <w:shd w:val="clear" w:color="auto" w:fill="EEF6F8"/>
          </w:tcPr>
          <w:p w14:paraId="5DCF49B1" w14:textId="77777777" w:rsidR="002376F7" w:rsidRDefault="00000000">
            <w:r>
              <w:rPr>
                <w:sz w:val="13"/>
              </w:rPr>
              <w:t>krea</w:t>
            </w:r>
          </w:p>
        </w:tc>
        <w:tc>
          <w:tcPr>
            <w:tcW w:w="1872" w:type="dxa"/>
            <w:shd w:val="clear" w:color="auto" w:fill="EEF6F8"/>
          </w:tcPr>
          <w:p w14:paraId="744B0009" w14:textId="77777777" w:rsidR="002376F7" w:rsidRDefault="00000000">
            <w:r>
              <w:rPr>
                <w:sz w:val="13"/>
              </w:rPr>
              <w:t>create</w:t>
            </w:r>
          </w:p>
        </w:tc>
      </w:tr>
      <w:tr w:rsidR="002376F7" w14:paraId="35C0848C" w14:textId="77777777">
        <w:trPr>
          <w:jc w:val="center"/>
        </w:trPr>
        <w:tc>
          <w:tcPr>
            <w:tcW w:w="1512" w:type="dxa"/>
          </w:tcPr>
          <w:p w14:paraId="3E6888F6" w14:textId="77777777" w:rsidR="002376F7" w:rsidRDefault="00000000">
            <w:r>
              <w:rPr>
                <w:sz w:val="13"/>
              </w:rPr>
              <w:t>kultura</w:t>
            </w:r>
          </w:p>
        </w:tc>
        <w:tc>
          <w:tcPr>
            <w:tcW w:w="1872" w:type="dxa"/>
          </w:tcPr>
          <w:p w14:paraId="4B5B2E0B" w14:textId="77777777" w:rsidR="002376F7" w:rsidRDefault="00000000">
            <w:r>
              <w:rPr>
                <w:sz w:val="13"/>
              </w:rPr>
              <w:t>culture</w:t>
            </w:r>
          </w:p>
        </w:tc>
        <w:tc>
          <w:tcPr>
            <w:tcW w:w="1512" w:type="dxa"/>
          </w:tcPr>
          <w:p w14:paraId="04022C53" w14:textId="77777777" w:rsidR="002376F7" w:rsidRDefault="00000000">
            <w:r>
              <w:rPr>
                <w:sz w:val="13"/>
              </w:rPr>
              <w:t>cura</w:t>
            </w:r>
          </w:p>
        </w:tc>
        <w:tc>
          <w:tcPr>
            <w:tcW w:w="1872" w:type="dxa"/>
          </w:tcPr>
          <w:p w14:paraId="626B14D6" w14:textId="77777777" w:rsidR="002376F7" w:rsidRDefault="00000000">
            <w:r>
              <w:rPr>
                <w:sz w:val="13"/>
              </w:rPr>
              <w:t>care</w:t>
            </w:r>
          </w:p>
        </w:tc>
        <w:tc>
          <w:tcPr>
            <w:tcW w:w="1512" w:type="dxa"/>
          </w:tcPr>
          <w:p w14:paraId="410B47C9" w14:textId="77777777" w:rsidR="002376F7" w:rsidRDefault="00000000">
            <w:r>
              <w:rPr>
                <w:sz w:val="13"/>
              </w:rPr>
              <w:t>da</w:t>
            </w:r>
          </w:p>
        </w:tc>
        <w:tc>
          <w:tcPr>
            <w:tcW w:w="1872" w:type="dxa"/>
          </w:tcPr>
          <w:p w14:paraId="68CDAF07" w14:textId="77777777" w:rsidR="002376F7" w:rsidRDefault="00000000">
            <w:r>
              <w:rPr>
                <w:sz w:val="13"/>
              </w:rPr>
              <w:t>give</w:t>
            </w:r>
          </w:p>
        </w:tc>
      </w:tr>
      <w:tr w:rsidR="002376F7" w14:paraId="3B4F0623" w14:textId="77777777">
        <w:trPr>
          <w:jc w:val="center"/>
        </w:trPr>
        <w:tc>
          <w:tcPr>
            <w:tcW w:w="1512" w:type="dxa"/>
            <w:shd w:val="clear" w:color="auto" w:fill="EEF6F8"/>
          </w:tcPr>
          <w:p w14:paraId="35A9C301" w14:textId="77777777" w:rsidR="002376F7" w:rsidRDefault="00000000">
            <w:r>
              <w:rPr>
                <w:sz w:val="13"/>
              </w:rPr>
              <w:t>de</w:t>
            </w:r>
          </w:p>
        </w:tc>
        <w:tc>
          <w:tcPr>
            <w:tcW w:w="1872" w:type="dxa"/>
            <w:shd w:val="clear" w:color="auto" w:fill="EEF6F8"/>
          </w:tcPr>
          <w:p w14:paraId="4CAAD687" w14:textId="77777777" w:rsidR="002376F7" w:rsidRDefault="00000000">
            <w:r>
              <w:rPr>
                <w:sz w:val="13"/>
              </w:rPr>
              <w:t>of / from</w:t>
            </w:r>
          </w:p>
        </w:tc>
        <w:tc>
          <w:tcPr>
            <w:tcW w:w="1512" w:type="dxa"/>
            <w:shd w:val="clear" w:color="auto" w:fill="EEF6F8"/>
          </w:tcPr>
          <w:p w14:paraId="50F4D8BA" w14:textId="77777777" w:rsidR="002376F7" w:rsidRDefault="00000000">
            <w:r>
              <w:rPr>
                <w:sz w:val="13"/>
              </w:rPr>
              <w:t>dekmbr</w:t>
            </w:r>
          </w:p>
        </w:tc>
        <w:tc>
          <w:tcPr>
            <w:tcW w:w="1872" w:type="dxa"/>
            <w:shd w:val="clear" w:color="auto" w:fill="EEF6F8"/>
          </w:tcPr>
          <w:p w14:paraId="5C2B2FAF" w14:textId="77777777" w:rsidR="002376F7" w:rsidRDefault="00000000">
            <w:r>
              <w:rPr>
                <w:sz w:val="13"/>
              </w:rPr>
              <w:t>Dekmber</w:t>
            </w:r>
          </w:p>
        </w:tc>
        <w:tc>
          <w:tcPr>
            <w:tcW w:w="1512" w:type="dxa"/>
            <w:shd w:val="clear" w:color="auto" w:fill="EEF6F8"/>
          </w:tcPr>
          <w:p w14:paraId="7FD13DCA" w14:textId="77777777" w:rsidR="002376F7" w:rsidRDefault="00000000">
            <w:r>
              <w:rPr>
                <w:sz w:val="13"/>
              </w:rPr>
              <w:t>dek</w:t>
            </w:r>
          </w:p>
        </w:tc>
        <w:tc>
          <w:tcPr>
            <w:tcW w:w="1872" w:type="dxa"/>
            <w:shd w:val="clear" w:color="auto" w:fill="EEF6F8"/>
          </w:tcPr>
          <w:p w14:paraId="193C59D5" w14:textId="77777777" w:rsidR="002376F7" w:rsidRDefault="00000000">
            <w:r>
              <w:rPr>
                <w:sz w:val="13"/>
              </w:rPr>
              <w:t>ten</w:t>
            </w:r>
          </w:p>
        </w:tc>
      </w:tr>
      <w:tr w:rsidR="002376F7" w14:paraId="201B949C" w14:textId="77777777">
        <w:trPr>
          <w:jc w:val="center"/>
        </w:trPr>
        <w:tc>
          <w:tcPr>
            <w:tcW w:w="1512" w:type="dxa"/>
          </w:tcPr>
          <w:p w14:paraId="61AB4AAC" w14:textId="77777777" w:rsidR="002376F7" w:rsidRDefault="00000000">
            <w:r>
              <w:rPr>
                <w:sz w:val="13"/>
              </w:rPr>
              <w:t>deside</w:t>
            </w:r>
          </w:p>
        </w:tc>
        <w:tc>
          <w:tcPr>
            <w:tcW w:w="1872" w:type="dxa"/>
          </w:tcPr>
          <w:p w14:paraId="035CA026" w14:textId="77777777" w:rsidR="002376F7" w:rsidRDefault="00000000">
            <w:r>
              <w:rPr>
                <w:sz w:val="13"/>
              </w:rPr>
              <w:t>deside</w:t>
            </w:r>
          </w:p>
        </w:tc>
        <w:tc>
          <w:tcPr>
            <w:tcW w:w="1512" w:type="dxa"/>
          </w:tcPr>
          <w:p w14:paraId="1378885B" w14:textId="77777777" w:rsidR="002376F7" w:rsidRDefault="00000000">
            <w:r>
              <w:rPr>
                <w:sz w:val="13"/>
              </w:rPr>
              <w:t>demokrati</w:t>
            </w:r>
          </w:p>
        </w:tc>
        <w:tc>
          <w:tcPr>
            <w:tcW w:w="1872" w:type="dxa"/>
          </w:tcPr>
          <w:p w14:paraId="1213C787" w14:textId="77777777" w:rsidR="002376F7" w:rsidRDefault="00000000">
            <w:r>
              <w:rPr>
                <w:sz w:val="13"/>
              </w:rPr>
              <w:t>democracy</w:t>
            </w:r>
          </w:p>
        </w:tc>
        <w:tc>
          <w:tcPr>
            <w:tcW w:w="1512" w:type="dxa"/>
          </w:tcPr>
          <w:p w14:paraId="1BDA4FED" w14:textId="77777777" w:rsidR="002376F7" w:rsidRDefault="00000000">
            <w:r>
              <w:rPr>
                <w:sz w:val="13"/>
              </w:rPr>
              <w:t>desira</w:t>
            </w:r>
          </w:p>
        </w:tc>
        <w:tc>
          <w:tcPr>
            <w:tcW w:w="1872" w:type="dxa"/>
          </w:tcPr>
          <w:p w14:paraId="2138EE52" w14:textId="77777777" w:rsidR="002376F7" w:rsidRDefault="00000000">
            <w:r>
              <w:rPr>
                <w:sz w:val="13"/>
              </w:rPr>
              <w:t>desire / wish</w:t>
            </w:r>
          </w:p>
        </w:tc>
      </w:tr>
      <w:tr w:rsidR="002376F7" w14:paraId="750234C3" w14:textId="77777777">
        <w:trPr>
          <w:jc w:val="center"/>
        </w:trPr>
        <w:tc>
          <w:tcPr>
            <w:tcW w:w="1512" w:type="dxa"/>
            <w:shd w:val="clear" w:color="auto" w:fill="EEF6F8"/>
          </w:tcPr>
          <w:p w14:paraId="5D20EFD3" w14:textId="77777777" w:rsidR="002376F7" w:rsidRDefault="00000000">
            <w:r>
              <w:rPr>
                <w:sz w:val="13"/>
              </w:rPr>
              <w:t>dia</w:t>
            </w:r>
          </w:p>
        </w:tc>
        <w:tc>
          <w:tcPr>
            <w:tcW w:w="1872" w:type="dxa"/>
            <w:shd w:val="clear" w:color="auto" w:fill="EEF6F8"/>
          </w:tcPr>
          <w:p w14:paraId="539D529C" w14:textId="77777777" w:rsidR="002376F7" w:rsidRDefault="00000000">
            <w:r>
              <w:rPr>
                <w:sz w:val="13"/>
              </w:rPr>
              <w:t>day</w:t>
            </w:r>
          </w:p>
        </w:tc>
        <w:tc>
          <w:tcPr>
            <w:tcW w:w="1512" w:type="dxa"/>
            <w:shd w:val="clear" w:color="auto" w:fill="EEF6F8"/>
          </w:tcPr>
          <w:p w14:paraId="55770629" w14:textId="77777777" w:rsidR="002376F7" w:rsidRDefault="00000000">
            <w:r>
              <w:rPr>
                <w:sz w:val="13"/>
              </w:rPr>
              <w:t>dise</w:t>
            </w:r>
          </w:p>
        </w:tc>
        <w:tc>
          <w:tcPr>
            <w:tcW w:w="1872" w:type="dxa"/>
            <w:shd w:val="clear" w:color="auto" w:fill="EEF6F8"/>
          </w:tcPr>
          <w:p w14:paraId="5234246A" w14:textId="77777777" w:rsidR="002376F7" w:rsidRDefault="00000000">
            <w:r>
              <w:rPr>
                <w:sz w:val="13"/>
              </w:rPr>
              <w:t>say</w:t>
            </w:r>
          </w:p>
        </w:tc>
        <w:tc>
          <w:tcPr>
            <w:tcW w:w="1512" w:type="dxa"/>
            <w:shd w:val="clear" w:color="auto" w:fill="EEF6F8"/>
          </w:tcPr>
          <w:p w14:paraId="3565E853" w14:textId="77777777" w:rsidR="002376F7" w:rsidRDefault="00000000">
            <w:r>
              <w:rPr>
                <w:sz w:val="13"/>
              </w:rPr>
              <w:t>difisil</w:t>
            </w:r>
          </w:p>
        </w:tc>
        <w:tc>
          <w:tcPr>
            <w:tcW w:w="1872" w:type="dxa"/>
            <w:shd w:val="clear" w:color="auto" w:fill="EEF6F8"/>
          </w:tcPr>
          <w:p w14:paraId="218E8E9F" w14:textId="77777777" w:rsidR="002376F7" w:rsidRDefault="00000000">
            <w:r>
              <w:rPr>
                <w:sz w:val="13"/>
              </w:rPr>
              <w:t>difficult</w:t>
            </w:r>
          </w:p>
        </w:tc>
      </w:tr>
      <w:tr w:rsidR="002376F7" w14:paraId="157D57A3" w14:textId="77777777">
        <w:trPr>
          <w:jc w:val="center"/>
        </w:trPr>
        <w:tc>
          <w:tcPr>
            <w:tcW w:w="1512" w:type="dxa"/>
          </w:tcPr>
          <w:p w14:paraId="70AF1639" w14:textId="77777777" w:rsidR="002376F7" w:rsidRDefault="00000000">
            <w:r>
              <w:rPr>
                <w:sz w:val="13"/>
              </w:rPr>
              <w:t>direkt</w:t>
            </w:r>
          </w:p>
        </w:tc>
        <w:tc>
          <w:tcPr>
            <w:tcW w:w="1872" w:type="dxa"/>
          </w:tcPr>
          <w:p w14:paraId="07F46C71" w14:textId="77777777" w:rsidR="002376F7" w:rsidRDefault="00000000">
            <w:r>
              <w:rPr>
                <w:sz w:val="13"/>
              </w:rPr>
              <w:t>direct</w:t>
            </w:r>
          </w:p>
        </w:tc>
        <w:tc>
          <w:tcPr>
            <w:tcW w:w="1512" w:type="dxa"/>
          </w:tcPr>
          <w:p w14:paraId="46F0D589" w14:textId="77777777" w:rsidR="002376F7" w:rsidRDefault="00000000">
            <w:r>
              <w:rPr>
                <w:sz w:val="13"/>
              </w:rPr>
              <w:t>dom</w:t>
            </w:r>
          </w:p>
        </w:tc>
        <w:tc>
          <w:tcPr>
            <w:tcW w:w="1872" w:type="dxa"/>
          </w:tcPr>
          <w:p w14:paraId="203CC23C" w14:textId="77777777" w:rsidR="002376F7" w:rsidRDefault="00000000">
            <w:r>
              <w:rPr>
                <w:sz w:val="13"/>
              </w:rPr>
              <w:t>home</w:t>
            </w:r>
          </w:p>
        </w:tc>
        <w:tc>
          <w:tcPr>
            <w:tcW w:w="1512" w:type="dxa"/>
          </w:tcPr>
          <w:p w14:paraId="55F44CFD" w14:textId="77777777" w:rsidR="002376F7" w:rsidRDefault="00000000">
            <w:r>
              <w:rPr>
                <w:sz w:val="13"/>
              </w:rPr>
              <w:t>dormi</w:t>
            </w:r>
          </w:p>
        </w:tc>
        <w:tc>
          <w:tcPr>
            <w:tcW w:w="1872" w:type="dxa"/>
          </w:tcPr>
          <w:p w14:paraId="183A73E8" w14:textId="77777777" w:rsidR="002376F7" w:rsidRDefault="00000000">
            <w:r>
              <w:rPr>
                <w:sz w:val="13"/>
              </w:rPr>
              <w:t>sleep</w:t>
            </w:r>
          </w:p>
        </w:tc>
      </w:tr>
      <w:tr w:rsidR="002376F7" w14:paraId="0EE873CB" w14:textId="77777777">
        <w:trPr>
          <w:jc w:val="center"/>
        </w:trPr>
        <w:tc>
          <w:tcPr>
            <w:tcW w:w="1512" w:type="dxa"/>
            <w:shd w:val="clear" w:color="auto" w:fill="EEF6F8"/>
          </w:tcPr>
          <w:p w14:paraId="0497BF37" w14:textId="77777777" w:rsidR="002376F7" w:rsidRDefault="00000000">
            <w:r>
              <w:rPr>
                <w:sz w:val="13"/>
              </w:rPr>
              <w:t>du</w:t>
            </w:r>
          </w:p>
        </w:tc>
        <w:tc>
          <w:tcPr>
            <w:tcW w:w="1872" w:type="dxa"/>
            <w:shd w:val="clear" w:color="auto" w:fill="EEF6F8"/>
          </w:tcPr>
          <w:p w14:paraId="4C8F60E5" w14:textId="77777777" w:rsidR="002376F7" w:rsidRDefault="00000000">
            <w:r>
              <w:rPr>
                <w:sz w:val="13"/>
              </w:rPr>
              <w:t>two</w:t>
            </w:r>
          </w:p>
        </w:tc>
        <w:tc>
          <w:tcPr>
            <w:tcW w:w="1512" w:type="dxa"/>
            <w:shd w:val="clear" w:color="auto" w:fill="EEF6F8"/>
          </w:tcPr>
          <w:p w14:paraId="338508B5" w14:textId="77777777" w:rsidR="002376F7" w:rsidRDefault="00000000">
            <w:r>
              <w:rPr>
                <w:sz w:val="13"/>
              </w:rPr>
              <w:t>eduka</w:t>
            </w:r>
          </w:p>
        </w:tc>
        <w:tc>
          <w:tcPr>
            <w:tcW w:w="1872" w:type="dxa"/>
            <w:shd w:val="clear" w:color="auto" w:fill="EEF6F8"/>
          </w:tcPr>
          <w:p w14:paraId="11ABE797" w14:textId="77777777" w:rsidR="002376F7" w:rsidRDefault="00000000">
            <w:r>
              <w:rPr>
                <w:sz w:val="13"/>
              </w:rPr>
              <w:t>educate</w:t>
            </w:r>
          </w:p>
        </w:tc>
        <w:tc>
          <w:tcPr>
            <w:tcW w:w="1512" w:type="dxa"/>
            <w:shd w:val="clear" w:color="auto" w:fill="EEF6F8"/>
          </w:tcPr>
          <w:p w14:paraId="0AE04B8C" w14:textId="77777777" w:rsidR="002376F7" w:rsidRDefault="00000000">
            <w:r>
              <w:rPr>
                <w:sz w:val="13"/>
              </w:rPr>
              <w:t>ela</w:t>
            </w:r>
          </w:p>
        </w:tc>
        <w:tc>
          <w:tcPr>
            <w:tcW w:w="1872" w:type="dxa"/>
            <w:shd w:val="clear" w:color="auto" w:fill="EEF6F8"/>
          </w:tcPr>
          <w:p w14:paraId="59BEFC78" w14:textId="77777777" w:rsidR="002376F7" w:rsidRDefault="00000000">
            <w:r>
              <w:rPr>
                <w:sz w:val="13"/>
              </w:rPr>
              <w:t>she / her</w:t>
            </w:r>
          </w:p>
        </w:tc>
      </w:tr>
      <w:tr w:rsidR="002376F7" w14:paraId="05A733F2" w14:textId="77777777">
        <w:trPr>
          <w:jc w:val="center"/>
        </w:trPr>
        <w:tc>
          <w:tcPr>
            <w:tcW w:w="1512" w:type="dxa"/>
          </w:tcPr>
          <w:p w14:paraId="06AEF151" w14:textId="77777777" w:rsidR="002376F7" w:rsidRDefault="00000000">
            <w:r>
              <w:rPr>
                <w:sz w:val="13"/>
              </w:rPr>
              <w:t>energi</w:t>
            </w:r>
          </w:p>
        </w:tc>
        <w:tc>
          <w:tcPr>
            <w:tcW w:w="1872" w:type="dxa"/>
          </w:tcPr>
          <w:p w14:paraId="006C573E" w14:textId="77777777" w:rsidR="002376F7" w:rsidRDefault="00000000">
            <w:r>
              <w:rPr>
                <w:sz w:val="13"/>
              </w:rPr>
              <w:t>energy</w:t>
            </w:r>
          </w:p>
        </w:tc>
        <w:tc>
          <w:tcPr>
            <w:tcW w:w="1512" w:type="dxa"/>
          </w:tcPr>
          <w:p w14:paraId="575B9C72" w14:textId="77777777" w:rsidR="002376F7" w:rsidRDefault="00000000">
            <w:r>
              <w:rPr>
                <w:sz w:val="13"/>
              </w:rPr>
              <w:t>en</w:t>
            </w:r>
          </w:p>
        </w:tc>
        <w:tc>
          <w:tcPr>
            <w:tcW w:w="1872" w:type="dxa"/>
          </w:tcPr>
          <w:p w14:paraId="708DA0B9" w14:textId="77777777" w:rsidR="002376F7" w:rsidRDefault="00000000">
            <w:r>
              <w:rPr>
                <w:sz w:val="13"/>
              </w:rPr>
              <w:t>en</w:t>
            </w:r>
          </w:p>
        </w:tc>
        <w:tc>
          <w:tcPr>
            <w:tcW w:w="1512" w:type="dxa"/>
          </w:tcPr>
          <w:p w14:paraId="045BC050" w14:textId="77777777" w:rsidR="002376F7" w:rsidRDefault="00000000">
            <w:r>
              <w:rPr>
                <w:sz w:val="13"/>
              </w:rPr>
              <w:t>entra</w:t>
            </w:r>
          </w:p>
        </w:tc>
        <w:tc>
          <w:tcPr>
            <w:tcW w:w="1872" w:type="dxa"/>
          </w:tcPr>
          <w:p w14:paraId="4EED6E24" w14:textId="77777777" w:rsidR="002376F7" w:rsidRDefault="00000000">
            <w:r>
              <w:rPr>
                <w:sz w:val="13"/>
              </w:rPr>
              <w:t>enter</w:t>
            </w:r>
          </w:p>
        </w:tc>
      </w:tr>
      <w:tr w:rsidR="002376F7" w14:paraId="32B041AF" w14:textId="77777777">
        <w:trPr>
          <w:jc w:val="center"/>
        </w:trPr>
        <w:tc>
          <w:tcPr>
            <w:tcW w:w="1512" w:type="dxa"/>
            <w:shd w:val="clear" w:color="auto" w:fill="EEF6F8"/>
          </w:tcPr>
          <w:p w14:paraId="7A808EB9" w14:textId="77777777" w:rsidR="002376F7" w:rsidRDefault="00000000">
            <w:r>
              <w:rPr>
                <w:sz w:val="13"/>
              </w:rPr>
              <w:t>es</w:t>
            </w:r>
          </w:p>
        </w:tc>
        <w:tc>
          <w:tcPr>
            <w:tcW w:w="1872" w:type="dxa"/>
            <w:shd w:val="clear" w:color="auto" w:fill="EEF6F8"/>
          </w:tcPr>
          <w:p w14:paraId="30F037CF" w14:textId="77777777" w:rsidR="002376F7" w:rsidRDefault="00000000">
            <w:r>
              <w:rPr>
                <w:sz w:val="13"/>
              </w:rPr>
              <w:t>is / are / be</w:t>
            </w:r>
          </w:p>
        </w:tc>
        <w:tc>
          <w:tcPr>
            <w:tcW w:w="1512" w:type="dxa"/>
            <w:shd w:val="clear" w:color="auto" w:fill="EEF6F8"/>
          </w:tcPr>
          <w:p w14:paraId="0A99C98F" w14:textId="77777777" w:rsidR="002376F7" w:rsidRDefault="00000000">
            <w:r>
              <w:rPr>
                <w:sz w:val="13"/>
              </w:rPr>
              <w:t>espera</w:t>
            </w:r>
          </w:p>
        </w:tc>
        <w:tc>
          <w:tcPr>
            <w:tcW w:w="1872" w:type="dxa"/>
            <w:shd w:val="clear" w:color="auto" w:fill="EEF6F8"/>
          </w:tcPr>
          <w:p w14:paraId="48D61FC2" w14:textId="77777777" w:rsidR="002376F7" w:rsidRDefault="00000000">
            <w:r>
              <w:rPr>
                <w:sz w:val="13"/>
              </w:rPr>
              <w:t>hope / wait</w:t>
            </w:r>
          </w:p>
        </w:tc>
        <w:tc>
          <w:tcPr>
            <w:tcW w:w="1512" w:type="dxa"/>
            <w:shd w:val="clear" w:color="auto" w:fill="EEF6F8"/>
          </w:tcPr>
          <w:p w14:paraId="598D20C7" w14:textId="77777777" w:rsidR="002376F7" w:rsidRDefault="00000000">
            <w:r>
              <w:rPr>
                <w:sz w:val="13"/>
              </w:rPr>
              <w:t>et</w:t>
            </w:r>
          </w:p>
        </w:tc>
        <w:tc>
          <w:tcPr>
            <w:tcW w:w="1872" w:type="dxa"/>
            <w:shd w:val="clear" w:color="auto" w:fill="EEF6F8"/>
          </w:tcPr>
          <w:p w14:paraId="162F6131" w14:textId="77777777" w:rsidR="002376F7" w:rsidRDefault="00000000">
            <w:r>
              <w:rPr>
                <w:sz w:val="13"/>
              </w:rPr>
              <w:t>and</w:t>
            </w:r>
          </w:p>
        </w:tc>
      </w:tr>
      <w:tr w:rsidR="002376F7" w14:paraId="1DD652BE" w14:textId="77777777">
        <w:trPr>
          <w:jc w:val="center"/>
        </w:trPr>
        <w:tc>
          <w:tcPr>
            <w:tcW w:w="1512" w:type="dxa"/>
          </w:tcPr>
          <w:p w14:paraId="2ED4A8D9" w14:textId="77777777" w:rsidR="002376F7" w:rsidRDefault="00000000">
            <w:r>
              <w:rPr>
                <w:sz w:val="13"/>
              </w:rPr>
              <w:t>exempla</w:t>
            </w:r>
          </w:p>
        </w:tc>
        <w:tc>
          <w:tcPr>
            <w:tcW w:w="1872" w:type="dxa"/>
          </w:tcPr>
          <w:p w14:paraId="2F5E513E" w14:textId="77777777" w:rsidR="002376F7" w:rsidRDefault="00000000">
            <w:r>
              <w:rPr>
                <w:sz w:val="13"/>
              </w:rPr>
              <w:t>example</w:t>
            </w:r>
          </w:p>
        </w:tc>
        <w:tc>
          <w:tcPr>
            <w:tcW w:w="1512" w:type="dxa"/>
          </w:tcPr>
          <w:p w14:paraId="505F8B25" w14:textId="77777777" w:rsidR="002376F7" w:rsidRDefault="00000000">
            <w:r>
              <w:rPr>
                <w:sz w:val="13"/>
              </w:rPr>
              <w:t>fac</w:t>
            </w:r>
          </w:p>
        </w:tc>
        <w:tc>
          <w:tcPr>
            <w:tcW w:w="1872" w:type="dxa"/>
          </w:tcPr>
          <w:p w14:paraId="7C69D930" w14:textId="77777777" w:rsidR="002376F7" w:rsidRDefault="00000000">
            <w:r>
              <w:rPr>
                <w:sz w:val="13"/>
              </w:rPr>
              <w:t>face</w:t>
            </w:r>
          </w:p>
        </w:tc>
        <w:tc>
          <w:tcPr>
            <w:tcW w:w="1512" w:type="dxa"/>
          </w:tcPr>
          <w:p w14:paraId="03BE02F9" w14:textId="77777777" w:rsidR="002376F7" w:rsidRDefault="00000000">
            <w:r>
              <w:rPr>
                <w:sz w:val="13"/>
              </w:rPr>
              <w:t>fasil</w:t>
            </w:r>
          </w:p>
        </w:tc>
        <w:tc>
          <w:tcPr>
            <w:tcW w:w="1872" w:type="dxa"/>
          </w:tcPr>
          <w:p w14:paraId="2B84B9BD" w14:textId="77777777" w:rsidR="002376F7" w:rsidRDefault="00000000">
            <w:r>
              <w:rPr>
                <w:sz w:val="13"/>
              </w:rPr>
              <w:t>easy</w:t>
            </w:r>
          </w:p>
        </w:tc>
      </w:tr>
      <w:tr w:rsidR="002376F7" w14:paraId="74D8EB54" w14:textId="77777777">
        <w:trPr>
          <w:jc w:val="center"/>
        </w:trPr>
        <w:tc>
          <w:tcPr>
            <w:tcW w:w="1512" w:type="dxa"/>
            <w:shd w:val="clear" w:color="auto" w:fill="EEF6F8"/>
          </w:tcPr>
          <w:p w14:paraId="4230F6A6" w14:textId="77777777" w:rsidR="002376F7" w:rsidRDefault="00000000">
            <w:r>
              <w:rPr>
                <w:sz w:val="13"/>
              </w:rPr>
              <w:t>familia</w:t>
            </w:r>
          </w:p>
        </w:tc>
        <w:tc>
          <w:tcPr>
            <w:tcW w:w="1872" w:type="dxa"/>
            <w:shd w:val="clear" w:color="auto" w:fill="EEF6F8"/>
          </w:tcPr>
          <w:p w14:paraId="6B731DE9" w14:textId="77777777" w:rsidR="002376F7" w:rsidRDefault="00000000">
            <w:r>
              <w:rPr>
                <w:sz w:val="13"/>
              </w:rPr>
              <w:t>family</w:t>
            </w:r>
          </w:p>
        </w:tc>
        <w:tc>
          <w:tcPr>
            <w:tcW w:w="1512" w:type="dxa"/>
            <w:shd w:val="clear" w:color="auto" w:fill="EEF6F8"/>
          </w:tcPr>
          <w:p w14:paraId="3A4F6B28" w14:textId="77777777" w:rsidR="002376F7" w:rsidRDefault="00000000">
            <w:r>
              <w:rPr>
                <w:sz w:val="13"/>
              </w:rPr>
              <w:t>fakt</w:t>
            </w:r>
          </w:p>
        </w:tc>
        <w:tc>
          <w:tcPr>
            <w:tcW w:w="1872" w:type="dxa"/>
            <w:shd w:val="clear" w:color="auto" w:fill="EEF6F8"/>
          </w:tcPr>
          <w:p w14:paraId="13CEAC95" w14:textId="77777777" w:rsidR="002376F7" w:rsidRDefault="00000000">
            <w:r>
              <w:rPr>
                <w:sz w:val="13"/>
              </w:rPr>
              <w:t>fact</w:t>
            </w:r>
          </w:p>
        </w:tc>
        <w:tc>
          <w:tcPr>
            <w:tcW w:w="1512" w:type="dxa"/>
            <w:shd w:val="clear" w:color="auto" w:fill="EEF6F8"/>
          </w:tcPr>
          <w:p w14:paraId="7ABF9BCE" w14:textId="77777777" w:rsidR="002376F7" w:rsidRDefault="00000000">
            <w:r>
              <w:rPr>
                <w:sz w:val="13"/>
              </w:rPr>
              <w:t>far</w:t>
            </w:r>
          </w:p>
        </w:tc>
        <w:tc>
          <w:tcPr>
            <w:tcW w:w="1872" w:type="dxa"/>
            <w:shd w:val="clear" w:color="auto" w:fill="EEF6F8"/>
          </w:tcPr>
          <w:p w14:paraId="23C91936" w14:textId="77777777" w:rsidR="002376F7" w:rsidRDefault="00000000">
            <w:r>
              <w:rPr>
                <w:sz w:val="13"/>
              </w:rPr>
              <w:t>do / make</w:t>
            </w:r>
          </w:p>
        </w:tc>
      </w:tr>
      <w:tr w:rsidR="002376F7" w14:paraId="42AFA9FD" w14:textId="77777777">
        <w:trPr>
          <w:jc w:val="center"/>
        </w:trPr>
        <w:tc>
          <w:tcPr>
            <w:tcW w:w="1512" w:type="dxa"/>
          </w:tcPr>
          <w:p w14:paraId="40C8F6FE" w14:textId="77777777" w:rsidR="002376F7" w:rsidRDefault="00000000">
            <w:r>
              <w:rPr>
                <w:sz w:val="13"/>
              </w:rPr>
              <w:t>feliz</w:t>
            </w:r>
          </w:p>
        </w:tc>
        <w:tc>
          <w:tcPr>
            <w:tcW w:w="1872" w:type="dxa"/>
          </w:tcPr>
          <w:p w14:paraId="78B84350" w14:textId="77777777" w:rsidR="002376F7" w:rsidRDefault="00000000">
            <w:r>
              <w:rPr>
                <w:sz w:val="13"/>
              </w:rPr>
              <w:t>happy</w:t>
            </w:r>
          </w:p>
        </w:tc>
        <w:tc>
          <w:tcPr>
            <w:tcW w:w="1512" w:type="dxa"/>
          </w:tcPr>
          <w:p w14:paraId="4FFB5A7C" w14:textId="77777777" w:rsidR="002376F7" w:rsidRDefault="00000000">
            <w:r>
              <w:rPr>
                <w:sz w:val="13"/>
              </w:rPr>
              <w:t>fem</w:t>
            </w:r>
          </w:p>
        </w:tc>
        <w:tc>
          <w:tcPr>
            <w:tcW w:w="1872" w:type="dxa"/>
          </w:tcPr>
          <w:p w14:paraId="78CB1BCA" w14:textId="77777777" w:rsidR="002376F7" w:rsidRDefault="00000000">
            <w:r>
              <w:rPr>
                <w:sz w:val="13"/>
              </w:rPr>
              <w:t>female / woman</w:t>
            </w:r>
          </w:p>
        </w:tc>
        <w:tc>
          <w:tcPr>
            <w:tcW w:w="1512" w:type="dxa"/>
          </w:tcPr>
          <w:p w14:paraId="22F5FEEF" w14:textId="77777777" w:rsidR="002376F7" w:rsidRDefault="00000000">
            <w:r>
              <w:rPr>
                <w:sz w:val="13"/>
              </w:rPr>
              <w:t>ferma</w:t>
            </w:r>
          </w:p>
        </w:tc>
        <w:tc>
          <w:tcPr>
            <w:tcW w:w="1872" w:type="dxa"/>
          </w:tcPr>
          <w:p w14:paraId="5241D5B0" w14:textId="77777777" w:rsidR="002376F7" w:rsidRDefault="00000000">
            <w:r>
              <w:rPr>
                <w:sz w:val="13"/>
              </w:rPr>
              <w:t>close / shut</w:t>
            </w:r>
          </w:p>
        </w:tc>
      </w:tr>
      <w:tr w:rsidR="002376F7" w14:paraId="4B09681F" w14:textId="77777777">
        <w:trPr>
          <w:jc w:val="center"/>
        </w:trPr>
        <w:tc>
          <w:tcPr>
            <w:tcW w:w="1512" w:type="dxa"/>
            <w:shd w:val="clear" w:color="auto" w:fill="EEF6F8"/>
          </w:tcPr>
          <w:p w14:paraId="68191BB6" w14:textId="77777777" w:rsidR="002376F7" w:rsidRDefault="00000000">
            <w:r>
              <w:rPr>
                <w:sz w:val="13"/>
              </w:rPr>
              <w:t>festa</w:t>
            </w:r>
          </w:p>
        </w:tc>
        <w:tc>
          <w:tcPr>
            <w:tcW w:w="1872" w:type="dxa"/>
            <w:shd w:val="clear" w:color="auto" w:fill="EEF6F8"/>
          </w:tcPr>
          <w:p w14:paraId="2648F5ED" w14:textId="77777777" w:rsidR="002376F7" w:rsidRDefault="00000000">
            <w:r>
              <w:rPr>
                <w:sz w:val="13"/>
              </w:rPr>
              <w:t>party / feast</w:t>
            </w:r>
          </w:p>
        </w:tc>
        <w:tc>
          <w:tcPr>
            <w:tcW w:w="1512" w:type="dxa"/>
            <w:shd w:val="clear" w:color="auto" w:fill="EEF6F8"/>
          </w:tcPr>
          <w:p w14:paraId="580F52A6" w14:textId="77777777" w:rsidR="002376F7" w:rsidRDefault="00000000">
            <w:r>
              <w:rPr>
                <w:sz w:val="13"/>
              </w:rPr>
              <w:t>fil</w:t>
            </w:r>
          </w:p>
        </w:tc>
        <w:tc>
          <w:tcPr>
            <w:tcW w:w="1872" w:type="dxa"/>
            <w:shd w:val="clear" w:color="auto" w:fill="EEF6F8"/>
          </w:tcPr>
          <w:p w14:paraId="5EE28411" w14:textId="77777777" w:rsidR="002376F7" w:rsidRDefault="00000000">
            <w:r>
              <w:rPr>
                <w:sz w:val="13"/>
              </w:rPr>
              <w:t>child / offspring</w:t>
            </w:r>
          </w:p>
        </w:tc>
        <w:tc>
          <w:tcPr>
            <w:tcW w:w="1512" w:type="dxa"/>
            <w:shd w:val="clear" w:color="auto" w:fill="EEF6F8"/>
          </w:tcPr>
          <w:p w14:paraId="32F1713E" w14:textId="77777777" w:rsidR="002376F7" w:rsidRDefault="00000000">
            <w:r>
              <w:rPr>
                <w:sz w:val="13"/>
              </w:rPr>
              <w:t>fin</w:t>
            </w:r>
          </w:p>
        </w:tc>
        <w:tc>
          <w:tcPr>
            <w:tcW w:w="1872" w:type="dxa"/>
            <w:shd w:val="clear" w:color="auto" w:fill="EEF6F8"/>
          </w:tcPr>
          <w:p w14:paraId="73923508" w14:textId="77777777" w:rsidR="002376F7" w:rsidRDefault="00000000">
            <w:r>
              <w:rPr>
                <w:sz w:val="13"/>
              </w:rPr>
              <w:t>end</w:t>
            </w:r>
          </w:p>
        </w:tc>
      </w:tr>
      <w:tr w:rsidR="002376F7" w14:paraId="0B20545E" w14:textId="77777777">
        <w:trPr>
          <w:jc w:val="center"/>
        </w:trPr>
        <w:tc>
          <w:tcPr>
            <w:tcW w:w="1512" w:type="dxa"/>
          </w:tcPr>
          <w:p w14:paraId="42EC3C9C" w14:textId="77777777" w:rsidR="002376F7" w:rsidRDefault="00000000">
            <w:r>
              <w:rPr>
                <w:sz w:val="13"/>
              </w:rPr>
              <w:t>flor</w:t>
            </w:r>
          </w:p>
        </w:tc>
        <w:tc>
          <w:tcPr>
            <w:tcW w:w="1872" w:type="dxa"/>
          </w:tcPr>
          <w:p w14:paraId="7BDE1438" w14:textId="77777777" w:rsidR="002376F7" w:rsidRDefault="00000000">
            <w:r>
              <w:rPr>
                <w:sz w:val="13"/>
              </w:rPr>
              <w:t>flower</w:t>
            </w:r>
          </w:p>
        </w:tc>
        <w:tc>
          <w:tcPr>
            <w:tcW w:w="1512" w:type="dxa"/>
          </w:tcPr>
          <w:p w14:paraId="11BAA999" w14:textId="77777777" w:rsidR="002376F7" w:rsidRDefault="00000000">
            <w:r>
              <w:rPr>
                <w:sz w:val="13"/>
              </w:rPr>
              <w:t>forma</w:t>
            </w:r>
          </w:p>
        </w:tc>
        <w:tc>
          <w:tcPr>
            <w:tcW w:w="1872" w:type="dxa"/>
          </w:tcPr>
          <w:p w14:paraId="410912CC" w14:textId="77777777" w:rsidR="002376F7" w:rsidRDefault="00000000">
            <w:r>
              <w:rPr>
                <w:sz w:val="13"/>
              </w:rPr>
              <w:t>form / shape</w:t>
            </w:r>
          </w:p>
        </w:tc>
        <w:tc>
          <w:tcPr>
            <w:tcW w:w="1512" w:type="dxa"/>
          </w:tcPr>
          <w:p w14:paraId="1422E923" w14:textId="77777777" w:rsidR="002376F7" w:rsidRDefault="00000000">
            <w:r>
              <w:rPr>
                <w:sz w:val="13"/>
              </w:rPr>
              <w:t>forte</w:t>
            </w:r>
          </w:p>
        </w:tc>
        <w:tc>
          <w:tcPr>
            <w:tcW w:w="1872" w:type="dxa"/>
          </w:tcPr>
          <w:p w14:paraId="1A56B311" w14:textId="77777777" w:rsidR="002376F7" w:rsidRDefault="00000000">
            <w:r>
              <w:rPr>
                <w:sz w:val="13"/>
              </w:rPr>
              <w:t>strong</w:t>
            </w:r>
          </w:p>
        </w:tc>
      </w:tr>
      <w:tr w:rsidR="002376F7" w14:paraId="74181F08" w14:textId="77777777">
        <w:trPr>
          <w:jc w:val="center"/>
        </w:trPr>
        <w:tc>
          <w:tcPr>
            <w:tcW w:w="1512" w:type="dxa"/>
            <w:shd w:val="clear" w:color="auto" w:fill="EEF6F8"/>
          </w:tcPr>
          <w:p w14:paraId="72514EAC" w14:textId="77777777" w:rsidR="002376F7" w:rsidRDefault="00000000">
            <w:r>
              <w:rPr>
                <w:sz w:val="13"/>
              </w:rPr>
              <w:t>foto</w:t>
            </w:r>
          </w:p>
        </w:tc>
        <w:tc>
          <w:tcPr>
            <w:tcW w:w="1872" w:type="dxa"/>
            <w:shd w:val="clear" w:color="auto" w:fill="EEF6F8"/>
          </w:tcPr>
          <w:p w14:paraId="344402FD" w14:textId="77777777" w:rsidR="002376F7" w:rsidRDefault="00000000">
            <w:r>
              <w:rPr>
                <w:sz w:val="13"/>
              </w:rPr>
              <w:t>photo</w:t>
            </w:r>
          </w:p>
        </w:tc>
        <w:tc>
          <w:tcPr>
            <w:tcW w:w="1512" w:type="dxa"/>
            <w:shd w:val="clear" w:color="auto" w:fill="EEF6F8"/>
          </w:tcPr>
          <w:p w14:paraId="303369F8" w14:textId="77777777" w:rsidR="002376F7" w:rsidRDefault="00000000">
            <w:r>
              <w:rPr>
                <w:sz w:val="13"/>
              </w:rPr>
              <w:t>frate</w:t>
            </w:r>
          </w:p>
        </w:tc>
        <w:tc>
          <w:tcPr>
            <w:tcW w:w="1872" w:type="dxa"/>
            <w:shd w:val="clear" w:color="auto" w:fill="EEF6F8"/>
          </w:tcPr>
          <w:p w14:paraId="3F752290" w14:textId="77777777" w:rsidR="002376F7" w:rsidRDefault="00000000">
            <w:r>
              <w:rPr>
                <w:sz w:val="13"/>
              </w:rPr>
              <w:t>sibling</w:t>
            </w:r>
          </w:p>
        </w:tc>
        <w:tc>
          <w:tcPr>
            <w:tcW w:w="1512" w:type="dxa"/>
            <w:shd w:val="clear" w:color="auto" w:fill="EEF6F8"/>
          </w:tcPr>
          <w:p w14:paraId="0BBBD57E" w14:textId="77777777" w:rsidR="002376F7" w:rsidRDefault="00000000">
            <w:r>
              <w:rPr>
                <w:sz w:val="13"/>
              </w:rPr>
              <w:t>fruta</w:t>
            </w:r>
          </w:p>
        </w:tc>
        <w:tc>
          <w:tcPr>
            <w:tcW w:w="1872" w:type="dxa"/>
            <w:shd w:val="clear" w:color="auto" w:fill="EEF6F8"/>
          </w:tcPr>
          <w:p w14:paraId="3FF9FAD2" w14:textId="77777777" w:rsidR="002376F7" w:rsidRDefault="00000000">
            <w:r>
              <w:rPr>
                <w:sz w:val="13"/>
              </w:rPr>
              <w:t>fruit</w:t>
            </w:r>
          </w:p>
        </w:tc>
      </w:tr>
      <w:tr w:rsidR="002376F7" w14:paraId="4D33EA27" w14:textId="77777777">
        <w:trPr>
          <w:jc w:val="center"/>
        </w:trPr>
        <w:tc>
          <w:tcPr>
            <w:tcW w:w="1512" w:type="dxa"/>
          </w:tcPr>
          <w:p w14:paraId="5C6B6074" w14:textId="77777777" w:rsidR="002376F7" w:rsidRDefault="00000000">
            <w:r>
              <w:rPr>
                <w:sz w:val="13"/>
              </w:rPr>
              <w:t>futur</w:t>
            </w:r>
          </w:p>
        </w:tc>
        <w:tc>
          <w:tcPr>
            <w:tcW w:w="1872" w:type="dxa"/>
          </w:tcPr>
          <w:p w14:paraId="1E60275F" w14:textId="77777777" w:rsidR="002376F7" w:rsidRDefault="00000000">
            <w:r>
              <w:rPr>
                <w:sz w:val="13"/>
              </w:rPr>
              <w:t>future</w:t>
            </w:r>
          </w:p>
        </w:tc>
        <w:tc>
          <w:tcPr>
            <w:tcW w:w="1512" w:type="dxa"/>
          </w:tcPr>
          <w:p w14:paraId="69D32A32" w14:textId="77777777" w:rsidR="002376F7" w:rsidRDefault="00000000">
            <w:r>
              <w:rPr>
                <w:sz w:val="13"/>
              </w:rPr>
              <w:t>gener</w:t>
            </w:r>
          </w:p>
        </w:tc>
        <w:tc>
          <w:tcPr>
            <w:tcW w:w="1872" w:type="dxa"/>
          </w:tcPr>
          <w:p w14:paraId="6506B354" w14:textId="77777777" w:rsidR="002376F7" w:rsidRDefault="00000000">
            <w:r>
              <w:rPr>
                <w:sz w:val="13"/>
              </w:rPr>
              <w:t>generation</w:t>
            </w:r>
          </w:p>
        </w:tc>
        <w:tc>
          <w:tcPr>
            <w:tcW w:w="1512" w:type="dxa"/>
          </w:tcPr>
          <w:p w14:paraId="4D1A7E53" w14:textId="77777777" w:rsidR="002376F7" w:rsidRDefault="00000000">
            <w:r>
              <w:rPr>
                <w:sz w:val="13"/>
              </w:rPr>
              <w:t>gloria</w:t>
            </w:r>
          </w:p>
        </w:tc>
        <w:tc>
          <w:tcPr>
            <w:tcW w:w="1872" w:type="dxa"/>
          </w:tcPr>
          <w:p w14:paraId="0C6D03B5" w14:textId="77777777" w:rsidR="002376F7" w:rsidRDefault="00000000">
            <w:r>
              <w:rPr>
                <w:sz w:val="13"/>
              </w:rPr>
              <w:t>glory</w:t>
            </w:r>
          </w:p>
        </w:tc>
      </w:tr>
      <w:tr w:rsidR="002376F7" w14:paraId="79EDCC31" w14:textId="77777777">
        <w:trPr>
          <w:jc w:val="center"/>
        </w:trPr>
        <w:tc>
          <w:tcPr>
            <w:tcW w:w="1512" w:type="dxa"/>
            <w:shd w:val="clear" w:color="auto" w:fill="EEF6F8"/>
          </w:tcPr>
          <w:p w14:paraId="5BAACB3C" w14:textId="77777777" w:rsidR="002376F7" w:rsidRDefault="00000000">
            <w:r>
              <w:rPr>
                <w:sz w:val="13"/>
              </w:rPr>
              <w:t>governa</w:t>
            </w:r>
          </w:p>
        </w:tc>
        <w:tc>
          <w:tcPr>
            <w:tcW w:w="1872" w:type="dxa"/>
            <w:shd w:val="clear" w:color="auto" w:fill="EEF6F8"/>
          </w:tcPr>
          <w:p w14:paraId="42439A4F" w14:textId="77777777" w:rsidR="002376F7" w:rsidRDefault="00000000">
            <w:r>
              <w:rPr>
                <w:sz w:val="13"/>
              </w:rPr>
              <w:t>govern</w:t>
            </w:r>
          </w:p>
        </w:tc>
        <w:tc>
          <w:tcPr>
            <w:tcW w:w="1512" w:type="dxa"/>
            <w:shd w:val="clear" w:color="auto" w:fill="EEF6F8"/>
          </w:tcPr>
          <w:p w14:paraId="3683968D" w14:textId="77777777" w:rsidR="002376F7" w:rsidRDefault="00000000">
            <w:r>
              <w:rPr>
                <w:sz w:val="13"/>
              </w:rPr>
              <w:t>grande</w:t>
            </w:r>
          </w:p>
        </w:tc>
        <w:tc>
          <w:tcPr>
            <w:tcW w:w="1872" w:type="dxa"/>
            <w:shd w:val="clear" w:color="auto" w:fill="EEF6F8"/>
          </w:tcPr>
          <w:p w14:paraId="71336E7E" w14:textId="77777777" w:rsidR="002376F7" w:rsidRDefault="00000000">
            <w:r>
              <w:rPr>
                <w:sz w:val="13"/>
              </w:rPr>
              <w:t>great / big</w:t>
            </w:r>
          </w:p>
        </w:tc>
        <w:tc>
          <w:tcPr>
            <w:tcW w:w="1512" w:type="dxa"/>
            <w:shd w:val="clear" w:color="auto" w:fill="EEF6F8"/>
          </w:tcPr>
          <w:p w14:paraId="5D22DEB8" w14:textId="77777777" w:rsidR="002376F7" w:rsidRDefault="00000000">
            <w:r>
              <w:rPr>
                <w:sz w:val="13"/>
              </w:rPr>
              <w:t>gratias</w:t>
            </w:r>
          </w:p>
        </w:tc>
        <w:tc>
          <w:tcPr>
            <w:tcW w:w="1872" w:type="dxa"/>
            <w:shd w:val="clear" w:color="auto" w:fill="EEF6F8"/>
          </w:tcPr>
          <w:p w14:paraId="1DC717EE" w14:textId="77777777" w:rsidR="002376F7" w:rsidRDefault="00000000">
            <w:r>
              <w:rPr>
                <w:sz w:val="13"/>
              </w:rPr>
              <w:t>thanks</w:t>
            </w:r>
          </w:p>
        </w:tc>
      </w:tr>
      <w:tr w:rsidR="002376F7" w14:paraId="36872F68" w14:textId="77777777">
        <w:trPr>
          <w:jc w:val="center"/>
        </w:trPr>
        <w:tc>
          <w:tcPr>
            <w:tcW w:w="1512" w:type="dxa"/>
          </w:tcPr>
          <w:p w14:paraId="32BF5FA0" w14:textId="77777777" w:rsidR="002376F7" w:rsidRDefault="00000000">
            <w:r>
              <w:rPr>
                <w:sz w:val="13"/>
              </w:rPr>
              <w:t>grupo</w:t>
            </w:r>
          </w:p>
        </w:tc>
        <w:tc>
          <w:tcPr>
            <w:tcW w:w="1872" w:type="dxa"/>
          </w:tcPr>
          <w:p w14:paraId="72C43F49" w14:textId="77777777" w:rsidR="002376F7" w:rsidRDefault="00000000">
            <w:r>
              <w:rPr>
                <w:sz w:val="13"/>
              </w:rPr>
              <w:t>group</w:t>
            </w:r>
          </w:p>
        </w:tc>
        <w:tc>
          <w:tcPr>
            <w:tcW w:w="1512" w:type="dxa"/>
          </w:tcPr>
          <w:p w14:paraId="6DBCBC44" w14:textId="77777777" w:rsidR="002376F7" w:rsidRDefault="00000000">
            <w:r>
              <w:rPr>
                <w:sz w:val="13"/>
              </w:rPr>
              <w:t>guia</w:t>
            </w:r>
          </w:p>
        </w:tc>
        <w:tc>
          <w:tcPr>
            <w:tcW w:w="1872" w:type="dxa"/>
          </w:tcPr>
          <w:p w14:paraId="7C8F7A81" w14:textId="77777777" w:rsidR="002376F7" w:rsidRDefault="00000000">
            <w:r>
              <w:rPr>
                <w:sz w:val="13"/>
              </w:rPr>
              <w:t>guide</w:t>
            </w:r>
          </w:p>
        </w:tc>
        <w:tc>
          <w:tcPr>
            <w:tcW w:w="1512" w:type="dxa"/>
          </w:tcPr>
          <w:p w14:paraId="275BA62B" w14:textId="77777777" w:rsidR="002376F7" w:rsidRDefault="00000000">
            <w:r>
              <w:rPr>
                <w:sz w:val="13"/>
              </w:rPr>
              <w:t>habe</w:t>
            </w:r>
          </w:p>
        </w:tc>
        <w:tc>
          <w:tcPr>
            <w:tcW w:w="1872" w:type="dxa"/>
          </w:tcPr>
          <w:p w14:paraId="02028A7B" w14:textId="77777777" w:rsidR="002376F7" w:rsidRDefault="00000000">
            <w:r>
              <w:rPr>
                <w:sz w:val="13"/>
              </w:rPr>
              <w:t>have</w:t>
            </w:r>
          </w:p>
        </w:tc>
      </w:tr>
      <w:tr w:rsidR="002376F7" w14:paraId="57DE63B7" w14:textId="77777777">
        <w:trPr>
          <w:jc w:val="center"/>
        </w:trPr>
        <w:tc>
          <w:tcPr>
            <w:tcW w:w="1512" w:type="dxa"/>
            <w:shd w:val="clear" w:color="auto" w:fill="EEF6F8"/>
          </w:tcPr>
          <w:p w14:paraId="7B326E64" w14:textId="77777777" w:rsidR="002376F7" w:rsidRDefault="00000000">
            <w:r>
              <w:rPr>
                <w:sz w:val="13"/>
              </w:rPr>
              <w:t>hodia</w:t>
            </w:r>
          </w:p>
        </w:tc>
        <w:tc>
          <w:tcPr>
            <w:tcW w:w="1872" w:type="dxa"/>
            <w:shd w:val="clear" w:color="auto" w:fill="EEF6F8"/>
          </w:tcPr>
          <w:p w14:paraId="58C1D95A" w14:textId="77777777" w:rsidR="002376F7" w:rsidRDefault="00000000">
            <w:r>
              <w:rPr>
                <w:sz w:val="13"/>
              </w:rPr>
              <w:t>today</w:t>
            </w:r>
          </w:p>
        </w:tc>
        <w:tc>
          <w:tcPr>
            <w:tcW w:w="1512" w:type="dxa"/>
            <w:shd w:val="clear" w:color="auto" w:fill="EEF6F8"/>
          </w:tcPr>
          <w:p w14:paraId="1FBC489C" w14:textId="77777777" w:rsidR="002376F7" w:rsidRDefault="00000000">
            <w:r>
              <w:rPr>
                <w:sz w:val="13"/>
              </w:rPr>
              <w:t>homo</w:t>
            </w:r>
          </w:p>
        </w:tc>
        <w:tc>
          <w:tcPr>
            <w:tcW w:w="1872" w:type="dxa"/>
            <w:shd w:val="clear" w:color="auto" w:fill="EEF6F8"/>
          </w:tcPr>
          <w:p w14:paraId="153A4644" w14:textId="77777777" w:rsidR="002376F7" w:rsidRDefault="00000000">
            <w:r>
              <w:rPr>
                <w:sz w:val="13"/>
              </w:rPr>
              <w:t>human / person</w:t>
            </w:r>
          </w:p>
        </w:tc>
        <w:tc>
          <w:tcPr>
            <w:tcW w:w="1512" w:type="dxa"/>
            <w:shd w:val="clear" w:color="auto" w:fill="EEF6F8"/>
          </w:tcPr>
          <w:p w14:paraId="77A65E04" w14:textId="77777777" w:rsidR="002376F7" w:rsidRDefault="00000000">
            <w:r>
              <w:rPr>
                <w:sz w:val="13"/>
              </w:rPr>
              <w:t>hora</w:t>
            </w:r>
          </w:p>
        </w:tc>
        <w:tc>
          <w:tcPr>
            <w:tcW w:w="1872" w:type="dxa"/>
            <w:shd w:val="clear" w:color="auto" w:fill="EEF6F8"/>
          </w:tcPr>
          <w:p w14:paraId="4471ABF3" w14:textId="77777777" w:rsidR="002376F7" w:rsidRDefault="00000000">
            <w:r>
              <w:rPr>
                <w:sz w:val="13"/>
              </w:rPr>
              <w:t>hour</w:t>
            </w:r>
          </w:p>
        </w:tc>
      </w:tr>
      <w:tr w:rsidR="002376F7" w14:paraId="53886224" w14:textId="77777777">
        <w:trPr>
          <w:jc w:val="center"/>
        </w:trPr>
        <w:tc>
          <w:tcPr>
            <w:tcW w:w="1512" w:type="dxa"/>
          </w:tcPr>
          <w:p w14:paraId="09A4468A" w14:textId="77777777" w:rsidR="002376F7" w:rsidRDefault="00000000">
            <w:r>
              <w:rPr>
                <w:sz w:val="13"/>
              </w:rPr>
              <w:t>humor</w:t>
            </w:r>
          </w:p>
        </w:tc>
        <w:tc>
          <w:tcPr>
            <w:tcW w:w="1872" w:type="dxa"/>
          </w:tcPr>
          <w:p w14:paraId="7E32D48D" w14:textId="77777777" w:rsidR="002376F7" w:rsidRDefault="00000000">
            <w:r>
              <w:rPr>
                <w:sz w:val="13"/>
              </w:rPr>
              <w:t>humor</w:t>
            </w:r>
          </w:p>
        </w:tc>
        <w:tc>
          <w:tcPr>
            <w:tcW w:w="1512" w:type="dxa"/>
          </w:tcPr>
          <w:p w14:paraId="7F111CCE" w14:textId="77777777" w:rsidR="002376F7" w:rsidRDefault="00000000">
            <w:r>
              <w:rPr>
                <w:sz w:val="13"/>
              </w:rPr>
              <w:t>idea</w:t>
            </w:r>
          </w:p>
        </w:tc>
        <w:tc>
          <w:tcPr>
            <w:tcW w:w="1872" w:type="dxa"/>
          </w:tcPr>
          <w:p w14:paraId="4E8B0724" w14:textId="77777777" w:rsidR="002376F7" w:rsidRDefault="00000000">
            <w:r>
              <w:rPr>
                <w:sz w:val="13"/>
              </w:rPr>
              <w:t>idea</w:t>
            </w:r>
          </w:p>
        </w:tc>
        <w:tc>
          <w:tcPr>
            <w:tcW w:w="1512" w:type="dxa"/>
          </w:tcPr>
          <w:p w14:paraId="469DD71B" w14:textId="77777777" w:rsidR="002376F7" w:rsidRDefault="00000000">
            <w:r>
              <w:rPr>
                <w:sz w:val="13"/>
              </w:rPr>
              <w:t>il</w:t>
            </w:r>
          </w:p>
        </w:tc>
        <w:tc>
          <w:tcPr>
            <w:tcW w:w="1872" w:type="dxa"/>
          </w:tcPr>
          <w:p w14:paraId="3051F748" w14:textId="77777777" w:rsidR="002376F7" w:rsidRDefault="00000000">
            <w:r>
              <w:rPr>
                <w:sz w:val="13"/>
              </w:rPr>
              <w:t>he / him</w:t>
            </w:r>
          </w:p>
        </w:tc>
      </w:tr>
      <w:tr w:rsidR="002376F7" w14:paraId="70830817" w14:textId="77777777">
        <w:trPr>
          <w:jc w:val="center"/>
        </w:trPr>
        <w:tc>
          <w:tcPr>
            <w:tcW w:w="1512" w:type="dxa"/>
            <w:shd w:val="clear" w:color="auto" w:fill="EEF6F8"/>
          </w:tcPr>
          <w:p w14:paraId="3229E8E1" w14:textId="77777777" w:rsidR="002376F7" w:rsidRDefault="00000000">
            <w:r>
              <w:rPr>
                <w:sz w:val="13"/>
              </w:rPr>
              <w:t>importa</w:t>
            </w:r>
          </w:p>
        </w:tc>
        <w:tc>
          <w:tcPr>
            <w:tcW w:w="1872" w:type="dxa"/>
            <w:shd w:val="clear" w:color="auto" w:fill="EEF6F8"/>
          </w:tcPr>
          <w:p w14:paraId="0CD7C580" w14:textId="77777777" w:rsidR="002376F7" w:rsidRDefault="00000000">
            <w:r>
              <w:rPr>
                <w:sz w:val="13"/>
              </w:rPr>
              <w:t>matter / be important</w:t>
            </w:r>
          </w:p>
        </w:tc>
        <w:tc>
          <w:tcPr>
            <w:tcW w:w="1512" w:type="dxa"/>
            <w:shd w:val="clear" w:color="auto" w:fill="EEF6F8"/>
          </w:tcPr>
          <w:p w14:paraId="4CC07719" w14:textId="77777777" w:rsidR="002376F7" w:rsidRDefault="00000000">
            <w:r>
              <w:rPr>
                <w:sz w:val="13"/>
              </w:rPr>
              <w:t>informa</w:t>
            </w:r>
          </w:p>
        </w:tc>
        <w:tc>
          <w:tcPr>
            <w:tcW w:w="1872" w:type="dxa"/>
            <w:shd w:val="clear" w:color="auto" w:fill="EEF6F8"/>
          </w:tcPr>
          <w:p w14:paraId="0EA5CB62" w14:textId="77777777" w:rsidR="002376F7" w:rsidRDefault="00000000">
            <w:r>
              <w:rPr>
                <w:sz w:val="13"/>
              </w:rPr>
              <w:t>inform</w:t>
            </w:r>
          </w:p>
        </w:tc>
        <w:tc>
          <w:tcPr>
            <w:tcW w:w="1512" w:type="dxa"/>
            <w:shd w:val="clear" w:color="auto" w:fill="EEF6F8"/>
          </w:tcPr>
          <w:p w14:paraId="09782527" w14:textId="77777777" w:rsidR="002376F7" w:rsidRDefault="00000000">
            <w:r>
              <w:rPr>
                <w:sz w:val="13"/>
              </w:rPr>
              <w:t>insula</w:t>
            </w:r>
          </w:p>
        </w:tc>
        <w:tc>
          <w:tcPr>
            <w:tcW w:w="1872" w:type="dxa"/>
            <w:shd w:val="clear" w:color="auto" w:fill="EEF6F8"/>
          </w:tcPr>
          <w:p w14:paraId="613605A2" w14:textId="77777777" w:rsidR="002376F7" w:rsidRDefault="00000000">
            <w:r>
              <w:rPr>
                <w:sz w:val="13"/>
              </w:rPr>
              <w:t>island</w:t>
            </w:r>
          </w:p>
        </w:tc>
      </w:tr>
      <w:tr w:rsidR="002376F7" w14:paraId="2C66026A" w14:textId="77777777">
        <w:trPr>
          <w:jc w:val="center"/>
        </w:trPr>
        <w:tc>
          <w:tcPr>
            <w:tcW w:w="1512" w:type="dxa"/>
          </w:tcPr>
          <w:p w14:paraId="6DDA5E4D" w14:textId="77777777" w:rsidR="002376F7" w:rsidRDefault="00000000">
            <w:r>
              <w:rPr>
                <w:sz w:val="13"/>
              </w:rPr>
              <w:t>inter</w:t>
            </w:r>
          </w:p>
        </w:tc>
        <w:tc>
          <w:tcPr>
            <w:tcW w:w="1872" w:type="dxa"/>
          </w:tcPr>
          <w:p w14:paraId="6D60AB3A" w14:textId="77777777" w:rsidR="002376F7" w:rsidRDefault="00000000">
            <w:r>
              <w:rPr>
                <w:sz w:val="13"/>
              </w:rPr>
              <w:t>between / among</w:t>
            </w:r>
          </w:p>
        </w:tc>
        <w:tc>
          <w:tcPr>
            <w:tcW w:w="1512" w:type="dxa"/>
          </w:tcPr>
          <w:p w14:paraId="3095C8A2" w14:textId="77777777" w:rsidR="002376F7" w:rsidRDefault="00000000">
            <w:r>
              <w:rPr>
                <w:sz w:val="13"/>
              </w:rPr>
              <w:t>international</w:t>
            </w:r>
          </w:p>
        </w:tc>
        <w:tc>
          <w:tcPr>
            <w:tcW w:w="1872" w:type="dxa"/>
          </w:tcPr>
          <w:p w14:paraId="7D3EAC5D" w14:textId="77777777" w:rsidR="002376F7" w:rsidRDefault="00000000">
            <w:r>
              <w:rPr>
                <w:sz w:val="13"/>
              </w:rPr>
              <w:t>international</w:t>
            </w:r>
          </w:p>
        </w:tc>
        <w:tc>
          <w:tcPr>
            <w:tcW w:w="1512" w:type="dxa"/>
          </w:tcPr>
          <w:p w14:paraId="686770DB" w14:textId="77777777" w:rsidR="002376F7" w:rsidRDefault="00000000">
            <w:r>
              <w:rPr>
                <w:sz w:val="13"/>
              </w:rPr>
              <w:t>ja</w:t>
            </w:r>
          </w:p>
        </w:tc>
        <w:tc>
          <w:tcPr>
            <w:tcW w:w="1872" w:type="dxa"/>
          </w:tcPr>
          <w:p w14:paraId="6361722D" w14:textId="77777777" w:rsidR="002376F7" w:rsidRDefault="00000000">
            <w:r>
              <w:rPr>
                <w:sz w:val="13"/>
              </w:rPr>
              <w:t>already / perfect marker</w:t>
            </w:r>
          </w:p>
        </w:tc>
      </w:tr>
      <w:tr w:rsidR="002376F7" w14:paraId="7EB705E4" w14:textId="77777777">
        <w:trPr>
          <w:jc w:val="center"/>
        </w:trPr>
        <w:tc>
          <w:tcPr>
            <w:tcW w:w="1512" w:type="dxa"/>
            <w:shd w:val="clear" w:color="auto" w:fill="EEF6F8"/>
          </w:tcPr>
          <w:p w14:paraId="60775CB8" w14:textId="77777777" w:rsidR="002376F7" w:rsidRDefault="00000000">
            <w:r>
              <w:rPr>
                <w:sz w:val="13"/>
              </w:rPr>
              <w:t>januar</w:t>
            </w:r>
          </w:p>
        </w:tc>
        <w:tc>
          <w:tcPr>
            <w:tcW w:w="1872" w:type="dxa"/>
            <w:shd w:val="clear" w:color="auto" w:fill="EEF6F8"/>
          </w:tcPr>
          <w:p w14:paraId="5E2CF23B" w14:textId="77777777" w:rsidR="002376F7" w:rsidRDefault="00000000">
            <w:r>
              <w:rPr>
                <w:sz w:val="13"/>
              </w:rPr>
              <w:t>January</w:t>
            </w:r>
          </w:p>
        </w:tc>
        <w:tc>
          <w:tcPr>
            <w:tcW w:w="1512" w:type="dxa"/>
            <w:shd w:val="clear" w:color="auto" w:fill="EEF6F8"/>
          </w:tcPr>
          <w:p w14:paraId="7D55B724" w14:textId="77777777" w:rsidR="002376F7" w:rsidRDefault="00000000">
            <w:r>
              <w:rPr>
                <w:sz w:val="13"/>
              </w:rPr>
              <w:t>jovedia</w:t>
            </w:r>
          </w:p>
        </w:tc>
        <w:tc>
          <w:tcPr>
            <w:tcW w:w="1872" w:type="dxa"/>
            <w:shd w:val="clear" w:color="auto" w:fill="EEF6F8"/>
          </w:tcPr>
          <w:p w14:paraId="5C5FEDFE" w14:textId="77777777" w:rsidR="002376F7" w:rsidRDefault="00000000">
            <w:r>
              <w:rPr>
                <w:sz w:val="13"/>
              </w:rPr>
              <w:t>Thursday</w:t>
            </w:r>
          </w:p>
        </w:tc>
        <w:tc>
          <w:tcPr>
            <w:tcW w:w="1512" w:type="dxa"/>
            <w:shd w:val="clear" w:color="auto" w:fill="EEF6F8"/>
          </w:tcPr>
          <w:p w14:paraId="673A044F" w14:textId="77777777" w:rsidR="002376F7" w:rsidRDefault="00000000">
            <w:r>
              <w:rPr>
                <w:sz w:val="13"/>
              </w:rPr>
              <w:t>jurnal</w:t>
            </w:r>
          </w:p>
        </w:tc>
        <w:tc>
          <w:tcPr>
            <w:tcW w:w="1872" w:type="dxa"/>
            <w:shd w:val="clear" w:color="auto" w:fill="EEF6F8"/>
          </w:tcPr>
          <w:p w14:paraId="37C43F23" w14:textId="77777777" w:rsidR="002376F7" w:rsidRDefault="00000000">
            <w:r>
              <w:rPr>
                <w:sz w:val="13"/>
              </w:rPr>
              <w:t>journal</w:t>
            </w:r>
          </w:p>
        </w:tc>
      </w:tr>
      <w:tr w:rsidR="002376F7" w14:paraId="3206D972" w14:textId="77777777">
        <w:trPr>
          <w:jc w:val="center"/>
        </w:trPr>
        <w:tc>
          <w:tcPr>
            <w:tcW w:w="1512" w:type="dxa"/>
          </w:tcPr>
          <w:p w14:paraId="4E69F669" w14:textId="77777777" w:rsidR="002376F7" w:rsidRDefault="00000000">
            <w:r>
              <w:rPr>
                <w:sz w:val="13"/>
              </w:rPr>
              <w:t>just</w:t>
            </w:r>
          </w:p>
        </w:tc>
        <w:tc>
          <w:tcPr>
            <w:tcW w:w="1872" w:type="dxa"/>
          </w:tcPr>
          <w:p w14:paraId="521EFA47" w14:textId="77777777" w:rsidR="002376F7" w:rsidRDefault="00000000">
            <w:r>
              <w:rPr>
                <w:sz w:val="13"/>
              </w:rPr>
              <w:t>just / fair</w:t>
            </w:r>
          </w:p>
        </w:tc>
        <w:tc>
          <w:tcPr>
            <w:tcW w:w="1512" w:type="dxa"/>
          </w:tcPr>
          <w:p w14:paraId="0974515C" w14:textId="77777777" w:rsidR="002376F7" w:rsidRDefault="00000000">
            <w:r>
              <w:rPr>
                <w:sz w:val="13"/>
              </w:rPr>
              <w:t>kan</w:t>
            </w:r>
          </w:p>
        </w:tc>
        <w:tc>
          <w:tcPr>
            <w:tcW w:w="1872" w:type="dxa"/>
          </w:tcPr>
          <w:p w14:paraId="4E61E88C" w14:textId="77777777" w:rsidR="002376F7" w:rsidRDefault="00000000">
            <w:r>
              <w:rPr>
                <w:sz w:val="13"/>
              </w:rPr>
              <w:t>when</w:t>
            </w:r>
          </w:p>
        </w:tc>
        <w:tc>
          <w:tcPr>
            <w:tcW w:w="1512" w:type="dxa"/>
          </w:tcPr>
          <w:p w14:paraId="1D23308F" w14:textId="77777777" w:rsidR="002376F7" w:rsidRDefault="00000000">
            <w:r>
              <w:rPr>
                <w:sz w:val="13"/>
              </w:rPr>
              <w:t>karte</w:t>
            </w:r>
          </w:p>
        </w:tc>
        <w:tc>
          <w:tcPr>
            <w:tcW w:w="1872" w:type="dxa"/>
          </w:tcPr>
          <w:p w14:paraId="6A0A8E6D" w14:textId="77777777" w:rsidR="002376F7" w:rsidRDefault="00000000">
            <w:r>
              <w:rPr>
                <w:sz w:val="13"/>
              </w:rPr>
              <w:t>card / map</w:t>
            </w:r>
          </w:p>
        </w:tc>
      </w:tr>
      <w:tr w:rsidR="002376F7" w14:paraId="7CC55586" w14:textId="77777777">
        <w:trPr>
          <w:jc w:val="center"/>
        </w:trPr>
        <w:tc>
          <w:tcPr>
            <w:tcW w:w="1512" w:type="dxa"/>
            <w:shd w:val="clear" w:color="auto" w:fill="EEF6F8"/>
          </w:tcPr>
          <w:p w14:paraId="4BD0A8D4" w14:textId="77777777" w:rsidR="002376F7" w:rsidRDefault="00000000">
            <w:r>
              <w:rPr>
                <w:sz w:val="13"/>
              </w:rPr>
              <w:t>kaso</w:t>
            </w:r>
          </w:p>
        </w:tc>
        <w:tc>
          <w:tcPr>
            <w:tcW w:w="1872" w:type="dxa"/>
            <w:shd w:val="clear" w:color="auto" w:fill="EEF6F8"/>
          </w:tcPr>
          <w:p w14:paraId="1EE9B29F" w14:textId="77777777" w:rsidR="002376F7" w:rsidRDefault="00000000">
            <w:r>
              <w:rPr>
                <w:sz w:val="13"/>
              </w:rPr>
              <w:t>case</w:t>
            </w:r>
          </w:p>
        </w:tc>
        <w:tc>
          <w:tcPr>
            <w:tcW w:w="1512" w:type="dxa"/>
            <w:shd w:val="clear" w:color="auto" w:fill="EEF6F8"/>
          </w:tcPr>
          <w:p w14:paraId="06763CEE" w14:textId="77777777" w:rsidR="002376F7" w:rsidRDefault="00000000">
            <w:r>
              <w:rPr>
                <w:sz w:val="13"/>
              </w:rPr>
              <w:t>ke</w:t>
            </w:r>
          </w:p>
        </w:tc>
        <w:tc>
          <w:tcPr>
            <w:tcW w:w="1872" w:type="dxa"/>
            <w:shd w:val="clear" w:color="auto" w:fill="EEF6F8"/>
          </w:tcPr>
          <w:p w14:paraId="010C2EA9" w14:textId="77777777" w:rsidR="002376F7" w:rsidRDefault="00000000">
            <w:r>
              <w:rPr>
                <w:sz w:val="13"/>
              </w:rPr>
              <w:t>what / that</w:t>
            </w:r>
          </w:p>
        </w:tc>
        <w:tc>
          <w:tcPr>
            <w:tcW w:w="1512" w:type="dxa"/>
            <w:shd w:val="clear" w:color="auto" w:fill="EEF6F8"/>
          </w:tcPr>
          <w:p w14:paraId="4B66C5B6" w14:textId="77777777" w:rsidR="002376F7" w:rsidRDefault="00000000">
            <w:r>
              <w:rPr>
                <w:sz w:val="13"/>
              </w:rPr>
              <w:t>ki</w:t>
            </w:r>
          </w:p>
        </w:tc>
        <w:tc>
          <w:tcPr>
            <w:tcW w:w="1872" w:type="dxa"/>
            <w:shd w:val="clear" w:color="auto" w:fill="EEF6F8"/>
          </w:tcPr>
          <w:p w14:paraId="40BBB96D" w14:textId="77777777" w:rsidR="002376F7" w:rsidRDefault="00000000">
            <w:r>
              <w:rPr>
                <w:sz w:val="13"/>
              </w:rPr>
              <w:t>who</w:t>
            </w:r>
          </w:p>
        </w:tc>
      </w:tr>
      <w:tr w:rsidR="002376F7" w14:paraId="0C38BBF9" w14:textId="77777777">
        <w:trPr>
          <w:jc w:val="center"/>
        </w:trPr>
        <w:tc>
          <w:tcPr>
            <w:tcW w:w="1512" w:type="dxa"/>
          </w:tcPr>
          <w:p w14:paraId="396EE819" w14:textId="77777777" w:rsidR="002376F7" w:rsidRDefault="00000000">
            <w:r>
              <w:rPr>
                <w:sz w:val="13"/>
              </w:rPr>
              <w:t>kilometro</w:t>
            </w:r>
          </w:p>
        </w:tc>
        <w:tc>
          <w:tcPr>
            <w:tcW w:w="1872" w:type="dxa"/>
          </w:tcPr>
          <w:p w14:paraId="6ECAC8A4" w14:textId="77777777" w:rsidR="002376F7" w:rsidRDefault="00000000">
            <w:r>
              <w:rPr>
                <w:sz w:val="13"/>
              </w:rPr>
              <w:t>kilometer</w:t>
            </w:r>
          </w:p>
        </w:tc>
        <w:tc>
          <w:tcPr>
            <w:tcW w:w="1512" w:type="dxa"/>
          </w:tcPr>
          <w:p w14:paraId="7480394E" w14:textId="77777777" w:rsidR="002376F7" w:rsidRDefault="00000000">
            <w:r>
              <w:rPr>
                <w:sz w:val="13"/>
              </w:rPr>
              <w:t>kom</w:t>
            </w:r>
          </w:p>
        </w:tc>
        <w:tc>
          <w:tcPr>
            <w:tcW w:w="1872" w:type="dxa"/>
          </w:tcPr>
          <w:p w14:paraId="76235DBE" w14:textId="77777777" w:rsidR="002376F7" w:rsidRDefault="00000000">
            <w:r>
              <w:rPr>
                <w:sz w:val="13"/>
              </w:rPr>
              <w:t>how / as</w:t>
            </w:r>
          </w:p>
        </w:tc>
        <w:tc>
          <w:tcPr>
            <w:tcW w:w="1512" w:type="dxa"/>
          </w:tcPr>
          <w:p w14:paraId="45D03E54" w14:textId="77777777" w:rsidR="002376F7" w:rsidRDefault="00000000">
            <w:r>
              <w:rPr>
                <w:sz w:val="13"/>
              </w:rPr>
              <w:t>kompara</w:t>
            </w:r>
          </w:p>
        </w:tc>
        <w:tc>
          <w:tcPr>
            <w:tcW w:w="1872" w:type="dxa"/>
          </w:tcPr>
          <w:p w14:paraId="60F4038A" w14:textId="77777777" w:rsidR="002376F7" w:rsidRDefault="00000000">
            <w:r>
              <w:rPr>
                <w:sz w:val="13"/>
              </w:rPr>
              <w:t>compare</w:t>
            </w:r>
          </w:p>
        </w:tc>
      </w:tr>
      <w:tr w:rsidR="002376F7" w14:paraId="06634C02" w14:textId="77777777">
        <w:trPr>
          <w:jc w:val="center"/>
        </w:trPr>
        <w:tc>
          <w:tcPr>
            <w:tcW w:w="1512" w:type="dxa"/>
            <w:shd w:val="clear" w:color="auto" w:fill="EEF6F8"/>
          </w:tcPr>
          <w:p w14:paraId="778FF614" w14:textId="77777777" w:rsidR="002376F7" w:rsidRDefault="00000000">
            <w:r>
              <w:rPr>
                <w:sz w:val="13"/>
              </w:rPr>
              <w:t>komun</w:t>
            </w:r>
          </w:p>
        </w:tc>
        <w:tc>
          <w:tcPr>
            <w:tcW w:w="1872" w:type="dxa"/>
            <w:shd w:val="clear" w:color="auto" w:fill="EEF6F8"/>
          </w:tcPr>
          <w:p w14:paraId="68E04710" w14:textId="77777777" w:rsidR="002376F7" w:rsidRDefault="00000000">
            <w:r>
              <w:rPr>
                <w:sz w:val="13"/>
              </w:rPr>
              <w:t>common</w:t>
            </w:r>
          </w:p>
        </w:tc>
        <w:tc>
          <w:tcPr>
            <w:tcW w:w="1512" w:type="dxa"/>
            <w:shd w:val="clear" w:color="auto" w:fill="EEF6F8"/>
          </w:tcPr>
          <w:p w14:paraId="7F131CEE" w14:textId="77777777" w:rsidR="002376F7" w:rsidRDefault="00000000">
            <w:r>
              <w:rPr>
                <w:sz w:val="13"/>
              </w:rPr>
              <w:t>kur</w:t>
            </w:r>
          </w:p>
        </w:tc>
        <w:tc>
          <w:tcPr>
            <w:tcW w:w="1872" w:type="dxa"/>
            <w:shd w:val="clear" w:color="auto" w:fill="EEF6F8"/>
          </w:tcPr>
          <w:p w14:paraId="1B49DAC9" w14:textId="77777777" w:rsidR="002376F7" w:rsidRDefault="00000000">
            <w:r>
              <w:rPr>
                <w:sz w:val="13"/>
              </w:rPr>
              <w:t>why</w:t>
            </w:r>
          </w:p>
        </w:tc>
        <w:tc>
          <w:tcPr>
            <w:tcW w:w="1512" w:type="dxa"/>
            <w:shd w:val="clear" w:color="auto" w:fill="EEF6F8"/>
          </w:tcPr>
          <w:p w14:paraId="7B5B2277" w14:textId="77777777" w:rsidR="002376F7" w:rsidRDefault="00000000">
            <w:r>
              <w:rPr>
                <w:sz w:val="13"/>
              </w:rPr>
              <w:t>ku</w:t>
            </w:r>
          </w:p>
        </w:tc>
        <w:tc>
          <w:tcPr>
            <w:tcW w:w="1872" w:type="dxa"/>
            <w:shd w:val="clear" w:color="auto" w:fill="EEF6F8"/>
          </w:tcPr>
          <w:p w14:paraId="72461A13" w14:textId="77777777" w:rsidR="002376F7" w:rsidRDefault="00000000">
            <w:r>
              <w:rPr>
                <w:sz w:val="13"/>
              </w:rPr>
              <w:t>question marker</w:t>
            </w:r>
          </w:p>
        </w:tc>
      </w:tr>
      <w:tr w:rsidR="002376F7" w14:paraId="649386DA" w14:textId="77777777">
        <w:trPr>
          <w:jc w:val="center"/>
        </w:trPr>
        <w:tc>
          <w:tcPr>
            <w:tcW w:w="1512" w:type="dxa"/>
          </w:tcPr>
          <w:p w14:paraId="2A679B01" w14:textId="77777777" w:rsidR="002376F7" w:rsidRDefault="00000000">
            <w:r>
              <w:rPr>
                <w:sz w:val="13"/>
              </w:rPr>
              <w:t>la</w:t>
            </w:r>
          </w:p>
        </w:tc>
        <w:tc>
          <w:tcPr>
            <w:tcW w:w="1872" w:type="dxa"/>
          </w:tcPr>
          <w:p w14:paraId="63B24AA1" w14:textId="77777777" w:rsidR="002376F7" w:rsidRDefault="00000000">
            <w:r>
              <w:rPr>
                <w:sz w:val="13"/>
              </w:rPr>
              <w:t>the</w:t>
            </w:r>
          </w:p>
        </w:tc>
        <w:tc>
          <w:tcPr>
            <w:tcW w:w="1512" w:type="dxa"/>
          </w:tcPr>
          <w:p w14:paraId="49E5F773" w14:textId="77777777" w:rsidR="002376F7" w:rsidRDefault="00000000">
            <w:r>
              <w:rPr>
                <w:sz w:val="13"/>
              </w:rPr>
              <w:t>labora</w:t>
            </w:r>
          </w:p>
        </w:tc>
        <w:tc>
          <w:tcPr>
            <w:tcW w:w="1872" w:type="dxa"/>
          </w:tcPr>
          <w:p w14:paraId="1652E560" w14:textId="77777777" w:rsidR="002376F7" w:rsidRDefault="00000000">
            <w:r>
              <w:rPr>
                <w:sz w:val="13"/>
              </w:rPr>
              <w:t>work</w:t>
            </w:r>
          </w:p>
        </w:tc>
        <w:tc>
          <w:tcPr>
            <w:tcW w:w="1512" w:type="dxa"/>
          </w:tcPr>
          <w:p w14:paraId="05364B40" w14:textId="77777777" w:rsidR="002376F7" w:rsidRDefault="00000000">
            <w:r>
              <w:rPr>
                <w:sz w:val="13"/>
              </w:rPr>
              <w:t>lago</w:t>
            </w:r>
          </w:p>
        </w:tc>
        <w:tc>
          <w:tcPr>
            <w:tcW w:w="1872" w:type="dxa"/>
          </w:tcPr>
          <w:p w14:paraId="0EF192A5" w14:textId="77777777" w:rsidR="002376F7" w:rsidRDefault="00000000">
            <w:r>
              <w:rPr>
                <w:sz w:val="13"/>
              </w:rPr>
              <w:t>lake</w:t>
            </w:r>
          </w:p>
        </w:tc>
      </w:tr>
      <w:tr w:rsidR="002376F7" w14:paraId="5B002457" w14:textId="77777777">
        <w:trPr>
          <w:jc w:val="center"/>
        </w:trPr>
        <w:tc>
          <w:tcPr>
            <w:tcW w:w="1512" w:type="dxa"/>
            <w:shd w:val="clear" w:color="auto" w:fill="EEF6F8"/>
          </w:tcPr>
          <w:p w14:paraId="0AA93AE8" w14:textId="77777777" w:rsidR="002376F7" w:rsidRDefault="00000000">
            <w:r>
              <w:rPr>
                <w:sz w:val="13"/>
              </w:rPr>
              <w:t>larga</w:t>
            </w:r>
          </w:p>
        </w:tc>
        <w:tc>
          <w:tcPr>
            <w:tcW w:w="1872" w:type="dxa"/>
            <w:shd w:val="clear" w:color="auto" w:fill="EEF6F8"/>
          </w:tcPr>
          <w:p w14:paraId="1945845D" w14:textId="77777777" w:rsidR="002376F7" w:rsidRDefault="00000000">
            <w:r>
              <w:rPr>
                <w:sz w:val="13"/>
              </w:rPr>
              <w:t>wide</w:t>
            </w:r>
          </w:p>
        </w:tc>
        <w:tc>
          <w:tcPr>
            <w:tcW w:w="1512" w:type="dxa"/>
            <w:shd w:val="clear" w:color="auto" w:fill="EEF6F8"/>
          </w:tcPr>
          <w:p w14:paraId="1AF3B276" w14:textId="77777777" w:rsidR="002376F7" w:rsidRDefault="00000000">
            <w:r>
              <w:rPr>
                <w:sz w:val="13"/>
              </w:rPr>
              <w:t>lava</w:t>
            </w:r>
          </w:p>
        </w:tc>
        <w:tc>
          <w:tcPr>
            <w:tcW w:w="1872" w:type="dxa"/>
            <w:shd w:val="clear" w:color="auto" w:fill="EEF6F8"/>
          </w:tcPr>
          <w:p w14:paraId="12122812" w14:textId="77777777" w:rsidR="002376F7" w:rsidRDefault="00000000">
            <w:r>
              <w:rPr>
                <w:sz w:val="13"/>
              </w:rPr>
              <w:t>wash</w:t>
            </w:r>
          </w:p>
        </w:tc>
        <w:tc>
          <w:tcPr>
            <w:tcW w:w="1512" w:type="dxa"/>
            <w:shd w:val="clear" w:color="auto" w:fill="EEF6F8"/>
          </w:tcPr>
          <w:p w14:paraId="5D97EDCA" w14:textId="77777777" w:rsidR="002376F7" w:rsidRDefault="00000000">
            <w:r>
              <w:rPr>
                <w:sz w:val="13"/>
              </w:rPr>
              <w:t>lege</w:t>
            </w:r>
          </w:p>
        </w:tc>
        <w:tc>
          <w:tcPr>
            <w:tcW w:w="1872" w:type="dxa"/>
            <w:shd w:val="clear" w:color="auto" w:fill="EEF6F8"/>
          </w:tcPr>
          <w:p w14:paraId="288A4184" w14:textId="77777777" w:rsidR="002376F7" w:rsidRDefault="00000000">
            <w:r>
              <w:rPr>
                <w:sz w:val="13"/>
              </w:rPr>
              <w:t>read</w:t>
            </w:r>
          </w:p>
        </w:tc>
      </w:tr>
      <w:tr w:rsidR="002376F7" w14:paraId="4C388734" w14:textId="77777777">
        <w:trPr>
          <w:jc w:val="center"/>
        </w:trPr>
        <w:tc>
          <w:tcPr>
            <w:tcW w:w="1512" w:type="dxa"/>
          </w:tcPr>
          <w:p w14:paraId="2F7F1112" w14:textId="77777777" w:rsidR="002376F7" w:rsidRDefault="00000000">
            <w:r>
              <w:rPr>
                <w:sz w:val="13"/>
              </w:rPr>
              <w:t>les</w:t>
            </w:r>
          </w:p>
        </w:tc>
        <w:tc>
          <w:tcPr>
            <w:tcW w:w="1872" w:type="dxa"/>
          </w:tcPr>
          <w:p w14:paraId="38BEB5DB" w14:textId="77777777" w:rsidR="002376F7" w:rsidRDefault="00000000">
            <w:r>
              <w:rPr>
                <w:sz w:val="13"/>
              </w:rPr>
              <w:t>they / them</w:t>
            </w:r>
          </w:p>
        </w:tc>
        <w:tc>
          <w:tcPr>
            <w:tcW w:w="1512" w:type="dxa"/>
          </w:tcPr>
          <w:p w14:paraId="075375FE" w14:textId="77777777" w:rsidR="002376F7" w:rsidRDefault="00000000">
            <w:r>
              <w:rPr>
                <w:sz w:val="13"/>
              </w:rPr>
              <w:t>letra</w:t>
            </w:r>
          </w:p>
        </w:tc>
        <w:tc>
          <w:tcPr>
            <w:tcW w:w="1872" w:type="dxa"/>
          </w:tcPr>
          <w:p w14:paraId="27E2462D" w14:textId="77777777" w:rsidR="002376F7" w:rsidRDefault="00000000">
            <w:r>
              <w:rPr>
                <w:sz w:val="13"/>
              </w:rPr>
              <w:t>letter</w:t>
            </w:r>
          </w:p>
        </w:tc>
        <w:tc>
          <w:tcPr>
            <w:tcW w:w="1512" w:type="dxa"/>
          </w:tcPr>
          <w:p w14:paraId="2EAAE8F7" w14:textId="77777777" w:rsidR="002376F7" w:rsidRDefault="00000000">
            <w:r>
              <w:rPr>
                <w:sz w:val="13"/>
              </w:rPr>
              <w:t>liber</w:t>
            </w:r>
          </w:p>
        </w:tc>
        <w:tc>
          <w:tcPr>
            <w:tcW w:w="1872" w:type="dxa"/>
          </w:tcPr>
          <w:p w14:paraId="6DB8238B" w14:textId="77777777" w:rsidR="002376F7" w:rsidRDefault="00000000">
            <w:r>
              <w:rPr>
                <w:sz w:val="13"/>
              </w:rPr>
              <w:t>free</w:t>
            </w:r>
          </w:p>
        </w:tc>
      </w:tr>
      <w:tr w:rsidR="002376F7" w14:paraId="759818DB" w14:textId="77777777">
        <w:trPr>
          <w:jc w:val="center"/>
        </w:trPr>
        <w:tc>
          <w:tcPr>
            <w:tcW w:w="1512" w:type="dxa"/>
            <w:shd w:val="clear" w:color="auto" w:fill="EEF6F8"/>
          </w:tcPr>
          <w:p w14:paraId="2FA7AB89" w14:textId="77777777" w:rsidR="002376F7" w:rsidRDefault="00000000">
            <w:r>
              <w:rPr>
                <w:sz w:val="13"/>
              </w:rPr>
              <w:t>liberti</w:t>
            </w:r>
          </w:p>
        </w:tc>
        <w:tc>
          <w:tcPr>
            <w:tcW w:w="1872" w:type="dxa"/>
            <w:shd w:val="clear" w:color="auto" w:fill="EEF6F8"/>
          </w:tcPr>
          <w:p w14:paraId="4E6C71D9" w14:textId="77777777" w:rsidR="002376F7" w:rsidRDefault="00000000">
            <w:r>
              <w:rPr>
                <w:sz w:val="13"/>
              </w:rPr>
              <w:t>liberty / freedom</w:t>
            </w:r>
          </w:p>
        </w:tc>
        <w:tc>
          <w:tcPr>
            <w:tcW w:w="1512" w:type="dxa"/>
            <w:shd w:val="clear" w:color="auto" w:fill="EEF6F8"/>
          </w:tcPr>
          <w:p w14:paraId="31586BD2" w14:textId="77777777" w:rsidR="002376F7" w:rsidRDefault="00000000">
            <w:r>
              <w:rPr>
                <w:sz w:val="13"/>
              </w:rPr>
              <w:t>libro</w:t>
            </w:r>
          </w:p>
        </w:tc>
        <w:tc>
          <w:tcPr>
            <w:tcW w:w="1872" w:type="dxa"/>
            <w:shd w:val="clear" w:color="auto" w:fill="EEF6F8"/>
          </w:tcPr>
          <w:p w14:paraId="282D36E6" w14:textId="77777777" w:rsidR="002376F7" w:rsidRDefault="00000000">
            <w:r>
              <w:rPr>
                <w:sz w:val="13"/>
              </w:rPr>
              <w:t>book</w:t>
            </w:r>
          </w:p>
        </w:tc>
        <w:tc>
          <w:tcPr>
            <w:tcW w:w="1512" w:type="dxa"/>
            <w:shd w:val="clear" w:color="auto" w:fill="EEF6F8"/>
          </w:tcPr>
          <w:p w14:paraId="699FE6B3" w14:textId="77777777" w:rsidR="002376F7" w:rsidRDefault="00000000">
            <w:r>
              <w:rPr>
                <w:sz w:val="13"/>
              </w:rPr>
              <w:t>linea</w:t>
            </w:r>
          </w:p>
        </w:tc>
        <w:tc>
          <w:tcPr>
            <w:tcW w:w="1872" w:type="dxa"/>
            <w:shd w:val="clear" w:color="auto" w:fill="EEF6F8"/>
          </w:tcPr>
          <w:p w14:paraId="3662565E" w14:textId="77777777" w:rsidR="002376F7" w:rsidRDefault="00000000">
            <w:r>
              <w:rPr>
                <w:sz w:val="13"/>
              </w:rPr>
              <w:t>line</w:t>
            </w:r>
          </w:p>
        </w:tc>
      </w:tr>
      <w:tr w:rsidR="002376F7" w14:paraId="49D889D8" w14:textId="77777777">
        <w:trPr>
          <w:jc w:val="center"/>
        </w:trPr>
        <w:tc>
          <w:tcPr>
            <w:tcW w:w="1512" w:type="dxa"/>
          </w:tcPr>
          <w:p w14:paraId="66FE790D" w14:textId="77777777" w:rsidR="002376F7" w:rsidRDefault="00000000">
            <w:r>
              <w:rPr>
                <w:sz w:val="13"/>
              </w:rPr>
              <w:t>linga</w:t>
            </w:r>
          </w:p>
        </w:tc>
        <w:tc>
          <w:tcPr>
            <w:tcW w:w="1872" w:type="dxa"/>
          </w:tcPr>
          <w:p w14:paraId="4B76CC5A" w14:textId="77777777" w:rsidR="002376F7" w:rsidRDefault="00000000">
            <w:r>
              <w:rPr>
                <w:sz w:val="13"/>
              </w:rPr>
              <w:t>language (familiar)</w:t>
            </w:r>
          </w:p>
        </w:tc>
        <w:tc>
          <w:tcPr>
            <w:tcW w:w="1512" w:type="dxa"/>
          </w:tcPr>
          <w:p w14:paraId="278A705D" w14:textId="77777777" w:rsidR="002376F7" w:rsidRDefault="00000000">
            <w:r>
              <w:rPr>
                <w:sz w:val="13"/>
              </w:rPr>
              <w:t>linga</w:t>
            </w:r>
          </w:p>
        </w:tc>
        <w:tc>
          <w:tcPr>
            <w:tcW w:w="1872" w:type="dxa"/>
          </w:tcPr>
          <w:p w14:paraId="05056732" w14:textId="77777777" w:rsidR="002376F7" w:rsidRDefault="00000000">
            <w:r>
              <w:rPr>
                <w:sz w:val="13"/>
              </w:rPr>
              <w:t>language</w:t>
            </w:r>
          </w:p>
        </w:tc>
        <w:tc>
          <w:tcPr>
            <w:tcW w:w="1512" w:type="dxa"/>
          </w:tcPr>
          <w:p w14:paraId="3B54A09D" w14:textId="77777777" w:rsidR="002376F7" w:rsidRDefault="00000000">
            <w:r>
              <w:rPr>
                <w:sz w:val="13"/>
              </w:rPr>
              <w:t>lista</w:t>
            </w:r>
          </w:p>
        </w:tc>
        <w:tc>
          <w:tcPr>
            <w:tcW w:w="1872" w:type="dxa"/>
          </w:tcPr>
          <w:p w14:paraId="38A26A65" w14:textId="77777777" w:rsidR="002376F7" w:rsidRDefault="00000000">
            <w:r>
              <w:rPr>
                <w:sz w:val="13"/>
              </w:rPr>
              <w:t>list</w:t>
            </w:r>
          </w:p>
        </w:tc>
      </w:tr>
      <w:tr w:rsidR="002376F7" w14:paraId="09FD85F4" w14:textId="77777777">
        <w:trPr>
          <w:jc w:val="center"/>
        </w:trPr>
        <w:tc>
          <w:tcPr>
            <w:tcW w:w="1512" w:type="dxa"/>
            <w:shd w:val="clear" w:color="auto" w:fill="EEF6F8"/>
          </w:tcPr>
          <w:p w14:paraId="132D058E" w14:textId="77777777" w:rsidR="002376F7" w:rsidRDefault="00000000">
            <w:r>
              <w:rPr>
                <w:sz w:val="13"/>
              </w:rPr>
              <w:t>lo</w:t>
            </w:r>
          </w:p>
        </w:tc>
        <w:tc>
          <w:tcPr>
            <w:tcW w:w="1872" w:type="dxa"/>
            <w:shd w:val="clear" w:color="auto" w:fill="EEF6F8"/>
          </w:tcPr>
          <w:p w14:paraId="413AC325" w14:textId="77777777" w:rsidR="002376F7" w:rsidRDefault="00000000">
            <w:r>
              <w:rPr>
                <w:sz w:val="13"/>
              </w:rPr>
              <w:t>it</w:t>
            </w:r>
          </w:p>
        </w:tc>
        <w:tc>
          <w:tcPr>
            <w:tcW w:w="1512" w:type="dxa"/>
            <w:shd w:val="clear" w:color="auto" w:fill="EEF6F8"/>
          </w:tcPr>
          <w:p w14:paraId="065D42E1" w14:textId="77777777" w:rsidR="002376F7" w:rsidRDefault="00000000">
            <w:r>
              <w:rPr>
                <w:sz w:val="13"/>
              </w:rPr>
              <w:t>loka</w:t>
            </w:r>
          </w:p>
        </w:tc>
        <w:tc>
          <w:tcPr>
            <w:tcW w:w="1872" w:type="dxa"/>
            <w:shd w:val="clear" w:color="auto" w:fill="EEF6F8"/>
          </w:tcPr>
          <w:p w14:paraId="42DB5C73" w14:textId="77777777" w:rsidR="002376F7" w:rsidRDefault="00000000">
            <w:r>
              <w:rPr>
                <w:sz w:val="13"/>
              </w:rPr>
              <w:t>place</w:t>
            </w:r>
          </w:p>
        </w:tc>
        <w:tc>
          <w:tcPr>
            <w:tcW w:w="1512" w:type="dxa"/>
            <w:shd w:val="clear" w:color="auto" w:fill="EEF6F8"/>
          </w:tcPr>
          <w:p w14:paraId="74766FC8" w14:textId="77777777" w:rsidR="002376F7" w:rsidRDefault="00000000">
            <w:r>
              <w:rPr>
                <w:sz w:val="13"/>
              </w:rPr>
              <w:t>lume</w:t>
            </w:r>
          </w:p>
        </w:tc>
        <w:tc>
          <w:tcPr>
            <w:tcW w:w="1872" w:type="dxa"/>
            <w:shd w:val="clear" w:color="auto" w:fill="EEF6F8"/>
          </w:tcPr>
          <w:p w14:paraId="7EAB3AD9" w14:textId="77777777" w:rsidR="002376F7" w:rsidRDefault="00000000">
            <w:r>
              <w:rPr>
                <w:sz w:val="13"/>
              </w:rPr>
              <w:t>light</w:t>
            </w:r>
          </w:p>
        </w:tc>
      </w:tr>
      <w:tr w:rsidR="002376F7" w14:paraId="03F815D6" w14:textId="77777777">
        <w:trPr>
          <w:jc w:val="center"/>
        </w:trPr>
        <w:tc>
          <w:tcPr>
            <w:tcW w:w="1512" w:type="dxa"/>
          </w:tcPr>
          <w:p w14:paraId="5E08A380" w14:textId="77777777" w:rsidR="002376F7" w:rsidRDefault="00000000">
            <w:r>
              <w:rPr>
                <w:sz w:val="13"/>
              </w:rPr>
              <w:t>luna</w:t>
            </w:r>
          </w:p>
        </w:tc>
        <w:tc>
          <w:tcPr>
            <w:tcW w:w="1872" w:type="dxa"/>
          </w:tcPr>
          <w:p w14:paraId="0C7558BE" w14:textId="77777777" w:rsidR="002376F7" w:rsidRDefault="00000000">
            <w:r>
              <w:rPr>
                <w:sz w:val="13"/>
              </w:rPr>
              <w:t>moon</w:t>
            </w:r>
          </w:p>
        </w:tc>
        <w:tc>
          <w:tcPr>
            <w:tcW w:w="1512" w:type="dxa"/>
          </w:tcPr>
          <w:p w14:paraId="0CDA3270" w14:textId="77777777" w:rsidR="002376F7" w:rsidRDefault="00000000">
            <w:r>
              <w:rPr>
                <w:sz w:val="13"/>
              </w:rPr>
              <w:t>ma</w:t>
            </w:r>
          </w:p>
        </w:tc>
        <w:tc>
          <w:tcPr>
            <w:tcW w:w="1872" w:type="dxa"/>
          </w:tcPr>
          <w:p w14:paraId="29CDBC1E" w14:textId="77777777" w:rsidR="002376F7" w:rsidRDefault="00000000">
            <w:r>
              <w:rPr>
                <w:sz w:val="13"/>
              </w:rPr>
              <w:t>but</w:t>
            </w:r>
          </w:p>
        </w:tc>
        <w:tc>
          <w:tcPr>
            <w:tcW w:w="1512" w:type="dxa"/>
          </w:tcPr>
          <w:p w14:paraId="54B6A509" w14:textId="77777777" w:rsidR="002376F7" w:rsidRDefault="00000000">
            <w:r>
              <w:rPr>
                <w:sz w:val="13"/>
              </w:rPr>
              <w:t>major</w:t>
            </w:r>
          </w:p>
        </w:tc>
        <w:tc>
          <w:tcPr>
            <w:tcW w:w="1872" w:type="dxa"/>
          </w:tcPr>
          <w:p w14:paraId="7DE637D0" w14:textId="77777777" w:rsidR="002376F7" w:rsidRDefault="00000000">
            <w:r>
              <w:rPr>
                <w:sz w:val="13"/>
              </w:rPr>
              <w:t>major / larger</w:t>
            </w:r>
          </w:p>
        </w:tc>
      </w:tr>
      <w:tr w:rsidR="002376F7" w14:paraId="1B0FA2AC" w14:textId="77777777">
        <w:trPr>
          <w:jc w:val="center"/>
        </w:trPr>
        <w:tc>
          <w:tcPr>
            <w:tcW w:w="1512" w:type="dxa"/>
            <w:shd w:val="clear" w:color="auto" w:fill="EEF6F8"/>
          </w:tcPr>
          <w:p w14:paraId="5F6A5C2D" w14:textId="77777777" w:rsidR="002376F7" w:rsidRDefault="00000000">
            <w:r>
              <w:rPr>
                <w:sz w:val="13"/>
              </w:rPr>
              <w:t>mal</w:t>
            </w:r>
          </w:p>
        </w:tc>
        <w:tc>
          <w:tcPr>
            <w:tcW w:w="1872" w:type="dxa"/>
            <w:shd w:val="clear" w:color="auto" w:fill="EEF6F8"/>
          </w:tcPr>
          <w:p w14:paraId="0E5F1559" w14:textId="77777777" w:rsidR="002376F7" w:rsidRDefault="00000000">
            <w:r>
              <w:rPr>
                <w:sz w:val="13"/>
              </w:rPr>
              <w:t>bad / opposite</w:t>
            </w:r>
          </w:p>
        </w:tc>
        <w:tc>
          <w:tcPr>
            <w:tcW w:w="1512" w:type="dxa"/>
            <w:shd w:val="clear" w:color="auto" w:fill="EEF6F8"/>
          </w:tcPr>
          <w:p w14:paraId="70C2B97E" w14:textId="77777777" w:rsidR="002376F7" w:rsidRDefault="00000000">
            <w:r>
              <w:rPr>
                <w:sz w:val="13"/>
              </w:rPr>
              <w:t>mano</w:t>
            </w:r>
          </w:p>
        </w:tc>
        <w:tc>
          <w:tcPr>
            <w:tcW w:w="1872" w:type="dxa"/>
            <w:shd w:val="clear" w:color="auto" w:fill="EEF6F8"/>
          </w:tcPr>
          <w:p w14:paraId="7952FF85" w14:textId="77777777" w:rsidR="002376F7" w:rsidRDefault="00000000">
            <w:r>
              <w:rPr>
                <w:sz w:val="13"/>
              </w:rPr>
              <w:t>hand</w:t>
            </w:r>
          </w:p>
        </w:tc>
        <w:tc>
          <w:tcPr>
            <w:tcW w:w="1512" w:type="dxa"/>
            <w:shd w:val="clear" w:color="auto" w:fill="EEF6F8"/>
          </w:tcPr>
          <w:p w14:paraId="00218F20" w14:textId="77777777" w:rsidR="002376F7" w:rsidRDefault="00000000">
            <w:r>
              <w:rPr>
                <w:sz w:val="13"/>
              </w:rPr>
              <w:t>mapa</w:t>
            </w:r>
          </w:p>
        </w:tc>
        <w:tc>
          <w:tcPr>
            <w:tcW w:w="1872" w:type="dxa"/>
            <w:shd w:val="clear" w:color="auto" w:fill="EEF6F8"/>
          </w:tcPr>
          <w:p w14:paraId="227C7134" w14:textId="77777777" w:rsidR="002376F7" w:rsidRDefault="00000000">
            <w:r>
              <w:rPr>
                <w:sz w:val="13"/>
              </w:rPr>
              <w:t>map</w:t>
            </w:r>
          </w:p>
        </w:tc>
      </w:tr>
      <w:tr w:rsidR="002376F7" w14:paraId="7760A2A3" w14:textId="77777777">
        <w:trPr>
          <w:jc w:val="center"/>
        </w:trPr>
        <w:tc>
          <w:tcPr>
            <w:tcW w:w="1512" w:type="dxa"/>
          </w:tcPr>
          <w:p w14:paraId="41E06CFD" w14:textId="77777777" w:rsidR="002376F7" w:rsidRDefault="00000000">
            <w:r>
              <w:rPr>
                <w:sz w:val="13"/>
              </w:rPr>
              <w:t>marca</w:t>
            </w:r>
          </w:p>
        </w:tc>
        <w:tc>
          <w:tcPr>
            <w:tcW w:w="1872" w:type="dxa"/>
          </w:tcPr>
          <w:p w14:paraId="59C1EAD8" w14:textId="77777777" w:rsidR="002376F7" w:rsidRDefault="00000000">
            <w:r>
              <w:rPr>
                <w:sz w:val="13"/>
              </w:rPr>
              <w:t>mark / brand</w:t>
            </w:r>
          </w:p>
        </w:tc>
        <w:tc>
          <w:tcPr>
            <w:tcW w:w="1512" w:type="dxa"/>
          </w:tcPr>
          <w:p w14:paraId="7F5B3E80" w14:textId="77777777" w:rsidR="002376F7" w:rsidRDefault="00000000">
            <w:r>
              <w:rPr>
                <w:sz w:val="13"/>
              </w:rPr>
              <w:t>mas</w:t>
            </w:r>
          </w:p>
        </w:tc>
        <w:tc>
          <w:tcPr>
            <w:tcW w:w="1872" w:type="dxa"/>
          </w:tcPr>
          <w:p w14:paraId="6A79B320" w14:textId="77777777" w:rsidR="002376F7" w:rsidRDefault="00000000">
            <w:r>
              <w:rPr>
                <w:sz w:val="13"/>
              </w:rPr>
              <w:t>male / man</w:t>
            </w:r>
          </w:p>
        </w:tc>
        <w:tc>
          <w:tcPr>
            <w:tcW w:w="1512" w:type="dxa"/>
          </w:tcPr>
          <w:p w14:paraId="59D9D1ED" w14:textId="77777777" w:rsidR="002376F7" w:rsidRDefault="00000000">
            <w:r>
              <w:rPr>
                <w:sz w:val="13"/>
              </w:rPr>
              <w:t>mater</w:t>
            </w:r>
          </w:p>
        </w:tc>
        <w:tc>
          <w:tcPr>
            <w:tcW w:w="1872" w:type="dxa"/>
          </w:tcPr>
          <w:p w14:paraId="1457623E" w14:textId="77777777" w:rsidR="002376F7" w:rsidRDefault="00000000">
            <w:r>
              <w:rPr>
                <w:sz w:val="13"/>
              </w:rPr>
              <w:t>mother</w:t>
            </w:r>
          </w:p>
        </w:tc>
      </w:tr>
      <w:tr w:rsidR="002376F7" w14:paraId="1D0F30E5" w14:textId="77777777">
        <w:trPr>
          <w:jc w:val="center"/>
        </w:trPr>
        <w:tc>
          <w:tcPr>
            <w:tcW w:w="1512" w:type="dxa"/>
            <w:shd w:val="clear" w:color="auto" w:fill="EEF6F8"/>
          </w:tcPr>
          <w:p w14:paraId="514C374F" w14:textId="77777777" w:rsidR="002376F7" w:rsidRDefault="00000000">
            <w:r>
              <w:rPr>
                <w:sz w:val="13"/>
              </w:rPr>
              <w:t>max</w:t>
            </w:r>
          </w:p>
        </w:tc>
        <w:tc>
          <w:tcPr>
            <w:tcW w:w="1872" w:type="dxa"/>
            <w:shd w:val="clear" w:color="auto" w:fill="EEF6F8"/>
          </w:tcPr>
          <w:p w14:paraId="73F2A158" w14:textId="77777777" w:rsidR="002376F7" w:rsidRDefault="00000000">
            <w:r>
              <w:rPr>
                <w:sz w:val="13"/>
              </w:rPr>
              <w:t>most / maximum</w:t>
            </w:r>
          </w:p>
        </w:tc>
        <w:tc>
          <w:tcPr>
            <w:tcW w:w="1512" w:type="dxa"/>
            <w:shd w:val="clear" w:color="auto" w:fill="EEF6F8"/>
          </w:tcPr>
          <w:p w14:paraId="3E24B065" w14:textId="77777777" w:rsidR="002376F7" w:rsidRDefault="00000000">
            <w:r>
              <w:rPr>
                <w:sz w:val="13"/>
              </w:rPr>
              <w:t>medika</w:t>
            </w:r>
          </w:p>
        </w:tc>
        <w:tc>
          <w:tcPr>
            <w:tcW w:w="1872" w:type="dxa"/>
            <w:shd w:val="clear" w:color="auto" w:fill="EEF6F8"/>
          </w:tcPr>
          <w:p w14:paraId="208FDD3F" w14:textId="77777777" w:rsidR="002376F7" w:rsidRDefault="00000000">
            <w:r>
              <w:rPr>
                <w:sz w:val="13"/>
              </w:rPr>
              <w:t>medicine</w:t>
            </w:r>
          </w:p>
        </w:tc>
        <w:tc>
          <w:tcPr>
            <w:tcW w:w="1512" w:type="dxa"/>
            <w:shd w:val="clear" w:color="auto" w:fill="EEF6F8"/>
          </w:tcPr>
          <w:p w14:paraId="4A278976" w14:textId="77777777" w:rsidR="002376F7" w:rsidRDefault="00000000">
            <w:r>
              <w:rPr>
                <w:sz w:val="13"/>
              </w:rPr>
              <w:t>melodia</w:t>
            </w:r>
          </w:p>
        </w:tc>
        <w:tc>
          <w:tcPr>
            <w:tcW w:w="1872" w:type="dxa"/>
            <w:shd w:val="clear" w:color="auto" w:fill="EEF6F8"/>
          </w:tcPr>
          <w:p w14:paraId="69D149F5" w14:textId="77777777" w:rsidR="002376F7" w:rsidRDefault="00000000">
            <w:r>
              <w:rPr>
                <w:sz w:val="13"/>
              </w:rPr>
              <w:t>melody</w:t>
            </w:r>
          </w:p>
        </w:tc>
      </w:tr>
      <w:tr w:rsidR="002376F7" w14:paraId="2AD3FC09" w14:textId="77777777">
        <w:trPr>
          <w:jc w:val="center"/>
        </w:trPr>
        <w:tc>
          <w:tcPr>
            <w:tcW w:w="1512" w:type="dxa"/>
          </w:tcPr>
          <w:p w14:paraId="6AD38274" w14:textId="77777777" w:rsidR="002376F7" w:rsidRDefault="00000000">
            <w:r>
              <w:rPr>
                <w:sz w:val="13"/>
              </w:rPr>
              <w:t>memoria</w:t>
            </w:r>
          </w:p>
        </w:tc>
        <w:tc>
          <w:tcPr>
            <w:tcW w:w="1872" w:type="dxa"/>
          </w:tcPr>
          <w:p w14:paraId="4F407DFF" w14:textId="77777777" w:rsidR="002376F7" w:rsidRDefault="00000000">
            <w:r>
              <w:rPr>
                <w:sz w:val="13"/>
              </w:rPr>
              <w:t>memory</w:t>
            </w:r>
          </w:p>
        </w:tc>
        <w:tc>
          <w:tcPr>
            <w:tcW w:w="1512" w:type="dxa"/>
          </w:tcPr>
          <w:p w14:paraId="782E822A" w14:textId="77777777" w:rsidR="002376F7" w:rsidRDefault="00000000">
            <w:r>
              <w:rPr>
                <w:sz w:val="13"/>
              </w:rPr>
              <w:t>mes</w:t>
            </w:r>
          </w:p>
        </w:tc>
        <w:tc>
          <w:tcPr>
            <w:tcW w:w="1872" w:type="dxa"/>
          </w:tcPr>
          <w:p w14:paraId="2B447FFE" w14:textId="77777777" w:rsidR="002376F7" w:rsidRDefault="00000000">
            <w:r>
              <w:rPr>
                <w:sz w:val="13"/>
              </w:rPr>
              <w:t>month</w:t>
            </w:r>
          </w:p>
        </w:tc>
        <w:tc>
          <w:tcPr>
            <w:tcW w:w="1512" w:type="dxa"/>
          </w:tcPr>
          <w:p w14:paraId="7DEEFB20" w14:textId="77777777" w:rsidR="002376F7" w:rsidRDefault="00000000">
            <w:r>
              <w:rPr>
                <w:sz w:val="13"/>
              </w:rPr>
              <w:t>mete</w:t>
            </w:r>
          </w:p>
        </w:tc>
        <w:tc>
          <w:tcPr>
            <w:tcW w:w="1872" w:type="dxa"/>
          </w:tcPr>
          <w:p w14:paraId="5425023F" w14:textId="77777777" w:rsidR="002376F7" w:rsidRDefault="00000000">
            <w:r>
              <w:rPr>
                <w:sz w:val="13"/>
              </w:rPr>
              <w:t>put</w:t>
            </w:r>
          </w:p>
        </w:tc>
      </w:tr>
      <w:tr w:rsidR="002376F7" w14:paraId="5CF60579" w14:textId="77777777">
        <w:trPr>
          <w:jc w:val="center"/>
        </w:trPr>
        <w:tc>
          <w:tcPr>
            <w:tcW w:w="1512" w:type="dxa"/>
            <w:shd w:val="clear" w:color="auto" w:fill="EEF6F8"/>
          </w:tcPr>
          <w:p w14:paraId="2178B43F" w14:textId="77777777" w:rsidR="002376F7" w:rsidRDefault="00000000">
            <w:r>
              <w:rPr>
                <w:sz w:val="13"/>
              </w:rPr>
              <w:t>metro</w:t>
            </w:r>
          </w:p>
        </w:tc>
        <w:tc>
          <w:tcPr>
            <w:tcW w:w="1872" w:type="dxa"/>
            <w:shd w:val="clear" w:color="auto" w:fill="EEF6F8"/>
          </w:tcPr>
          <w:p w14:paraId="2EA79999" w14:textId="77777777" w:rsidR="002376F7" w:rsidRDefault="00000000">
            <w:r>
              <w:rPr>
                <w:sz w:val="13"/>
              </w:rPr>
              <w:t>meter</w:t>
            </w:r>
          </w:p>
        </w:tc>
        <w:tc>
          <w:tcPr>
            <w:tcW w:w="1512" w:type="dxa"/>
            <w:shd w:val="clear" w:color="auto" w:fill="EEF6F8"/>
          </w:tcPr>
          <w:p w14:paraId="6EBC4BB6" w14:textId="77777777" w:rsidR="002376F7" w:rsidRDefault="00000000">
            <w:r>
              <w:rPr>
                <w:sz w:val="13"/>
              </w:rPr>
              <w:t>mi</w:t>
            </w:r>
          </w:p>
        </w:tc>
        <w:tc>
          <w:tcPr>
            <w:tcW w:w="1872" w:type="dxa"/>
            <w:shd w:val="clear" w:color="auto" w:fill="EEF6F8"/>
          </w:tcPr>
          <w:p w14:paraId="48B169BF" w14:textId="77777777" w:rsidR="002376F7" w:rsidRDefault="00000000">
            <w:r>
              <w:rPr>
                <w:sz w:val="13"/>
              </w:rPr>
              <w:t>I / me / my</w:t>
            </w:r>
          </w:p>
        </w:tc>
        <w:tc>
          <w:tcPr>
            <w:tcW w:w="1512" w:type="dxa"/>
            <w:shd w:val="clear" w:color="auto" w:fill="EEF6F8"/>
          </w:tcPr>
          <w:p w14:paraId="59329C20" w14:textId="77777777" w:rsidR="002376F7" w:rsidRDefault="00000000">
            <w:r>
              <w:rPr>
                <w:sz w:val="13"/>
              </w:rPr>
              <w:t>mil</w:t>
            </w:r>
          </w:p>
        </w:tc>
        <w:tc>
          <w:tcPr>
            <w:tcW w:w="1872" w:type="dxa"/>
            <w:shd w:val="clear" w:color="auto" w:fill="EEF6F8"/>
          </w:tcPr>
          <w:p w14:paraId="059C6C5E" w14:textId="77777777" w:rsidR="002376F7" w:rsidRDefault="00000000">
            <w:r>
              <w:rPr>
                <w:sz w:val="13"/>
              </w:rPr>
              <w:t>thousand</w:t>
            </w:r>
          </w:p>
        </w:tc>
      </w:tr>
      <w:tr w:rsidR="002376F7" w14:paraId="349D93ED" w14:textId="77777777">
        <w:trPr>
          <w:jc w:val="center"/>
        </w:trPr>
        <w:tc>
          <w:tcPr>
            <w:tcW w:w="1512" w:type="dxa"/>
          </w:tcPr>
          <w:p w14:paraId="653CDD0E" w14:textId="77777777" w:rsidR="002376F7" w:rsidRDefault="00000000">
            <w:r>
              <w:rPr>
                <w:sz w:val="13"/>
              </w:rPr>
              <w:t>milion</w:t>
            </w:r>
          </w:p>
        </w:tc>
        <w:tc>
          <w:tcPr>
            <w:tcW w:w="1872" w:type="dxa"/>
          </w:tcPr>
          <w:p w14:paraId="6AF943B7" w14:textId="77777777" w:rsidR="002376F7" w:rsidRDefault="00000000">
            <w:r>
              <w:rPr>
                <w:sz w:val="13"/>
              </w:rPr>
              <w:t>million</w:t>
            </w:r>
          </w:p>
        </w:tc>
        <w:tc>
          <w:tcPr>
            <w:tcW w:w="1512" w:type="dxa"/>
          </w:tcPr>
          <w:p w14:paraId="77A7B751" w14:textId="77777777" w:rsidR="002376F7" w:rsidRDefault="00000000">
            <w:r>
              <w:rPr>
                <w:sz w:val="13"/>
              </w:rPr>
              <w:t>min</w:t>
            </w:r>
          </w:p>
        </w:tc>
        <w:tc>
          <w:tcPr>
            <w:tcW w:w="1872" w:type="dxa"/>
          </w:tcPr>
          <w:p w14:paraId="783097BB" w14:textId="77777777" w:rsidR="002376F7" w:rsidRDefault="00000000">
            <w:r>
              <w:rPr>
                <w:sz w:val="13"/>
              </w:rPr>
              <w:t>least / minimum</w:t>
            </w:r>
          </w:p>
        </w:tc>
        <w:tc>
          <w:tcPr>
            <w:tcW w:w="1512" w:type="dxa"/>
          </w:tcPr>
          <w:p w14:paraId="7B39E421" w14:textId="77777777" w:rsidR="002376F7" w:rsidRDefault="00000000">
            <w:r>
              <w:rPr>
                <w:sz w:val="13"/>
              </w:rPr>
              <w:t>minus</w:t>
            </w:r>
          </w:p>
        </w:tc>
        <w:tc>
          <w:tcPr>
            <w:tcW w:w="1872" w:type="dxa"/>
          </w:tcPr>
          <w:p w14:paraId="76F1C849" w14:textId="77777777" w:rsidR="002376F7" w:rsidRDefault="00000000">
            <w:r>
              <w:rPr>
                <w:sz w:val="13"/>
              </w:rPr>
              <w:t>less</w:t>
            </w:r>
          </w:p>
        </w:tc>
      </w:tr>
      <w:tr w:rsidR="002376F7" w14:paraId="04F4A0DE" w14:textId="77777777">
        <w:trPr>
          <w:jc w:val="center"/>
        </w:trPr>
        <w:tc>
          <w:tcPr>
            <w:tcW w:w="1512" w:type="dxa"/>
            <w:shd w:val="clear" w:color="auto" w:fill="EEF6F8"/>
          </w:tcPr>
          <w:p w14:paraId="1C40CB3C" w14:textId="77777777" w:rsidR="002376F7" w:rsidRDefault="00000000">
            <w:r>
              <w:rPr>
                <w:sz w:val="13"/>
              </w:rPr>
              <w:t>minuta</w:t>
            </w:r>
          </w:p>
        </w:tc>
        <w:tc>
          <w:tcPr>
            <w:tcW w:w="1872" w:type="dxa"/>
            <w:shd w:val="clear" w:color="auto" w:fill="EEF6F8"/>
          </w:tcPr>
          <w:p w14:paraId="7CC171FE" w14:textId="77777777" w:rsidR="002376F7" w:rsidRDefault="00000000">
            <w:r>
              <w:rPr>
                <w:sz w:val="13"/>
              </w:rPr>
              <w:t>minute</w:t>
            </w:r>
          </w:p>
        </w:tc>
        <w:tc>
          <w:tcPr>
            <w:tcW w:w="1512" w:type="dxa"/>
            <w:shd w:val="clear" w:color="auto" w:fill="EEF6F8"/>
          </w:tcPr>
          <w:p w14:paraId="243F1C21" w14:textId="77777777" w:rsidR="002376F7" w:rsidRDefault="00000000">
            <w:r>
              <w:rPr>
                <w:sz w:val="13"/>
              </w:rPr>
              <w:t>mira</w:t>
            </w:r>
          </w:p>
        </w:tc>
        <w:tc>
          <w:tcPr>
            <w:tcW w:w="1872" w:type="dxa"/>
            <w:shd w:val="clear" w:color="auto" w:fill="EEF6F8"/>
          </w:tcPr>
          <w:p w14:paraId="2426E566" w14:textId="77777777" w:rsidR="002376F7" w:rsidRDefault="00000000">
            <w:r>
              <w:rPr>
                <w:sz w:val="13"/>
              </w:rPr>
              <w:t>look</w:t>
            </w:r>
          </w:p>
        </w:tc>
        <w:tc>
          <w:tcPr>
            <w:tcW w:w="1512" w:type="dxa"/>
            <w:shd w:val="clear" w:color="auto" w:fill="EEF6F8"/>
          </w:tcPr>
          <w:p w14:paraId="033B3181" w14:textId="77777777" w:rsidR="002376F7" w:rsidRDefault="00000000">
            <w:r>
              <w:rPr>
                <w:sz w:val="13"/>
              </w:rPr>
              <w:t>moderno</w:t>
            </w:r>
          </w:p>
        </w:tc>
        <w:tc>
          <w:tcPr>
            <w:tcW w:w="1872" w:type="dxa"/>
            <w:shd w:val="clear" w:color="auto" w:fill="EEF6F8"/>
          </w:tcPr>
          <w:p w14:paraId="10E6E53A" w14:textId="77777777" w:rsidR="002376F7" w:rsidRDefault="00000000">
            <w:r>
              <w:rPr>
                <w:sz w:val="13"/>
              </w:rPr>
              <w:t>modern</w:t>
            </w:r>
          </w:p>
        </w:tc>
      </w:tr>
      <w:tr w:rsidR="002376F7" w14:paraId="4E4814B2" w14:textId="77777777">
        <w:trPr>
          <w:jc w:val="center"/>
        </w:trPr>
        <w:tc>
          <w:tcPr>
            <w:tcW w:w="1512" w:type="dxa"/>
          </w:tcPr>
          <w:p w14:paraId="37CC1102" w14:textId="77777777" w:rsidR="002376F7" w:rsidRDefault="00000000">
            <w:r>
              <w:rPr>
                <w:sz w:val="13"/>
              </w:rPr>
              <w:t>modo</w:t>
            </w:r>
          </w:p>
        </w:tc>
        <w:tc>
          <w:tcPr>
            <w:tcW w:w="1872" w:type="dxa"/>
          </w:tcPr>
          <w:p w14:paraId="2AB54196" w14:textId="77777777" w:rsidR="002376F7" w:rsidRDefault="00000000">
            <w:r>
              <w:rPr>
                <w:sz w:val="13"/>
              </w:rPr>
              <w:t>way / manner</w:t>
            </w:r>
          </w:p>
        </w:tc>
        <w:tc>
          <w:tcPr>
            <w:tcW w:w="1512" w:type="dxa"/>
          </w:tcPr>
          <w:p w14:paraId="06A1D264" w14:textId="77777777" w:rsidR="002376F7" w:rsidRDefault="00000000">
            <w:r>
              <w:rPr>
                <w:sz w:val="13"/>
              </w:rPr>
              <w:t>momento</w:t>
            </w:r>
          </w:p>
        </w:tc>
        <w:tc>
          <w:tcPr>
            <w:tcW w:w="1872" w:type="dxa"/>
          </w:tcPr>
          <w:p w14:paraId="0910F0F7" w14:textId="77777777" w:rsidR="002376F7" w:rsidRDefault="00000000">
            <w:r>
              <w:rPr>
                <w:sz w:val="13"/>
              </w:rPr>
              <w:t>moment</w:t>
            </w:r>
          </w:p>
        </w:tc>
        <w:tc>
          <w:tcPr>
            <w:tcW w:w="1512" w:type="dxa"/>
          </w:tcPr>
          <w:p w14:paraId="69F8F4C4" w14:textId="77777777" w:rsidR="002376F7" w:rsidRDefault="00000000">
            <w:r>
              <w:rPr>
                <w:sz w:val="13"/>
              </w:rPr>
              <w:t>mondo</w:t>
            </w:r>
          </w:p>
        </w:tc>
        <w:tc>
          <w:tcPr>
            <w:tcW w:w="1872" w:type="dxa"/>
          </w:tcPr>
          <w:p w14:paraId="0ED2F685" w14:textId="77777777" w:rsidR="002376F7" w:rsidRDefault="00000000">
            <w:r>
              <w:rPr>
                <w:sz w:val="13"/>
              </w:rPr>
              <w:t>world</w:t>
            </w:r>
          </w:p>
        </w:tc>
      </w:tr>
      <w:tr w:rsidR="002376F7" w14:paraId="37A993CF" w14:textId="77777777">
        <w:trPr>
          <w:jc w:val="center"/>
        </w:trPr>
        <w:tc>
          <w:tcPr>
            <w:tcW w:w="1512" w:type="dxa"/>
            <w:shd w:val="clear" w:color="auto" w:fill="EEF6F8"/>
          </w:tcPr>
          <w:p w14:paraId="3E4EDC56" w14:textId="77777777" w:rsidR="002376F7" w:rsidRDefault="00000000">
            <w:r>
              <w:rPr>
                <w:sz w:val="13"/>
              </w:rPr>
              <w:t>monta</w:t>
            </w:r>
          </w:p>
        </w:tc>
        <w:tc>
          <w:tcPr>
            <w:tcW w:w="1872" w:type="dxa"/>
            <w:shd w:val="clear" w:color="auto" w:fill="EEF6F8"/>
          </w:tcPr>
          <w:p w14:paraId="7267A9C1" w14:textId="77777777" w:rsidR="002376F7" w:rsidRDefault="00000000">
            <w:r>
              <w:rPr>
                <w:sz w:val="13"/>
              </w:rPr>
              <w:t>mountain</w:t>
            </w:r>
          </w:p>
        </w:tc>
        <w:tc>
          <w:tcPr>
            <w:tcW w:w="1512" w:type="dxa"/>
            <w:shd w:val="clear" w:color="auto" w:fill="EEF6F8"/>
          </w:tcPr>
          <w:p w14:paraId="0DE83B24" w14:textId="77777777" w:rsidR="002376F7" w:rsidRDefault="00000000">
            <w:r>
              <w:rPr>
                <w:sz w:val="13"/>
              </w:rPr>
              <w:t>morte</w:t>
            </w:r>
          </w:p>
        </w:tc>
        <w:tc>
          <w:tcPr>
            <w:tcW w:w="1872" w:type="dxa"/>
            <w:shd w:val="clear" w:color="auto" w:fill="EEF6F8"/>
          </w:tcPr>
          <w:p w14:paraId="21318875" w14:textId="77777777" w:rsidR="002376F7" w:rsidRDefault="00000000">
            <w:r>
              <w:rPr>
                <w:sz w:val="13"/>
              </w:rPr>
              <w:t>death</w:t>
            </w:r>
          </w:p>
        </w:tc>
        <w:tc>
          <w:tcPr>
            <w:tcW w:w="1512" w:type="dxa"/>
            <w:shd w:val="clear" w:color="auto" w:fill="EEF6F8"/>
          </w:tcPr>
          <w:p w14:paraId="044CA2B6" w14:textId="77777777" w:rsidR="002376F7" w:rsidRDefault="00000000">
            <w:r>
              <w:rPr>
                <w:sz w:val="13"/>
              </w:rPr>
              <w:t>movi</w:t>
            </w:r>
          </w:p>
        </w:tc>
        <w:tc>
          <w:tcPr>
            <w:tcW w:w="1872" w:type="dxa"/>
            <w:shd w:val="clear" w:color="auto" w:fill="EEF6F8"/>
          </w:tcPr>
          <w:p w14:paraId="0B0AC80F" w14:textId="77777777" w:rsidR="002376F7" w:rsidRDefault="00000000">
            <w:r>
              <w:rPr>
                <w:sz w:val="13"/>
              </w:rPr>
              <w:t>move</w:t>
            </w:r>
          </w:p>
        </w:tc>
      </w:tr>
      <w:tr w:rsidR="002376F7" w14:paraId="6151552D" w14:textId="77777777">
        <w:trPr>
          <w:jc w:val="center"/>
        </w:trPr>
        <w:tc>
          <w:tcPr>
            <w:tcW w:w="1512" w:type="dxa"/>
          </w:tcPr>
          <w:p w14:paraId="7F98340D" w14:textId="77777777" w:rsidR="002376F7" w:rsidRDefault="00000000">
            <w:r>
              <w:rPr>
                <w:sz w:val="13"/>
              </w:rPr>
              <w:t>multe</w:t>
            </w:r>
          </w:p>
        </w:tc>
        <w:tc>
          <w:tcPr>
            <w:tcW w:w="1872" w:type="dxa"/>
          </w:tcPr>
          <w:p w14:paraId="0D11DE59" w14:textId="77777777" w:rsidR="002376F7" w:rsidRDefault="00000000">
            <w:r>
              <w:rPr>
                <w:sz w:val="13"/>
              </w:rPr>
              <w:t>many / much</w:t>
            </w:r>
          </w:p>
        </w:tc>
        <w:tc>
          <w:tcPr>
            <w:tcW w:w="1512" w:type="dxa"/>
          </w:tcPr>
          <w:p w14:paraId="018BA71F" w14:textId="77777777" w:rsidR="002376F7" w:rsidRDefault="00000000">
            <w:r>
              <w:rPr>
                <w:sz w:val="13"/>
              </w:rPr>
              <w:t>musik</w:t>
            </w:r>
          </w:p>
        </w:tc>
        <w:tc>
          <w:tcPr>
            <w:tcW w:w="1872" w:type="dxa"/>
          </w:tcPr>
          <w:p w14:paraId="6596F8DF" w14:textId="77777777" w:rsidR="002376F7" w:rsidRDefault="00000000">
            <w:r>
              <w:rPr>
                <w:sz w:val="13"/>
              </w:rPr>
              <w:t>music</w:t>
            </w:r>
          </w:p>
        </w:tc>
        <w:tc>
          <w:tcPr>
            <w:tcW w:w="1512" w:type="dxa"/>
          </w:tcPr>
          <w:p w14:paraId="6BD66E15" w14:textId="77777777" w:rsidR="002376F7" w:rsidRDefault="00000000">
            <w:r>
              <w:rPr>
                <w:sz w:val="13"/>
              </w:rPr>
              <w:t>nasion</w:t>
            </w:r>
          </w:p>
        </w:tc>
        <w:tc>
          <w:tcPr>
            <w:tcW w:w="1872" w:type="dxa"/>
          </w:tcPr>
          <w:p w14:paraId="1C4A1697" w14:textId="77777777" w:rsidR="002376F7" w:rsidRDefault="00000000">
            <w:r>
              <w:rPr>
                <w:sz w:val="13"/>
              </w:rPr>
              <w:t>nasion</w:t>
            </w:r>
          </w:p>
        </w:tc>
      </w:tr>
      <w:tr w:rsidR="002376F7" w14:paraId="59D7D488" w14:textId="77777777">
        <w:trPr>
          <w:jc w:val="center"/>
        </w:trPr>
        <w:tc>
          <w:tcPr>
            <w:tcW w:w="1512" w:type="dxa"/>
            <w:shd w:val="clear" w:color="auto" w:fill="EEF6F8"/>
          </w:tcPr>
          <w:p w14:paraId="083D93A4" w14:textId="77777777" w:rsidR="002376F7" w:rsidRDefault="00000000">
            <w:r>
              <w:rPr>
                <w:sz w:val="13"/>
              </w:rPr>
              <w:t>natur</w:t>
            </w:r>
          </w:p>
        </w:tc>
        <w:tc>
          <w:tcPr>
            <w:tcW w:w="1872" w:type="dxa"/>
            <w:shd w:val="clear" w:color="auto" w:fill="EEF6F8"/>
          </w:tcPr>
          <w:p w14:paraId="3D55AA75" w14:textId="77777777" w:rsidR="002376F7" w:rsidRDefault="00000000">
            <w:r>
              <w:rPr>
                <w:sz w:val="13"/>
              </w:rPr>
              <w:t>nature</w:t>
            </w:r>
          </w:p>
        </w:tc>
        <w:tc>
          <w:tcPr>
            <w:tcW w:w="1512" w:type="dxa"/>
            <w:shd w:val="clear" w:color="auto" w:fill="EEF6F8"/>
          </w:tcPr>
          <w:p w14:paraId="1A7926F8" w14:textId="77777777" w:rsidR="002376F7" w:rsidRDefault="00000000">
            <w:r>
              <w:rPr>
                <w:sz w:val="13"/>
              </w:rPr>
              <w:t>ne</w:t>
            </w:r>
          </w:p>
        </w:tc>
        <w:tc>
          <w:tcPr>
            <w:tcW w:w="1872" w:type="dxa"/>
            <w:shd w:val="clear" w:color="auto" w:fill="EEF6F8"/>
          </w:tcPr>
          <w:p w14:paraId="34D8B11D" w14:textId="77777777" w:rsidR="002376F7" w:rsidRDefault="00000000">
            <w:r>
              <w:rPr>
                <w:sz w:val="13"/>
              </w:rPr>
              <w:t>not</w:t>
            </w:r>
          </w:p>
        </w:tc>
        <w:tc>
          <w:tcPr>
            <w:tcW w:w="1512" w:type="dxa"/>
            <w:shd w:val="clear" w:color="auto" w:fill="EEF6F8"/>
          </w:tcPr>
          <w:p w14:paraId="780F8823" w14:textId="77777777" w:rsidR="002376F7" w:rsidRDefault="00000000">
            <w:r>
              <w:rPr>
                <w:sz w:val="13"/>
              </w:rPr>
              <w:t>nesesita</w:t>
            </w:r>
          </w:p>
        </w:tc>
        <w:tc>
          <w:tcPr>
            <w:tcW w:w="1872" w:type="dxa"/>
            <w:shd w:val="clear" w:color="auto" w:fill="EEF6F8"/>
          </w:tcPr>
          <w:p w14:paraId="06E6A86B" w14:textId="77777777" w:rsidR="002376F7" w:rsidRDefault="00000000">
            <w:r>
              <w:rPr>
                <w:sz w:val="13"/>
              </w:rPr>
              <w:t>need</w:t>
            </w:r>
          </w:p>
        </w:tc>
      </w:tr>
      <w:tr w:rsidR="002376F7" w14:paraId="7F3DF0DB" w14:textId="77777777">
        <w:trPr>
          <w:jc w:val="center"/>
        </w:trPr>
        <w:tc>
          <w:tcPr>
            <w:tcW w:w="1512" w:type="dxa"/>
          </w:tcPr>
          <w:p w14:paraId="48014012" w14:textId="77777777" w:rsidR="002376F7" w:rsidRDefault="00000000">
            <w:r>
              <w:rPr>
                <w:sz w:val="13"/>
              </w:rPr>
              <w:t>nokte</w:t>
            </w:r>
          </w:p>
        </w:tc>
        <w:tc>
          <w:tcPr>
            <w:tcW w:w="1872" w:type="dxa"/>
          </w:tcPr>
          <w:p w14:paraId="7303C422" w14:textId="77777777" w:rsidR="002376F7" w:rsidRDefault="00000000">
            <w:r>
              <w:rPr>
                <w:sz w:val="13"/>
              </w:rPr>
              <w:t>night</w:t>
            </w:r>
          </w:p>
        </w:tc>
        <w:tc>
          <w:tcPr>
            <w:tcW w:w="1512" w:type="dxa"/>
          </w:tcPr>
          <w:p w14:paraId="72884522" w14:textId="77777777" w:rsidR="002376F7" w:rsidRDefault="00000000">
            <w:r>
              <w:rPr>
                <w:sz w:val="13"/>
              </w:rPr>
              <w:t>nom</w:t>
            </w:r>
          </w:p>
        </w:tc>
        <w:tc>
          <w:tcPr>
            <w:tcW w:w="1872" w:type="dxa"/>
          </w:tcPr>
          <w:p w14:paraId="70D1220F" w14:textId="77777777" w:rsidR="002376F7" w:rsidRDefault="00000000">
            <w:r>
              <w:rPr>
                <w:sz w:val="13"/>
              </w:rPr>
              <w:t>name</w:t>
            </w:r>
          </w:p>
        </w:tc>
        <w:tc>
          <w:tcPr>
            <w:tcW w:w="1512" w:type="dxa"/>
          </w:tcPr>
          <w:p w14:paraId="22148B44" w14:textId="77777777" w:rsidR="002376F7" w:rsidRDefault="00000000">
            <w:r>
              <w:rPr>
                <w:sz w:val="13"/>
              </w:rPr>
              <w:t>nord</w:t>
            </w:r>
          </w:p>
        </w:tc>
        <w:tc>
          <w:tcPr>
            <w:tcW w:w="1872" w:type="dxa"/>
          </w:tcPr>
          <w:p w14:paraId="092F8640" w14:textId="77777777" w:rsidR="002376F7" w:rsidRDefault="00000000">
            <w:r>
              <w:rPr>
                <w:sz w:val="13"/>
              </w:rPr>
              <w:t>north</w:t>
            </w:r>
          </w:p>
        </w:tc>
      </w:tr>
      <w:tr w:rsidR="002376F7" w14:paraId="0FBF50A6" w14:textId="77777777">
        <w:trPr>
          <w:jc w:val="center"/>
        </w:trPr>
        <w:tc>
          <w:tcPr>
            <w:tcW w:w="1512" w:type="dxa"/>
            <w:shd w:val="clear" w:color="auto" w:fill="EEF6F8"/>
          </w:tcPr>
          <w:p w14:paraId="064DF6D3" w14:textId="77777777" w:rsidR="002376F7" w:rsidRDefault="00000000">
            <w:r>
              <w:rPr>
                <w:sz w:val="13"/>
              </w:rPr>
              <w:t>nos</w:t>
            </w:r>
          </w:p>
        </w:tc>
        <w:tc>
          <w:tcPr>
            <w:tcW w:w="1872" w:type="dxa"/>
            <w:shd w:val="clear" w:color="auto" w:fill="EEF6F8"/>
          </w:tcPr>
          <w:p w14:paraId="7802BA77" w14:textId="77777777" w:rsidR="002376F7" w:rsidRDefault="00000000">
            <w:r>
              <w:rPr>
                <w:sz w:val="13"/>
              </w:rPr>
              <w:t>we / us / our</w:t>
            </w:r>
          </w:p>
        </w:tc>
        <w:tc>
          <w:tcPr>
            <w:tcW w:w="1512" w:type="dxa"/>
            <w:shd w:val="clear" w:color="auto" w:fill="EEF6F8"/>
          </w:tcPr>
          <w:p w14:paraId="1BB861D1" w14:textId="77777777" w:rsidR="002376F7" w:rsidRDefault="00000000">
            <w:r>
              <w:rPr>
                <w:sz w:val="13"/>
              </w:rPr>
              <w:t>nota</w:t>
            </w:r>
          </w:p>
        </w:tc>
        <w:tc>
          <w:tcPr>
            <w:tcW w:w="1872" w:type="dxa"/>
            <w:shd w:val="clear" w:color="auto" w:fill="EEF6F8"/>
          </w:tcPr>
          <w:p w14:paraId="0B8D48B3" w14:textId="77777777" w:rsidR="002376F7" w:rsidRDefault="00000000">
            <w:r>
              <w:rPr>
                <w:sz w:val="13"/>
              </w:rPr>
              <w:t>note</w:t>
            </w:r>
          </w:p>
        </w:tc>
        <w:tc>
          <w:tcPr>
            <w:tcW w:w="1512" w:type="dxa"/>
            <w:shd w:val="clear" w:color="auto" w:fill="EEF6F8"/>
          </w:tcPr>
          <w:p w14:paraId="462AB03A" w14:textId="77777777" w:rsidR="002376F7" w:rsidRDefault="00000000">
            <w:r>
              <w:rPr>
                <w:sz w:val="13"/>
              </w:rPr>
              <w:t>nova</w:t>
            </w:r>
          </w:p>
        </w:tc>
        <w:tc>
          <w:tcPr>
            <w:tcW w:w="1872" w:type="dxa"/>
            <w:shd w:val="clear" w:color="auto" w:fill="EEF6F8"/>
          </w:tcPr>
          <w:p w14:paraId="6EB7798F" w14:textId="77777777" w:rsidR="002376F7" w:rsidRDefault="00000000">
            <w:r>
              <w:rPr>
                <w:sz w:val="13"/>
              </w:rPr>
              <w:t>new</w:t>
            </w:r>
          </w:p>
        </w:tc>
      </w:tr>
      <w:tr w:rsidR="002376F7" w14:paraId="1A9C80C0" w14:textId="77777777">
        <w:trPr>
          <w:jc w:val="center"/>
        </w:trPr>
        <w:tc>
          <w:tcPr>
            <w:tcW w:w="1512" w:type="dxa"/>
          </w:tcPr>
          <w:p w14:paraId="3985A0C9" w14:textId="77777777" w:rsidR="002376F7" w:rsidRDefault="00000000">
            <w:r>
              <w:rPr>
                <w:sz w:val="13"/>
              </w:rPr>
              <w:t>nove</w:t>
            </w:r>
          </w:p>
        </w:tc>
        <w:tc>
          <w:tcPr>
            <w:tcW w:w="1872" w:type="dxa"/>
          </w:tcPr>
          <w:p w14:paraId="56760680" w14:textId="77777777" w:rsidR="002376F7" w:rsidRDefault="00000000">
            <w:r>
              <w:rPr>
                <w:sz w:val="13"/>
              </w:rPr>
              <w:t>nine</w:t>
            </w:r>
          </w:p>
        </w:tc>
        <w:tc>
          <w:tcPr>
            <w:tcW w:w="1512" w:type="dxa"/>
          </w:tcPr>
          <w:p w14:paraId="08E44148" w14:textId="77777777" w:rsidR="002376F7" w:rsidRDefault="00000000">
            <w:r>
              <w:rPr>
                <w:sz w:val="13"/>
              </w:rPr>
              <w:t>nu</w:t>
            </w:r>
          </w:p>
        </w:tc>
        <w:tc>
          <w:tcPr>
            <w:tcW w:w="1872" w:type="dxa"/>
          </w:tcPr>
          <w:p w14:paraId="37A92666" w14:textId="77777777" w:rsidR="002376F7" w:rsidRDefault="00000000">
            <w:r>
              <w:rPr>
                <w:sz w:val="13"/>
              </w:rPr>
              <w:t>now / current marker</w:t>
            </w:r>
          </w:p>
        </w:tc>
        <w:tc>
          <w:tcPr>
            <w:tcW w:w="1512" w:type="dxa"/>
          </w:tcPr>
          <w:p w14:paraId="6F32D637" w14:textId="77777777" w:rsidR="002376F7" w:rsidRDefault="00000000">
            <w:r>
              <w:rPr>
                <w:sz w:val="13"/>
              </w:rPr>
              <w:t>numero</w:t>
            </w:r>
          </w:p>
        </w:tc>
        <w:tc>
          <w:tcPr>
            <w:tcW w:w="1872" w:type="dxa"/>
          </w:tcPr>
          <w:p w14:paraId="0C5100E8" w14:textId="77777777" w:rsidR="002376F7" w:rsidRDefault="00000000">
            <w:r>
              <w:rPr>
                <w:sz w:val="13"/>
              </w:rPr>
              <w:t>number</w:t>
            </w:r>
          </w:p>
        </w:tc>
      </w:tr>
      <w:tr w:rsidR="002376F7" w14:paraId="53C282ED" w14:textId="77777777">
        <w:trPr>
          <w:jc w:val="center"/>
        </w:trPr>
        <w:tc>
          <w:tcPr>
            <w:tcW w:w="1512" w:type="dxa"/>
            <w:shd w:val="clear" w:color="auto" w:fill="EEF6F8"/>
          </w:tcPr>
          <w:p w14:paraId="01040FA2" w14:textId="77777777" w:rsidR="002376F7" w:rsidRDefault="00000000">
            <w:r>
              <w:rPr>
                <w:sz w:val="13"/>
              </w:rPr>
              <w:t>okto</w:t>
            </w:r>
          </w:p>
        </w:tc>
        <w:tc>
          <w:tcPr>
            <w:tcW w:w="1872" w:type="dxa"/>
            <w:shd w:val="clear" w:color="auto" w:fill="EEF6F8"/>
          </w:tcPr>
          <w:p w14:paraId="13D87114" w14:textId="77777777" w:rsidR="002376F7" w:rsidRDefault="00000000">
            <w:r>
              <w:rPr>
                <w:sz w:val="13"/>
              </w:rPr>
              <w:t>eight</w:t>
            </w:r>
          </w:p>
        </w:tc>
        <w:tc>
          <w:tcPr>
            <w:tcW w:w="1512" w:type="dxa"/>
            <w:shd w:val="clear" w:color="auto" w:fill="EEF6F8"/>
          </w:tcPr>
          <w:p w14:paraId="7176BAB8" w14:textId="77777777" w:rsidR="002376F7" w:rsidRDefault="00000000">
            <w:r>
              <w:rPr>
                <w:sz w:val="13"/>
              </w:rPr>
              <w:t>ofisial</w:t>
            </w:r>
          </w:p>
        </w:tc>
        <w:tc>
          <w:tcPr>
            <w:tcW w:w="1872" w:type="dxa"/>
            <w:shd w:val="clear" w:color="auto" w:fill="EEF6F8"/>
          </w:tcPr>
          <w:p w14:paraId="72E621DC" w14:textId="77777777" w:rsidR="002376F7" w:rsidRDefault="00000000">
            <w:r>
              <w:rPr>
                <w:sz w:val="13"/>
              </w:rPr>
              <w:t>official</w:t>
            </w:r>
          </w:p>
        </w:tc>
        <w:tc>
          <w:tcPr>
            <w:tcW w:w="1512" w:type="dxa"/>
            <w:shd w:val="clear" w:color="auto" w:fill="EEF6F8"/>
          </w:tcPr>
          <w:p w14:paraId="01ADE4A5" w14:textId="77777777" w:rsidR="002376F7" w:rsidRDefault="00000000">
            <w:r>
              <w:rPr>
                <w:sz w:val="13"/>
              </w:rPr>
              <w:t>okulo</w:t>
            </w:r>
          </w:p>
        </w:tc>
        <w:tc>
          <w:tcPr>
            <w:tcW w:w="1872" w:type="dxa"/>
            <w:shd w:val="clear" w:color="auto" w:fill="EEF6F8"/>
          </w:tcPr>
          <w:p w14:paraId="07293AD4" w14:textId="77777777" w:rsidR="002376F7" w:rsidRDefault="00000000">
            <w:r>
              <w:rPr>
                <w:sz w:val="13"/>
              </w:rPr>
              <w:t>eye</w:t>
            </w:r>
          </w:p>
        </w:tc>
      </w:tr>
      <w:tr w:rsidR="002376F7" w14:paraId="60CCB0E4" w14:textId="77777777">
        <w:trPr>
          <w:jc w:val="center"/>
        </w:trPr>
        <w:tc>
          <w:tcPr>
            <w:tcW w:w="1512" w:type="dxa"/>
          </w:tcPr>
          <w:p w14:paraId="68259980" w14:textId="77777777" w:rsidR="002376F7" w:rsidRDefault="00000000">
            <w:r>
              <w:rPr>
                <w:sz w:val="13"/>
              </w:rPr>
              <w:t>opera</w:t>
            </w:r>
          </w:p>
        </w:tc>
        <w:tc>
          <w:tcPr>
            <w:tcW w:w="1872" w:type="dxa"/>
          </w:tcPr>
          <w:p w14:paraId="057EA523" w14:textId="77777777" w:rsidR="002376F7" w:rsidRDefault="00000000">
            <w:r>
              <w:rPr>
                <w:sz w:val="13"/>
              </w:rPr>
              <w:t>operate / work</w:t>
            </w:r>
          </w:p>
        </w:tc>
        <w:tc>
          <w:tcPr>
            <w:tcW w:w="1512" w:type="dxa"/>
          </w:tcPr>
          <w:p w14:paraId="6691D6D3" w14:textId="77777777" w:rsidR="002376F7" w:rsidRDefault="00000000">
            <w:r>
              <w:rPr>
                <w:sz w:val="13"/>
              </w:rPr>
              <w:t>ordine</w:t>
            </w:r>
          </w:p>
        </w:tc>
        <w:tc>
          <w:tcPr>
            <w:tcW w:w="1872" w:type="dxa"/>
          </w:tcPr>
          <w:p w14:paraId="03EB55D1" w14:textId="77777777" w:rsidR="002376F7" w:rsidRDefault="00000000">
            <w:r>
              <w:rPr>
                <w:sz w:val="13"/>
              </w:rPr>
              <w:t>order</w:t>
            </w:r>
          </w:p>
        </w:tc>
        <w:tc>
          <w:tcPr>
            <w:tcW w:w="1512" w:type="dxa"/>
          </w:tcPr>
          <w:p w14:paraId="7647DB62" w14:textId="77777777" w:rsidR="002376F7" w:rsidRDefault="00000000">
            <w:r>
              <w:rPr>
                <w:sz w:val="13"/>
              </w:rPr>
              <w:t>pagina</w:t>
            </w:r>
          </w:p>
        </w:tc>
        <w:tc>
          <w:tcPr>
            <w:tcW w:w="1872" w:type="dxa"/>
          </w:tcPr>
          <w:p w14:paraId="3DB8421A" w14:textId="77777777" w:rsidR="002376F7" w:rsidRDefault="00000000">
            <w:r>
              <w:rPr>
                <w:sz w:val="13"/>
              </w:rPr>
              <w:t>page</w:t>
            </w:r>
          </w:p>
        </w:tc>
      </w:tr>
      <w:tr w:rsidR="002376F7" w14:paraId="768D4001" w14:textId="77777777">
        <w:trPr>
          <w:jc w:val="center"/>
        </w:trPr>
        <w:tc>
          <w:tcPr>
            <w:tcW w:w="1512" w:type="dxa"/>
            <w:shd w:val="clear" w:color="auto" w:fill="EEF6F8"/>
          </w:tcPr>
          <w:p w14:paraId="27AB05AD" w14:textId="77777777" w:rsidR="002376F7" w:rsidRDefault="00000000">
            <w:r>
              <w:rPr>
                <w:sz w:val="13"/>
              </w:rPr>
              <w:t>pan</w:t>
            </w:r>
          </w:p>
        </w:tc>
        <w:tc>
          <w:tcPr>
            <w:tcW w:w="1872" w:type="dxa"/>
            <w:shd w:val="clear" w:color="auto" w:fill="EEF6F8"/>
          </w:tcPr>
          <w:p w14:paraId="6705986F" w14:textId="77777777" w:rsidR="002376F7" w:rsidRDefault="00000000">
            <w:r>
              <w:rPr>
                <w:sz w:val="13"/>
              </w:rPr>
              <w:t>bread</w:t>
            </w:r>
          </w:p>
        </w:tc>
        <w:tc>
          <w:tcPr>
            <w:tcW w:w="1512" w:type="dxa"/>
            <w:shd w:val="clear" w:color="auto" w:fill="EEF6F8"/>
          </w:tcPr>
          <w:p w14:paraId="5CB5CB51" w14:textId="77777777" w:rsidR="002376F7" w:rsidRDefault="00000000">
            <w:r>
              <w:rPr>
                <w:sz w:val="13"/>
              </w:rPr>
              <w:t>parla</w:t>
            </w:r>
          </w:p>
        </w:tc>
        <w:tc>
          <w:tcPr>
            <w:tcW w:w="1872" w:type="dxa"/>
            <w:shd w:val="clear" w:color="auto" w:fill="EEF6F8"/>
          </w:tcPr>
          <w:p w14:paraId="4545B8F8" w14:textId="77777777" w:rsidR="002376F7" w:rsidRDefault="00000000">
            <w:r>
              <w:rPr>
                <w:sz w:val="13"/>
              </w:rPr>
              <w:t>speak</w:t>
            </w:r>
          </w:p>
        </w:tc>
        <w:tc>
          <w:tcPr>
            <w:tcW w:w="1512" w:type="dxa"/>
            <w:shd w:val="clear" w:color="auto" w:fill="EEF6F8"/>
          </w:tcPr>
          <w:p w14:paraId="1ED5D411" w14:textId="77777777" w:rsidR="002376F7" w:rsidRDefault="00000000">
            <w:r>
              <w:rPr>
                <w:sz w:val="13"/>
              </w:rPr>
              <w:t>parler</w:t>
            </w:r>
          </w:p>
        </w:tc>
        <w:tc>
          <w:tcPr>
            <w:tcW w:w="1872" w:type="dxa"/>
            <w:shd w:val="clear" w:color="auto" w:fill="EEF6F8"/>
          </w:tcPr>
          <w:p w14:paraId="0C355F14" w14:textId="77777777" w:rsidR="002376F7" w:rsidRDefault="00000000">
            <w:r>
              <w:rPr>
                <w:sz w:val="13"/>
              </w:rPr>
              <w:t>speaker</w:t>
            </w:r>
          </w:p>
        </w:tc>
      </w:tr>
      <w:tr w:rsidR="002376F7" w14:paraId="5CC40FA8" w14:textId="77777777">
        <w:trPr>
          <w:jc w:val="center"/>
        </w:trPr>
        <w:tc>
          <w:tcPr>
            <w:tcW w:w="1512" w:type="dxa"/>
          </w:tcPr>
          <w:p w14:paraId="23DD59FB" w14:textId="77777777" w:rsidR="002376F7" w:rsidRDefault="00000000">
            <w:r>
              <w:rPr>
                <w:sz w:val="13"/>
              </w:rPr>
              <w:t>parte</w:t>
            </w:r>
          </w:p>
        </w:tc>
        <w:tc>
          <w:tcPr>
            <w:tcW w:w="1872" w:type="dxa"/>
          </w:tcPr>
          <w:p w14:paraId="7DD1B025" w14:textId="77777777" w:rsidR="002376F7" w:rsidRDefault="00000000">
            <w:r>
              <w:rPr>
                <w:sz w:val="13"/>
              </w:rPr>
              <w:t>part</w:t>
            </w:r>
          </w:p>
        </w:tc>
        <w:tc>
          <w:tcPr>
            <w:tcW w:w="1512" w:type="dxa"/>
          </w:tcPr>
          <w:p w14:paraId="705F83F5" w14:textId="77777777" w:rsidR="002376F7" w:rsidRDefault="00000000">
            <w:r>
              <w:rPr>
                <w:sz w:val="13"/>
              </w:rPr>
              <w:t>passa</w:t>
            </w:r>
          </w:p>
        </w:tc>
        <w:tc>
          <w:tcPr>
            <w:tcW w:w="1872" w:type="dxa"/>
          </w:tcPr>
          <w:p w14:paraId="1B564C69" w14:textId="77777777" w:rsidR="002376F7" w:rsidRDefault="00000000">
            <w:r>
              <w:rPr>
                <w:sz w:val="13"/>
              </w:rPr>
              <w:t>pass</w:t>
            </w:r>
          </w:p>
        </w:tc>
        <w:tc>
          <w:tcPr>
            <w:tcW w:w="1512" w:type="dxa"/>
          </w:tcPr>
          <w:p w14:paraId="58BE1C1A" w14:textId="77777777" w:rsidR="002376F7" w:rsidRDefault="00000000">
            <w:r>
              <w:rPr>
                <w:sz w:val="13"/>
              </w:rPr>
              <w:t>pa</w:t>
            </w:r>
          </w:p>
        </w:tc>
        <w:tc>
          <w:tcPr>
            <w:tcW w:w="1872" w:type="dxa"/>
          </w:tcPr>
          <w:p w14:paraId="104907FC" w14:textId="77777777" w:rsidR="002376F7" w:rsidRDefault="00000000">
            <w:r>
              <w:rPr>
                <w:sz w:val="13"/>
              </w:rPr>
              <w:t>past marker</w:t>
            </w:r>
          </w:p>
        </w:tc>
      </w:tr>
      <w:tr w:rsidR="002376F7" w14:paraId="48C921E7" w14:textId="77777777">
        <w:trPr>
          <w:jc w:val="center"/>
        </w:trPr>
        <w:tc>
          <w:tcPr>
            <w:tcW w:w="1512" w:type="dxa"/>
            <w:shd w:val="clear" w:color="auto" w:fill="EEF6F8"/>
          </w:tcPr>
          <w:p w14:paraId="68999A50" w14:textId="77777777" w:rsidR="002376F7" w:rsidRDefault="00000000">
            <w:r>
              <w:rPr>
                <w:sz w:val="13"/>
              </w:rPr>
              <w:t>pater</w:t>
            </w:r>
          </w:p>
        </w:tc>
        <w:tc>
          <w:tcPr>
            <w:tcW w:w="1872" w:type="dxa"/>
            <w:shd w:val="clear" w:color="auto" w:fill="EEF6F8"/>
          </w:tcPr>
          <w:p w14:paraId="67C1D9AF" w14:textId="77777777" w:rsidR="002376F7" w:rsidRDefault="00000000">
            <w:r>
              <w:rPr>
                <w:sz w:val="13"/>
              </w:rPr>
              <w:t>father</w:t>
            </w:r>
          </w:p>
        </w:tc>
        <w:tc>
          <w:tcPr>
            <w:tcW w:w="1512" w:type="dxa"/>
            <w:shd w:val="clear" w:color="auto" w:fill="EEF6F8"/>
          </w:tcPr>
          <w:p w14:paraId="12C8FAA0" w14:textId="77777777" w:rsidR="002376F7" w:rsidRDefault="00000000">
            <w:r>
              <w:rPr>
                <w:sz w:val="13"/>
              </w:rPr>
              <w:t>pay</w:t>
            </w:r>
          </w:p>
        </w:tc>
        <w:tc>
          <w:tcPr>
            <w:tcW w:w="1872" w:type="dxa"/>
            <w:shd w:val="clear" w:color="auto" w:fill="EEF6F8"/>
          </w:tcPr>
          <w:p w14:paraId="43437CC1" w14:textId="77777777" w:rsidR="002376F7" w:rsidRDefault="00000000">
            <w:r>
              <w:rPr>
                <w:sz w:val="13"/>
              </w:rPr>
              <w:t>pay</w:t>
            </w:r>
          </w:p>
        </w:tc>
        <w:tc>
          <w:tcPr>
            <w:tcW w:w="1512" w:type="dxa"/>
            <w:shd w:val="clear" w:color="auto" w:fill="EEF6F8"/>
          </w:tcPr>
          <w:p w14:paraId="0F15CD89" w14:textId="77777777" w:rsidR="002376F7" w:rsidRDefault="00000000">
            <w:r>
              <w:rPr>
                <w:sz w:val="13"/>
              </w:rPr>
              <w:t>pase</w:t>
            </w:r>
          </w:p>
        </w:tc>
        <w:tc>
          <w:tcPr>
            <w:tcW w:w="1872" w:type="dxa"/>
            <w:shd w:val="clear" w:color="auto" w:fill="EEF6F8"/>
          </w:tcPr>
          <w:p w14:paraId="527AB6F1" w14:textId="77777777" w:rsidR="002376F7" w:rsidRDefault="00000000">
            <w:r>
              <w:rPr>
                <w:sz w:val="13"/>
              </w:rPr>
              <w:t>peace</w:t>
            </w:r>
          </w:p>
        </w:tc>
      </w:tr>
      <w:tr w:rsidR="002376F7" w14:paraId="0D4298C5" w14:textId="77777777">
        <w:trPr>
          <w:jc w:val="center"/>
        </w:trPr>
        <w:tc>
          <w:tcPr>
            <w:tcW w:w="1512" w:type="dxa"/>
          </w:tcPr>
          <w:p w14:paraId="67267967" w14:textId="77777777" w:rsidR="002376F7" w:rsidRDefault="00000000">
            <w:r>
              <w:rPr>
                <w:sz w:val="13"/>
              </w:rPr>
              <w:t>pensa</w:t>
            </w:r>
          </w:p>
        </w:tc>
        <w:tc>
          <w:tcPr>
            <w:tcW w:w="1872" w:type="dxa"/>
          </w:tcPr>
          <w:p w14:paraId="4A0C4021" w14:textId="77777777" w:rsidR="002376F7" w:rsidRDefault="00000000">
            <w:r>
              <w:rPr>
                <w:sz w:val="13"/>
              </w:rPr>
              <w:t>think</w:t>
            </w:r>
          </w:p>
        </w:tc>
        <w:tc>
          <w:tcPr>
            <w:tcW w:w="1512" w:type="dxa"/>
          </w:tcPr>
          <w:p w14:paraId="5305186A" w14:textId="77777777" w:rsidR="002376F7" w:rsidRDefault="00000000">
            <w:r>
              <w:rPr>
                <w:sz w:val="13"/>
              </w:rPr>
              <w:t>per</w:t>
            </w:r>
          </w:p>
        </w:tc>
        <w:tc>
          <w:tcPr>
            <w:tcW w:w="1872" w:type="dxa"/>
          </w:tcPr>
          <w:p w14:paraId="05867FF7" w14:textId="77777777" w:rsidR="002376F7" w:rsidRDefault="00000000">
            <w:r>
              <w:rPr>
                <w:sz w:val="13"/>
              </w:rPr>
              <w:t>for / through</w:t>
            </w:r>
          </w:p>
        </w:tc>
        <w:tc>
          <w:tcPr>
            <w:tcW w:w="1512" w:type="dxa"/>
          </w:tcPr>
          <w:p w14:paraId="13E7D7F6" w14:textId="77777777" w:rsidR="002376F7" w:rsidRDefault="00000000">
            <w:r>
              <w:rPr>
                <w:sz w:val="13"/>
              </w:rPr>
              <w:t>persona</w:t>
            </w:r>
          </w:p>
        </w:tc>
        <w:tc>
          <w:tcPr>
            <w:tcW w:w="1872" w:type="dxa"/>
          </w:tcPr>
          <w:p w14:paraId="4054B8CE" w14:textId="77777777" w:rsidR="002376F7" w:rsidRDefault="00000000">
            <w:r>
              <w:rPr>
                <w:sz w:val="13"/>
              </w:rPr>
              <w:t>person</w:t>
            </w:r>
          </w:p>
        </w:tc>
      </w:tr>
      <w:tr w:rsidR="002376F7" w14:paraId="3128624B" w14:textId="77777777">
        <w:trPr>
          <w:jc w:val="center"/>
        </w:trPr>
        <w:tc>
          <w:tcPr>
            <w:tcW w:w="1512" w:type="dxa"/>
            <w:shd w:val="clear" w:color="auto" w:fill="EEF6F8"/>
          </w:tcPr>
          <w:p w14:paraId="4EEB808D" w14:textId="77777777" w:rsidR="002376F7" w:rsidRDefault="00000000">
            <w:r>
              <w:rPr>
                <w:sz w:val="13"/>
              </w:rPr>
              <w:t>plez</w:t>
            </w:r>
          </w:p>
        </w:tc>
        <w:tc>
          <w:tcPr>
            <w:tcW w:w="1872" w:type="dxa"/>
            <w:shd w:val="clear" w:color="auto" w:fill="EEF6F8"/>
          </w:tcPr>
          <w:p w14:paraId="3BAF89E6" w14:textId="77777777" w:rsidR="002376F7" w:rsidRDefault="00000000">
            <w:r>
              <w:rPr>
                <w:sz w:val="13"/>
              </w:rPr>
              <w:t>please</w:t>
            </w:r>
          </w:p>
        </w:tc>
        <w:tc>
          <w:tcPr>
            <w:tcW w:w="1512" w:type="dxa"/>
            <w:shd w:val="clear" w:color="auto" w:fill="EEF6F8"/>
          </w:tcPr>
          <w:p w14:paraId="584A0CE0" w14:textId="77777777" w:rsidR="002376F7" w:rsidRDefault="00000000">
            <w:r>
              <w:rPr>
                <w:sz w:val="13"/>
              </w:rPr>
              <w:t>plus</w:t>
            </w:r>
          </w:p>
        </w:tc>
        <w:tc>
          <w:tcPr>
            <w:tcW w:w="1872" w:type="dxa"/>
            <w:shd w:val="clear" w:color="auto" w:fill="EEF6F8"/>
          </w:tcPr>
          <w:p w14:paraId="2BDCE2CA" w14:textId="77777777" w:rsidR="002376F7" w:rsidRDefault="00000000">
            <w:r>
              <w:rPr>
                <w:sz w:val="13"/>
              </w:rPr>
              <w:t>more</w:t>
            </w:r>
          </w:p>
        </w:tc>
        <w:tc>
          <w:tcPr>
            <w:tcW w:w="1512" w:type="dxa"/>
            <w:shd w:val="clear" w:color="auto" w:fill="EEF6F8"/>
          </w:tcPr>
          <w:p w14:paraId="53F52B0F" w14:textId="77777777" w:rsidR="002376F7" w:rsidRDefault="00000000">
            <w:r>
              <w:rPr>
                <w:sz w:val="13"/>
              </w:rPr>
              <w:t>poder</w:t>
            </w:r>
          </w:p>
        </w:tc>
        <w:tc>
          <w:tcPr>
            <w:tcW w:w="1872" w:type="dxa"/>
            <w:shd w:val="clear" w:color="auto" w:fill="EEF6F8"/>
          </w:tcPr>
          <w:p w14:paraId="7F81C9D1" w14:textId="77777777" w:rsidR="002376F7" w:rsidRDefault="00000000">
            <w:r>
              <w:rPr>
                <w:sz w:val="13"/>
              </w:rPr>
              <w:t>can / power</w:t>
            </w:r>
          </w:p>
        </w:tc>
      </w:tr>
      <w:tr w:rsidR="002376F7" w14:paraId="6C03D664" w14:textId="77777777">
        <w:trPr>
          <w:jc w:val="center"/>
        </w:trPr>
        <w:tc>
          <w:tcPr>
            <w:tcW w:w="1512" w:type="dxa"/>
          </w:tcPr>
          <w:p w14:paraId="754FAB63" w14:textId="77777777" w:rsidR="002376F7" w:rsidRDefault="00000000">
            <w:r>
              <w:rPr>
                <w:sz w:val="13"/>
              </w:rPr>
              <w:t>porta</w:t>
            </w:r>
          </w:p>
        </w:tc>
        <w:tc>
          <w:tcPr>
            <w:tcW w:w="1872" w:type="dxa"/>
          </w:tcPr>
          <w:p w14:paraId="0C6EF47F" w14:textId="77777777" w:rsidR="002376F7" w:rsidRDefault="00000000">
            <w:r>
              <w:rPr>
                <w:sz w:val="13"/>
              </w:rPr>
              <w:t>door / carry</w:t>
            </w:r>
          </w:p>
        </w:tc>
        <w:tc>
          <w:tcPr>
            <w:tcW w:w="1512" w:type="dxa"/>
          </w:tcPr>
          <w:p w14:paraId="17A6659C" w14:textId="77777777" w:rsidR="002376F7" w:rsidRDefault="00000000">
            <w:r>
              <w:rPr>
                <w:sz w:val="13"/>
              </w:rPr>
              <w:t>pos</w:t>
            </w:r>
          </w:p>
        </w:tc>
        <w:tc>
          <w:tcPr>
            <w:tcW w:w="1872" w:type="dxa"/>
          </w:tcPr>
          <w:p w14:paraId="6594D15C" w14:textId="77777777" w:rsidR="002376F7" w:rsidRDefault="00000000">
            <w:r>
              <w:rPr>
                <w:sz w:val="13"/>
              </w:rPr>
              <w:t>after</w:t>
            </w:r>
          </w:p>
        </w:tc>
        <w:tc>
          <w:tcPr>
            <w:tcW w:w="1512" w:type="dxa"/>
          </w:tcPr>
          <w:p w14:paraId="19309F66" w14:textId="77777777" w:rsidR="002376F7" w:rsidRDefault="00000000">
            <w:r>
              <w:rPr>
                <w:sz w:val="13"/>
              </w:rPr>
              <w:t>posibla</w:t>
            </w:r>
          </w:p>
        </w:tc>
        <w:tc>
          <w:tcPr>
            <w:tcW w:w="1872" w:type="dxa"/>
          </w:tcPr>
          <w:p w14:paraId="795FD1E2" w14:textId="77777777" w:rsidR="002376F7" w:rsidRDefault="00000000">
            <w:r>
              <w:rPr>
                <w:sz w:val="13"/>
              </w:rPr>
              <w:t>possible</w:t>
            </w:r>
          </w:p>
        </w:tc>
      </w:tr>
      <w:tr w:rsidR="002376F7" w14:paraId="1DD13240" w14:textId="77777777">
        <w:trPr>
          <w:jc w:val="center"/>
        </w:trPr>
        <w:tc>
          <w:tcPr>
            <w:tcW w:w="1512" w:type="dxa"/>
            <w:shd w:val="clear" w:color="auto" w:fill="EEF6F8"/>
          </w:tcPr>
          <w:p w14:paraId="6A44ADF1" w14:textId="77777777" w:rsidR="002376F7" w:rsidRDefault="00000000">
            <w:r>
              <w:rPr>
                <w:sz w:val="13"/>
              </w:rPr>
              <w:t>prepara</w:t>
            </w:r>
          </w:p>
        </w:tc>
        <w:tc>
          <w:tcPr>
            <w:tcW w:w="1872" w:type="dxa"/>
            <w:shd w:val="clear" w:color="auto" w:fill="EEF6F8"/>
          </w:tcPr>
          <w:p w14:paraId="67D1DAE1" w14:textId="77777777" w:rsidR="002376F7" w:rsidRDefault="00000000">
            <w:r>
              <w:rPr>
                <w:sz w:val="13"/>
              </w:rPr>
              <w:t>prepare</w:t>
            </w:r>
          </w:p>
        </w:tc>
        <w:tc>
          <w:tcPr>
            <w:tcW w:w="1512" w:type="dxa"/>
            <w:shd w:val="clear" w:color="auto" w:fill="EEF6F8"/>
          </w:tcPr>
          <w:p w14:paraId="78C6CBE4" w14:textId="77777777" w:rsidR="002376F7" w:rsidRDefault="00000000">
            <w:r>
              <w:rPr>
                <w:sz w:val="13"/>
              </w:rPr>
              <w:t>prima</w:t>
            </w:r>
          </w:p>
        </w:tc>
        <w:tc>
          <w:tcPr>
            <w:tcW w:w="1872" w:type="dxa"/>
            <w:shd w:val="clear" w:color="auto" w:fill="EEF6F8"/>
          </w:tcPr>
          <w:p w14:paraId="7D88E814" w14:textId="77777777" w:rsidR="002376F7" w:rsidRDefault="00000000">
            <w:r>
              <w:rPr>
                <w:sz w:val="13"/>
              </w:rPr>
              <w:t>first</w:t>
            </w:r>
          </w:p>
        </w:tc>
        <w:tc>
          <w:tcPr>
            <w:tcW w:w="1512" w:type="dxa"/>
            <w:shd w:val="clear" w:color="auto" w:fill="EEF6F8"/>
          </w:tcPr>
          <w:p w14:paraId="083C4A05" w14:textId="77777777" w:rsidR="002376F7" w:rsidRDefault="00000000">
            <w:r>
              <w:rPr>
                <w:sz w:val="13"/>
              </w:rPr>
              <w:t>pro</w:t>
            </w:r>
          </w:p>
        </w:tc>
        <w:tc>
          <w:tcPr>
            <w:tcW w:w="1872" w:type="dxa"/>
            <w:shd w:val="clear" w:color="auto" w:fill="EEF6F8"/>
          </w:tcPr>
          <w:p w14:paraId="0BF053F2" w14:textId="77777777" w:rsidR="002376F7" w:rsidRDefault="00000000">
            <w:r>
              <w:rPr>
                <w:sz w:val="13"/>
              </w:rPr>
              <w:t>for / en favor of</w:t>
            </w:r>
          </w:p>
        </w:tc>
      </w:tr>
      <w:tr w:rsidR="002376F7" w14:paraId="27810AC1" w14:textId="77777777">
        <w:trPr>
          <w:jc w:val="center"/>
        </w:trPr>
        <w:tc>
          <w:tcPr>
            <w:tcW w:w="1512" w:type="dxa"/>
          </w:tcPr>
          <w:p w14:paraId="7D8171BA" w14:textId="77777777" w:rsidR="002376F7" w:rsidRDefault="00000000">
            <w:r>
              <w:rPr>
                <w:sz w:val="13"/>
              </w:rPr>
              <w:t>problema</w:t>
            </w:r>
          </w:p>
        </w:tc>
        <w:tc>
          <w:tcPr>
            <w:tcW w:w="1872" w:type="dxa"/>
          </w:tcPr>
          <w:p w14:paraId="69F4DA6A" w14:textId="77777777" w:rsidR="002376F7" w:rsidRDefault="00000000">
            <w:r>
              <w:rPr>
                <w:sz w:val="13"/>
              </w:rPr>
              <w:t>problem</w:t>
            </w:r>
          </w:p>
        </w:tc>
        <w:tc>
          <w:tcPr>
            <w:tcW w:w="1512" w:type="dxa"/>
          </w:tcPr>
          <w:p w14:paraId="716BF96F" w14:textId="77777777" w:rsidR="002376F7" w:rsidRDefault="00000000">
            <w:r>
              <w:rPr>
                <w:sz w:val="13"/>
              </w:rPr>
              <w:t>program</w:t>
            </w:r>
          </w:p>
        </w:tc>
        <w:tc>
          <w:tcPr>
            <w:tcW w:w="1872" w:type="dxa"/>
          </w:tcPr>
          <w:p w14:paraId="564D0ADD" w14:textId="77777777" w:rsidR="002376F7" w:rsidRDefault="00000000">
            <w:r>
              <w:rPr>
                <w:sz w:val="13"/>
              </w:rPr>
              <w:t>program</w:t>
            </w:r>
          </w:p>
        </w:tc>
        <w:tc>
          <w:tcPr>
            <w:tcW w:w="1512" w:type="dxa"/>
          </w:tcPr>
          <w:p w14:paraId="64A69DB8" w14:textId="77777777" w:rsidR="002376F7" w:rsidRDefault="00000000">
            <w:r>
              <w:rPr>
                <w:sz w:val="13"/>
              </w:rPr>
              <w:t>protekte</w:t>
            </w:r>
          </w:p>
        </w:tc>
        <w:tc>
          <w:tcPr>
            <w:tcW w:w="1872" w:type="dxa"/>
          </w:tcPr>
          <w:p w14:paraId="66FD8916" w14:textId="77777777" w:rsidR="002376F7" w:rsidRDefault="00000000">
            <w:r>
              <w:rPr>
                <w:sz w:val="13"/>
              </w:rPr>
              <w:t>protect</w:t>
            </w:r>
          </w:p>
        </w:tc>
      </w:tr>
      <w:tr w:rsidR="002376F7" w14:paraId="4F90ED1F" w14:textId="77777777">
        <w:trPr>
          <w:jc w:val="center"/>
        </w:trPr>
        <w:tc>
          <w:tcPr>
            <w:tcW w:w="1512" w:type="dxa"/>
            <w:shd w:val="clear" w:color="auto" w:fill="EEF6F8"/>
          </w:tcPr>
          <w:p w14:paraId="1C8647F6" w14:textId="77777777" w:rsidR="002376F7" w:rsidRDefault="00000000">
            <w:r>
              <w:rPr>
                <w:sz w:val="13"/>
              </w:rPr>
              <w:t>prudent</w:t>
            </w:r>
          </w:p>
        </w:tc>
        <w:tc>
          <w:tcPr>
            <w:tcW w:w="1872" w:type="dxa"/>
            <w:shd w:val="clear" w:color="auto" w:fill="EEF6F8"/>
          </w:tcPr>
          <w:p w14:paraId="66836488" w14:textId="77777777" w:rsidR="002376F7" w:rsidRDefault="00000000">
            <w:r>
              <w:rPr>
                <w:sz w:val="13"/>
              </w:rPr>
              <w:t>sensible / practical</w:t>
            </w:r>
          </w:p>
        </w:tc>
        <w:tc>
          <w:tcPr>
            <w:tcW w:w="1512" w:type="dxa"/>
            <w:shd w:val="clear" w:color="auto" w:fill="EEF6F8"/>
          </w:tcPr>
          <w:p w14:paraId="59B4B023" w14:textId="77777777" w:rsidR="002376F7" w:rsidRDefault="00000000">
            <w:r>
              <w:rPr>
                <w:sz w:val="13"/>
              </w:rPr>
              <w:t>publik</w:t>
            </w:r>
          </w:p>
        </w:tc>
        <w:tc>
          <w:tcPr>
            <w:tcW w:w="1872" w:type="dxa"/>
            <w:shd w:val="clear" w:color="auto" w:fill="EEF6F8"/>
          </w:tcPr>
          <w:p w14:paraId="03D61CCA" w14:textId="77777777" w:rsidR="002376F7" w:rsidRDefault="00000000">
            <w:r>
              <w:rPr>
                <w:sz w:val="13"/>
              </w:rPr>
              <w:t>publik</w:t>
            </w:r>
          </w:p>
        </w:tc>
        <w:tc>
          <w:tcPr>
            <w:tcW w:w="1512" w:type="dxa"/>
            <w:shd w:val="clear" w:color="auto" w:fill="EEF6F8"/>
          </w:tcPr>
          <w:p w14:paraId="481B1E57" w14:textId="77777777" w:rsidR="002376F7" w:rsidRDefault="00000000">
            <w:r>
              <w:rPr>
                <w:sz w:val="13"/>
              </w:rPr>
              <w:t>qual</w:t>
            </w:r>
          </w:p>
        </w:tc>
        <w:tc>
          <w:tcPr>
            <w:tcW w:w="1872" w:type="dxa"/>
            <w:shd w:val="clear" w:color="auto" w:fill="EEF6F8"/>
          </w:tcPr>
          <w:p w14:paraId="5367C8D8" w14:textId="77777777" w:rsidR="002376F7" w:rsidRDefault="00000000">
            <w:r>
              <w:rPr>
                <w:sz w:val="13"/>
              </w:rPr>
              <w:t>which</w:t>
            </w:r>
          </w:p>
        </w:tc>
      </w:tr>
      <w:tr w:rsidR="002376F7" w14:paraId="080376BE" w14:textId="77777777">
        <w:trPr>
          <w:jc w:val="center"/>
        </w:trPr>
        <w:tc>
          <w:tcPr>
            <w:tcW w:w="1512" w:type="dxa"/>
          </w:tcPr>
          <w:p w14:paraId="05E59243" w14:textId="77777777" w:rsidR="002376F7" w:rsidRDefault="00000000">
            <w:r>
              <w:rPr>
                <w:sz w:val="13"/>
              </w:rPr>
              <w:t>quant</w:t>
            </w:r>
          </w:p>
        </w:tc>
        <w:tc>
          <w:tcPr>
            <w:tcW w:w="1872" w:type="dxa"/>
          </w:tcPr>
          <w:p w14:paraId="5328B934" w14:textId="77777777" w:rsidR="002376F7" w:rsidRDefault="00000000">
            <w:r>
              <w:rPr>
                <w:sz w:val="13"/>
              </w:rPr>
              <w:t>how much / how many</w:t>
            </w:r>
          </w:p>
        </w:tc>
        <w:tc>
          <w:tcPr>
            <w:tcW w:w="1512" w:type="dxa"/>
          </w:tcPr>
          <w:p w14:paraId="5C55E7D1" w14:textId="77777777" w:rsidR="002376F7" w:rsidRDefault="00000000">
            <w:r>
              <w:rPr>
                <w:sz w:val="13"/>
              </w:rPr>
              <w:t>quatro</w:t>
            </w:r>
          </w:p>
        </w:tc>
        <w:tc>
          <w:tcPr>
            <w:tcW w:w="1872" w:type="dxa"/>
          </w:tcPr>
          <w:p w14:paraId="66AB144A" w14:textId="77777777" w:rsidR="002376F7" w:rsidRDefault="00000000">
            <w:r>
              <w:rPr>
                <w:sz w:val="13"/>
              </w:rPr>
              <w:t>four</w:t>
            </w:r>
          </w:p>
        </w:tc>
        <w:tc>
          <w:tcPr>
            <w:tcW w:w="1512" w:type="dxa"/>
          </w:tcPr>
          <w:p w14:paraId="4C365324" w14:textId="77777777" w:rsidR="002376F7" w:rsidRDefault="00000000">
            <w:r>
              <w:rPr>
                <w:sz w:val="13"/>
              </w:rPr>
              <w:t>radio</w:t>
            </w:r>
          </w:p>
        </w:tc>
        <w:tc>
          <w:tcPr>
            <w:tcW w:w="1872" w:type="dxa"/>
          </w:tcPr>
          <w:p w14:paraId="5B207A5F" w14:textId="77777777" w:rsidR="002376F7" w:rsidRDefault="00000000">
            <w:r>
              <w:rPr>
                <w:sz w:val="13"/>
              </w:rPr>
              <w:t>radio</w:t>
            </w:r>
          </w:p>
        </w:tc>
      </w:tr>
      <w:tr w:rsidR="002376F7" w14:paraId="722D3406" w14:textId="77777777">
        <w:trPr>
          <w:jc w:val="center"/>
        </w:trPr>
        <w:tc>
          <w:tcPr>
            <w:tcW w:w="1512" w:type="dxa"/>
            <w:shd w:val="clear" w:color="auto" w:fill="EEF6F8"/>
          </w:tcPr>
          <w:p w14:paraId="07EEFD8A" w14:textId="77777777" w:rsidR="002376F7" w:rsidRDefault="00000000">
            <w:r>
              <w:rPr>
                <w:sz w:val="13"/>
              </w:rPr>
              <w:t>rapide</w:t>
            </w:r>
          </w:p>
        </w:tc>
        <w:tc>
          <w:tcPr>
            <w:tcW w:w="1872" w:type="dxa"/>
            <w:shd w:val="clear" w:color="auto" w:fill="EEF6F8"/>
          </w:tcPr>
          <w:p w14:paraId="7681588B" w14:textId="77777777" w:rsidR="002376F7" w:rsidRDefault="00000000">
            <w:r>
              <w:rPr>
                <w:sz w:val="13"/>
              </w:rPr>
              <w:t>fast</w:t>
            </w:r>
          </w:p>
        </w:tc>
        <w:tc>
          <w:tcPr>
            <w:tcW w:w="1512" w:type="dxa"/>
            <w:shd w:val="clear" w:color="auto" w:fill="EEF6F8"/>
          </w:tcPr>
          <w:p w14:paraId="5B2EBC4A" w14:textId="77777777" w:rsidR="002376F7" w:rsidRDefault="00000000">
            <w:r>
              <w:rPr>
                <w:sz w:val="13"/>
              </w:rPr>
              <w:t>real</w:t>
            </w:r>
          </w:p>
        </w:tc>
        <w:tc>
          <w:tcPr>
            <w:tcW w:w="1872" w:type="dxa"/>
            <w:shd w:val="clear" w:color="auto" w:fill="EEF6F8"/>
          </w:tcPr>
          <w:p w14:paraId="2AFA3D06" w14:textId="77777777" w:rsidR="002376F7" w:rsidRDefault="00000000">
            <w:r>
              <w:rPr>
                <w:sz w:val="13"/>
              </w:rPr>
              <w:t>real</w:t>
            </w:r>
          </w:p>
        </w:tc>
        <w:tc>
          <w:tcPr>
            <w:tcW w:w="1512" w:type="dxa"/>
            <w:shd w:val="clear" w:color="auto" w:fill="EEF6F8"/>
          </w:tcPr>
          <w:p w14:paraId="5D03D65C" w14:textId="77777777" w:rsidR="002376F7" w:rsidRDefault="00000000">
            <w:r>
              <w:rPr>
                <w:sz w:val="13"/>
              </w:rPr>
              <w:t>reseve</w:t>
            </w:r>
          </w:p>
        </w:tc>
        <w:tc>
          <w:tcPr>
            <w:tcW w:w="1872" w:type="dxa"/>
            <w:shd w:val="clear" w:color="auto" w:fill="EEF6F8"/>
          </w:tcPr>
          <w:p w14:paraId="774376B0" w14:textId="77777777" w:rsidR="002376F7" w:rsidRDefault="00000000">
            <w:r>
              <w:rPr>
                <w:sz w:val="13"/>
              </w:rPr>
              <w:t>receive</w:t>
            </w:r>
          </w:p>
        </w:tc>
      </w:tr>
      <w:tr w:rsidR="002376F7" w14:paraId="36F574A6" w14:textId="77777777">
        <w:trPr>
          <w:jc w:val="center"/>
        </w:trPr>
        <w:tc>
          <w:tcPr>
            <w:tcW w:w="1512" w:type="dxa"/>
          </w:tcPr>
          <w:p w14:paraId="4B31AE35" w14:textId="77777777" w:rsidR="002376F7" w:rsidRDefault="00000000">
            <w:r>
              <w:rPr>
                <w:sz w:val="13"/>
              </w:rPr>
              <w:t>regula</w:t>
            </w:r>
          </w:p>
        </w:tc>
        <w:tc>
          <w:tcPr>
            <w:tcW w:w="1872" w:type="dxa"/>
          </w:tcPr>
          <w:p w14:paraId="4BF513F9" w14:textId="77777777" w:rsidR="002376F7" w:rsidRDefault="00000000">
            <w:r>
              <w:rPr>
                <w:sz w:val="13"/>
              </w:rPr>
              <w:t>rule</w:t>
            </w:r>
          </w:p>
        </w:tc>
        <w:tc>
          <w:tcPr>
            <w:tcW w:w="1512" w:type="dxa"/>
          </w:tcPr>
          <w:p w14:paraId="140C26CE" w14:textId="77777777" w:rsidR="002376F7" w:rsidRDefault="00000000">
            <w:r>
              <w:rPr>
                <w:sz w:val="13"/>
              </w:rPr>
              <w:t>repete</w:t>
            </w:r>
          </w:p>
        </w:tc>
        <w:tc>
          <w:tcPr>
            <w:tcW w:w="1872" w:type="dxa"/>
          </w:tcPr>
          <w:p w14:paraId="31395D2A" w14:textId="77777777" w:rsidR="002376F7" w:rsidRDefault="00000000">
            <w:r>
              <w:rPr>
                <w:sz w:val="13"/>
              </w:rPr>
              <w:t>repeat</w:t>
            </w:r>
          </w:p>
        </w:tc>
        <w:tc>
          <w:tcPr>
            <w:tcW w:w="1512" w:type="dxa"/>
          </w:tcPr>
          <w:p w14:paraId="00B7F42C" w14:textId="77777777" w:rsidR="002376F7" w:rsidRDefault="00000000">
            <w:r>
              <w:rPr>
                <w:sz w:val="13"/>
              </w:rPr>
              <w:t>responde</w:t>
            </w:r>
          </w:p>
        </w:tc>
        <w:tc>
          <w:tcPr>
            <w:tcW w:w="1872" w:type="dxa"/>
          </w:tcPr>
          <w:p w14:paraId="2C1EDC48" w14:textId="77777777" w:rsidR="002376F7" w:rsidRDefault="00000000">
            <w:r>
              <w:rPr>
                <w:sz w:val="13"/>
              </w:rPr>
              <w:t>answer</w:t>
            </w:r>
          </w:p>
        </w:tc>
      </w:tr>
      <w:tr w:rsidR="002376F7" w14:paraId="650409FB" w14:textId="77777777">
        <w:trPr>
          <w:jc w:val="center"/>
        </w:trPr>
        <w:tc>
          <w:tcPr>
            <w:tcW w:w="1512" w:type="dxa"/>
            <w:shd w:val="clear" w:color="auto" w:fill="EEF6F8"/>
          </w:tcPr>
          <w:p w14:paraId="0188D605" w14:textId="77777777" w:rsidR="002376F7" w:rsidRDefault="00000000">
            <w:r>
              <w:rPr>
                <w:sz w:val="13"/>
              </w:rPr>
              <w:t>revider</w:t>
            </w:r>
          </w:p>
        </w:tc>
        <w:tc>
          <w:tcPr>
            <w:tcW w:w="1872" w:type="dxa"/>
            <w:shd w:val="clear" w:color="auto" w:fill="EEF6F8"/>
          </w:tcPr>
          <w:p w14:paraId="7987212E" w14:textId="77777777" w:rsidR="002376F7" w:rsidRDefault="00000000">
            <w:r>
              <w:rPr>
                <w:sz w:val="13"/>
              </w:rPr>
              <w:t>see again</w:t>
            </w:r>
          </w:p>
        </w:tc>
        <w:tc>
          <w:tcPr>
            <w:tcW w:w="1512" w:type="dxa"/>
            <w:shd w:val="clear" w:color="auto" w:fill="EEF6F8"/>
          </w:tcPr>
          <w:p w14:paraId="5010D7B9" w14:textId="77777777" w:rsidR="002376F7" w:rsidRDefault="00000000">
            <w:r>
              <w:rPr>
                <w:sz w:val="13"/>
              </w:rPr>
              <w:t>roja</w:t>
            </w:r>
          </w:p>
        </w:tc>
        <w:tc>
          <w:tcPr>
            <w:tcW w:w="1872" w:type="dxa"/>
            <w:shd w:val="clear" w:color="auto" w:fill="EEF6F8"/>
          </w:tcPr>
          <w:p w14:paraId="3130BCE2" w14:textId="77777777" w:rsidR="002376F7" w:rsidRDefault="00000000">
            <w:r>
              <w:rPr>
                <w:sz w:val="13"/>
              </w:rPr>
              <w:t>red</w:t>
            </w:r>
          </w:p>
        </w:tc>
        <w:tc>
          <w:tcPr>
            <w:tcW w:w="1512" w:type="dxa"/>
            <w:shd w:val="clear" w:color="auto" w:fill="EEF6F8"/>
          </w:tcPr>
          <w:p w14:paraId="35CAFA6D" w14:textId="77777777" w:rsidR="002376F7" w:rsidRDefault="00000000">
            <w:r>
              <w:rPr>
                <w:sz w:val="13"/>
              </w:rPr>
              <w:t>rua</w:t>
            </w:r>
          </w:p>
        </w:tc>
        <w:tc>
          <w:tcPr>
            <w:tcW w:w="1872" w:type="dxa"/>
            <w:shd w:val="clear" w:color="auto" w:fill="EEF6F8"/>
          </w:tcPr>
          <w:p w14:paraId="46F5F6A6" w14:textId="77777777" w:rsidR="002376F7" w:rsidRDefault="00000000">
            <w:r>
              <w:rPr>
                <w:sz w:val="13"/>
              </w:rPr>
              <w:t>street</w:t>
            </w:r>
          </w:p>
        </w:tc>
      </w:tr>
      <w:tr w:rsidR="002376F7" w14:paraId="7EF3392C" w14:textId="77777777">
        <w:trPr>
          <w:jc w:val="center"/>
        </w:trPr>
        <w:tc>
          <w:tcPr>
            <w:tcW w:w="1512" w:type="dxa"/>
          </w:tcPr>
          <w:p w14:paraId="66FFCD8E" w14:textId="77777777" w:rsidR="002376F7" w:rsidRDefault="00000000">
            <w:r>
              <w:rPr>
                <w:sz w:val="13"/>
              </w:rPr>
              <w:t>salve</w:t>
            </w:r>
          </w:p>
        </w:tc>
        <w:tc>
          <w:tcPr>
            <w:tcW w:w="1872" w:type="dxa"/>
          </w:tcPr>
          <w:p w14:paraId="7E7DA596" w14:textId="77777777" w:rsidR="002376F7" w:rsidRDefault="00000000">
            <w:r>
              <w:rPr>
                <w:sz w:val="13"/>
              </w:rPr>
              <w:t>hello</w:t>
            </w:r>
          </w:p>
        </w:tc>
        <w:tc>
          <w:tcPr>
            <w:tcW w:w="1512" w:type="dxa"/>
          </w:tcPr>
          <w:p w14:paraId="35466600" w14:textId="77777777" w:rsidR="002376F7" w:rsidRDefault="00000000">
            <w:r>
              <w:rPr>
                <w:sz w:val="13"/>
              </w:rPr>
              <w:t>sana</w:t>
            </w:r>
          </w:p>
        </w:tc>
        <w:tc>
          <w:tcPr>
            <w:tcW w:w="1872" w:type="dxa"/>
          </w:tcPr>
          <w:p w14:paraId="68C3E73D" w14:textId="77777777" w:rsidR="002376F7" w:rsidRDefault="00000000">
            <w:r>
              <w:rPr>
                <w:sz w:val="13"/>
              </w:rPr>
              <w:t>healthy</w:t>
            </w:r>
          </w:p>
        </w:tc>
        <w:tc>
          <w:tcPr>
            <w:tcW w:w="1512" w:type="dxa"/>
          </w:tcPr>
          <w:p w14:paraId="3E8AF5D0" w14:textId="77777777" w:rsidR="002376F7" w:rsidRDefault="00000000">
            <w:r>
              <w:rPr>
                <w:sz w:val="13"/>
              </w:rPr>
              <w:t>skribe</w:t>
            </w:r>
          </w:p>
        </w:tc>
        <w:tc>
          <w:tcPr>
            <w:tcW w:w="1872" w:type="dxa"/>
          </w:tcPr>
          <w:p w14:paraId="7405008E" w14:textId="77777777" w:rsidR="002376F7" w:rsidRDefault="00000000">
            <w:r>
              <w:rPr>
                <w:sz w:val="13"/>
              </w:rPr>
              <w:t>write</w:t>
            </w:r>
          </w:p>
        </w:tc>
      </w:tr>
      <w:tr w:rsidR="002376F7" w14:paraId="3339BE18" w14:textId="77777777">
        <w:trPr>
          <w:jc w:val="center"/>
        </w:trPr>
        <w:tc>
          <w:tcPr>
            <w:tcW w:w="1512" w:type="dxa"/>
            <w:shd w:val="clear" w:color="auto" w:fill="EEF6F8"/>
          </w:tcPr>
          <w:p w14:paraId="53E55B46" w14:textId="77777777" w:rsidR="002376F7" w:rsidRDefault="00000000">
            <w:r>
              <w:rPr>
                <w:sz w:val="13"/>
              </w:rPr>
              <w:t>se</w:t>
            </w:r>
          </w:p>
        </w:tc>
        <w:tc>
          <w:tcPr>
            <w:tcW w:w="1872" w:type="dxa"/>
            <w:shd w:val="clear" w:color="auto" w:fill="EEF6F8"/>
          </w:tcPr>
          <w:p w14:paraId="20EB63E0" w14:textId="77777777" w:rsidR="002376F7" w:rsidRDefault="00000000">
            <w:r>
              <w:rPr>
                <w:sz w:val="13"/>
              </w:rPr>
              <w:t>self / reflexive</w:t>
            </w:r>
          </w:p>
        </w:tc>
        <w:tc>
          <w:tcPr>
            <w:tcW w:w="1512" w:type="dxa"/>
            <w:shd w:val="clear" w:color="auto" w:fill="EEF6F8"/>
          </w:tcPr>
          <w:p w14:paraId="01633AE1" w14:textId="77777777" w:rsidR="002376F7" w:rsidRDefault="00000000">
            <w:r>
              <w:rPr>
                <w:sz w:val="13"/>
              </w:rPr>
              <w:t>semana</w:t>
            </w:r>
          </w:p>
        </w:tc>
        <w:tc>
          <w:tcPr>
            <w:tcW w:w="1872" w:type="dxa"/>
            <w:shd w:val="clear" w:color="auto" w:fill="EEF6F8"/>
          </w:tcPr>
          <w:p w14:paraId="56D68D8C" w14:textId="77777777" w:rsidR="002376F7" w:rsidRDefault="00000000">
            <w:r>
              <w:rPr>
                <w:sz w:val="13"/>
              </w:rPr>
              <w:t>week</w:t>
            </w:r>
          </w:p>
        </w:tc>
        <w:tc>
          <w:tcPr>
            <w:tcW w:w="1512" w:type="dxa"/>
            <w:shd w:val="clear" w:color="auto" w:fill="EEF6F8"/>
          </w:tcPr>
          <w:p w14:paraId="00011C77" w14:textId="77777777" w:rsidR="002376F7" w:rsidRDefault="00000000">
            <w:r>
              <w:rPr>
                <w:sz w:val="13"/>
              </w:rPr>
              <w:t>sensitiv</w:t>
            </w:r>
          </w:p>
        </w:tc>
        <w:tc>
          <w:tcPr>
            <w:tcW w:w="1872" w:type="dxa"/>
            <w:shd w:val="clear" w:color="auto" w:fill="EEF6F8"/>
          </w:tcPr>
          <w:p w14:paraId="45ADAFB0" w14:textId="77777777" w:rsidR="002376F7" w:rsidRDefault="00000000">
            <w:r>
              <w:rPr>
                <w:sz w:val="13"/>
              </w:rPr>
              <w:t>sensitive</w:t>
            </w:r>
          </w:p>
        </w:tc>
      </w:tr>
      <w:tr w:rsidR="002376F7" w14:paraId="23AA2A95" w14:textId="77777777">
        <w:trPr>
          <w:jc w:val="center"/>
        </w:trPr>
        <w:tc>
          <w:tcPr>
            <w:tcW w:w="1512" w:type="dxa"/>
          </w:tcPr>
          <w:p w14:paraId="493E672D" w14:textId="77777777" w:rsidR="002376F7" w:rsidRDefault="00000000">
            <w:r>
              <w:rPr>
                <w:sz w:val="13"/>
              </w:rPr>
              <w:t>servi</w:t>
            </w:r>
          </w:p>
        </w:tc>
        <w:tc>
          <w:tcPr>
            <w:tcW w:w="1872" w:type="dxa"/>
          </w:tcPr>
          <w:p w14:paraId="7A08F59F" w14:textId="77777777" w:rsidR="002376F7" w:rsidRDefault="00000000">
            <w:r>
              <w:rPr>
                <w:sz w:val="13"/>
              </w:rPr>
              <w:t>serve</w:t>
            </w:r>
          </w:p>
        </w:tc>
        <w:tc>
          <w:tcPr>
            <w:tcW w:w="1512" w:type="dxa"/>
          </w:tcPr>
          <w:p w14:paraId="44C3D184" w14:textId="77777777" w:rsidR="002376F7" w:rsidRDefault="00000000">
            <w:r>
              <w:rPr>
                <w:sz w:val="13"/>
              </w:rPr>
              <w:t>sete</w:t>
            </w:r>
          </w:p>
        </w:tc>
        <w:tc>
          <w:tcPr>
            <w:tcW w:w="1872" w:type="dxa"/>
          </w:tcPr>
          <w:p w14:paraId="27499F6E" w14:textId="77777777" w:rsidR="002376F7" w:rsidRDefault="00000000">
            <w:r>
              <w:rPr>
                <w:sz w:val="13"/>
              </w:rPr>
              <w:t>seven</w:t>
            </w:r>
          </w:p>
        </w:tc>
        <w:tc>
          <w:tcPr>
            <w:tcW w:w="1512" w:type="dxa"/>
          </w:tcPr>
          <w:p w14:paraId="4E75F6B5" w14:textId="77777777" w:rsidR="002376F7" w:rsidRDefault="00000000">
            <w:r>
              <w:rPr>
                <w:sz w:val="13"/>
              </w:rPr>
              <w:t>sex</w:t>
            </w:r>
          </w:p>
        </w:tc>
        <w:tc>
          <w:tcPr>
            <w:tcW w:w="1872" w:type="dxa"/>
          </w:tcPr>
          <w:p w14:paraId="1E865CFD" w14:textId="77777777" w:rsidR="002376F7" w:rsidRDefault="00000000">
            <w:r>
              <w:rPr>
                <w:sz w:val="13"/>
              </w:rPr>
              <w:t>six</w:t>
            </w:r>
          </w:p>
        </w:tc>
      </w:tr>
      <w:tr w:rsidR="002376F7" w14:paraId="0CF5903F" w14:textId="77777777">
        <w:trPr>
          <w:jc w:val="center"/>
        </w:trPr>
        <w:tc>
          <w:tcPr>
            <w:tcW w:w="1512" w:type="dxa"/>
            <w:shd w:val="clear" w:color="auto" w:fill="EEF6F8"/>
          </w:tcPr>
          <w:p w14:paraId="52305358" w14:textId="77777777" w:rsidR="002376F7" w:rsidRDefault="00000000">
            <w:r>
              <w:rPr>
                <w:sz w:val="13"/>
              </w:rPr>
              <w:t>shanse</w:t>
            </w:r>
          </w:p>
        </w:tc>
        <w:tc>
          <w:tcPr>
            <w:tcW w:w="1872" w:type="dxa"/>
            <w:shd w:val="clear" w:color="auto" w:fill="EEF6F8"/>
          </w:tcPr>
          <w:p w14:paraId="22FA402C" w14:textId="77777777" w:rsidR="002376F7" w:rsidRDefault="00000000">
            <w:r>
              <w:rPr>
                <w:sz w:val="13"/>
              </w:rPr>
              <w:t>chance</w:t>
            </w:r>
          </w:p>
        </w:tc>
        <w:tc>
          <w:tcPr>
            <w:tcW w:w="1512" w:type="dxa"/>
            <w:shd w:val="clear" w:color="auto" w:fill="EEF6F8"/>
          </w:tcPr>
          <w:p w14:paraId="757C8C5B" w14:textId="77777777" w:rsidR="002376F7" w:rsidRDefault="002376F7"/>
        </w:tc>
        <w:tc>
          <w:tcPr>
            <w:tcW w:w="1872" w:type="dxa"/>
            <w:shd w:val="clear" w:color="auto" w:fill="EEF6F8"/>
          </w:tcPr>
          <w:p w14:paraId="46217DFD" w14:textId="77777777" w:rsidR="002376F7" w:rsidRDefault="002376F7"/>
        </w:tc>
        <w:tc>
          <w:tcPr>
            <w:tcW w:w="1512" w:type="dxa"/>
            <w:shd w:val="clear" w:color="auto" w:fill="EEF6F8"/>
          </w:tcPr>
          <w:p w14:paraId="0DEB215D" w14:textId="77777777" w:rsidR="002376F7" w:rsidRDefault="002376F7"/>
        </w:tc>
        <w:tc>
          <w:tcPr>
            <w:tcW w:w="1872" w:type="dxa"/>
            <w:shd w:val="clear" w:color="auto" w:fill="EEF6F8"/>
          </w:tcPr>
          <w:p w14:paraId="106BA715" w14:textId="77777777" w:rsidR="002376F7" w:rsidRDefault="002376F7"/>
        </w:tc>
      </w:tr>
    </w:tbl>
    <w:p w14:paraId="43AB7C88" w14:textId="77777777" w:rsidR="002376F7" w:rsidRDefault="002376F7">
      <w:pPr>
        <w:spacing w:after="120"/>
      </w:pPr>
    </w:p>
    <w:p w14:paraId="24D5375D" w14:textId="77777777" w:rsidR="002376F7" w:rsidRDefault="00000000">
      <w:r/>
    </w:p>
    <w:p w14:paraId="22B9A8FA" w14:textId="77777777" w:rsidR="002376F7" w:rsidRDefault="00000000">
      <w:pPr>
        <w:pStyle w:val="ChapterLabel"/>
      </w:pPr>
      <w:r>
        <w:t>Chapter 20</w:t>
      </w:r>
    </w:p>
    <w:p w14:paraId="47944F85" w14:textId="77777777" w:rsidR="002376F7" w:rsidRDefault="00000000">
      <w:pPr>
        <w:pStyle w:val="ChapterTitle"/>
        <w:keepNext/>
      </w:pPr>
      <w:r>
        <w:t>Core 500 Roadmap</w:t>
      </w:r>
    </w:p>
    <w:p w14:paraId="1FBB6CD9" w14:textId="77777777" w:rsidR="002376F7" w:rsidRDefault="00000000">
      <w:pPr>
        <w:pStyle w:val="ChapterSubtitle"/>
      </w:pPr>
      <w:r>
        <w:t>How the language grows without becoming a junk drawer</w:t>
      </w:r>
    </w:p>
    <w:p w14:paraId="744B77E7"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3024"/>
        <w:gridCol w:w="6912"/>
      </w:tblGrid>
      <w:tr w:rsidR="002376F7" w14:paraId="3DF6029E" w14:textId="77777777">
        <w:trPr>
          <w:tblHeader/>
          <w:jc w:val="center"/>
        </w:trPr>
        <w:tc>
          <w:tcPr>
            <w:tcW w:w="3024" w:type="dxa"/>
            <w:shd w:val="clear" w:color="auto" w:fill="163B60"/>
          </w:tcPr>
          <w:p w14:paraId="0E43C62B" w14:textId="77777777" w:rsidR="002376F7" w:rsidRDefault="00000000">
            <w:r>
              <w:rPr>
                <w:b/>
                <w:color w:val="FFFFFF"/>
                <w:sz w:val="16"/>
              </w:rPr>
              <w:t>Category</w:t>
            </w:r>
          </w:p>
        </w:tc>
        <w:tc>
          <w:tcPr>
            <w:tcW w:w="6912" w:type="dxa"/>
            <w:shd w:val="clear" w:color="auto" w:fill="163B60"/>
          </w:tcPr>
          <w:p w14:paraId="59160CCD" w14:textId="77777777" w:rsidR="002376F7" w:rsidRDefault="00000000">
            <w:r>
              <w:rPr>
                <w:b/>
                <w:color w:val="FFFFFF"/>
                <w:sz w:val="16"/>
              </w:rPr>
              <w:t>Words to Build</w:t>
            </w:r>
          </w:p>
        </w:tc>
      </w:tr>
      <w:tr w:rsidR="002376F7" w14:paraId="57E24A1C" w14:textId="77777777">
        <w:trPr>
          <w:jc w:val="center"/>
        </w:trPr>
        <w:tc>
          <w:tcPr>
            <w:tcW w:w="3024" w:type="dxa"/>
          </w:tcPr>
          <w:p w14:paraId="21CF41B0" w14:textId="77777777" w:rsidR="002376F7" w:rsidRDefault="00000000">
            <w:r>
              <w:rPr>
                <w:sz w:val="16"/>
              </w:rPr>
              <w:t>Grammar / function words</w:t>
            </w:r>
          </w:p>
        </w:tc>
        <w:tc>
          <w:tcPr>
            <w:tcW w:w="6912" w:type="dxa"/>
          </w:tcPr>
          <w:p w14:paraId="2717D20F" w14:textId="77777777" w:rsidR="002376F7" w:rsidRDefault="00000000">
            <w:r>
              <w:rPr>
                <w:sz w:val="16"/>
              </w:rPr>
              <w:t>articles, markers, prepositions, question words</w:t>
            </w:r>
          </w:p>
        </w:tc>
      </w:tr>
      <w:tr w:rsidR="002376F7" w14:paraId="64FFB7EA" w14:textId="77777777">
        <w:trPr>
          <w:jc w:val="center"/>
        </w:trPr>
        <w:tc>
          <w:tcPr>
            <w:tcW w:w="3024" w:type="dxa"/>
            <w:shd w:val="clear" w:color="auto" w:fill="EEF6F8"/>
          </w:tcPr>
          <w:p w14:paraId="1F420B03" w14:textId="77777777" w:rsidR="002376F7" w:rsidRDefault="00000000">
            <w:r>
              <w:rPr>
                <w:sz w:val="16"/>
              </w:rPr>
              <w:t>People and family</w:t>
            </w:r>
          </w:p>
        </w:tc>
        <w:tc>
          <w:tcPr>
            <w:tcW w:w="6912" w:type="dxa"/>
            <w:shd w:val="clear" w:color="auto" w:fill="EEF6F8"/>
          </w:tcPr>
          <w:p w14:paraId="43AD28B6" w14:textId="77777777" w:rsidR="002376F7" w:rsidRDefault="00000000">
            <w:r>
              <w:rPr>
                <w:sz w:val="16"/>
              </w:rPr>
              <w:t>person, parent, child, friend, group, roles</w:t>
            </w:r>
          </w:p>
        </w:tc>
      </w:tr>
      <w:tr w:rsidR="002376F7" w14:paraId="33D0A693" w14:textId="77777777">
        <w:trPr>
          <w:jc w:val="center"/>
        </w:trPr>
        <w:tc>
          <w:tcPr>
            <w:tcW w:w="3024" w:type="dxa"/>
          </w:tcPr>
          <w:p w14:paraId="413F7821" w14:textId="77777777" w:rsidR="002376F7" w:rsidRDefault="00000000">
            <w:r>
              <w:rPr>
                <w:sz w:val="16"/>
              </w:rPr>
              <w:t>Body and health</w:t>
            </w:r>
          </w:p>
        </w:tc>
        <w:tc>
          <w:tcPr>
            <w:tcW w:w="6912" w:type="dxa"/>
          </w:tcPr>
          <w:p w14:paraId="3AF067F3" w14:textId="77777777" w:rsidR="002376F7" w:rsidRDefault="00000000">
            <w:r>
              <w:rPr>
                <w:sz w:val="16"/>
              </w:rPr>
              <w:t>body, hand, eye, pain, help, safe, medicine</w:t>
            </w:r>
          </w:p>
        </w:tc>
      </w:tr>
      <w:tr w:rsidR="002376F7" w14:paraId="27CE6013" w14:textId="77777777">
        <w:trPr>
          <w:jc w:val="center"/>
        </w:trPr>
        <w:tc>
          <w:tcPr>
            <w:tcW w:w="3024" w:type="dxa"/>
            <w:shd w:val="clear" w:color="auto" w:fill="EEF6F8"/>
          </w:tcPr>
          <w:p w14:paraId="66933250" w14:textId="77777777" w:rsidR="002376F7" w:rsidRDefault="00000000">
            <w:r>
              <w:rPr>
                <w:sz w:val="16"/>
              </w:rPr>
              <w:t>Home and daily life</w:t>
            </w:r>
          </w:p>
        </w:tc>
        <w:tc>
          <w:tcPr>
            <w:tcW w:w="6912" w:type="dxa"/>
            <w:shd w:val="clear" w:color="auto" w:fill="EEF6F8"/>
          </w:tcPr>
          <w:p w14:paraId="37FE09E5" w14:textId="77777777" w:rsidR="002376F7" w:rsidRDefault="00000000">
            <w:r>
              <w:rPr>
                <w:sz w:val="16"/>
              </w:rPr>
              <w:t>house, room, food, water, clothing, tools</w:t>
            </w:r>
          </w:p>
        </w:tc>
      </w:tr>
      <w:tr w:rsidR="002376F7" w14:paraId="5CD4F091" w14:textId="77777777">
        <w:trPr>
          <w:jc w:val="center"/>
        </w:trPr>
        <w:tc>
          <w:tcPr>
            <w:tcW w:w="3024" w:type="dxa"/>
          </w:tcPr>
          <w:p w14:paraId="33487020" w14:textId="77777777" w:rsidR="002376F7" w:rsidRDefault="00000000">
            <w:r>
              <w:rPr>
                <w:sz w:val="16"/>
              </w:rPr>
              <w:t>Food and drink</w:t>
            </w:r>
          </w:p>
        </w:tc>
        <w:tc>
          <w:tcPr>
            <w:tcW w:w="6912" w:type="dxa"/>
          </w:tcPr>
          <w:p w14:paraId="7D025071" w14:textId="77777777" w:rsidR="002376F7" w:rsidRDefault="00000000">
            <w:r>
              <w:rPr>
                <w:sz w:val="16"/>
              </w:rPr>
              <w:t>bread, fruit, coffee, meal, buy, cook</w:t>
            </w:r>
          </w:p>
        </w:tc>
      </w:tr>
      <w:tr w:rsidR="002376F7" w14:paraId="642D022B" w14:textId="77777777">
        <w:trPr>
          <w:jc w:val="center"/>
        </w:trPr>
        <w:tc>
          <w:tcPr>
            <w:tcW w:w="3024" w:type="dxa"/>
            <w:shd w:val="clear" w:color="auto" w:fill="EEF6F8"/>
          </w:tcPr>
          <w:p w14:paraId="701DCBB5" w14:textId="77777777" w:rsidR="002376F7" w:rsidRDefault="00000000">
            <w:r>
              <w:rPr>
                <w:sz w:val="16"/>
              </w:rPr>
              <w:t>Travel and places</w:t>
            </w:r>
          </w:p>
        </w:tc>
        <w:tc>
          <w:tcPr>
            <w:tcW w:w="6912" w:type="dxa"/>
            <w:shd w:val="clear" w:color="auto" w:fill="EEF6F8"/>
          </w:tcPr>
          <w:p w14:paraId="421CC136" w14:textId="77777777" w:rsidR="002376F7" w:rsidRDefault="00000000">
            <w:r>
              <w:rPr>
                <w:sz w:val="16"/>
              </w:rPr>
              <w:t>road, city, hotel, station, map, direction</w:t>
            </w:r>
          </w:p>
        </w:tc>
      </w:tr>
      <w:tr w:rsidR="002376F7" w14:paraId="47E58AA2" w14:textId="77777777">
        <w:trPr>
          <w:jc w:val="center"/>
        </w:trPr>
        <w:tc>
          <w:tcPr>
            <w:tcW w:w="3024" w:type="dxa"/>
          </w:tcPr>
          <w:p w14:paraId="2DB90563" w14:textId="77777777" w:rsidR="002376F7" w:rsidRDefault="00000000">
            <w:r>
              <w:rPr>
                <w:sz w:val="16"/>
              </w:rPr>
              <w:t>Nature and weather</w:t>
            </w:r>
          </w:p>
        </w:tc>
        <w:tc>
          <w:tcPr>
            <w:tcW w:w="6912" w:type="dxa"/>
          </w:tcPr>
          <w:p w14:paraId="2E1071AB" w14:textId="77777777" w:rsidR="002376F7" w:rsidRDefault="00000000">
            <w:r>
              <w:rPr>
                <w:sz w:val="16"/>
              </w:rPr>
              <w:t>sun, rain, wind, land, river, mountain</w:t>
            </w:r>
          </w:p>
        </w:tc>
      </w:tr>
      <w:tr w:rsidR="002376F7" w14:paraId="75766856" w14:textId="77777777">
        <w:trPr>
          <w:jc w:val="center"/>
        </w:trPr>
        <w:tc>
          <w:tcPr>
            <w:tcW w:w="3024" w:type="dxa"/>
            <w:shd w:val="clear" w:color="auto" w:fill="EEF6F8"/>
          </w:tcPr>
          <w:p w14:paraId="4C0436B4" w14:textId="77777777" w:rsidR="002376F7" w:rsidRDefault="00000000">
            <w:r>
              <w:rPr>
                <w:sz w:val="16"/>
              </w:rPr>
              <w:t>Time and numbers</w:t>
            </w:r>
          </w:p>
        </w:tc>
        <w:tc>
          <w:tcPr>
            <w:tcW w:w="6912" w:type="dxa"/>
            <w:shd w:val="clear" w:color="auto" w:fill="EEF6F8"/>
          </w:tcPr>
          <w:p w14:paraId="58B366AA" w14:textId="77777777" w:rsidR="002376F7" w:rsidRDefault="00000000">
            <w:r>
              <w:rPr>
                <w:sz w:val="16"/>
              </w:rPr>
              <w:t>days, months, clock time, prices, counting</w:t>
            </w:r>
          </w:p>
        </w:tc>
      </w:tr>
      <w:tr w:rsidR="002376F7" w14:paraId="63ABDDD6" w14:textId="77777777">
        <w:trPr>
          <w:jc w:val="center"/>
        </w:trPr>
        <w:tc>
          <w:tcPr>
            <w:tcW w:w="3024" w:type="dxa"/>
          </w:tcPr>
          <w:p w14:paraId="5A8DB09D" w14:textId="77777777" w:rsidR="002376F7" w:rsidRDefault="00000000">
            <w:r>
              <w:rPr>
                <w:sz w:val="16"/>
              </w:rPr>
              <w:t>Work and school</w:t>
            </w:r>
          </w:p>
        </w:tc>
        <w:tc>
          <w:tcPr>
            <w:tcW w:w="6912" w:type="dxa"/>
          </w:tcPr>
          <w:p w14:paraId="08BD5D2B" w14:textId="77777777" w:rsidR="002376F7" w:rsidRDefault="00000000">
            <w:r>
              <w:rPr>
                <w:sz w:val="16"/>
              </w:rPr>
              <w:t>learn, teach, write, class, labor, project</w:t>
            </w:r>
          </w:p>
        </w:tc>
      </w:tr>
      <w:tr w:rsidR="002376F7" w14:paraId="39776E17" w14:textId="77777777">
        <w:trPr>
          <w:jc w:val="center"/>
        </w:trPr>
        <w:tc>
          <w:tcPr>
            <w:tcW w:w="3024" w:type="dxa"/>
            <w:shd w:val="clear" w:color="auto" w:fill="EEF6F8"/>
          </w:tcPr>
          <w:p w14:paraId="536A42D1" w14:textId="77777777" w:rsidR="002376F7" w:rsidRDefault="00000000">
            <w:r>
              <w:rPr>
                <w:sz w:val="16"/>
              </w:rPr>
              <w:t>Emotions and thoughts</w:t>
            </w:r>
          </w:p>
        </w:tc>
        <w:tc>
          <w:tcPr>
            <w:tcW w:w="6912" w:type="dxa"/>
            <w:shd w:val="clear" w:color="auto" w:fill="EEF6F8"/>
          </w:tcPr>
          <w:p w14:paraId="2E92313B" w14:textId="77777777" w:rsidR="002376F7" w:rsidRDefault="00000000">
            <w:r>
              <w:rPr>
                <w:sz w:val="16"/>
              </w:rPr>
              <w:t>love, hope, fear, think, believe, desire</w:t>
            </w:r>
          </w:p>
        </w:tc>
      </w:tr>
      <w:tr w:rsidR="002376F7" w14:paraId="6377B72B" w14:textId="77777777">
        <w:trPr>
          <w:jc w:val="center"/>
        </w:trPr>
        <w:tc>
          <w:tcPr>
            <w:tcW w:w="3024" w:type="dxa"/>
          </w:tcPr>
          <w:p w14:paraId="35C73109" w14:textId="77777777" w:rsidR="002376F7" w:rsidRDefault="00000000">
            <w:r>
              <w:rPr>
                <w:sz w:val="16"/>
              </w:rPr>
              <w:t>Communication and media</w:t>
            </w:r>
          </w:p>
        </w:tc>
        <w:tc>
          <w:tcPr>
            <w:tcW w:w="6912" w:type="dxa"/>
          </w:tcPr>
          <w:p w14:paraId="35B10774" w14:textId="77777777" w:rsidR="002376F7" w:rsidRDefault="00000000">
            <w:r>
              <w:rPr>
                <w:sz w:val="16"/>
              </w:rPr>
              <w:t>speak, read, text, video, radio, internet</w:t>
            </w:r>
          </w:p>
        </w:tc>
      </w:tr>
      <w:tr w:rsidR="002376F7" w14:paraId="67F31BB8" w14:textId="77777777">
        <w:trPr>
          <w:jc w:val="center"/>
        </w:trPr>
        <w:tc>
          <w:tcPr>
            <w:tcW w:w="3024" w:type="dxa"/>
            <w:shd w:val="clear" w:color="auto" w:fill="EEF6F8"/>
          </w:tcPr>
          <w:p w14:paraId="02BAD826" w14:textId="77777777" w:rsidR="002376F7" w:rsidRDefault="00000000">
            <w:r>
              <w:rPr>
                <w:sz w:val="16"/>
              </w:rPr>
              <w:t>Society and culture</w:t>
            </w:r>
          </w:p>
        </w:tc>
        <w:tc>
          <w:tcPr>
            <w:tcW w:w="6912" w:type="dxa"/>
            <w:shd w:val="clear" w:color="auto" w:fill="EEF6F8"/>
          </w:tcPr>
          <w:p w14:paraId="5502D004" w14:textId="77777777" w:rsidR="002376F7" w:rsidRDefault="00000000">
            <w:r>
              <w:rPr>
                <w:sz w:val="16"/>
              </w:rPr>
              <w:t>nasion, law, peace, culture, art, tradition</w:t>
            </w:r>
          </w:p>
        </w:tc>
      </w:tr>
      <w:tr w:rsidR="002376F7" w14:paraId="64EF02C0" w14:textId="77777777">
        <w:trPr>
          <w:jc w:val="center"/>
        </w:trPr>
        <w:tc>
          <w:tcPr>
            <w:tcW w:w="3024" w:type="dxa"/>
          </w:tcPr>
          <w:p w14:paraId="747B52C2" w14:textId="77777777" w:rsidR="002376F7" w:rsidRDefault="00000000">
            <w:r>
              <w:rPr>
                <w:sz w:val="16"/>
              </w:rPr>
              <w:t>Technology</w:t>
            </w:r>
          </w:p>
        </w:tc>
        <w:tc>
          <w:tcPr>
            <w:tcW w:w="6912" w:type="dxa"/>
          </w:tcPr>
          <w:p w14:paraId="3A22D26A" w14:textId="77777777" w:rsidR="002376F7" w:rsidRDefault="00000000">
            <w:r>
              <w:rPr>
                <w:sz w:val="16"/>
              </w:rPr>
              <w:t>program, system, device, screen, data</w:t>
            </w:r>
          </w:p>
        </w:tc>
      </w:tr>
      <w:tr w:rsidR="002376F7" w14:paraId="54D9D99B" w14:textId="77777777">
        <w:trPr>
          <w:jc w:val="center"/>
        </w:trPr>
        <w:tc>
          <w:tcPr>
            <w:tcW w:w="3024" w:type="dxa"/>
            <w:shd w:val="clear" w:color="auto" w:fill="EEF6F8"/>
          </w:tcPr>
          <w:p w14:paraId="40495C36" w14:textId="77777777" w:rsidR="002376F7" w:rsidRDefault="00000000">
            <w:r>
              <w:rPr>
                <w:sz w:val="16"/>
              </w:rPr>
              <w:t>Common verbs</w:t>
            </w:r>
          </w:p>
        </w:tc>
        <w:tc>
          <w:tcPr>
            <w:tcW w:w="6912" w:type="dxa"/>
            <w:shd w:val="clear" w:color="auto" w:fill="EEF6F8"/>
          </w:tcPr>
          <w:p w14:paraId="59636300" w14:textId="77777777" w:rsidR="002376F7" w:rsidRDefault="00000000">
            <w:r>
              <w:rPr>
                <w:sz w:val="16"/>
              </w:rPr>
              <w:t>go, come, see, make, use, need, want</w:t>
            </w:r>
          </w:p>
        </w:tc>
      </w:tr>
      <w:tr w:rsidR="002376F7" w14:paraId="60ABEF85" w14:textId="77777777">
        <w:trPr>
          <w:jc w:val="center"/>
        </w:trPr>
        <w:tc>
          <w:tcPr>
            <w:tcW w:w="3024" w:type="dxa"/>
          </w:tcPr>
          <w:p w14:paraId="447DEAA5" w14:textId="77777777" w:rsidR="002376F7" w:rsidRDefault="00000000">
            <w:r>
              <w:rPr>
                <w:sz w:val="16"/>
              </w:rPr>
              <w:t>Adjectives and adverbs</w:t>
            </w:r>
          </w:p>
        </w:tc>
        <w:tc>
          <w:tcPr>
            <w:tcW w:w="6912" w:type="dxa"/>
          </w:tcPr>
          <w:p w14:paraId="2D9FA5E4" w14:textId="77777777" w:rsidR="002376F7" w:rsidRDefault="00000000">
            <w:r>
              <w:rPr>
                <w:sz w:val="16"/>
              </w:rPr>
              <w:t>good, bad, clear, fast, slow, big, small</w:t>
            </w:r>
          </w:p>
        </w:tc>
      </w:tr>
    </w:tbl>
    <w:p w14:paraId="3F10BD66" w14:textId="77777777" w:rsidR="002376F7" w:rsidRDefault="002376F7">
      <w:pPr>
        <w:spacing w:after="120"/>
      </w:pPr>
    </w:p>
    <w:tbl>
      <w:tblPr>
        <w:tblW w:w="0" w:type="auto"/>
        <w:jc w:val="center"/>
        <w:tblLook w:val="04A0" w:firstRow="1" w:lastRow="0" w:firstColumn="1" w:lastColumn="0" w:noHBand="0" w:noVBand="1"/>
      </w:tblPr>
      <w:tblGrid>
        <w:gridCol w:w="10282"/>
      </w:tblGrid>
      <w:tr w:rsidR="002376F7" w14:paraId="2FEAB00C" w14:textId="77777777">
        <w:trPr>
          <w:jc w:val="center"/>
        </w:trPr>
        <w:tc>
          <w:tcPr>
            <w:tcW w:w="10282" w:type="dxa"/>
            <w:shd w:val="clear" w:color="auto" w:fill="EAF5F8"/>
          </w:tcPr>
          <w:p w14:paraId="003EC41B" w14:textId="77777777" w:rsidR="002376F7" w:rsidRDefault="00000000">
            <w:pPr>
              <w:spacing w:after="40"/>
            </w:pPr>
            <w:r>
              <w:rPr>
                <w:b/>
                <w:color w:val="163B60"/>
                <w:sz w:val="20"/>
              </w:rPr>
              <w:t>Roadmap principle</w:t>
            </w:r>
          </w:p>
          <w:p w14:paraId="02F5EF51" w14:textId="77777777" w:rsidR="002376F7" w:rsidRDefault="00000000">
            <w:pPr>
              <w:spacing w:after="40"/>
            </w:pPr>
            <w:r>
              <w:rPr>
                <w:sz w:val="17"/>
              </w:rPr>
              <w:t>Core 250 is a starter survival vocabulary. Core 500 should become the basic fluency foundation.</w:t>
            </w:r>
          </w:p>
        </w:tc>
      </w:tr>
    </w:tbl>
    <w:p w14:paraId="5970985C" w14:textId="77777777" w:rsidR="002376F7" w:rsidRDefault="002376F7"/>
    <w:p w14:paraId="4F91DD78" w14:textId="77777777" w:rsidR="002376F7" w:rsidRDefault="00000000">
      <w:r/>
    </w:p>
    <w:p w14:paraId="29EA373C" w14:textId="77777777" w:rsidR="002376F7" w:rsidRDefault="00000000">
      <w:pPr>
        <w:pStyle w:val="ChapterLabel"/>
      </w:pPr>
      <w:r>
        <w:t>Chapter 21</w:t>
      </w:r>
    </w:p>
    <w:p w14:paraId="1955CF31" w14:textId="77777777" w:rsidR="002376F7" w:rsidRDefault="00000000">
      <w:pPr>
        <w:pStyle w:val="ChapterTitle"/>
        <w:keepNext/>
      </w:pPr>
      <w:r>
        <w:t>Everyday Phrasebook</w:t>
      </w:r>
    </w:p>
    <w:p w14:paraId="0BFA4ED7" w14:textId="77777777" w:rsidR="002376F7" w:rsidRDefault="00000000">
      <w:pPr>
        <w:pStyle w:val="ChapterSubtitle"/>
      </w:pPr>
      <w:r>
        <w:t>Useful from day one</w:t>
      </w:r>
    </w:p>
    <w:p w14:paraId="1CAF3EE3"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4680"/>
        <w:gridCol w:w="5256"/>
      </w:tblGrid>
      <w:tr w:rsidR="002376F7" w14:paraId="63E9A435" w14:textId="77777777">
        <w:trPr>
          <w:tblHeader/>
          <w:jc w:val="center"/>
        </w:trPr>
        <w:tc>
          <w:tcPr>
            <w:tcW w:w="4680" w:type="dxa"/>
            <w:shd w:val="clear" w:color="auto" w:fill="163B60"/>
          </w:tcPr>
          <w:p w14:paraId="0A0C4776" w14:textId="77777777" w:rsidR="002376F7" w:rsidRDefault="00000000">
            <w:r>
              <w:rPr>
                <w:b/>
                <w:color w:val="FFFFFF"/>
                <w:sz w:val="16"/>
              </w:rPr>
              <w:t>Claralinga</w:t>
            </w:r>
          </w:p>
        </w:tc>
        <w:tc>
          <w:tcPr>
            <w:tcW w:w="5256" w:type="dxa"/>
            <w:shd w:val="clear" w:color="auto" w:fill="163B60"/>
          </w:tcPr>
          <w:p w14:paraId="141E27CD" w14:textId="77777777" w:rsidR="002376F7" w:rsidRDefault="00000000">
            <w:r>
              <w:rPr>
                <w:b/>
                <w:color w:val="FFFFFF"/>
                <w:sz w:val="16"/>
              </w:rPr>
              <w:t>English</w:t>
            </w:r>
          </w:p>
        </w:tc>
      </w:tr>
      <w:tr w:rsidR="002376F7" w14:paraId="5DB77A3C" w14:textId="77777777">
        <w:trPr>
          <w:jc w:val="center"/>
        </w:trPr>
        <w:tc>
          <w:tcPr>
            <w:tcW w:w="4680" w:type="dxa"/>
          </w:tcPr>
          <w:p w14:paraId="154D8310" w14:textId="77777777" w:rsidR="002376F7" w:rsidRDefault="00000000">
            <w:r>
              <w:rPr>
                <w:sz w:val="16"/>
              </w:rPr>
              <w:t>Salve.</w:t>
            </w:r>
          </w:p>
        </w:tc>
        <w:tc>
          <w:tcPr>
            <w:tcW w:w="5256" w:type="dxa"/>
          </w:tcPr>
          <w:p w14:paraId="59A9AF50" w14:textId="77777777" w:rsidR="002376F7" w:rsidRDefault="00000000">
            <w:r>
              <w:rPr>
                <w:sz w:val="16"/>
              </w:rPr>
              <w:t>Hello.</w:t>
            </w:r>
          </w:p>
        </w:tc>
      </w:tr>
      <w:tr w:rsidR="002376F7" w14:paraId="61E01150" w14:textId="77777777">
        <w:trPr>
          <w:jc w:val="center"/>
        </w:trPr>
        <w:tc>
          <w:tcPr>
            <w:tcW w:w="4680" w:type="dxa"/>
            <w:shd w:val="clear" w:color="auto" w:fill="EEF6F8"/>
          </w:tcPr>
          <w:p w14:paraId="62D93865" w14:textId="77777777" w:rsidR="002376F7" w:rsidRDefault="00000000">
            <w:r>
              <w:rPr>
                <w:sz w:val="16"/>
              </w:rPr>
              <w:t>Gratias.</w:t>
            </w:r>
          </w:p>
        </w:tc>
        <w:tc>
          <w:tcPr>
            <w:tcW w:w="5256" w:type="dxa"/>
            <w:shd w:val="clear" w:color="auto" w:fill="EEF6F8"/>
          </w:tcPr>
          <w:p w14:paraId="42556A69" w14:textId="77777777" w:rsidR="002376F7" w:rsidRDefault="00000000">
            <w:r>
              <w:rPr>
                <w:sz w:val="16"/>
              </w:rPr>
              <w:t>Thank you.</w:t>
            </w:r>
          </w:p>
        </w:tc>
      </w:tr>
      <w:tr w:rsidR="002376F7" w14:paraId="4176B17A" w14:textId="77777777">
        <w:trPr>
          <w:jc w:val="center"/>
        </w:trPr>
        <w:tc>
          <w:tcPr>
            <w:tcW w:w="4680" w:type="dxa"/>
          </w:tcPr>
          <w:p w14:paraId="6C051BBA" w14:textId="77777777" w:rsidR="002376F7" w:rsidRDefault="00000000">
            <w:r>
              <w:rPr>
                <w:sz w:val="16"/>
              </w:rPr>
              <w:t>Plez.</w:t>
            </w:r>
          </w:p>
        </w:tc>
        <w:tc>
          <w:tcPr>
            <w:tcW w:w="5256" w:type="dxa"/>
          </w:tcPr>
          <w:p w14:paraId="1B059D77" w14:textId="77777777" w:rsidR="002376F7" w:rsidRDefault="00000000">
            <w:r>
              <w:rPr>
                <w:sz w:val="16"/>
              </w:rPr>
              <w:t>Please.</w:t>
            </w:r>
          </w:p>
        </w:tc>
      </w:tr>
      <w:tr w:rsidR="002376F7" w14:paraId="49E7521C" w14:textId="77777777">
        <w:trPr>
          <w:jc w:val="center"/>
        </w:trPr>
        <w:tc>
          <w:tcPr>
            <w:tcW w:w="4680" w:type="dxa"/>
            <w:shd w:val="clear" w:color="auto" w:fill="EEF6F8"/>
          </w:tcPr>
          <w:p w14:paraId="01836799" w14:textId="77777777" w:rsidR="002376F7" w:rsidRDefault="00000000">
            <w:r>
              <w:rPr>
                <w:sz w:val="16"/>
              </w:rPr>
              <w:t>Pardona mi.</w:t>
            </w:r>
          </w:p>
        </w:tc>
        <w:tc>
          <w:tcPr>
            <w:tcW w:w="5256" w:type="dxa"/>
            <w:shd w:val="clear" w:color="auto" w:fill="EEF6F8"/>
          </w:tcPr>
          <w:p w14:paraId="2929F6A1" w14:textId="77777777" w:rsidR="002376F7" w:rsidRDefault="00000000">
            <w:r>
              <w:rPr>
                <w:sz w:val="16"/>
              </w:rPr>
              <w:t>Excuse me / forgive me.</w:t>
            </w:r>
          </w:p>
        </w:tc>
      </w:tr>
      <w:tr w:rsidR="002376F7" w14:paraId="4F6B8290" w14:textId="77777777">
        <w:trPr>
          <w:jc w:val="center"/>
        </w:trPr>
        <w:tc>
          <w:tcPr>
            <w:tcW w:w="4680" w:type="dxa"/>
          </w:tcPr>
          <w:p w14:paraId="4A45D66C" w14:textId="77777777" w:rsidR="002376F7" w:rsidRDefault="00000000">
            <w:r>
              <w:rPr>
                <w:sz w:val="16"/>
              </w:rPr>
              <w:t>A revider.</w:t>
            </w:r>
          </w:p>
        </w:tc>
        <w:tc>
          <w:tcPr>
            <w:tcW w:w="5256" w:type="dxa"/>
          </w:tcPr>
          <w:p w14:paraId="743FD216" w14:textId="77777777" w:rsidR="002376F7" w:rsidRDefault="00000000">
            <w:r>
              <w:rPr>
                <w:sz w:val="16"/>
              </w:rPr>
              <w:t>Goodbye.</w:t>
            </w:r>
          </w:p>
        </w:tc>
      </w:tr>
      <w:tr w:rsidR="002376F7" w14:paraId="22008F58" w14:textId="77777777">
        <w:trPr>
          <w:jc w:val="center"/>
        </w:trPr>
        <w:tc>
          <w:tcPr>
            <w:tcW w:w="4680" w:type="dxa"/>
            <w:shd w:val="clear" w:color="auto" w:fill="EEF6F8"/>
          </w:tcPr>
          <w:p w14:paraId="6A7CAFCB" w14:textId="77777777" w:rsidR="002376F7" w:rsidRDefault="00000000">
            <w:r>
              <w:rPr>
                <w:sz w:val="16"/>
              </w:rPr>
              <w:t>Plez parla lenta.</w:t>
            </w:r>
          </w:p>
        </w:tc>
        <w:tc>
          <w:tcPr>
            <w:tcW w:w="5256" w:type="dxa"/>
            <w:shd w:val="clear" w:color="auto" w:fill="EEF6F8"/>
          </w:tcPr>
          <w:p w14:paraId="4C70E4A6" w14:textId="77777777" w:rsidR="002376F7" w:rsidRDefault="00000000">
            <w:r>
              <w:rPr>
                <w:sz w:val="16"/>
              </w:rPr>
              <w:t>Please speak slowly.</w:t>
            </w:r>
          </w:p>
        </w:tc>
      </w:tr>
      <w:tr w:rsidR="002376F7" w14:paraId="0880ED92" w14:textId="77777777">
        <w:trPr>
          <w:jc w:val="center"/>
        </w:trPr>
        <w:tc>
          <w:tcPr>
            <w:tcW w:w="4680" w:type="dxa"/>
          </w:tcPr>
          <w:p w14:paraId="0A87F10C" w14:textId="77777777" w:rsidR="002376F7" w:rsidRDefault="00000000">
            <w:r>
              <w:rPr>
                <w:sz w:val="16"/>
              </w:rPr>
              <w:t>Plez repete.</w:t>
            </w:r>
          </w:p>
        </w:tc>
        <w:tc>
          <w:tcPr>
            <w:tcW w:w="5256" w:type="dxa"/>
          </w:tcPr>
          <w:p w14:paraId="1C37172D" w14:textId="77777777" w:rsidR="002376F7" w:rsidRDefault="00000000">
            <w:r>
              <w:rPr>
                <w:sz w:val="16"/>
              </w:rPr>
              <w:t>Please repeat.</w:t>
            </w:r>
          </w:p>
        </w:tc>
      </w:tr>
      <w:tr w:rsidR="002376F7" w14:paraId="77E3FC54" w14:textId="77777777">
        <w:trPr>
          <w:jc w:val="center"/>
        </w:trPr>
        <w:tc>
          <w:tcPr>
            <w:tcW w:w="4680" w:type="dxa"/>
            <w:shd w:val="clear" w:color="auto" w:fill="EEF6F8"/>
          </w:tcPr>
          <w:p w14:paraId="5526B3CF" w14:textId="77777777" w:rsidR="002376F7" w:rsidRDefault="00000000">
            <w:r>
              <w:rPr>
                <w:sz w:val="16"/>
              </w:rPr>
              <w:t>Mi ne komprende.</w:t>
            </w:r>
          </w:p>
        </w:tc>
        <w:tc>
          <w:tcPr>
            <w:tcW w:w="5256" w:type="dxa"/>
            <w:shd w:val="clear" w:color="auto" w:fill="EEF6F8"/>
          </w:tcPr>
          <w:p w14:paraId="48CCE7C3" w14:textId="77777777" w:rsidR="002376F7" w:rsidRDefault="00000000">
            <w:r>
              <w:rPr>
                <w:sz w:val="16"/>
              </w:rPr>
              <w:t>I do not understand.</w:t>
            </w:r>
          </w:p>
        </w:tc>
      </w:tr>
      <w:tr w:rsidR="002376F7" w14:paraId="4EDD7C5A" w14:textId="77777777">
        <w:trPr>
          <w:jc w:val="center"/>
        </w:trPr>
        <w:tc>
          <w:tcPr>
            <w:tcW w:w="4680" w:type="dxa"/>
          </w:tcPr>
          <w:p w14:paraId="00541037" w14:textId="77777777" w:rsidR="002376F7" w:rsidRDefault="00000000">
            <w:r>
              <w:rPr>
                <w:sz w:val="16"/>
              </w:rPr>
              <w:t>Mi nu aprende Claralinga.</w:t>
            </w:r>
          </w:p>
        </w:tc>
        <w:tc>
          <w:tcPr>
            <w:tcW w:w="5256" w:type="dxa"/>
          </w:tcPr>
          <w:p w14:paraId="33FEBE76" w14:textId="77777777" w:rsidR="002376F7" w:rsidRDefault="00000000">
            <w:r>
              <w:rPr>
                <w:sz w:val="16"/>
              </w:rPr>
              <w:t>I am learning Claralinga.</w:t>
            </w:r>
          </w:p>
        </w:tc>
      </w:tr>
      <w:tr w:rsidR="002376F7" w14:paraId="1FF41678" w14:textId="77777777">
        <w:trPr>
          <w:jc w:val="center"/>
        </w:trPr>
        <w:tc>
          <w:tcPr>
            <w:tcW w:w="4680" w:type="dxa"/>
            <w:shd w:val="clear" w:color="auto" w:fill="EEF6F8"/>
          </w:tcPr>
          <w:p w14:paraId="21F85580" w14:textId="77777777" w:rsidR="002376F7" w:rsidRPr="00145494" w:rsidRDefault="00000000">
            <w:pPr>
              <w:rPr>
                <w:lang w:val="es-ES"/>
              </w:rPr>
            </w:pPr>
            <w:r w:rsidRPr="00145494">
              <w:rPr>
                <w:sz w:val="16"/>
                <w:lang w:val="es-ES"/>
              </w:rPr>
              <w:t>Kom tu dise isto in Claralinga?</w:t>
            </w:r>
          </w:p>
        </w:tc>
        <w:tc>
          <w:tcPr>
            <w:tcW w:w="5256" w:type="dxa"/>
            <w:shd w:val="clear" w:color="auto" w:fill="EEF6F8"/>
          </w:tcPr>
          <w:p w14:paraId="4EF4C9F2" w14:textId="77777777" w:rsidR="002376F7" w:rsidRDefault="00000000">
            <w:r>
              <w:rPr>
                <w:sz w:val="16"/>
              </w:rPr>
              <w:t>How do you say this in Claralinga?</w:t>
            </w:r>
          </w:p>
        </w:tc>
      </w:tr>
      <w:tr w:rsidR="002376F7" w14:paraId="45485031" w14:textId="77777777">
        <w:trPr>
          <w:jc w:val="center"/>
        </w:trPr>
        <w:tc>
          <w:tcPr>
            <w:tcW w:w="4680" w:type="dxa"/>
          </w:tcPr>
          <w:p w14:paraId="720EACFE" w14:textId="77777777" w:rsidR="002376F7" w:rsidRDefault="00000000">
            <w:r>
              <w:rPr>
                <w:sz w:val="16"/>
              </w:rPr>
              <w:t>Mi nom es Chad.</w:t>
            </w:r>
          </w:p>
        </w:tc>
        <w:tc>
          <w:tcPr>
            <w:tcW w:w="5256" w:type="dxa"/>
          </w:tcPr>
          <w:p w14:paraId="380F7D57" w14:textId="77777777" w:rsidR="002376F7" w:rsidRDefault="00000000">
            <w:r>
              <w:rPr>
                <w:sz w:val="16"/>
              </w:rPr>
              <w:t>My name is Chad.</w:t>
            </w:r>
          </w:p>
        </w:tc>
      </w:tr>
      <w:tr w:rsidR="002376F7" w14:paraId="2B2D73F8" w14:textId="77777777">
        <w:trPr>
          <w:jc w:val="center"/>
        </w:trPr>
        <w:tc>
          <w:tcPr>
            <w:tcW w:w="4680" w:type="dxa"/>
            <w:shd w:val="clear" w:color="auto" w:fill="EEF6F8"/>
          </w:tcPr>
          <w:p w14:paraId="02393CA0" w14:textId="77777777" w:rsidR="002376F7" w:rsidRDefault="00000000">
            <w:r>
              <w:rPr>
                <w:sz w:val="16"/>
              </w:rPr>
              <w:t>Ku tu komprende?</w:t>
            </w:r>
          </w:p>
        </w:tc>
        <w:tc>
          <w:tcPr>
            <w:tcW w:w="5256" w:type="dxa"/>
            <w:shd w:val="clear" w:color="auto" w:fill="EEF6F8"/>
          </w:tcPr>
          <w:p w14:paraId="68D76AEA" w14:textId="77777777" w:rsidR="002376F7" w:rsidRDefault="00000000">
            <w:r>
              <w:rPr>
                <w:sz w:val="16"/>
              </w:rPr>
              <w:t>Do you understand?</w:t>
            </w:r>
          </w:p>
        </w:tc>
      </w:tr>
      <w:tr w:rsidR="002376F7" w14:paraId="05B7A38A" w14:textId="77777777">
        <w:trPr>
          <w:jc w:val="center"/>
        </w:trPr>
        <w:tc>
          <w:tcPr>
            <w:tcW w:w="4680" w:type="dxa"/>
          </w:tcPr>
          <w:p w14:paraId="09C6BD39" w14:textId="77777777" w:rsidR="002376F7" w:rsidRDefault="00000000">
            <w:r>
              <w:rPr>
                <w:sz w:val="16"/>
              </w:rPr>
              <w:t>Ube es la banio?</w:t>
            </w:r>
          </w:p>
        </w:tc>
        <w:tc>
          <w:tcPr>
            <w:tcW w:w="5256" w:type="dxa"/>
          </w:tcPr>
          <w:p w14:paraId="2855FC2A" w14:textId="77777777" w:rsidR="002376F7" w:rsidRDefault="00000000">
            <w:r>
              <w:rPr>
                <w:sz w:val="16"/>
              </w:rPr>
              <w:t>Where is the bathroom?</w:t>
            </w:r>
          </w:p>
        </w:tc>
      </w:tr>
      <w:tr w:rsidR="002376F7" w14:paraId="43C58463" w14:textId="77777777">
        <w:trPr>
          <w:jc w:val="center"/>
        </w:trPr>
        <w:tc>
          <w:tcPr>
            <w:tcW w:w="4680" w:type="dxa"/>
            <w:shd w:val="clear" w:color="auto" w:fill="EEF6F8"/>
          </w:tcPr>
          <w:p w14:paraId="71099529" w14:textId="77777777" w:rsidR="002376F7" w:rsidRDefault="00000000">
            <w:r>
              <w:rPr>
                <w:sz w:val="16"/>
              </w:rPr>
              <w:t>Ube es la via?</w:t>
            </w:r>
          </w:p>
        </w:tc>
        <w:tc>
          <w:tcPr>
            <w:tcW w:w="5256" w:type="dxa"/>
            <w:shd w:val="clear" w:color="auto" w:fill="EEF6F8"/>
          </w:tcPr>
          <w:p w14:paraId="17AC304C" w14:textId="77777777" w:rsidR="002376F7" w:rsidRDefault="00000000">
            <w:r>
              <w:rPr>
                <w:sz w:val="16"/>
              </w:rPr>
              <w:t>Where is the road?</w:t>
            </w:r>
          </w:p>
        </w:tc>
      </w:tr>
      <w:tr w:rsidR="002376F7" w14:paraId="62F8C7BA" w14:textId="77777777">
        <w:trPr>
          <w:jc w:val="center"/>
        </w:trPr>
        <w:tc>
          <w:tcPr>
            <w:tcW w:w="4680" w:type="dxa"/>
          </w:tcPr>
          <w:p w14:paraId="0B74AD53" w14:textId="77777777" w:rsidR="002376F7" w:rsidRDefault="00000000">
            <w:r>
              <w:rPr>
                <w:sz w:val="16"/>
              </w:rPr>
              <w:t>Mi buska la hotel.</w:t>
            </w:r>
          </w:p>
        </w:tc>
        <w:tc>
          <w:tcPr>
            <w:tcW w:w="5256" w:type="dxa"/>
          </w:tcPr>
          <w:p w14:paraId="1629F716" w14:textId="77777777" w:rsidR="002376F7" w:rsidRDefault="00000000">
            <w:r>
              <w:rPr>
                <w:sz w:val="16"/>
              </w:rPr>
              <w:t>I am looking for the hotel.</w:t>
            </w:r>
          </w:p>
        </w:tc>
      </w:tr>
      <w:tr w:rsidR="002376F7" w14:paraId="2F6213FC" w14:textId="77777777">
        <w:trPr>
          <w:jc w:val="center"/>
        </w:trPr>
        <w:tc>
          <w:tcPr>
            <w:tcW w:w="4680" w:type="dxa"/>
            <w:shd w:val="clear" w:color="auto" w:fill="EEF6F8"/>
          </w:tcPr>
          <w:p w14:paraId="7D13285F" w14:textId="77777777" w:rsidR="002376F7" w:rsidRPr="00145494" w:rsidRDefault="00000000">
            <w:pPr>
              <w:rPr>
                <w:lang w:val="fr-FR"/>
              </w:rPr>
            </w:pPr>
            <w:r w:rsidRPr="00145494">
              <w:rPr>
                <w:sz w:val="16"/>
                <w:lang w:val="fr-FR"/>
              </w:rPr>
              <w:t>Mi voli un kafe et akua.</w:t>
            </w:r>
          </w:p>
        </w:tc>
        <w:tc>
          <w:tcPr>
            <w:tcW w:w="5256" w:type="dxa"/>
            <w:shd w:val="clear" w:color="auto" w:fill="EEF6F8"/>
          </w:tcPr>
          <w:p w14:paraId="6300C3BD" w14:textId="77777777" w:rsidR="002376F7" w:rsidRDefault="00000000">
            <w:r>
              <w:rPr>
                <w:sz w:val="16"/>
              </w:rPr>
              <w:t>I want a coffee and water.</w:t>
            </w:r>
          </w:p>
        </w:tc>
      </w:tr>
      <w:tr w:rsidR="002376F7" w14:paraId="0DE839B6" w14:textId="77777777">
        <w:trPr>
          <w:jc w:val="center"/>
        </w:trPr>
        <w:tc>
          <w:tcPr>
            <w:tcW w:w="4680" w:type="dxa"/>
          </w:tcPr>
          <w:p w14:paraId="60A57AB8" w14:textId="77777777" w:rsidR="002376F7" w:rsidRDefault="00000000">
            <w:r>
              <w:rPr>
                <w:sz w:val="16"/>
              </w:rPr>
              <w:t>Quant kosta isto?</w:t>
            </w:r>
          </w:p>
        </w:tc>
        <w:tc>
          <w:tcPr>
            <w:tcW w:w="5256" w:type="dxa"/>
          </w:tcPr>
          <w:p w14:paraId="4761CC52" w14:textId="77777777" w:rsidR="002376F7" w:rsidRDefault="00000000">
            <w:r>
              <w:rPr>
                <w:sz w:val="16"/>
              </w:rPr>
              <w:t>How much does this cost?</w:t>
            </w:r>
          </w:p>
        </w:tc>
      </w:tr>
      <w:tr w:rsidR="002376F7" w14:paraId="069281BB" w14:textId="77777777">
        <w:trPr>
          <w:jc w:val="center"/>
        </w:trPr>
        <w:tc>
          <w:tcPr>
            <w:tcW w:w="4680" w:type="dxa"/>
            <w:shd w:val="clear" w:color="auto" w:fill="EEF6F8"/>
          </w:tcPr>
          <w:p w14:paraId="20FABF61" w14:textId="77777777" w:rsidR="002376F7" w:rsidRDefault="00000000">
            <w:r>
              <w:rPr>
                <w:sz w:val="16"/>
              </w:rPr>
              <w:t>Mi nesesita ajuda.</w:t>
            </w:r>
          </w:p>
        </w:tc>
        <w:tc>
          <w:tcPr>
            <w:tcW w:w="5256" w:type="dxa"/>
            <w:shd w:val="clear" w:color="auto" w:fill="EEF6F8"/>
          </w:tcPr>
          <w:p w14:paraId="4E8CB1EC" w14:textId="77777777" w:rsidR="002376F7" w:rsidRDefault="00000000">
            <w:r>
              <w:rPr>
                <w:sz w:val="16"/>
              </w:rPr>
              <w:t>I need help.</w:t>
            </w:r>
          </w:p>
        </w:tc>
      </w:tr>
      <w:tr w:rsidR="002376F7" w14:paraId="1A71C2C5" w14:textId="77777777">
        <w:trPr>
          <w:jc w:val="center"/>
        </w:trPr>
        <w:tc>
          <w:tcPr>
            <w:tcW w:w="4680" w:type="dxa"/>
          </w:tcPr>
          <w:p w14:paraId="3D8791FD" w14:textId="77777777" w:rsidR="002376F7" w:rsidRDefault="00000000">
            <w:r>
              <w:rPr>
                <w:sz w:val="16"/>
              </w:rPr>
              <w:t>Mi habe un problema.</w:t>
            </w:r>
          </w:p>
        </w:tc>
        <w:tc>
          <w:tcPr>
            <w:tcW w:w="5256" w:type="dxa"/>
          </w:tcPr>
          <w:p w14:paraId="14F87373" w14:textId="77777777" w:rsidR="002376F7" w:rsidRDefault="00000000">
            <w:r>
              <w:rPr>
                <w:sz w:val="16"/>
              </w:rPr>
              <w:t>I have a problem.</w:t>
            </w:r>
          </w:p>
        </w:tc>
      </w:tr>
      <w:tr w:rsidR="002376F7" w14:paraId="1B23E4BC" w14:textId="77777777">
        <w:trPr>
          <w:jc w:val="center"/>
        </w:trPr>
        <w:tc>
          <w:tcPr>
            <w:tcW w:w="4680" w:type="dxa"/>
            <w:shd w:val="clear" w:color="auto" w:fill="EEF6F8"/>
          </w:tcPr>
          <w:p w14:paraId="1949B7B1" w14:textId="77777777" w:rsidR="002376F7" w:rsidRPr="00145494" w:rsidRDefault="00000000">
            <w:pPr>
              <w:rPr>
                <w:lang w:val="es-ES"/>
              </w:rPr>
            </w:pPr>
            <w:r w:rsidRPr="00145494">
              <w:rPr>
                <w:sz w:val="16"/>
                <w:lang w:val="es-ES"/>
              </w:rPr>
              <w:t>Nos va visita la urbe.</w:t>
            </w:r>
          </w:p>
        </w:tc>
        <w:tc>
          <w:tcPr>
            <w:tcW w:w="5256" w:type="dxa"/>
            <w:shd w:val="clear" w:color="auto" w:fill="EEF6F8"/>
          </w:tcPr>
          <w:p w14:paraId="3C18B6A6" w14:textId="77777777" w:rsidR="002376F7" w:rsidRDefault="00000000">
            <w:r>
              <w:rPr>
                <w:sz w:val="16"/>
              </w:rPr>
              <w:t>We will visit the city.</w:t>
            </w:r>
          </w:p>
        </w:tc>
      </w:tr>
      <w:tr w:rsidR="002376F7" w14:paraId="6B50FE63" w14:textId="77777777">
        <w:trPr>
          <w:jc w:val="center"/>
        </w:trPr>
        <w:tc>
          <w:tcPr>
            <w:tcW w:w="4680" w:type="dxa"/>
          </w:tcPr>
          <w:p w14:paraId="4B0ABF63" w14:textId="77777777" w:rsidR="002376F7" w:rsidRDefault="00000000">
            <w:r>
              <w:rPr>
                <w:sz w:val="16"/>
              </w:rPr>
              <w:t>Mi ne parla rapide.</w:t>
            </w:r>
          </w:p>
        </w:tc>
        <w:tc>
          <w:tcPr>
            <w:tcW w:w="5256" w:type="dxa"/>
          </w:tcPr>
          <w:p w14:paraId="765D108E" w14:textId="77777777" w:rsidR="002376F7" w:rsidRDefault="00000000">
            <w:r>
              <w:rPr>
                <w:sz w:val="16"/>
              </w:rPr>
              <w:t>I do not speak quickly.</w:t>
            </w:r>
          </w:p>
        </w:tc>
      </w:tr>
      <w:tr w:rsidR="002376F7" w14:paraId="7ECB2DAD" w14:textId="77777777">
        <w:trPr>
          <w:jc w:val="center"/>
        </w:trPr>
        <w:tc>
          <w:tcPr>
            <w:tcW w:w="4680" w:type="dxa"/>
            <w:shd w:val="clear" w:color="auto" w:fill="EEF6F8"/>
          </w:tcPr>
          <w:p w14:paraId="1D3BFDE6" w14:textId="77777777" w:rsidR="002376F7" w:rsidRDefault="00000000">
            <w:r>
              <w:rPr>
                <w:sz w:val="16"/>
              </w:rPr>
              <w:t>Ku tu habe akua?</w:t>
            </w:r>
          </w:p>
        </w:tc>
        <w:tc>
          <w:tcPr>
            <w:tcW w:w="5256" w:type="dxa"/>
            <w:shd w:val="clear" w:color="auto" w:fill="EEF6F8"/>
          </w:tcPr>
          <w:p w14:paraId="2188239E" w14:textId="77777777" w:rsidR="002376F7" w:rsidRDefault="00000000">
            <w:r>
              <w:rPr>
                <w:sz w:val="16"/>
              </w:rPr>
              <w:t>Do you have water?</w:t>
            </w:r>
          </w:p>
        </w:tc>
      </w:tr>
      <w:tr w:rsidR="002376F7" w14:paraId="682DBDD9" w14:textId="77777777">
        <w:trPr>
          <w:jc w:val="center"/>
        </w:trPr>
        <w:tc>
          <w:tcPr>
            <w:tcW w:w="4680" w:type="dxa"/>
          </w:tcPr>
          <w:p w14:paraId="53A4386A" w14:textId="77777777" w:rsidR="002376F7" w:rsidRDefault="00000000">
            <w:r>
              <w:rPr>
                <w:sz w:val="16"/>
              </w:rPr>
              <w:t>Mi senti ne bon.</w:t>
            </w:r>
          </w:p>
        </w:tc>
        <w:tc>
          <w:tcPr>
            <w:tcW w:w="5256" w:type="dxa"/>
          </w:tcPr>
          <w:p w14:paraId="5E150A01" w14:textId="77777777" w:rsidR="002376F7" w:rsidRDefault="00000000">
            <w:r>
              <w:rPr>
                <w:sz w:val="16"/>
              </w:rPr>
              <w:t>I feel unwell.</w:t>
            </w:r>
          </w:p>
        </w:tc>
      </w:tr>
      <w:tr w:rsidR="002376F7" w14:paraId="67A5A16F" w14:textId="77777777">
        <w:trPr>
          <w:jc w:val="center"/>
        </w:trPr>
        <w:tc>
          <w:tcPr>
            <w:tcW w:w="4680" w:type="dxa"/>
            <w:shd w:val="clear" w:color="auto" w:fill="EEF6F8"/>
          </w:tcPr>
          <w:p w14:paraId="3DD926D7" w14:textId="77777777" w:rsidR="002376F7" w:rsidRDefault="00000000">
            <w:r>
              <w:rPr>
                <w:sz w:val="16"/>
              </w:rPr>
              <w:t>Apela ajuda, plez.</w:t>
            </w:r>
          </w:p>
        </w:tc>
        <w:tc>
          <w:tcPr>
            <w:tcW w:w="5256" w:type="dxa"/>
            <w:shd w:val="clear" w:color="auto" w:fill="EEF6F8"/>
          </w:tcPr>
          <w:p w14:paraId="4EB3ED5B" w14:textId="77777777" w:rsidR="002376F7" w:rsidRDefault="00000000">
            <w:r>
              <w:rPr>
                <w:sz w:val="16"/>
              </w:rPr>
              <w:t>Call help, please.</w:t>
            </w:r>
          </w:p>
        </w:tc>
      </w:tr>
      <w:tr w:rsidR="002376F7" w14:paraId="09FF1852" w14:textId="77777777">
        <w:trPr>
          <w:jc w:val="center"/>
        </w:trPr>
        <w:tc>
          <w:tcPr>
            <w:tcW w:w="4680" w:type="dxa"/>
          </w:tcPr>
          <w:p w14:paraId="582F164F" w14:textId="77777777" w:rsidR="002376F7" w:rsidRDefault="00000000">
            <w:r>
              <w:rPr>
                <w:sz w:val="16"/>
              </w:rPr>
              <w:t>Un grande familia de voses.</w:t>
            </w:r>
          </w:p>
        </w:tc>
        <w:tc>
          <w:tcPr>
            <w:tcW w:w="5256" w:type="dxa"/>
          </w:tcPr>
          <w:p w14:paraId="2177BFA0" w14:textId="77777777" w:rsidR="002376F7" w:rsidRDefault="00000000">
            <w:r>
              <w:rPr>
                <w:sz w:val="16"/>
              </w:rPr>
              <w:t>One great family of voices.</w:t>
            </w:r>
          </w:p>
        </w:tc>
      </w:tr>
    </w:tbl>
    <w:p w14:paraId="1A54C84D" w14:textId="77777777" w:rsidR="002376F7" w:rsidRDefault="002376F7">
      <w:pPr>
        <w:spacing w:after="120"/>
      </w:pPr>
    </w:p>
    <w:p w14:paraId="4194E287" w14:textId="77777777" w:rsidR="002376F7" w:rsidRDefault="00000000">
      <w:r/>
    </w:p>
    <w:p w14:paraId="07C3237F" w14:textId="77777777" w:rsidR="002376F7" w:rsidRDefault="00000000">
      <w:pPr>
        <w:pStyle w:val="ChapterLabel"/>
      </w:pPr>
      <w:r>
        <w:t>Chapter 22</w:t>
      </w:r>
    </w:p>
    <w:p w14:paraId="6435796E" w14:textId="77777777" w:rsidR="002376F7" w:rsidRDefault="00000000">
      <w:pPr>
        <w:pStyle w:val="ChapterTitle"/>
        <w:keepNext/>
      </w:pPr>
      <w:r>
        <w:t>Sample Conversations</w:t>
      </w:r>
    </w:p>
    <w:p w14:paraId="728056F0" w14:textId="77777777" w:rsidR="002376F7" w:rsidRDefault="00000000">
      <w:pPr>
        <w:pStyle w:val="ChapterSubtitle"/>
      </w:pPr>
      <w:r>
        <w:t>Short dialogues for practice</w:t>
      </w:r>
    </w:p>
    <w:p w14:paraId="40941732" w14:textId="77777777" w:rsidR="002376F7" w:rsidRDefault="002376F7">
      <w:pPr>
        <w:pBdr>
          <w:bottom w:val="single" w:sz="12" w:space="1" w:color="DAA520"/>
        </w:pBdr>
        <w:spacing w:after="160"/>
      </w:pPr>
    </w:p>
    <w:p w14:paraId="0C4AA31F" w14:textId="77777777" w:rsidR="002376F7" w:rsidRDefault="00000000">
      <w:pPr>
        <w:pStyle w:val="Heading2"/>
      </w:pPr>
      <w:r>
        <w:t>A greeting</w:t>
      </w:r>
    </w:p>
    <w:tbl>
      <w:tblPr>
        <w:tblStyle w:val="TableGrid"/>
        <w:tblW w:w="0" w:type="auto"/>
        <w:jc w:val="center"/>
        <w:tblLook w:val="04A0" w:firstRow="1" w:lastRow="0" w:firstColumn="1" w:lastColumn="0" w:noHBand="0" w:noVBand="1"/>
      </w:tblPr>
      <w:tblGrid>
        <w:gridCol w:w="1440"/>
        <w:gridCol w:w="8496"/>
      </w:tblGrid>
      <w:tr w:rsidR="002376F7" w14:paraId="4A1C17A2" w14:textId="77777777">
        <w:trPr>
          <w:tblHeader/>
          <w:jc w:val="center"/>
        </w:trPr>
        <w:tc>
          <w:tcPr>
            <w:tcW w:w="1440" w:type="dxa"/>
            <w:shd w:val="clear" w:color="auto" w:fill="163B60"/>
          </w:tcPr>
          <w:p w14:paraId="26609A74" w14:textId="77777777" w:rsidR="002376F7" w:rsidRDefault="00000000">
            <w:r>
              <w:rPr>
                <w:b/>
                <w:color w:val="FFFFFF"/>
                <w:sz w:val="16"/>
              </w:rPr>
              <w:t>Speaker</w:t>
            </w:r>
          </w:p>
        </w:tc>
        <w:tc>
          <w:tcPr>
            <w:tcW w:w="8496" w:type="dxa"/>
            <w:shd w:val="clear" w:color="auto" w:fill="163B60"/>
          </w:tcPr>
          <w:p w14:paraId="631224D6" w14:textId="77777777" w:rsidR="002376F7" w:rsidRDefault="00000000">
            <w:r>
              <w:rPr>
                <w:b/>
                <w:color w:val="FFFFFF"/>
                <w:sz w:val="16"/>
              </w:rPr>
              <w:t>Line</w:t>
            </w:r>
          </w:p>
        </w:tc>
      </w:tr>
      <w:tr w:rsidR="002376F7" w14:paraId="6EE53299" w14:textId="77777777">
        <w:trPr>
          <w:jc w:val="center"/>
        </w:trPr>
        <w:tc>
          <w:tcPr>
            <w:tcW w:w="1440" w:type="dxa"/>
          </w:tcPr>
          <w:p w14:paraId="32C37F4A" w14:textId="77777777" w:rsidR="002376F7" w:rsidRDefault="00000000">
            <w:r>
              <w:rPr>
                <w:sz w:val="16"/>
              </w:rPr>
              <w:t>A</w:t>
            </w:r>
          </w:p>
        </w:tc>
        <w:tc>
          <w:tcPr>
            <w:tcW w:w="8496" w:type="dxa"/>
          </w:tcPr>
          <w:p w14:paraId="10F700C5" w14:textId="77777777" w:rsidR="002376F7" w:rsidRDefault="00000000">
            <w:r>
              <w:rPr>
                <w:sz w:val="16"/>
              </w:rPr>
              <w:t>Salve. Kom tu es?</w:t>
            </w:r>
          </w:p>
        </w:tc>
      </w:tr>
      <w:tr w:rsidR="002376F7" w14:paraId="01A5FF62" w14:textId="77777777">
        <w:trPr>
          <w:jc w:val="center"/>
        </w:trPr>
        <w:tc>
          <w:tcPr>
            <w:tcW w:w="1440" w:type="dxa"/>
            <w:shd w:val="clear" w:color="auto" w:fill="EEF6F8"/>
          </w:tcPr>
          <w:p w14:paraId="69D2F7CA" w14:textId="77777777" w:rsidR="002376F7" w:rsidRDefault="00000000">
            <w:r>
              <w:rPr>
                <w:sz w:val="16"/>
              </w:rPr>
              <w:t>B</w:t>
            </w:r>
          </w:p>
        </w:tc>
        <w:tc>
          <w:tcPr>
            <w:tcW w:w="8496" w:type="dxa"/>
            <w:shd w:val="clear" w:color="auto" w:fill="EEF6F8"/>
          </w:tcPr>
          <w:p w14:paraId="5D78E2E9" w14:textId="77777777" w:rsidR="002376F7" w:rsidRDefault="00000000">
            <w:r>
              <w:rPr>
                <w:sz w:val="16"/>
              </w:rPr>
              <w:t>Mi es bene, gratias. Et tu?</w:t>
            </w:r>
          </w:p>
        </w:tc>
      </w:tr>
      <w:tr w:rsidR="002376F7" w:rsidRPr="00145494" w14:paraId="4C4D0880" w14:textId="77777777">
        <w:trPr>
          <w:jc w:val="center"/>
        </w:trPr>
        <w:tc>
          <w:tcPr>
            <w:tcW w:w="1440" w:type="dxa"/>
          </w:tcPr>
          <w:p w14:paraId="5842F3F2" w14:textId="77777777" w:rsidR="002376F7" w:rsidRDefault="00000000">
            <w:r>
              <w:rPr>
                <w:sz w:val="16"/>
              </w:rPr>
              <w:t>A</w:t>
            </w:r>
          </w:p>
        </w:tc>
        <w:tc>
          <w:tcPr>
            <w:tcW w:w="8496" w:type="dxa"/>
          </w:tcPr>
          <w:p w14:paraId="1B955E3D" w14:textId="77777777" w:rsidR="002376F7" w:rsidRPr="00145494" w:rsidRDefault="00000000">
            <w:pPr>
              <w:rPr>
                <w:lang w:val="es-ES"/>
              </w:rPr>
            </w:pPr>
            <w:r w:rsidRPr="00145494">
              <w:rPr>
                <w:sz w:val="16"/>
                <w:lang w:val="es-ES"/>
              </w:rPr>
              <w:t>Mi es bene. Mi nu aprende Claralinga.</w:t>
            </w:r>
          </w:p>
        </w:tc>
      </w:tr>
      <w:tr w:rsidR="002376F7" w14:paraId="0967F530" w14:textId="77777777">
        <w:trPr>
          <w:jc w:val="center"/>
        </w:trPr>
        <w:tc>
          <w:tcPr>
            <w:tcW w:w="1440" w:type="dxa"/>
            <w:shd w:val="clear" w:color="auto" w:fill="EEF6F8"/>
          </w:tcPr>
          <w:p w14:paraId="424BF522" w14:textId="77777777" w:rsidR="002376F7" w:rsidRDefault="00000000">
            <w:r>
              <w:rPr>
                <w:sz w:val="16"/>
              </w:rPr>
              <w:t>B</w:t>
            </w:r>
          </w:p>
        </w:tc>
        <w:tc>
          <w:tcPr>
            <w:tcW w:w="8496" w:type="dxa"/>
            <w:shd w:val="clear" w:color="auto" w:fill="EEF6F8"/>
          </w:tcPr>
          <w:p w14:paraId="770802FF" w14:textId="77777777" w:rsidR="002376F7" w:rsidRDefault="00000000">
            <w:r>
              <w:rPr>
                <w:sz w:val="16"/>
              </w:rPr>
              <w:t>Bon! La linga es clar et simple.</w:t>
            </w:r>
          </w:p>
        </w:tc>
      </w:tr>
    </w:tbl>
    <w:p w14:paraId="7435F259" w14:textId="77777777" w:rsidR="002376F7" w:rsidRDefault="002376F7">
      <w:pPr>
        <w:spacing w:after="120"/>
      </w:pPr>
    </w:p>
    <w:p w14:paraId="549F3E36" w14:textId="77777777" w:rsidR="002376F7" w:rsidRDefault="00000000">
      <w:pPr>
        <w:pStyle w:val="Heading2"/>
      </w:pPr>
      <w:r>
        <w:t>At a kafe</w:t>
      </w:r>
    </w:p>
    <w:tbl>
      <w:tblPr>
        <w:tblStyle w:val="TableGrid"/>
        <w:tblW w:w="0" w:type="auto"/>
        <w:jc w:val="center"/>
        <w:tblLook w:val="04A0" w:firstRow="1" w:lastRow="0" w:firstColumn="1" w:lastColumn="0" w:noHBand="0" w:noVBand="1"/>
      </w:tblPr>
      <w:tblGrid>
        <w:gridCol w:w="1440"/>
        <w:gridCol w:w="8496"/>
      </w:tblGrid>
      <w:tr w:rsidR="002376F7" w14:paraId="1E61D024" w14:textId="77777777">
        <w:trPr>
          <w:tblHeader/>
          <w:jc w:val="center"/>
        </w:trPr>
        <w:tc>
          <w:tcPr>
            <w:tcW w:w="1440" w:type="dxa"/>
            <w:shd w:val="clear" w:color="auto" w:fill="163B60"/>
          </w:tcPr>
          <w:p w14:paraId="7C227D72" w14:textId="77777777" w:rsidR="002376F7" w:rsidRDefault="00000000">
            <w:r>
              <w:rPr>
                <w:b/>
                <w:color w:val="FFFFFF"/>
                <w:sz w:val="16"/>
              </w:rPr>
              <w:t>Speaker</w:t>
            </w:r>
          </w:p>
        </w:tc>
        <w:tc>
          <w:tcPr>
            <w:tcW w:w="8496" w:type="dxa"/>
            <w:shd w:val="clear" w:color="auto" w:fill="163B60"/>
          </w:tcPr>
          <w:p w14:paraId="52338AD4" w14:textId="77777777" w:rsidR="002376F7" w:rsidRDefault="00000000">
            <w:r>
              <w:rPr>
                <w:b/>
                <w:color w:val="FFFFFF"/>
                <w:sz w:val="16"/>
              </w:rPr>
              <w:t>Line</w:t>
            </w:r>
          </w:p>
        </w:tc>
      </w:tr>
      <w:tr w:rsidR="002376F7" w14:paraId="2612013E" w14:textId="77777777">
        <w:trPr>
          <w:jc w:val="center"/>
        </w:trPr>
        <w:tc>
          <w:tcPr>
            <w:tcW w:w="1440" w:type="dxa"/>
          </w:tcPr>
          <w:p w14:paraId="297AC8DA" w14:textId="77777777" w:rsidR="002376F7" w:rsidRDefault="00000000">
            <w:r>
              <w:rPr>
                <w:sz w:val="16"/>
              </w:rPr>
              <w:t>A</w:t>
            </w:r>
          </w:p>
        </w:tc>
        <w:tc>
          <w:tcPr>
            <w:tcW w:w="8496" w:type="dxa"/>
          </w:tcPr>
          <w:p w14:paraId="66780984" w14:textId="77777777" w:rsidR="002376F7" w:rsidRDefault="00000000">
            <w:r>
              <w:rPr>
                <w:sz w:val="16"/>
              </w:rPr>
              <w:t>Salve. Mi voli un kafe et akua, plez.</w:t>
            </w:r>
          </w:p>
        </w:tc>
      </w:tr>
      <w:tr w:rsidR="002376F7" w:rsidRPr="00145494" w14:paraId="5A60ED24" w14:textId="77777777">
        <w:trPr>
          <w:jc w:val="center"/>
        </w:trPr>
        <w:tc>
          <w:tcPr>
            <w:tcW w:w="1440" w:type="dxa"/>
            <w:shd w:val="clear" w:color="auto" w:fill="EEF6F8"/>
          </w:tcPr>
          <w:p w14:paraId="1BC67DC5" w14:textId="77777777" w:rsidR="002376F7" w:rsidRDefault="00000000">
            <w:r>
              <w:rPr>
                <w:sz w:val="16"/>
              </w:rPr>
              <w:t>B</w:t>
            </w:r>
          </w:p>
        </w:tc>
        <w:tc>
          <w:tcPr>
            <w:tcW w:w="8496" w:type="dxa"/>
            <w:shd w:val="clear" w:color="auto" w:fill="EEF6F8"/>
          </w:tcPr>
          <w:p w14:paraId="28D3A4AB" w14:textId="77777777" w:rsidR="002376F7" w:rsidRPr="00145494" w:rsidRDefault="00000000">
            <w:pPr>
              <w:rPr>
                <w:lang w:val="fr-FR"/>
              </w:rPr>
            </w:pPr>
            <w:r w:rsidRPr="00145494">
              <w:rPr>
                <w:sz w:val="16"/>
                <w:lang w:val="fr-FR"/>
              </w:rPr>
              <w:t>Bon. Ku tu voli pan?</w:t>
            </w:r>
          </w:p>
        </w:tc>
      </w:tr>
      <w:tr w:rsidR="002376F7" w14:paraId="522B7898" w14:textId="77777777">
        <w:trPr>
          <w:jc w:val="center"/>
        </w:trPr>
        <w:tc>
          <w:tcPr>
            <w:tcW w:w="1440" w:type="dxa"/>
          </w:tcPr>
          <w:p w14:paraId="537660AF" w14:textId="77777777" w:rsidR="002376F7" w:rsidRDefault="00000000">
            <w:r>
              <w:rPr>
                <w:sz w:val="16"/>
              </w:rPr>
              <w:t>A</w:t>
            </w:r>
          </w:p>
        </w:tc>
        <w:tc>
          <w:tcPr>
            <w:tcW w:w="8496" w:type="dxa"/>
          </w:tcPr>
          <w:p w14:paraId="7F67F4E9" w14:textId="77777777" w:rsidR="002376F7" w:rsidRDefault="00000000">
            <w:r>
              <w:rPr>
                <w:sz w:val="16"/>
              </w:rPr>
              <w:t>Si, un pan, plez.</w:t>
            </w:r>
          </w:p>
        </w:tc>
      </w:tr>
      <w:tr w:rsidR="002376F7" w:rsidRPr="00145494" w14:paraId="6A7F5565" w14:textId="77777777">
        <w:trPr>
          <w:jc w:val="center"/>
        </w:trPr>
        <w:tc>
          <w:tcPr>
            <w:tcW w:w="1440" w:type="dxa"/>
            <w:shd w:val="clear" w:color="auto" w:fill="EEF6F8"/>
          </w:tcPr>
          <w:p w14:paraId="68BE3310" w14:textId="77777777" w:rsidR="002376F7" w:rsidRDefault="00000000">
            <w:r>
              <w:rPr>
                <w:sz w:val="16"/>
              </w:rPr>
              <w:t>B</w:t>
            </w:r>
          </w:p>
        </w:tc>
        <w:tc>
          <w:tcPr>
            <w:tcW w:w="8496" w:type="dxa"/>
            <w:shd w:val="clear" w:color="auto" w:fill="EEF6F8"/>
          </w:tcPr>
          <w:p w14:paraId="63B9D077" w14:textId="77777777" w:rsidR="002376F7" w:rsidRPr="00145494" w:rsidRDefault="00000000">
            <w:pPr>
              <w:rPr>
                <w:lang w:val="es-ES"/>
              </w:rPr>
            </w:pPr>
            <w:r w:rsidRPr="00145494">
              <w:rPr>
                <w:sz w:val="16"/>
                <w:lang w:val="es-ES"/>
              </w:rPr>
              <w:t>Gratias. Isto es tu kafe et akua.</w:t>
            </w:r>
          </w:p>
        </w:tc>
      </w:tr>
    </w:tbl>
    <w:p w14:paraId="31FC00AC" w14:textId="77777777" w:rsidR="002376F7" w:rsidRPr="00145494" w:rsidRDefault="002376F7">
      <w:pPr>
        <w:spacing w:after="120"/>
        <w:rPr>
          <w:lang w:val="es-ES"/>
        </w:rPr>
      </w:pPr>
    </w:p>
    <w:p w14:paraId="2BB29F6D" w14:textId="77777777" w:rsidR="002376F7" w:rsidRDefault="00000000">
      <w:pPr>
        <w:pStyle w:val="Heading2"/>
      </w:pPr>
      <w:r>
        <w:t>Asking for help</w:t>
      </w:r>
    </w:p>
    <w:tbl>
      <w:tblPr>
        <w:tblStyle w:val="TableGrid"/>
        <w:tblW w:w="0" w:type="auto"/>
        <w:jc w:val="center"/>
        <w:tblLook w:val="04A0" w:firstRow="1" w:lastRow="0" w:firstColumn="1" w:lastColumn="0" w:noHBand="0" w:noVBand="1"/>
      </w:tblPr>
      <w:tblGrid>
        <w:gridCol w:w="1440"/>
        <w:gridCol w:w="8496"/>
      </w:tblGrid>
      <w:tr w:rsidR="002376F7" w14:paraId="1EC072DE" w14:textId="77777777">
        <w:trPr>
          <w:tblHeader/>
          <w:jc w:val="center"/>
        </w:trPr>
        <w:tc>
          <w:tcPr>
            <w:tcW w:w="1440" w:type="dxa"/>
            <w:shd w:val="clear" w:color="auto" w:fill="163B60"/>
          </w:tcPr>
          <w:p w14:paraId="7E9AE35F" w14:textId="77777777" w:rsidR="002376F7" w:rsidRDefault="00000000">
            <w:r>
              <w:rPr>
                <w:b/>
                <w:color w:val="FFFFFF"/>
                <w:sz w:val="16"/>
              </w:rPr>
              <w:t>Speaker</w:t>
            </w:r>
          </w:p>
        </w:tc>
        <w:tc>
          <w:tcPr>
            <w:tcW w:w="8496" w:type="dxa"/>
            <w:shd w:val="clear" w:color="auto" w:fill="163B60"/>
          </w:tcPr>
          <w:p w14:paraId="1711BE5B" w14:textId="77777777" w:rsidR="002376F7" w:rsidRDefault="00000000">
            <w:r>
              <w:rPr>
                <w:b/>
                <w:color w:val="FFFFFF"/>
                <w:sz w:val="16"/>
              </w:rPr>
              <w:t>Line</w:t>
            </w:r>
          </w:p>
        </w:tc>
      </w:tr>
      <w:tr w:rsidR="002376F7" w:rsidRPr="00145494" w14:paraId="3FFA6EB3" w14:textId="77777777">
        <w:trPr>
          <w:jc w:val="center"/>
        </w:trPr>
        <w:tc>
          <w:tcPr>
            <w:tcW w:w="1440" w:type="dxa"/>
          </w:tcPr>
          <w:p w14:paraId="58035EE7" w14:textId="77777777" w:rsidR="002376F7" w:rsidRDefault="00000000">
            <w:r>
              <w:rPr>
                <w:sz w:val="16"/>
              </w:rPr>
              <w:t>A</w:t>
            </w:r>
          </w:p>
        </w:tc>
        <w:tc>
          <w:tcPr>
            <w:tcW w:w="8496" w:type="dxa"/>
          </w:tcPr>
          <w:p w14:paraId="145C9CDC" w14:textId="77777777" w:rsidR="002376F7" w:rsidRPr="00145494" w:rsidRDefault="00000000">
            <w:pPr>
              <w:rPr>
                <w:lang w:val="es-ES"/>
              </w:rPr>
            </w:pPr>
            <w:r w:rsidRPr="00145494">
              <w:rPr>
                <w:sz w:val="16"/>
                <w:lang w:val="es-ES"/>
              </w:rPr>
              <w:t>Plez ajuda mi. Mi ne komprende la parola.</w:t>
            </w:r>
          </w:p>
        </w:tc>
      </w:tr>
      <w:tr w:rsidR="002376F7" w14:paraId="7D200FA6" w14:textId="77777777">
        <w:trPr>
          <w:jc w:val="center"/>
        </w:trPr>
        <w:tc>
          <w:tcPr>
            <w:tcW w:w="1440" w:type="dxa"/>
            <w:shd w:val="clear" w:color="auto" w:fill="EEF6F8"/>
          </w:tcPr>
          <w:p w14:paraId="0575AD83" w14:textId="77777777" w:rsidR="002376F7" w:rsidRDefault="00000000">
            <w:r>
              <w:rPr>
                <w:sz w:val="16"/>
              </w:rPr>
              <w:t>B</w:t>
            </w:r>
          </w:p>
        </w:tc>
        <w:tc>
          <w:tcPr>
            <w:tcW w:w="8496" w:type="dxa"/>
            <w:shd w:val="clear" w:color="auto" w:fill="EEF6F8"/>
          </w:tcPr>
          <w:p w14:paraId="0E8E1DF6" w14:textId="77777777" w:rsidR="002376F7" w:rsidRDefault="00000000">
            <w:r>
              <w:rPr>
                <w:sz w:val="16"/>
              </w:rPr>
              <w:t>Qual parola?</w:t>
            </w:r>
          </w:p>
        </w:tc>
      </w:tr>
      <w:tr w:rsidR="002376F7" w14:paraId="0881A0FD" w14:textId="77777777">
        <w:trPr>
          <w:jc w:val="center"/>
        </w:trPr>
        <w:tc>
          <w:tcPr>
            <w:tcW w:w="1440" w:type="dxa"/>
          </w:tcPr>
          <w:p w14:paraId="520556BA" w14:textId="77777777" w:rsidR="002376F7" w:rsidRDefault="00000000">
            <w:r>
              <w:rPr>
                <w:sz w:val="16"/>
              </w:rPr>
              <w:t>A</w:t>
            </w:r>
          </w:p>
        </w:tc>
        <w:tc>
          <w:tcPr>
            <w:tcW w:w="8496" w:type="dxa"/>
          </w:tcPr>
          <w:p w14:paraId="31DD0E7D" w14:textId="77777777" w:rsidR="002376F7" w:rsidRDefault="00000000">
            <w:r>
              <w:rPr>
                <w:sz w:val="16"/>
              </w:rPr>
              <w:t>La parola “ube.”</w:t>
            </w:r>
          </w:p>
        </w:tc>
      </w:tr>
      <w:tr w:rsidR="002376F7" w14:paraId="3068A813" w14:textId="77777777">
        <w:trPr>
          <w:jc w:val="center"/>
        </w:trPr>
        <w:tc>
          <w:tcPr>
            <w:tcW w:w="1440" w:type="dxa"/>
            <w:shd w:val="clear" w:color="auto" w:fill="EEF6F8"/>
          </w:tcPr>
          <w:p w14:paraId="7009B9A3" w14:textId="77777777" w:rsidR="002376F7" w:rsidRDefault="00000000">
            <w:r>
              <w:rPr>
                <w:sz w:val="16"/>
              </w:rPr>
              <w:t>B</w:t>
            </w:r>
          </w:p>
        </w:tc>
        <w:tc>
          <w:tcPr>
            <w:tcW w:w="8496" w:type="dxa"/>
            <w:shd w:val="clear" w:color="auto" w:fill="EEF6F8"/>
          </w:tcPr>
          <w:p w14:paraId="4023971A" w14:textId="77777777" w:rsidR="002376F7" w:rsidRDefault="00000000">
            <w:r>
              <w:rPr>
                <w:sz w:val="16"/>
              </w:rPr>
              <w:t>Ube significa where.</w:t>
            </w:r>
          </w:p>
        </w:tc>
      </w:tr>
    </w:tbl>
    <w:p w14:paraId="3A049C65" w14:textId="77777777" w:rsidR="002376F7" w:rsidRDefault="002376F7">
      <w:pPr>
        <w:spacing w:after="120"/>
      </w:pPr>
    </w:p>
    <w:p w14:paraId="5DF0B112" w14:textId="77777777" w:rsidR="002376F7" w:rsidRDefault="00000000">
      <w:r/>
    </w:p>
    <w:p w14:paraId="75C5EC55" w14:textId="77777777" w:rsidR="002376F7" w:rsidRDefault="00000000">
      <w:pPr>
        <w:pStyle w:val="ChapterLabel"/>
      </w:pPr>
      <w:r>
        <w:t>Chapter 23</w:t>
      </w:r>
    </w:p>
    <w:p w14:paraId="45086F31" w14:textId="77777777" w:rsidR="002376F7" w:rsidRDefault="00000000">
      <w:pPr>
        <w:pStyle w:val="ChapterTitle"/>
        <w:keepNext/>
      </w:pPr>
      <w:r>
        <w:t>Reading Practice</w:t>
      </w:r>
    </w:p>
    <w:p w14:paraId="6F9E7D72" w14:textId="77777777" w:rsidR="002376F7" w:rsidRDefault="00000000">
      <w:pPr>
        <w:pStyle w:val="ChapterSubtitle"/>
      </w:pPr>
      <w:r>
        <w:t>Short texts that test the feel of the language</w:t>
      </w:r>
    </w:p>
    <w:p w14:paraId="2E3F65AB" w14:textId="77777777" w:rsidR="002376F7" w:rsidRDefault="002376F7">
      <w:pPr>
        <w:pBdr>
          <w:bottom w:val="single" w:sz="12" w:space="1" w:color="DAA520"/>
        </w:pBdr>
        <w:spacing w:after="160"/>
      </w:pPr>
    </w:p>
    <w:p w14:paraId="512C1049" w14:textId="77777777" w:rsidR="002376F7" w:rsidRPr="00145494" w:rsidRDefault="00000000">
      <w:pPr>
        <w:pStyle w:val="Heading2"/>
        <w:rPr>
          <w:lang w:val="es-ES"/>
        </w:rPr>
      </w:pPr>
      <w:r w:rsidRPr="00145494">
        <w:rPr>
          <w:lang w:val="es-ES"/>
        </w:rPr>
        <w:t>Level 1: Very Simple</w:t>
      </w:r>
    </w:p>
    <w:p w14:paraId="22799F15" w14:textId="77777777" w:rsidR="002376F7" w:rsidRPr="00145494" w:rsidRDefault="00000000">
      <w:pPr>
        <w:spacing w:after="100"/>
        <w:rPr>
          <w:lang w:val="es-ES"/>
        </w:rPr>
      </w:pPr>
      <w:r w:rsidRPr="00145494">
        <w:rPr>
          <w:lang w:val="es-ES"/>
        </w:rPr>
        <w:t>Mi es Chad. Mi habe un libro. La libro es bon. Mi lege la libro. Tu vide la libro.</w:t>
      </w:r>
    </w:p>
    <w:p w14:paraId="2ED8A4F3" w14:textId="77777777" w:rsidR="002376F7" w:rsidRPr="00145494" w:rsidRDefault="00000000">
      <w:pPr>
        <w:pStyle w:val="Heading2"/>
        <w:rPr>
          <w:lang w:val="es-ES"/>
        </w:rPr>
      </w:pPr>
      <w:r w:rsidRPr="00145494">
        <w:rPr>
          <w:lang w:val="es-ES"/>
        </w:rPr>
        <w:t>Level 2: Everyday</w:t>
      </w:r>
    </w:p>
    <w:p w14:paraId="483CBA38" w14:textId="77777777" w:rsidR="002376F7" w:rsidRPr="00145494" w:rsidRDefault="00000000">
      <w:pPr>
        <w:spacing w:after="100"/>
        <w:rPr>
          <w:lang w:val="es-ES"/>
        </w:rPr>
      </w:pPr>
      <w:r w:rsidRPr="00145494">
        <w:rPr>
          <w:lang w:val="es-ES"/>
        </w:rPr>
        <w:t>Nos vive en un dom. Nos ama musik, histori, et bon conversa. En la nokte, nos parla de la dia et prepara pro futur.</w:t>
      </w:r>
    </w:p>
    <w:p w14:paraId="5CC0DC2B" w14:textId="77777777" w:rsidR="002376F7" w:rsidRPr="00145494" w:rsidRDefault="00000000">
      <w:pPr>
        <w:pStyle w:val="Heading2"/>
        <w:rPr>
          <w:lang w:val="es-ES"/>
        </w:rPr>
      </w:pPr>
      <w:r w:rsidRPr="00145494">
        <w:rPr>
          <w:lang w:val="es-ES"/>
        </w:rPr>
        <w:t>Level 3: Travel</w:t>
      </w:r>
    </w:p>
    <w:p w14:paraId="6DCB580D" w14:textId="77777777" w:rsidR="002376F7" w:rsidRPr="00145494" w:rsidRDefault="00000000">
      <w:pPr>
        <w:spacing w:after="100"/>
        <w:rPr>
          <w:lang w:val="es-ES"/>
        </w:rPr>
      </w:pPr>
      <w:r w:rsidRPr="00145494">
        <w:rPr>
          <w:lang w:val="es-ES"/>
        </w:rPr>
        <w:t>Nos va visita un nova urbe. Nos va vide la kentro, trova un kafe, et parla kon persones lokal. Ku nos va komprende tota? No. Ma kon Claralinga, nos habe un simple komensa.</w:t>
      </w:r>
    </w:p>
    <w:p w14:paraId="2CFDE349" w14:textId="77777777" w:rsidR="002376F7" w:rsidRPr="00145494" w:rsidRDefault="00000000">
      <w:pPr>
        <w:pStyle w:val="Heading2"/>
        <w:rPr>
          <w:lang w:val="es-ES"/>
        </w:rPr>
      </w:pPr>
      <w:r w:rsidRPr="00145494">
        <w:rPr>
          <w:lang w:val="es-ES"/>
        </w:rPr>
        <w:t>Level 4: Founding Statement</w:t>
      </w:r>
    </w:p>
    <w:p w14:paraId="2305250A" w14:textId="77777777" w:rsidR="002376F7" w:rsidRDefault="00000000">
      <w:pPr>
        <w:spacing w:after="100"/>
      </w:pPr>
      <w:r w:rsidRPr="00145494">
        <w:rPr>
          <w:lang w:val="es-ES"/>
        </w:rPr>
        <w:t xml:space="preserve">Claralinga es la linga clar pro un grande familia de voses. Lo usa familiar parolas, simple regula, et direta grammatika. </w:t>
      </w:r>
      <w:r>
        <w:t>La goal es komunika, ne confusa.</w:t>
      </w:r>
    </w:p>
    <w:p w14:paraId="176AA8FB" w14:textId="77777777" w:rsidR="002376F7" w:rsidRDefault="00000000">
      <w:pPr>
        <w:pStyle w:val="Heading2"/>
      </w:pPr>
      <w:r>
        <w:t>Reading Questions</w:t>
      </w:r>
    </w:p>
    <w:tbl>
      <w:tblPr>
        <w:tblStyle w:val="TableGrid"/>
        <w:tblW w:w="0" w:type="auto"/>
        <w:jc w:val="center"/>
        <w:tblLook w:val="04A0" w:firstRow="1" w:lastRow="0" w:firstColumn="1" w:lastColumn="0" w:noHBand="0" w:noVBand="1"/>
      </w:tblPr>
      <w:tblGrid>
        <w:gridCol w:w="4608"/>
        <w:gridCol w:w="5328"/>
      </w:tblGrid>
      <w:tr w:rsidR="002376F7" w14:paraId="04ECAD7B" w14:textId="77777777">
        <w:trPr>
          <w:tblHeader/>
          <w:jc w:val="center"/>
        </w:trPr>
        <w:tc>
          <w:tcPr>
            <w:tcW w:w="4608" w:type="dxa"/>
            <w:shd w:val="clear" w:color="auto" w:fill="163B60"/>
          </w:tcPr>
          <w:p w14:paraId="71E16F6F" w14:textId="77777777" w:rsidR="002376F7" w:rsidRDefault="00000000">
            <w:r>
              <w:rPr>
                <w:b/>
                <w:color w:val="FFFFFF"/>
                <w:sz w:val="16"/>
              </w:rPr>
              <w:t>Question</w:t>
            </w:r>
          </w:p>
        </w:tc>
        <w:tc>
          <w:tcPr>
            <w:tcW w:w="5328" w:type="dxa"/>
            <w:shd w:val="clear" w:color="auto" w:fill="163B60"/>
          </w:tcPr>
          <w:p w14:paraId="707CF5C0" w14:textId="77777777" w:rsidR="002376F7" w:rsidRDefault="00000000">
            <w:r>
              <w:rPr>
                <w:b/>
                <w:color w:val="FFFFFF"/>
                <w:sz w:val="16"/>
              </w:rPr>
              <w:t>Answer in Claralinga</w:t>
            </w:r>
          </w:p>
        </w:tc>
      </w:tr>
      <w:tr w:rsidR="002376F7" w14:paraId="6243A350" w14:textId="77777777">
        <w:trPr>
          <w:jc w:val="center"/>
        </w:trPr>
        <w:tc>
          <w:tcPr>
            <w:tcW w:w="4608" w:type="dxa"/>
          </w:tcPr>
          <w:p w14:paraId="06C7FC5D" w14:textId="77777777" w:rsidR="002376F7" w:rsidRDefault="00000000">
            <w:r>
              <w:rPr>
                <w:sz w:val="16"/>
              </w:rPr>
              <w:t>Ki krea Claralinga?</w:t>
            </w:r>
          </w:p>
        </w:tc>
        <w:tc>
          <w:tcPr>
            <w:tcW w:w="5328" w:type="dxa"/>
          </w:tcPr>
          <w:p w14:paraId="4129237F" w14:textId="77777777" w:rsidR="002376F7" w:rsidRDefault="00000000">
            <w:r>
              <w:rPr>
                <w:sz w:val="16"/>
              </w:rPr>
              <w:t>Chad krea Claralinga.</w:t>
            </w:r>
          </w:p>
        </w:tc>
      </w:tr>
      <w:tr w:rsidR="002376F7" w14:paraId="2633C477" w14:textId="77777777">
        <w:trPr>
          <w:jc w:val="center"/>
        </w:trPr>
        <w:tc>
          <w:tcPr>
            <w:tcW w:w="4608" w:type="dxa"/>
            <w:shd w:val="clear" w:color="auto" w:fill="EEF6F8"/>
          </w:tcPr>
          <w:p w14:paraId="57DD2EA5" w14:textId="77777777" w:rsidR="002376F7" w:rsidRDefault="00000000">
            <w:r>
              <w:rPr>
                <w:sz w:val="16"/>
              </w:rPr>
              <w:t>Ke es la goal?</w:t>
            </w:r>
          </w:p>
        </w:tc>
        <w:tc>
          <w:tcPr>
            <w:tcW w:w="5328" w:type="dxa"/>
            <w:shd w:val="clear" w:color="auto" w:fill="EEF6F8"/>
          </w:tcPr>
          <w:p w14:paraId="5B535013" w14:textId="77777777" w:rsidR="002376F7" w:rsidRDefault="00000000">
            <w:r>
              <w:rPr>
                <w:sz w:val="16"/>
              </w:rPr>
              <w:t>La goal es komunika.</w:t>
            </w:r>
          </w:p>
        </w:tc>
      </w:tr>
      <w:tr w:rsidR="002376F7" w:rsidRPr="00145494" w14:paraId="3BC9ADFA" w14:textId="77777777">
        <w:trPr>
          <w:jc w:val="center"/>
        </w:trPr>
        <w:tc>
          <w:tcPr>
            <w:tcW w:w="4608" w:type="dxa"/>
          </w:tcPr>
          <w:p w14:paraId="2B04E1B9" w14:textId="77777777" w:rsidR="002376F7" w:rsidRDefault="00000000">
            <w:r>
              <w:rPr>
                <w:sz w:val="16"/>
              </w:rPr>
              <w:t>Ku Claralinga es simple?</w:t>
            </w:r>
          </w:p>
        </w:tc>
        <w:tc>
          <w:tcPr>
            <w:tcW w:w="5328" w:type="dxa"/>
          </w:tcPr>
          <w:p w14:paraId="75543D89" w14:textId="77777777" w:rsidR="002376F7" w:rsidRPr="00145494" w:rsidRDefault="00000000">
            <w:pPr>
              <w:rPr>
                <w:lang w:val="es-ES"/>
              </w:rPr>
            </w:pPr>
            <w:r w:rsidRPr="00145494">
              <w:rPr>
                <w:sz w:val="16"/>
                <w:lang w:val="es-ES"/>
              </w:rPr>
              <w:t>Si. Lo usa simple regula.</w:t>
            </w:r>
          </w:p>
        </w:tc>
      </w:tr>
      <w:tr w:rsidR="002376F7" w:rsidRPr="00145494" w14:paraId="06F51A3F" w14:textId="77777777">
        <w:trPr>
          <w:jc w:val="center"/>
        </w:trPr>
        <w:tc>
          <w:tcPr>
            <w:tcW w:w="4608" w:type="dxa"/>
            <w:shd w:val="clear" w:color="auto" w:fill="EEF6F8"/>
          </w:tcPr>
          <w:p w14:paraId="43241761" w14:textId="77777777" w:rsidR="002376F7" w:rsidRDefault="00000000">
            <w:r>
              <w:rPr>
                <w:sz w:val="16"/>
              </w:rPr>
              <w:t>Ube nos va visita?</w:t>
            </w:r>
          </w:p>
        </w:tc>
        <w:tc>
          <w:tcPr>
            <w:tcW w:w="5328" w:type="dxa"/>
            <w:shd w:val="clear" w:color="auto" w:fill="EEF6F8"/>
          </w:tcPr>
          <w:p w14:paraId="5AA1A99F" w14:textId="77777777" w:rsidR="002376F7" w:rsidRPr="00145494" w:rsidRDefault="00000000">
            <w:pPr>
              <w:rPr>
                <w:lang w:val="es-ES"/>
              </w:rPr>
            </w:pPr>
            <w:r w:rsidRPr="00145494">
              <w:rPr>
                <w:sz w:val="16"/>
                <w:lang w:val="es-ES"/>
              </w:rPr>
              <w:t>Nos va visita un nova urbe.</w:t>
            </w:r>
          </w:p>
        </w:tc>
      </w:tr>
    </w:tbl>
    <w:p w14:paraId="03FCA26E" w14:textId="77777777" w:rsidR="002376F7" w:rsidRPr="00145494" w:rsidRDefault="002376F7">
      <w:pPr>
        <w:spacing w:after="120"/>
        <w:rPr>
          <w:lang w:val="es-ES"/>
        </w:rPr>
      </w:pPr>
    </w:p>
    <w:p w14:paraId="0DF00AA4" w14:textId="77777777" w:rsidR="002376F7" w:rsidRPr="00145494" w:rsidRDefault="00000000">
      <w:pPr>
        <w:rPr>
          <w:lang w:val="es-ES"/>
        </w:rPr>
      </w:pPr>
      <w:r w:rsidRPr="00145494">
        <w:rPr>
          <w:lang w:val="es-ES"/>
        </w:rPr>
      </w:r>
    </w:p>
    <w:p w14:paraId="4CD4DD4A" w14:textId="77777777" w:rsidR="002376F7" w:rsidRDefault="00000000">
      <w:pPr>
        <w:pStyle w:val="ChapterLabel"/>
      </w:pPr>
      <w:r>
        <w:t>Chapter 24</w:t>
      </w:r>
    </w:p>
    <w:p w14:paraId="1D3A4410" w14:textId="77777777" w:rsidR="002376F7" w:rsidRDefault="00000000">
      <w:pPr>
        <w:pStyle w:val="ChapterTitle"/>
        <w:keepNext/>
      </w:pPr>
      <w:r>
        <w:t>Lord’s Prayer Recognizability Test</w:t>
      </w:r>
    </w:p>
    <w:p w14:paraId="5F51EE08" w14:textId="77777777" w:rsidR="002376F7" w:rsidRDefault="00000000">
      <w:pPr>
        <w:pStyle w:val="ChapterSubtitle"/>
      </w:pPr>
      <w:r>
        <w:t>A stress test, not the whole mission</w:t>
      </w:r>
    </w:p>
    <w:p w14:paraId="6525890A" w14:textId="77777777" w:rsidR="002376F7" w:rsidRDefault="002376F7">
      <w:pPr>
        <w:pBdr>
          <w:bottom w:val="single" w:sz="12" w:space="1" w:color="DAA520"/>
        </w:pBdr>
        <w:spacing w:after="160"/>
      </w:pPr>
    </w:p>
    <w:p w14:paraId="6C072031" w14:textId="77777777" w:rsidR="002376F7" w:rsidRDefault="00000000">
      <w:pPr>
        <w:spacing w:after="100"/>
      </w:pPr>
      <w:r>
        <w:t>This passage is included because familiar texts are useful for testing recognizability, rhythm, and clarity across languages. It is not included to define Claralinga as a religious project.</w:t>
      </w:r>
    </w:p>
    <w:tbl>
      <w:tblPr>
        <w:tblStyle w:val="TableGrid"/>
        <w:tblW w:w="0" w:type="auto"/>
        <w:jc w:val="center"/>
        <w:tblLook w:val="04A0" w:firstRow="1" w:lastRow="0" w:firstColumn="1" w:lastColumn="0" w:noHBand="0" w:noVBand="1"/>
      </w:tblPr>
      <w:tblGrid>
        <w:gridCol w:w="2304"/>
        <w:gridCol w:w="7632"/>
      </w:tblGrid>
      <w:tr w:rsidR="002376F7" w14:paraId="17B87080" w14:textId="77777777">
        <w:trPr>
          <w:tblHeader/>
          <w:jc w:val="center"/>
        </w:trPr>
        <w:tc>
          <w:tcPr>
            <w:tcW w:w="2304" w:type="dxa"/>
            <w:shd w:val="clear" w:color="auto" w:fill="163B60"/>
          </w:tcPr>
          <w:p w14:paraId="686AF6A7" w14:textId="77777777" w:rsidR="002376F7" w:rsidRDefault="00000000">
            <w:r>
              <w:rPr>
                <w:b/>
                <w:color w:val="FFFFFF"/>
                <w:sz w:val="16"/>
              </w:rPr>
              <w:t>Text / Notes</w:t>
            </w:r>
          </w:p>
        </w:tc>
        <w:tc>
          <w:tcPr>
            <w:tcW w:w="7632" w:type="dxa"/>
            <w:shd w:val="clear" w:color="auto" w:fill="163B60"/>
          </w:tcPr>
          <w:p w14:paraId="6A855270" w14:textId="77777777" w:rsidR="002376F7" w:rsidRDefault="00000000">
            <w:r>
              <w:rPr>
                <w:b/>
                <w:color w:val="FFFFFF"/>
                <w:sz w:val="16"/>
              </w:rPr>
              <w:t>Content</w:t>
            </w:r>
          </w:p>
        </w:tc>
      </w:tr>
      <w:tr w:rsidR="002376F7" w14:paraId="57A26CFB" w14:textId="77777777">
        <w:trPr>
          <w:jc w:val="center"/>
        </w:trPr>
        <w:tc>
          <w:tcPr>
            <w:tcW w:w="2304" w:type="dxa"/>
          </w:tcPr>
          <w:p w14:paraId="19C0A1DD" w14:textId="77777777" w:rsidR="002376F7" w:rsidRDefault="00000000">
            <w:r>
              <w:rPr>
                <w:sz w:val="16"/>
              </w:rPr>
              <w:t>Claralinga draft</w:t>
            </w:r>
          </w:p>
        </w:tc>
        <w:tc>
          <w:tcPr>
            <w:tcW w:w="7632" w:type="dxa"/>
          </w:tcPr>
          <w:p w14:paraId="0E0E5A14" w14:textId="77777777" w:rsidR="002376F7" w:rsidRDefault="00000000">
            <w:r w:rsidRPr="00145494">
              <w:rPr>
                <w:sz w:val="16"/>
                <w:lang w:val="es-ES"/>
              </w:rPr>
              <w:t xml:space="preserve">Nos Pater en cel, santa es tu nom. Tu regna va veni. Tu voli va es far sur terra kom en cel. Da nos hodia nos pan diaria. Pardona nos debas, kom nos pardona les ki debe a nos. </w:t>
            </w:r>
            <w:r>
              <w:rPr>
                <w:sz w:val="16"/>
              </w:rPr>
              <w:t>Ne duce nos en tenta, ma libera nos de mal. Amen.</w:t>
            </w:r>
          </w:p>
        </w:tc>
      </w:tr>
      <w:tr w:rsidR="002376F7" w14:paraId="4672199E" w14:textId="77777777">
        <w:trPr>
          <w:jc w:val="center"/>
        </w:trPr>
        <w:tc>
          <w:tcPr>
            <w:tcW w:w="2304" w:type="dxa"/>
            <w:shd w:val="clear" w:color="auto" w:fill="EEF6F8"/>
          </w:tcPr>
          <w:p w14:paraId="0D3BD079" w14:textId="77777777" w:rsidR="002376F7" w:rsidRDefault="00000000">
            <w:r>
              <w:rPr>
                <w:sz w:val="16"/>
              </w:rPr>
              <w:t>Notes</w:t>
            </w:r>
          </w:p>
        </w:tc>
        <w:tc>
          <w:tcPr>
            <w:tcW w:w="7632" w:type="dxa"/>
            <w:shd w:val="clear" w:color="auto" w:fill="EEF6F8"/>
          </w:tcPr>
          <w:p w14:paraId="4AB96C07" w14:textId="77777777" w:rsidR="002376F7" w:rsidRDefault="00000000">
            <w:r>
              <w:rPr>
                <w:sz w:val="16"/>
              </w:rPr>
              <w:t>Cel is pronounced kel. Every vowel is pronounced. The draft should continue to be tested for clarity and recognizability.</w:t>
            </w:r>
          </w:p>
        </w:tc>
      </w:tr>
    </w:tbl>
    <w:p w14:paraId="224D8A68" w14:textId="77777777" w:rsidR="002376F7" w:rsidRDefault="002376F7">
      <w:pPr>
        <w:spacing w:after="120"/>
      </w:pPr>
    </w:p>
    <w:p w14:paraId="13C3809D" w14:textId="77777777" w:rsidR="002376F7" w:rsidRDefault="00000000">
      <w:r/>
    </w:p>
    <w:p w14:paraId="4E29CFCA" w14:textId="77777777" w:rsidR="002376F7" w:rsidRDefault="00000000">
      <w:pPr>
        <w:pStyle w:val="ChapterLabel"/>
      </w:pPr>
      <w:r>
        <w:t>Chapter 25</w:t>
      </w:r>
    </w:p>
    <w:p w14:paraId="35156089" w14:textId="77777777" w:rsidR="002376F7" w:rsidRDefault="00000000">
      <w:pPr>
        <w:pStyle w:val="ChapterTitle"/>
        <w:keepNext/>
      </w:pPr>
      <w:r>
        <w:t>Exercises</w:t>
      </w:r>
    </w:p>
    <w:p w14:paraId="10252DAE" w14:textId="77777777" w:rsidR="002376F7" w:rsidRDefault="00000000">
      <w:pPr>
        <w:pStyle w:val="ChapterSubtitle"/>
      </w:pPr>
      <w:r>
        <w:t>Practice pages</w:t>
      </w:r>
    </w:p>
    <w:p w14:paraId="7D5631BE"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3312"/>
        <w:gridCol w:w="6624"/>
      </w:tblGrid>
      <w:tr w:rsidR="002376F7" w14:paraId="0A87BADB" w14:textId="77777777">
        <w:trPr>
          <w:tblHeader/>
          <w:jc w:val="center"/>
        </w:trPr>
        <w:tc>
          <w:tcPr>
            <w:tcW w:w="3312" w:type="dxa"/>
            <w:shd w:val="clear" w:color="auto" w:fill="163B60"/>
          </w:tcPr>
          <w:p w14:paraId="6EBF3570" w14:textId="77777777" w:rsidR="002376F7" w:rsidRDefault="00000000">
            <w:r>
              <w:rPr>
                <w:b/>
                <w:color w:val="FFFFFF"/>
                <w:sz w:val="16"/>
              </w:rPr>
              <w:t>Exercise Type</w:t>
            </w:r>
          </w:p>
        </w:tc>
        <w:tc>
          <w:tcPr>
            <w:tcW w:w="6624" w:type="dxa"/>
            <w:shd w:val="clear" w:color="auto" w:fill="163B60"/>
          </w:tcPr>
          <w:p w14:paraId="38720DC9" w14:textId="77777777" w:rsidR="002376F7" w:rsidRDefault="00000000">
            <w:r>
              <w:rPr>
                <w:b/>
                <w:color w:val="FFFFFF"/>
                <w:sz w:val="16"/>
              </w:rPr>
              <w:t>Prompt</w:t>
            </w:r>
          </w:p>
        </w:tc>
      </w:tr>
      <w:tr w:rsidR="002376F7" w:rsidRPr="00145494" w14:paraId="01E12D3C" w14:textId="77777777">
        <w:trPr>
          <w:jc w:val="center"/>
        </w:trPr>
        <w:tc>
          <w:tcPr>
            <w:tcW w:w="3312" w:type="dxa"/>
          </w:tcPr>
          <w:p w14:paraId="14180714" w14:textId="77777777" w:rsidR="002376F7" w:rsidRDefault="00000000">
            <w:r>
              <w:rPr>
                <w:sz w:val="16"/>
              </w:rPr>
              <w:t>Translate to English</w:t>
            </w:r>
          </w:p>
        </w:tc>
        <w:tc>
          <w:tcPr>
            <w:tcW w:w="6624" w:type="dxa"/>
          </w:tcPr>
          <w:p w14:paraId="78D4417C" w14:textId="77777777" w:rsidR="002376F7" w:rsidRPr="00145494" w:rsidRDefault="00000000">
            <w:pPr>
              <w:rPr>
                <w:lang w:val="es-ES"/>
              </w:rPr>
            </w:pPr>
            <w:r w:rsidRPr="00145494">
              <w:rPr>
                <w:sz w:val="16"/>
                <w:lang w:val="es-ES"/>
              </w:rPr>
              <w:t>Mi pa visita la grande urbe.</w:t>
            </w:r>
          </w:p>
        </w:tc>
      </w:tr>
      <w:tr w:rsidR="002376F7" w:rsidRPr="00145494" w14:paraId="5C9C5044" w14:textId="77777777">
        <w:trPr>
          <w:jc w:val="center"/>
        </w:trPr>
        <w:tc>
          <w:tcPr>
            <w:tcW w:w="3312" w:type="dxa"/>
            <w:shd w:val="clear" w:color="auto" w:fill="EEF6F8"/>
          </w:tcPr>
          <w:p w14:paraId="3690FB96" w14:textId="77777777" w:rsidR="002376F7" w:rsidRDefault="00000000">
            <w:r>
              <w:rPr>
                <w:sz w:val="16"/>
              </w:rPr>
              <w:t>Translate to English</w:t>
            </w:r>
          </w:p>
        </w:tc>
        <w:tc>
          <w:tcPr>
            <w:tcW w:w="6624" w:type="dxa"/>
            <w:shd w:val="clear" w:color="auto" w:fill="EEF6F8"/>
          </w:tcPr>
          <w:p w14:paraId="73108A73" w14:textId="77777777" w:rsidR="002376F7" w:rsidRPr="00145494" w:rsidRDefault="00000000">
            <w:pPr>
              <w:rPr>
                <w:lang w:val="es-ES"/>
              </w:rPr>
            </w:pPr>
            <w:r w:rsidRPr="00145494">
              <w:rPr>
                <w:sz w:val="16"/>
                <w:lang w:val="es-ES"/>
              </w:rPr>
              <w:t>Ku vos va aprende la nova linga?</w:t>
            </w:r>
          </w:p>
        </w:tc>
      </w:tr>
      <w:tr w:rsidR="002376F7" w14:paraId="2CFAD48C" w14:textId="77777777">
        <w:trPr>
          <w:jc w:val="center"/>
        </w:trPr>
        <w:tc>
          <w:tcPr>
            <w:tcW w:w="3312" w:type="dxa"/>
          </w:tcPr>
          <w:p w14:paraId="73C02F85" w14:textId="77777777" w:rsidR="002376F7" w:rsidRDefault="00000000">
            <w:r>
              <w:rPr>
                <w:sz w:val="16"/>
              </w:rPr>
              <w:t>Translate to English</w:t>
            </w:r>
          </w:p>
        </w:tc>
        <w:tc>
          <w:tcPr>
            <w:tcW w:w="6624" w:type="dxa"/>
          </w:tcPr>
          <w:p w14:paraId="2EEBF3F5" w14:textId="77777777" w:rsidR="002376F7" w:rsidRDefault="00000000">
            <w:r>
              <w:rPr>
                <w:sz w:val="16"/>
              </w:rPr>
              <w:t>Ela nu lege un bon libro.</w:t>
            </w:r>
          </w:p>
        </w:tc>
      </w:tr>
      <w:tr w:rsidR="002376F7" w:rsidRPr="00145494" w14:paraId="259E69E6" w14:textId="77777777">
        <w:trPr>
          <w:jc w:val="center"/>
        </w:trPr>
        <w:tc>
          <w:tcPr>
            <w:tcW w:w="3312" w:type="dxa"/>
            <w:shd w:val="clear" w:color="auto" w:fill="EEF6F8"/>
          </w:tcPr>
          <w:p w14:paraId="2DB8D0D5" w14:textId="77777777" w:rsidR="002376F7" w:rsidRDefault="00000000">
            <w:r>
              <w:rPr>
                <w:sz w:val="16"/>
              </w:rPr>
              <w:t>Translate to English</w:t>
            </w:r>
          </w:p>
        </w:tc>
        <w:tc>
          <w:tcPr>
            <w:tcW w:w="6624" w:type="dxa"/>
            <w:shd w:val="clear" w:color="auto" w:fill="EEF6F8"/>
          </w:tcPr>
          <w:p w14:paraId="26304A48" w14:textId="77777777" w:rsidR="002376F7" w:rsidRPr="00145494" w:rsidRDefault="00000000">
            <w:pPr>
              <w:rPr>
                <w:lang w:val="es-ES"/>
              </w:rPr>
            </w:pPr>
            <w:r w:rsidRPr="00145494">
              <w:rPr>
                <w:sz w:val="16"/>
                <w:lang w:val="es-ES"/>
              </w:rPr>
              <w:t>Nos ja arriva en la hotel.</w:t>
            </w:r>
          </w:p>
        </w:tc>
      </w:tr>
      <w:tr w:rsidR="002376F7" w14:paraId="7B58958A" w14:textId="77777777">
        <w:trPr>
          <w:jc w:val="center"/>
        </w:trPr>
        <w:tc>
          <w:tcPr>
            <w:tcW w:w="3312" w:type="dxa"/>
          </w:tcPr>
          <w:p w14:paraId="495169CE" w14:textId="77777777" w:rsidR="002376F7" w:rsidRDefault="00000000">
            <w:r>
              <w:rPr>
                <w:sz w:val="16"/>
              </w:rPr>
              <w:t>Translate to English</w:t>
            </w:r>
          </w:p>
        </w:tc>
        <w:tc>
          <w:tcPr>
            <w:tcW w:w="6624" w:type="dxa"/>
          </w:tcPr>
          <w:p w14:paraId="5354E817" w14:textId="77777777" w:rsidR="002376F7" w:rsidRDefault="00000000">
            <w:r>
              <w:rPr>
                <w:sz w:val="16"/>
              </w:rPr>
              <w:t>Mi ne nesesita ajuda.</w:t>
            </w:r>
          </w:p>
        </w:tc>
      </w:tr>
      <w:tr w:rsidR="002376F7" w14:paraId="2B42D43A" w14:textId="77777777">
        <w:trPr>
          <w:jc w:val="center"/>
        </w:trPr>
        <w:tc>
          <w:tcPr>
            <w:tcW w:w="3312" w:type="dxa"/>
            <w:shd w:val="clear" w:color="auto" w:fill="EEF6F8"/>
          </w:tcPr>
          <w:p w14:paraId="106DD183" w14:textId="77777777" w:rsidR="002376F7" w:rsidRDefault="00000000">
            <w:r>
              <w:rPr>
                <w:sz w:val="16"/>
              </w:rPr>
              <w:t>Translate to Claralinga</w:t>
            </w:r>
          </w:p>
        </w:tc>
        <w:tc>
          <w:tcPr>
            <w:tcW w:w="6624" w:type="dxa"/>
            <w:shd w:val="clear" w:color="auto" w:fill="EEF6F8"/>
          </w:tcPr>
          <w:p w14:paraId="600B4429" w14:textId="77777777" w:rsidR="002376F7" w:rsidRDefault="00000000">
            <w:r>
              <w:rPr>
                <w:sz w:val="16"/>
              </w:rPr>
              <w:t>I do not understand the book.</w:t>
            </w:r>
          </w:p>
        </w:tc>
      </w:tr>
      <w:tr w:rsidR="002376F7" w14:paraId="2D51A3E9" w14:textId="77777777">
        <w:trPr>
          <w:jc w:val="center"/>
        </w:trPr>
        <w:tc>
          <w:tcPr>
            <w:tcW w:w="3312" w:type="dxa"/>
          </w:tcPr>
          <w:p w14:paraId="3DD48E29" w14:textId="77777777" w:rsidR="002376F7" w:rsidRDefault="00000000">
            <w:r>
              <w:rPr>
                <w:sz w:val="16"/>
              </w:rPr>
              <w:t>Translate to Claralinga</w:t>
            </w:r>
          </w:p>
        </w:tc>
        <w:tc>
          <w:tcPr>
            <w:tcW w:w="6624" w:type="dxa"/>
          </w:tcPr>
          <w:p w14:paraId="1E5E939D" w14:textId="77777777" w:rsidR="002376F7" w:rsidRDefault="00000000">
            <w:r>
              <w:rPr>
                <w:sz w:val="16"/>
              </w:rPr>
              <w:t>We are speaking now.</w:t>
            </w:r>
          </w:p>
        </w:tc>
      </w:tr>
      <w:tr w:rsidR="002376F7" w14:paraId="2B76C1A6" w14:textId="77777777">
        <w:trPr>
          <w:jc w:val="center"/>
        </w:trPr>
        <w:tc>
          <w:tcPr>
            <w:tcW w:w="3312" w:type="dxa"/>
            <w:shd w:val="clear" w:color="auto" w:fill="EEF6F8"/>
          </w:tcPr>
          <w:p w14:paraId="3009EC20" w14:textId="77777777" w:rsidR="002376F7" w:rsidRDefault="00000000">
            <w:r>
              <w:rPr>
                <w:sz w:val="16"/>
              </w:rPr>
              <w:t>Translate to Claralinga</w:t>
            </w:r>
          </w:p>
        </w:tc>
        <w:tc>
          <w:tcPr>
            <w:tcW w:w="6624" w:type="dxa"/>
            <w:shd w:val="clear" w:color="auto" w:fill="EEF6F8"/>
          </w:tcPr>
          <w:p w14:paraId="07B4503C" w14:textId="77777777" w:rsidR="002376F7" w:rsidRDefault="00000000">
            <w:r>
              <w:rPr>
                <w:sz w:val="16"/>
              </w:rPr>
              <w:t>They will visit the city.</w:t>
            </w:r>
          </w:p>
        </w:tc>
      </w:tr>
      <w:tr w:rsidR="002376F7" w14:paraId="1BAD42FC" w14:textId="77777777">
        <w:trPr>
          <w:jc w:val="center"/>
        </w:trPr>
        <w:tc>
          <w:tcPr>
            <w:tcW w:w="3312" w:type="dxa"/>
          </w:tcPr>
          <w:p w14:paraId="05EFCB75" w14:textId="77777777" w:rsidR="002376F7" w:rsidRDefault="00000000">
            <w:r>
              <w:rPr>
                <w:sz w:val="16"/>
              </w:rPr>
              <w:t>Translate to Claralinga</w:t>
            </w:r>
          </w:p>
        </w:tc>
        <w:tc>
          <w:tcPr>
            <w:tcW w:w="6624" w:type="dxa"/>
          </w:tcPr>
          <w:p w14:paraId="5B5D0C49" w14:textId="77777777" w:rsidR="002376F7" w:rsidRDefault="00000000">
            <w:r>
              <w:rPr>
                <w:sz w:val="16"/>
              </w:rPr>
              <w:t>Please repeat slowly.</w:t>
            </w:r>
          </w:p>
        </w:tc>
      </w:tr>
      <w:tr w:rsidR="002376F7" w14:paraId="003A88DC" w14:textId="77777777">
        <w:trPr>
          <w:jc w:val="center"/>
        </w:trPr>
        <w:tc>
          <w:tcPr>
            <w:tcW w:w="3312" w:type="dxa"/>
            <w:shd w:val="clear" w:color="auto" w:fill="EEF6F8"/>
          </w:tcPr>
          <w:p w14:paraId="60EF77B1" w14:textId="77777777" w:rsidR="002376F7" w:rsidRDefault="00000000">
            <w:r>
              <w:rPr>
                <w:sz w:val="16"/>
              </w:rPr>
              <w:t>Translate to Claralinga</w:t>
            </w:r>
          </w:p>
        </w:tc>
        <w:tc>
          <w:tcPr>
            <w:tcW w:w="6624" w:type="dxa"/>
            <w:shd w:val="clear" w:color="auto" w:fill="EEF6F8"/>
          </w:tcPr>
          <w:p w14:paraId="5DCF9957" w14:textId="77777777" w:rsidR="002376F7" w:rsidRDefault="00000000">
            <w:r>
              <w:rPr>
                <w:sz w:val="16"/>
              </w:rPr>
              <w:t>My house is here.</w:t>
            </w:r>
          </w:p>
        </w:tc>
      </w:tr>
      <w:tr w:rsidR="002376F7" w:rsidRPr="00145494" w14:paraId="75A9509E" w14:textId="77777777">
        <w:trPr>
          <w:jc w:val="center"/>
        </w:trPr>
        <w:tc>
          <w:tcPr>
            <w:tcW w:w="3312" w:type="dxa"/>
          </w:tcPr>
          <w:p w14:paraId="60A102C3" w14:textId="77777777" w:rsidR="002376F7" w:rsidRDefault="00000000">
            <w:r>
              <w:rPr>
                <w:sz w:val="16"/>
              </w:rPr>
              <w:t>Add the marker</w:t>
            </w:r>
          </w:p>
        </w:tc>
        <w:tc>
          <w:tcPr>
            <w:tcW w:w="6624" w:type="dxa"/>
          </w:tcPr>
          <w:p w14:paraId="1BF3DE71" w14:textId="77777777" w:rsidR="002376F7" w:rsidRPr="00145494" w:rsidRDefault="00000000">
            <w:pPr>
              <w:rPr>
                <w:lang w:val="fr-FR"/>
              </w:rPr>
            </w:pPr>
            <w:r w:rsidRPr="00145494">
              <w:rPr>
                <w:sz w:val="16"/>
                <w:lang w:val="fr-FR"/>
              </w:rPr>
              <w:t>Mi ___ vide la sol. (past)</w:t>
            </w:r>
          </w:p>
        </w:tc>
      </w:tr>
      <w:tr w:rsidR="002376F7" w14:paraId="62A1B3F3" w14:textId="77777777">
        <w:trPr>
          <w:jc w:val="center"/>
        </w:trPr>
        <w:tc>
          <w:tcPr>
            <w:tcW w:w="3312" w:type="dxa"/>
            <w:shd w:val="clear" w:color="auto" w:fill="EEF6F8"/>
          </w:tcPr>
          <w:p w14:paraId="7B86A6BF" w14:textId="77777777" w:rsidR="002376F7" w:rsidRDefault="00000000">
            <w:r>
              <w:rPr>
                <w:sz w:val="16"/>
              </w:rPr>
              <w:t>Add the marker</w:t>
            </w:r>
          </w:p>
        </w:tc>
        <w:tc>
          <w:tcPr>
            <w:tcW w:w="6624" w:type="dxa"/>
            <w:shd w:val="clear" w:color="auto" w:fill="EEF6F8"/>
          </w:tcPr>
          <w:p w14:paraId="77B7D635" w14:textId="77777777" w:rsidR="002376F7" w:rsidRDefault="00000000">
            <w:r>
              <w:rPr>
                <w:sz w:val="16"/>
              </w:rPr>
              <w:t>Nos ___ aprende. (future)</w:t>
            </w:r>
          </w:p>
        </w:tc>
      </w:tr>
      <w:tr w:rsidR="002376F7" w14:paraId="62014717" w14:textId="77777777">
        <w:trPr>
          <w:jc w:val="center"/>
        </w:trPr>
        <w:tc>
          <w:tcPr>
            <w:tcW w:w="3312" w:type="dxa"/>
          </w:tcPr>
          <w:p w14:paraId="7081657D" w14:textId="77777777" w:rsidR="002376F7" w:rsidRDefault="00000000">
            <w:r>
              <w:rPr>
                <w:sz w:val="16"/>
              </w:rPr>
              <w:t>Make it a yes/no question</w:t>
            </w:r>
          </w:p>
        </w:tc>
        <w:tc>
          <w:tcPr>
            <w:tcW w:w="6624" w:type="dxa"/>
          </w:tcPr>
          <w:p w14:paraId="2F1F620D" w14:textId="77777777" w:rsidR="002376F7" w:rsidRDefault="00000000">
            <w:r>
              <w:rPr>
                <w:sz w:val="16"/>
              </w:rPr>
              <w:t>Tu komprende Claralinga.</w:t>
            </w:r>
          </w:p>
        </w:tc>
      </w:tr>
      <w:tr w:rsidR="002376F7" w14:paraId="37D12740" w14:textId="77777777">
        <w:trPr>
          <w:jc w:val="center"/>
        </w:trPr>
        <w:tc>
          <w:tcPr>
            <w:tcW w:w="3312" w:type="dxa"/>
            <w:shd w:val="clear" w:color="auto" w:fill="EEF6F8"/>
          </w:tcPr>
          <w:p w14:paraId="66112A4D" w14:textId="77777777" w:rsidR="002376F7" w:rsidRDefault="00000000">
            <w:r>
              <w:rPr>
                <w:sz w:val="16"/>
              </w:rPr>
              <w:t>Choose the clear word</w:t>
            </w:r>
          </w:p>
        </w:tc>
        <w:tc>
          <w:tcPr>
            <w:tcW w:w="6624" w:type="dxa"/>
            <w:shd w:val="clear" w:color="auto" w:fill="EEF6F8"/>
          </w:tcPr>
          <w:p w14:paraId="3B90A9DC" w14:textId="77777777" w:rsidR="002376F7" w:rsidRDefault="00000000">
            <w:r>
              <w:rPr>
                <w:sz w:val="16"/>
              </w:rPr>
              <w:t>Use real or actuel for “real”?</w:t>
            </w:r>
          </w:p>
        </w:tc>
      </w:tr>
      <w:tr w:rsidR="002376F7" w:rsidRPr="00145494" w14:paraId="7C0FCB95" w14:textId="77777777">
        <w:trPr>
          <w:jc w:val="center"/>
        </w:trPr>
        <w:tc>
          <w:tcPr>
            <w:tcW w:w="3312" w:type="dxa"/>
          </w:tcPr>
          <w:p w14:paraId="6DDBA348" w14:textId="77777777" w:rsidR="002376F7" w:rsidRDefault="00000000">
            <w:r>
              <w:rPr>
                <w:sz w:val="16"/>
              </w:rPr>
              <w:t>Build a sentence</w:t>
            </w:r>
          </w:p>
        </w:tc>
        <w:tc>
          <w:tcPr>
            <w:tcW w:w="6624" w:type="dxa"/>
          </w:tcPr>
          <w:p w14:paraId="1E13E39D" w14:textId="77777777" w:rsidR="002376F7" w:rsidRPr="00145494" w:rsidRDefault="00000000">
            <w:pPr>
              <w:rPr>
                <w:lang w:val="es-ES"/>
              </w:rPr>
            </w:pPr>
            <w:r w:rsidRPr="00145494">
              <w:rPr>
                <w:sz w:val="16"/>
                <w:lang w:val="es-ES"/>
              </w:rPr>
              <w:t>nos / va / krea / un / simple / guia</w:t>
            </w:r>
          </w:p>
        </w:tc>
      </w:tr>
    </w:tbl>
    <w:p w14:paraId="05021343" w14:textId="77777777" w:rsidR="002376F7" w:rsidRPr="00145494" w:rsidRDefault="002376F7">
      <w:pPr>
        <w:spacing w:after="120"/>
        <w:rPr>
          <w:lang w:val="es-ES"/>
        </w:rPr>
      </w:pPr>
    </w:p>
    <w:p w14:paraId="3BA995D5" w14:textId="77777777" w:rsidR="002376F7" w:rsidRDefault="00000000">
      <w:pPr>
        <w:pStyle w:val="Heading2"/>
      </w:pPr>
      <w:r>
        <w:t>Extra Practice</w:t>
      </w:r>
    </w:p>
    <w:tbl>
      <w:tblPr>
        <w:tblStyle w:val="TableGrid"/>
        <w:tblW w:w="0" w:type="auto"/>
        <w:jc w:val="center"/>
        <w:tblLook w:val="04A0" w:firstRow="1" w:lastRow="0" w:firstColumn="1" w:lastColumn="0" w:noHBand="0" w:noVBand="1"/>
      </w:tblPr>
      <w:tblGrid>
        <w:gridCol w:w="4608"/>
        <w:gridCol w:w="5328"/>
      </w:tblGrid>
      <w:tr w:rsidR="002376F7" w14:paraId="19E51335" w14:textId="77777777">
        <w:trPr>
          <w:tblHeader/>
          <w:jc w:val="center"/>
        </w:trPr>
        <w:tc>
          <w:tcPr>
            <w:tcW w:w="4608" w:type="dxa"/>
            <w:shd w:val="clear" w:color="auto" w:fill="163B60"/>
          </w:tcPr>
          <w:p w14:paraId="73E5D176" w14:textId="77777777" w:rsidR="002376F7" w:rsidRDefault="00000000">
            <w:r>
              <w:rPr>
                <w:b/>
                <w:color w:val="FFFFFF"/>
                <w:sz w:val="16"/>
              </w:rPr>
              <w:t>Task</w:t>
            </w:r>
          </w:p>
        </w:tc>
        <w:tc>
          <w:tcPr>
            <w:tcW w:w="5328" w:type="dxa"/>
            <w:shd w:val="clear" w:color="auto" w:fill="163B60"/>
          </w:tcPr>
          <w:p w14:paraId="52A187D7" w14:textId="77777777" w:rsidR="002376F7" w:rsidRDefault="00000000">
            <w:r>
              <w:rPr>
                <w:b/>
                <w:color w:val="FFFFFF"/>
                <w:sz w:val="16"/>
              </w:rPr>
              <w:t>Write Your Answer</w:t>
            </w:r>
          </w:p>
        </w:tc>
      </w:tr>
      <w:tr w:rsidR="002376F7" w14:paraId="5CF921F7" w14:textId="77777777">
        <w:trPr>
          <w:jc w:val="center"/>
        </w:trPr>
        <w:tc>
          <w:tcPr>
            <w:tcW w:w="4608" w:type="dxa"/>
          </w:tcPr>
          <w:p w14:paraId="041E9267" w14:textId="77777777" w:rsidR="002376F7" w:rsidRDefault="00000000">
            <w:r>
              <w:rPr>
                <w:sz w:val="16"/>
              </w:rPr>
              <w:t>Introduce yourself en two sentences</w:t>
            </w:r>
          </w:p>
        </w:tc>
        <w:tc>
          <w:tcPr>
            <w:tcW w:w="5328" w:type="dxa"/>
          </w:tcPr>
          <w:p w14:paraId="23E32B19" w14:textId="77777777" w:rsidR="002376F7" w:rsidRDefault="002376F7"/>
        </w:tc>
      </w:tr>
      <w:tr w:rsidR="002376F7" w14:paraId="3BE7E7CD" w14:textId="77777777">
        <w:trPr>
          <w:jc w:val="center"/>
        </w:trPr>
        <w:tc>
          <w:tcPr>
            <w:tcW w:w="4608" w:type="dxa"/>
            <w:shd w:val="clear" w:color="auto" w:fill="EEF6F8"/>
          </w:tcPr>
          <w:p w14:paraId="5C98F04C" w14:textId="77777777" w:rsidR="002376F7" w:rsidRDefault="00000000">
            <w:r>
              <w:rPr>
                <w:sz w:val="16"/>
              </w:rPr>
              <w:t>Ask where the hotel is</w:t>
            </w:r>
          </w:p>
        </w:tc>
        <w:tc>
          <w:tcPr>
            <w:tcW w:w="5328" w:type="dxa"/>
            <w:shd w:val="clear" w:color="auto" w:fill="EEF6F8"/>
          </w:tcPr>
          <w:p w14:paraId="72477F34" w14:textId="77777777" w:rsidR="002376F7" w:rsidRDefault="002376F7"/>
        </w:tc>
      </w:tr>
      <w:tr w:rsidR="002376F7" w14:paraId="6ABBBAED" w14:textId="77777777">
        <w:trPr>
          <w:jc w:val="center"/>
        </w:trPr>
        <w:tc>
          <w:tcPr>
            <w:tcW w:w="4608" w:type="dxa"/>
          </w:tcPr>
          <w:p w14:paraId="4AB46B54" w14:textId="77777777" w:rsidR="002376F7" w:rsidRDefault="00000000">
            <w:r>
              <w:rPr>
                <w:sz w:val="16"/>
              </w:rPr>
              <w:t>Say you need water</w:t>
            </w:r>
          </w:p>
        </w:tc>
        <w:tc>
          <w:tcPr>
            <w:tcW w:w="5328" w:type="dxa"/>
          </w:tcPr>
          <w:p w14:paraId="068656C7" w14:textId="77777777" w:rsidR="002376F7" w:rsidRDefault="002376F7"/>
        </w:tc>
      </w:tr>
      <w:tr w:rsidR="002376F7" w14:paraId="2EFBFE86" w14:textId="77777777">
        <w:trPr>
          <w:jc w:val="center"/>
        </w:trPr>
        <w:tc>
          <w:tcPr>
            <w:tcW w:w="4608" w:type="dxa"/>
            <w:shd w:val="clear" w:color="auto" w:fill="EEF6F8"/>
          </w:tcPr>
          <w:p w14:paraId="3EFEFD80" w14:textId="77777777" w:rsidR="002376F7" w:rsidRDefault="00000000">
            <w:r>
              <w:rPr>
                <w:sz w:val="16"/>
              </w:rPr>
              <w:t>Say you visited the city yesterday</w:t>
            </w:r>
          </w:p>
        </w:tc>
        <w:tc>
          <w:tcPr>
            <w:tcW w:w="5328" w:type="dxa"/>
            <w:shd w:val="clear" w:color="auto" w:fill="EEF6F8"/>
          </w:tcPr>
          <w:p w14:paraId="574FE473" w14:textId="77777777" w:rsidR="002376F7" w:rsidRDefault="002376F7"/>
        </w:tc>
      </w:tr>
      <w:tr w:rsidR="002376F7" w14:paraId="1D01A443" w14:textId="77777777">
        <w:trPr>
          <w:jc w:val="center"/>
        </w:trPr>
        <w:tc>
          <w:tcPr>
            <w:tcW w:w="4608" w:type="dxa"/>
          </w:tcPr>
          <w:p w14:paraId="14601FFE" w14:textId="77777777" w:rsidR="002376F7" w:rsidRDefault="00000000">
            <w:r>
              <w:rPr>
                <w:sz w:val="16"/>
              </w:rPr>
              <w:t>Say you will learn tomorrow</w:t>
            </w:r>
          </w:p>
        </w:tc>
        <w:tc>
          <w:tcPr>
            <w:tcW w:w="5328" w:type="dxa"/>
          </w:tcPr>
          <w:p w14:paraId="46B8076C" w14:textId="77777777" w:rsidR="002376F7" w:rsidRDefault="002376F7"/>
        </w:tc>
      </w:tr>
      <w:tr w:rsidR="002376F7" w14:paraId="5AF0A3C4" w14:textId="77777777">
        <w:trPr>
          <w:jc w:val="center"/>
        </w:trPr>
        <w:tc>
          <w:tcPr>
            <w:tcW w:w="4608" w:type="dxa"/>
            <w:shd w:val="clear" w:color="auto" w:fill="EEF6F8"/>
          </w:tcPr>
          <w:p w14:paraId="630752A3" w14:textId="77777777" w:rsidR="002376F7" w:rsidRDefault="00000000">
            <w:r>
              <w:rPr>
                <w:sz w:val="16"/>
              </w:rPr>
              <w:t>Describe a good book</w:t>
            </w:r>
          </w:p>
        </w:tc>
        <w:tc>
          <w:tcPr>
            <w:tcW w:w="5328" w:type="dxa"/>
            <w:shd w:val="clear" w:color="auto" w:fill="EEF6F8"/>
          </w:tcPr>
          <w:p w14:paraId="2AFA2F2D" w14:textId="77777777" w:rsidR="002376F7" w:rsidRDefault="002376F7"/>
        </w:tc>
      </w:tr>
    </w:tbl>
    <w:p w14:paraId="5CC78EE9" w14:textId="77777777" w:rsidR="002376F7" w:rsidRDefault="002376F7">
      <w:pPr>
        <w:spacing w:after="120"/>
      </w:pPr>
    </w:p>
    <w:p w14:paraId="6EC27262" w14:textId="77777777" w:rsidR="002376F7" w:rsidRDefault="00000000">
      <w:r/>
    </w:p>
    <w:p w14:paraId="34AB0F77" w14:textId="77777777" w:rsidR="002376F7" w:rsidRDefault="00000000">
      <w:pPr>
        <w:pStyle w:val="ChapterLabel"/>
      </w:pPr>
      <w:r>
        <w:t>Chapter 26</w:t>
      </w:r>
    </w:p>
    <w:p w14:paraId="217D176F" w14:textId="77777777" w:rsidR="002376F7" w:rsidRDefault="00000000">
      <w:pPr>
        <w:pStyle w:val="ChapterTitle"/>
        <w:keepNext/>
      </w:pPr>
      <w:r>
        <w:t>Answer Key</w:t>
      </w:r>
    </w:p>
    <w:p w14:paraId="56F8B093" w14:textId="77777777" w:rsidR="002376F7" w:rsidRDefault="00000000">
      <w:pPr>
        <w:pStyle w:val="ChapterSubtitle"/>
      </w:pPr>
      <w:r>
        <w:t>Check your work</w:t>
      </w:r>
    </w:p>
    <w:p w14:paraId="1D9ADA89"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864"/>
        <w:gridCol w:w="9072"/>
      </w:tblGrid>
      <w:tr w:rsidR="002376F7" w14:paraId="54BC9AF4" w14:textId="77777777">
        <w:trPr>
          <w:tblHeader/>
          <w:jc w:val="center"/>
        </w:trPr>
        <w:tc>
          <w:tcPr>
            <w:tcW w:w="864" w:type="dxa"/>
            <w:shd w:val="clear" w:color="auto" w:fill="163B60"/>
          </w:tcPr>
          <w:p w14:paraId="58BE7928" w14:textId="77777777" w:rsidR="002376F7" w:rsidRDefault="00000000">
            <w:r>
              <w:rPr>
                <w:b/>
                <w:color w:val="FFFFFF"/>
                <w:sz w:val="16"/>
              </w:rPr>
              <w:t>#</w:t>
            </w:r>
          </w:p>
        </w:tc>
        <w:tc>
          <w:tcPr>
            <w:tcW w:w="9072" w:type="dxa"/>
            <w:shd w:val="clear" w:color="auto" w:fill="163B60"/>
          </w:tcPr>
          <w:p w14:paraId="1E3AE700" w14:textId="77777777" w:rsidR="002376F7" w:rsidRDefault="00000000">
            <w:r>
              <w:rPr>
                <w:b/>
                <w:color w:val="FFFFFF"/>
                <w:sz w:val="16"/>
              </w:rPr>
              <w:t>Answer</w:t>
            </w:r>
          </w:p>
        </w:tc>
      </w:tr>
      <w:tr w:rsidR="002376F7" w14:paraId="1536EA75" w14:textId="77777777">
        <w:trPr>
          <w:jc w:val="center"/>
        </w:trPr>
        <w:tc>
          <w:tcPr>
            <w:tcW w:w="864" w:type="dxa"/>
          </w:tcPr>
          <w:p w14:paraId="62916612" w14:textId="77777777" w:rsidR="002376F7" w:rsidRDefault="00000000">
            <w:r>
              <w:rPr>
                <w:sz w:val="16"/>
              </w:rPr>
              <w:t>1</w:t>
            </w:r>
          </w:p>
        </w:tc>
        <w:tc>
          <w:tcPr>
            <w:tcW w:w="9072" w:type="dxa"/>
          </w:tcPr>
          <w:p w14:paraId="7F059BCC" w14:textId="77777777" w:rsidR="002376F7" w:rsidRDefault="00000000">
            <w:r>
              <w:rPr>
                <w:sz w:val="16"/>
              </w:rPr>
              <w:t>I visited the big city.</w:t>
            </w:r>
          </w:p>
        </w:tc>
      </w:tr>
      <w:tr w:rsidR="002376F7" w14:paraId="15DAC4CB" w14:textId="77777777">
        <w:trPr>
          <w:jc w:val="center"/>
        </w:trPr>
        <w:tc>
          <w:tcPr>
            <w:tcW w:w="864" w:type="dxa"/>
            <w:shd w:val="clear" w:color="auto" w:fill="EEF6F8"/>
          </w:tcPr>
          <w:p w14:paraId="76CD3C07" w14:textId="77777777" w:rsidR="002376F7" w:rsidRDefault="00000000">
            <w:r>
              <w:rPr>
                <w:sz w:val="16"/>
              </w:rPr>
              <w:t>2</w:t>
            </w:r>
          </w:p>
        </w:tc>
        <w:tc>
          <w:tcPr>
            <w:tcW w:w="9072" w:type="dxa"/>
            <w:shd w:val="clear" w:color="auto" w:fill="EEF6F8"/>
          </w:tcPr>
          <w:p w14:paraId="3A84DB38" w14:textId="77777777" w:rsidR="002376F7" w:rsidRDefault="00000000">
            <w:r>
              <w:rPr>
                <w:sz w:val="16"/>
              </w:rPr>
              <w:t>Will you all learn the new language?</w:t>
            </w:r>
          </w:p>
        </w:tc>
      </w:tr>
      <w:tr w:rsidR="002376F7" w14:paraId="1419DED0" w14:textId="77777777">
        <w:trPr>
          <w:jc w:val="center"/>
        </w:trPr>
        <w:tc>
          <w:tcPr>
            <w:tcW w:w="864" w:type="dxa"/>
          </w:tcPr>
          <w:p w14:paraId="04BC643C" w14:textId="77777777" w:rsidR="002376F7" w:rsidRDefault="00000000">
            <w:r>
              <w:rPr>
                <w:sz w:val="16"/>
              </w:rPr>
              <w:t>3</w:t>
            </w:r>
          </w:p>
        </w:tc>
        <w:tc>
          <w:tcPr>
            <w:tcW w:w="9072" w:type="dxa"/>
          </w:tcPr>
          <w:p w14:paraId="4A5E0606" w14:textId="77777777" w:rsidR="002376F7" w:rsidRDefault="00000000">
            <w:r>
              <w:rPr>
                <w:sz w:val="16"/>
              </w:rPr>
              <w:t>She is reading a good book.</w:t>
            </w:r>
          </w:p>
        </w:tc>
      </w:tr>
      <w:tr w:rsidR="002376F7" w14:paraId="493E3089" w14:textId="77777777">
        <w:trPr>
          <w:jc w:val="center"/>
        </w:trPr>
        <w:tc>
          <w:tcPr>
            <w:tcW w:w="864" w:type="dxa"/>
            <w:shd w:val="clear" w:color="auto" w:fill="EEF6F8"/>
          </w:tcPr>
          <w:p w14:paraId="3F8581BE" w14:textId="77777777" w:rsidR="002376F7" w:rsidRDefault="00000000">
            <w:r>
              <w:rPr>
                <w:sz w:val="16"/>
              </w:rPr>
              <w:t>4</w:t>
            </w:r>
          </w:p>
        </w:tc>
        <w:tc>
          <w:tcPr>
            <w:tcW w:w="9072" w:type="dxa"/>
            <w:shd w:val="clear" w:color="auto" w:fill="EEF6F8"/>
          </w:tcPr>
          <w:p w14:paraId="7FCF27FE" w14:textId="77777777" w:rsidR="002376F7" w:rsidRDefault="00000000">
            <w:r>
              <w:rPr>
                <w:sz w:val="16"/>
              </w:rPr>
              <w:t>We have already arrived at the hotel.</w:t>
            </w:r>
          </w:p>
        </w:tc>
      </w:tr>
      <w:tr w:rsidR="002376F7" w14:paraId="2D2A6145" w14:textId="77777777">
        <w:trPr>
          <w:jc w:val="center"/>
        </w:trPr>
        <w:tc>
          <w:tcPr>
            <w:tcW w:w="864" w:type="dxa"/>
          </w:tcPr>
          <w:p w14:paraId="71D8DBF2" w14:textId="77777777" w:rsidR="002376F7" w:rsidRDefault="00000000">
            <w:r>
              <w:rPr>
                <w:sz w:val="16"/>
              </w:rPr>
              <w:t>5</w:t>
            </w:r>
          </w:p>
        </w:tc>
        <w:tc>
          <w:tcPr>
            <w:tcW w:w="9072" w:type="dxa"/>
          </w:tcPr>
          <w:p w14:paraId="277ACD80" w14:textId="77777777" w:rsidR="002376F7" w:rsidRDefault="00000000">
            <w:r>
              <w:rPr>
                <w:sz w:val="16"/>
              </w:rPr>
              <w:t>I do not need help.</w:t>
            </w:r>
          </w:p>
        </w:tc>
      </w:tr>
      <w:tr w:rsidR="002376F7" w14:paraId="182CA385" w14:textId="77777777">
        <w:trPr>
          <w:jc w:val="center"/>
        </w:trPr>
        <w:tc>
          <w:tcPr>
            <w:tcW w:w="864" w:type="dxa"/>
            <w:shd w:val="clear" w:color="auto" w:fill="EEF6F8"/>
          </w:tcPr>
          <w:p w14:paraId="4DE26FA1" w14:textId="77777777" w:rsidR="002376F7" w:rsidRDefault="00000000">
            <w:r>
              <w:rPr>
                <w:sz w:val="16"/>
              </w:rPr>
              <w:t>6</w:t>
            </w:r>
          </w:p>
        </w:tc>
        <w:tc>
          <w:tcPr>
            <w:tcW w:w="9072" w:type="dxa"/>
            <w:shd w:val="clear" w:color="auto" w:fill="EEF6F8"/>
          </w:tcPr>
          <w:p w14:paraId="02E14BFC" w14:textId="77777777" w:rsidR="002376F7" w:rsidRDefault="00000000">
            <w:r>
              <w:rPr>
                <w:sz w:val="16"/>
              </w:rPr>
              <w:t>Mi ne komprende la libro.</w:t>
            </w:r>
          </w:p>
        </w:tc>
      </w:tr>
      <w:tr w:rsidR="002376F7" w14:paraId="61048FEE" w14:textId="77777777">
        <w:trPr>
          <w:jc w:val="center"/>
        </w:trPr>
        <w:tc>
          <w:tcPr>
            <w:tcW w:w="864" w:type="dxa"/>
          </w:tcPr>
          <w:p w14:paraId="0389D5CD" w14:textId="77777777" w:rsidR="002376F7" w:rsidRDefault="00000000">
            <w:r>
              <w:rPr>
                <w:sz w:val="16"/>
              </w:rPr>
              <w:t>7</w:t>
            </w:r>
          </w:p>
        </w:tc>
        <w:tc>
          <w:tcPr>
            <w:tcW w:w="9072" w:type="dxa"/>
          </w:tcPr>
          <w:p w14:paraId="59DBD198" w14:textId="77777777" w:rsidR="002376F7" w:rsidRDefault="00000000">
            <w:r>
              <w:rPr>
                <w:sz w:val="16"/>
              </w:rPr>
              <w:t>Nos nu parla.</w:t>
            </w:r>
          </w:p>
        </w:tc>
      </w:tr>
      <w:tr w:rsidR="002376F7" w14:paraId="67108EF6" w14:textId="77777777">
        <w:trPr>
          <w:jc w:val="center"/>
        </w:trPr>
        <w:tc>
          <w:tcPr>
            <w:tcW w:w="864" w:type="dxa"/>
            <w:shd w:val="clear" w:color="auto" w:fill="EEF6F8"/>
          </w:tcPr>
          <w:p w14:paraId="071283E4" w14:textId="77777777" w:rsidR="002376F7" w:rsidRDefault="00000000">
            <w:r>
              <w:rPr>
                <w:sz w:val="16"/>
              </w:rPr>
              <w:t>8</w:t>
            </w:r>
          </w:p>
        </w:tc>
        <w:tc>
          <w:tcPr>
            <w:tcW w:w="9072" w:type="dxa"/>
            <w:shd w:val="clear" w:color="auto" w:fill="EEF6F8"/>
          </w:tcPr>
          <w:p w14:paraId="6C5A80EA" w14:textId="77777777" w:rsidR="002376F7" w:rsidRDefault="00000000">
            <w:r>
              <w:rPr>
                <w:sz w:val="16"/>
              </w:rPr>
              <w:t>Les va visita la urbe.</w:t>
            </w:r>
          </w:p>
        </w:tc>
      </w:tr>
      <w:tr w:rsidR="002376F7" w14:paraId="0DC94578" w14:textId="77777777">
        <w:trPr>
          <w:jc w:val="center"/>
        </w:trPr>
        <w:tc>
          <w:tcPr>
            <w:tcW w:w="864" w:type="dxa"/>
          </w:tcPr>
          <w:p w14:paraId="01495A3F" w14:textId="77777777" w:rsidR="002376F7" w:rsidRDefault="00000000">
            <w:r>
              <w:rPr>
                <w:sz w:val="16"/>
              </w:rPr>
              <w:t>9</w:t>
            </w:r>
          </w:p>
        </w:tc>
        <w:tc>
          <w:tcPr>
            <w:tcW w:w="9072" w:type="dxa"/>
          </w:tcPr>
          <w:p w14:paraId="7617E56C" w14:textId="77777777" w:rsidR="002376F7" w:rsidRDefault="00000000">
            <w:r>
              <w:rPr>
                <w:sz w:val="16"/>
              </w:rPr>
              <w:t>Plez repete lenta.</w:t>
            </w:r>
          </w:p>
        </w:tc>
      </w:tr>
      <w:tr w:rsidR="002376F7" w14:paraId="4C14F1D8" w14:textId="77777777">
        <w:trPr>
          <w:jc w:val="center"/>
        </w:trPr>
        <w:tc>
          <w:tcPr>
            <w:tcW w:w="864" w:type="dxa"/>
            <w:shd w:val="clear" w:color="auto" w:fill="EEF6F8"/>
          </w:tcPr>
          <w:p w14:paraId="7D7AB487" w14:textId="77777777" w:rsidR="002376F7" w:rsidRDefault="00000000">
            <w:r>
              <w:rPr>
                <w:sz w:val="16"/>
              </w:rPr>
              <w:t>10</w:t>
            </w:r>
          </w:p>
        </w:tc>
        <w:tc>
          <w:tcPr>
            <w:tcW w:w="9072" w:type="dxa"/>
            <w:shd w:val="clear" w:color="auto" w:fill="EEF6F8"/>
          </w:tcPr>
          <w:p w14:paraId="676C9820" w14:textId="77777777" w:rsidR="002376F7" w:rsidRDefault="00000000">
            <w:r>
              <w:rPr>
                <w:sz w:val="16"/>
              </w:rPr>
              <w:t>Mi kasa es ici.</w:t>
            </w:r>
          </w:p>
        </w:tc>
      </w:tr>
      <w:tr w:rsidR="002376F7" w:rsidRPr="00145494" w14:paraId="3DC4BE14" w14:textId="77777777">
        <w:trPr>
          <w:jc w:val="center"/>
        </w:trPr>
        <w:tc>
          <w:tcPr>
            <w:tcW w:w="864" w:type="dxa"/>
          </w:tcPr>
          <w:p w14:paraId="5A8ECCB9" w14:textId="77777777" w:rsidR="002376F7" w:rsidRDefault="00000000">
            <w:r>
              <w:rPr>
                <w:sz w:val="16"/>
              </w:rPr>
              <w:t>11</w:t>
            </w:r>
          </w:p>
        </w:tc>
        <w:tc>
          <w:tcPr>
            <w:tcW w:w="9072" w:type="dxa"/>
          </w:tcPr>
          <w:p w14:paraId="3350CC92" w14:textId="77777777" w:rsidR="002376F7" w:rsidRPr="00145494" w:rsidRDefault="00000000">
            <w:pPr>
              <w:rPr>
                <w:lang w:val="fr-FR"/>
              </w:rPr>
            </w:pPr>
            <w:r w:rsidRPr="00145494">
              <w:rPr>
                <w:sz w:val="16"/>
                <w:lang w:val="fr-FR"/>
              </w:rPr>
              <w:t>Mi pa vide la sol.</w:t>
            </w:r>
          </w:p>
        </w:tc>
      </w:tr>
      <w:tr w:rsidR="002376F7" w14:paraId="36AC82E1" w14:textId="77777777">
        <w:trPr>
          <w:jc w:val="center"/>
        </w:trPr>
        <w:tc>
          <w:tcPr>
            <w:tcW w:w="864" w:type="dxa"/>
            <w:shd w:val="clear" w:color="auto" w:fill="EEF6F8"/>
          </w:tcPr>
          <w:p w14:paraId="3FBCD238" w14:textId="77777777" w:rsidR="002376F7" w:rsidRDefault="00000000">
            <w:r>
              <w:rPr>
                <w:sz w:val="16"/>
              </w:rPr>
              <w:t>12</w:t>
            </w:r>
          </w:p>
        </w:tc>
        <w:tc>
          <w:tcPr>
            <w:tcW w:w="9072" w:type="dxa"/>
            <w:shd w:val="clear" w:color="auto" w:fill="EEF6F8"/>
          </w:tcPr>
          <w:p w14:paraId="49D976B9" w14:textId="77777777" w:rsidR="002376F7" w:rsidRDefault="00000000">
            <w:r>
              <w:rPr>
                <w:sz w:val="16"/>
              </w:rPr>
              <w:t>Nos va aprende.</w:t>
            </w:r>
          </w:p>
        </w:tc>
      </w:tr>
      <w:tr w:rsidR="002376F7" w14:paraId="6DB36117" w14:textId="77777777">
        <w:trPr>
          <w:jc w:val="center"/>
        </w:trPr>
        <w:tc>
          <w:tcPr>
            <w:tcW w:w="864" w:type="dxa"/>
          </w:tcPr>
          <w:p w14:paraId="1325CC41" w14:textId="77777777" w:rsidR="002376F7" w:rsidRDefault="00000000">
            <w:r>
              <w:rPr>
                <w:sz w:val="16"/>
              </w:rPr>
              <w:t>13</w:t>
            </w:r>
          </w:p>
        </w:tc>
        <w:tc>
          <w:tcPr>
            <w:tcW w:w="9072" w:type="dxa"/>
          </w:tcPr>
          <w:p w14:paraId="2C199D46" w14:textId="77777777" w:rsidR="002376F7" w:rsidRDefault="00000000">
            <w:r>
              <w:rPr>
                <w:sz w:val="16"/>
              </w:rPr>
              <w:t>Ku tu komprende Claralinga?</w:t>
            </w:r>
          </w:p>
        </w:tc>
      </w:tr>
      <w:tr w:rsidR="002376F7" w14:paraId="570D570C" w14:textId="77777777">
        <w:trPr>
          <w:jc w:val="center"/>
        </w:trPr>
        <w:tc>
          <w:tcPr>
            <w:tcW w:w="864" w:type="dxa"/>
            <w:shd w:val="clear" w:color="auto" w:fill="EEF6F8"/>
          </w:tcPr>
          <w:p w14:paraId="15A0A752" w14:textId="77777777" w:rsidR="002376F7" w:rsidRDefault="00000000">
            <w:r>
              <w:rPr>
                <w:sz w:val="16"/>
              </w:rPr>
              <w:t>14</w:t>
            </w:r>
          </w:p>
        </w:tc>
        <w:tc>
          <w:tcPr>
            <w:tcW w:w="9072" w:type="dxa"/>
            <w:shd w:val="clear" w:color="auto" w:fill="EEF6F8"/>
          </w:tcPr>
          <w:p w14:paraId="4F3FA0EC" w14:textId="77777777" w:rsidR="002376F7" w:rsidRDefault="00000000">
            <w:r>
              <w:rPr>
                <w:sz w:val="16"/>
              </w:rPr>
              <w:t>real</w:t>
            </w:r>
          </w:p>
        </w:tc>
      </w:tr>
      <w:tr w:rsidR="002376F7" w:rsidRPr="00145494" w14:paraId="70ED980D" w14:textId="77777777">
        <w:trPr>
          <w:jc w:val="center"/>
        </w:trPr>
        <w:tc>
          <w:tcPr>
            <w:tcW w:w="864" w:type="dxa"/>
          </w:tcPr>
          <w:p w14:paraId="35D154FB" w14:textId="77777777" w:rsidR="002376F7" w:rsidRDefault="00000000">
            <w:r>
              <w:rPr>
                <w:sz w:val="16"/>
              </w:rPr>
              <w:t>15</w:t>
            </w:r>
          </w:p>
        </w:tc>
        <w:tc>
          <w:tcPr>
            <w:tcW w:w="9072" w:type="dxa"/>
          </w:tcPr>
          <w:p w14:paraId="3AB5F10F" w14:textId="77777777" w:rsidR="002376F7" w:rsidRPr="00145494" w:rsidRDefault="00000000">
            <w:pPr>
              <w:rPr>
                <w:lang w:val="es-ES"/>
              </w:rPr>
            </w:pPr>
            <w:r w:rsidRPr="00145494">
              <w:rPr>
                <w:sz w:val="16"/>
                <w:lang w:val="es-ES"/>
              </w:rPr>
              <w:t>Nos va krea un simple guia.</w:t>
            </w:r>
          </w:p>
        </w:tc>
      </w:tr>
    </w:tbl>
    <w:p w14:paraId="65EF0F20" w14:textId="77777777" w:rsidR="002376F7" w:rsidRPr="00145494" w:rsidRDefault="002376F7">
      <w:pPr>
        <w:spacing w:after="120"/>
        <w:rPr>
          <w:lang w:val="es-ES"/>
        </w:rPr>
      </w:pPr>
    </w:p>
    <w:p w14:paraId="1F2427C0" w14:textId="77777777" w:rsidR="002376F7" w:rsidRPr="00145494" w:rsidRDefault="00000000">
      <w:pPr>
        <w:rPr>
          <w:lang w:val="es-ES"/>
        </w:rPr>
      </w:pPr>
      <w:r w:rsidRPr="00145494">
        <w:rPr>
          <w:lang w:val="es-ES"/>
        </w:rPr>
      </w:r>
    </w:p>
    <w:p w14:paraId="4915C485" w14:textId="77777777" w:rsidR="002376F7" w:rsidRDefault="00000000">
      <w:pPr>
        <w:pStyle w:val="ChapterLabel"/>
      </w:pPr>
      <w:r>
        <w:t>Chapter 27</w:t>
      </w:r>
    </w:p>
    <w:p w14:paraId="6320FF00" w14:textId="77777777" w:rsidR="002376F7" w:rsidRDefault="00000000">
      <w:pPr>
        <w:pStyle w:val="ChapterTitle"/>
        <w:keepNext/>
      </w:pPr>
      <w:r>
        <w:t>Mini Dictionaries</w:t>
      </w:r>
    </w:p>
    <w:p w14:paraId="03E3974B" w14:textId="77777777" w:rsidR="002376F7" w:rsidRDefault="00000000">
      <w:pPr>
        <w:pStyle w:val="ChapterSubtitle"/>
      </w:pPr>
      <w:r>
        <w:t>Claralinga-English and English-Claralinga</w:t>
      </w:r>
    </w:p>
    <w:p w14:paraId="4D2FC820" w14:textId="77777777" w:rsidR="002376F7" w:rsidRDefault="002376F7">
      <w:pPr>
        <w:pBdr>
          <w:bottom w:val="single" w:sz="12" w:space="1" w:color="DAA520"/>
        </w:pBdr>
        <w:spacing w:after="160"/>
      </w:pPr>
    </w:p>
    <w:p w14:paraId="3D1D5016" w14:textId="77777777" w:rsidR="002376F7" w:rsidRDefault="00000000">
      <w:pPr>
        <w:pStyle w:val="Heading2"/>
      </w:pPr>
      <w:r>
        <w:t>Claralinga to English</w:t>
      </w:r>
    </w:p>
    <w:tbl>
      <w:tblPr>
        <w:tblStyle w:val="TableGrid"/>
        <w:tblW w:w="0" w:type="auto"/>
        <w:jc w:val="center"/>
        <w:tblLook w:val="04A0" w:firstRow="1" w:lastRow="0" w:firstColumn="1" w:lastColumn="0" w:noHBand="0" w:noVBand="1"/>
      </w:tblPr>
      <w:tblGrid>
        <w:gridCol w:w="3024"/>
        <w:gridCol w:w="6912"/>
      </w:tblGrid>
      <w:tr w:rsidR="002376F7" w14:paraId="4CC8AE05" w14:textId="77777777">
        <w:trPr>
          <w:tblHeader/>
          <w:jc w:val="center"/>
        </w:trPr>
        <w:tc>
          <w:tcPr>
            <w:tcW w:w="3024" w:type="dxa"/>
            <w:shd w:val="clear" w:color="auto" w:fill="163B60"/>
          </w:tcPr>
          <w:p w14:paraId="28963B61" w14:textId="77777777" w:rsidR="002376F7" w:rsidRDefault="00000000">
            <w:r>
              <w:rPr>
                <w:b/>
                <w:color w:val="FFFFFF"/>
                <w:sz w:val="16"/>
              </w:rPr>
              <w:t>Claralinga</w:t>
            </w:r>
          </w:p>
        </w:tc>
        <w:tc>
          <w:tcPr>
            <w:tcW w:w="6912" w:type="dxa"/>
            <w:shd w:val="clear" w:color="auto" w:fill="163B60"/>
          </w:tcPr>
          <w:p w14:paraId="2670B47C" w14:textId="77777777" w:rsidR="002376F7" w:rsidRDefault="00000000">
            <w:r>
              <w:rPr>
                <w:b/>
                <w:color w:val="FFFFFF"/>
                <w:sz w:val="16"/>
              </w:rPr>
              <w:t>English</w:t>
            </w:r>
          </w:p>
        </w:tc>
      </w:tr>
      <w:tr w:rsidR="002376F7" w14:paraId="59498E45" w14:textId="77777777">
        <w:trPr>
          <w:jc w:val="center"/>
        </w:trPr>
        <w:tc>
          <w:tcPr>
            <w:tcW w:w="3024" w:type="dxa"/>
          </w:tcPr>
          <w:p w14:paraId="49C8DFC4" w14:textId="77777777" w:rsidR="002376F7" w:rsidRDefault="00000000">
            <w:r>
              <w:rPr>
                <w:sz w:val="14"/>
              </w:rPr>
              <w:t>a</w:t>
            </w:r>
          </w:p>
        </w:tc>
        <w:tc>
          <w:tcPr>
            <w:tcW w:w="6912" w:type="dxa"/>
          </w:tcPr>
          <w:p w14:paraId="3A3D35E6" w14:textId="77777777" w:rsidR="002376F7" w:rsidRDefault="00000000">
            <w:r>
              <w:rPr>
                <w:sz w:val="14"/>
              </w:rPr>
              <w:t>to / at</w:t>
            </w:r>
          </w:p>
        </w:tc>
      </w:tr>
      <w:tr w:rsidR="002376F7" w14:paraId="3ED5C492" w14:textId="77777777">
        <w:trPr>
          <w:jc w:val="center"/>
        </w:trPr>
        <w:tc>
          <w:tcPr>
            <w:tcW w:w="3024" w:type="dxa"/>
            <w:shd w:val="clear" w:color="auto" w:fill="EEF6F8"/>
          </w:tcPr>
          <w:p w14:paraId="75E3E579" w14:textId="77777777" w:rsidR="002376F7" w:rsidRDefault="00000000">
            <w:r>
              <w:rPr>
                <w:sz w:val="14"/>
              </w:rPr>
              <w:t>abri</w:t>
            </w:r>
          </w:p>
        </w:tc>
        <w:tc>
          <w:tcPr>
            <w:tcW w:w="6912" w:type="dxa"/>
            <w:shd w:val="clear" w:color="auto" w:fill="EEF6F8"/>
          </w:tcPr>
          <w:p w14:paraId="42E74F30" w14:textId="77777777" w:rsidR="002376F7" w:rsidRDefault="00000000">
            <w:r>
              <w:rPr>
                <w:sz w:val="14"/>
              </w:rPr>
              <w:t>open</w:t>
            </w:r>
          </w:p>
        </w:tc>
      </w:tr>
      <w:tr w:rsidR="002376F7" w14:paraId="4A90BC05" w14:textId="77777777">
        <w:trPr>
          <w:jc w:val="center"/>
        </w:trPr>
        <w:tc>
          <w:tcPr>
            <w:tcW w:w="3024" w:type="dxa"/>
          </w:tcPr>
          <w:p w14:paraId="29E2F09A" w14:textId="77777777" w:rsidR="002376F7" w:rsidRDefault="00000000">
            <w:r>
              <w:rPr>
                <w:sz w:val="14"/>
              </w:rPr>
              <w:t>akua</w:t>
            </w:r>
          </w:p>
        </w:tc>
        <w:tc>
          <w:tcPr>
            <w:tcW w:w="6912" w:type="dxa"/>
          </w:tcPr>
          <w:p w14:paraId="02351C71" w14:textId="77777777" w:rsidR="002376F7" w:rsidRDefault="00000000">
            <w:r>
              <w:rPr>
                <w:sz w:val="14"/>
              </w:rPr>
              <w:t>water</w:t>
            </w:r>
          </w:p>
        </w:tc>
      </w:tr>
      <w:tr w:rsidR="002376F7" w14:paraId="4E70D273" w14:textId="77777777">
        <w:trPr>
          <w:jc w:val="center"/>
        </w:trPr>
        <w:tc>
          <w:tcPr>
            <w:tcW w:w="3024" w:type="dxa"/>
            <w:shd w:val="clear" w:color="auto" w:fill="EEF6F8"/>
          </w:tcPr>
          <w:p w14:paraId="2D89E2A9" w14:textId="77777777" w:rsidR="002376F7" w:rsidRDefault="00000000">
            <w:r>
              <w:rPr>
                <w:sz w:val="14"/>
              </w:rPr>
              <w:t>ad</w:t>
            </w:r>
          </w:p>
        </w:tc>
        <w:tc>
          <w:tcPr>
            <w:tcW w:w="6912" w:type="dxa"/>
            <w:shd w:val="clear" w:color="auto" w:fill="EEF6F8"/>
          </w:tcPr>
          <w:p w14:paraId="1DC94BE2" w14:textId="77777777" w:rsidR="002376F7" w:rsidRDefault="00000000">
            <w:r>
              <w:rPr>
                <w:sz w:val="14"/>
              </w:rPr>
              <w:t>to / toward</w:t>
            </w:r>
          </w:p>
        </w:tc>
      </w:tr>
      <w:tr w:rsidR="002376F7" w14:paraId="2DC4C390" w14:textId="77777777">
        <w:trPr>
          <w:jc w:val="center"/>
        </w:trPr>
        <w:tc>
          <w:tcPr>
            <w:tcW w:w="3024" w:type="dxa"/>
          </w:tcPr>
          <w:p w14:paraId="59466C34" w14:textId="77777777" w:rsidR="002376F7" w:rsidRDefault="00000000">
            <w:r>
              <w:rPr>
                <w:sz w:val="14"/>
              </w:rPr>
              <w:t>adult</w:t>
            </w:r>
          </w:p>
        </w:tc>
        <w:tc>
          <w:tcPr>
            <w:tcW w:w="6912" w:type="dxa"/>
          </w:tcPr>
          <w:p w14:paraId="7DB1EC57" w14:textId="77777777" w:rsidR="002376F7" w:rsidRDefault="00000000">
            <w:r>
              <w:rPr>
                <w:sz w:val="14"/>
              </w:rPr>
              <w:t>adult</w:t>
            </w:r>
          </w:p>
        </w:tc>
      </w:tr>
      <w:tr w:rsidR="002376F7" w14:paraId="3E80D474" w14:textId="77777777">
        <w:trPr>
          <w:jc w:val="center"/>
        </w:trPr>
        <w:tc>
          <w:tcPr>
            <w:tcW w:w="3024" w:type="dxa"/>
            <w:shd w:val="clear" w:color="auto" w:fill="EEF6F8"/>
          </w:tcPr>
          <w:p w14:paraId="708F2BD3" w14:textId="77777777" w:rsidR="002376F7" w:rsidRDefault="00000000">
            <w:r>
              <w:rPr>
                <w:sz w:val="14"/>
              </w:rPr>
              <w:t>afirma</w:t>
            </w:r>
          </w:p>
        </w:tc>
        <w:tc>
          <w:tcPr>
            <w:tcW w:w="6912" w:type="dxa"/>
            <w:shd w:val="clear" w:color="auto" w:fill="EEF6F8"/>
          </w:tcPr>
          <w:p w14:paraId="3F91268D" w14:textId="77777777" w:rsidR="002376F7" w:rsidRDefault="00000000">
            <w:r>
              <w:rPr>
                <w:sz w:val="14"/>
              </w:rPr>
              <w:t>affirm / state</w:t>
            </w:r>
          </w:p>
        </w:tc>
      </w:tr>
      <w:tr w:rsidR="002376F7" w14:paraId="194547D0" w14:textId="77777777">
        <w:trPr>
          <w:jc w:val="center"/>
        </w:trPr>
        <w:tc>
          <w:tcPr>
            <w:tcW w:w="3024" w:type="dxa"/>
          </w:tcPr>
          <w:p w14:paraId="6F6328D3" w14:textId="77777777" w:rsidR="002376F7" w:rsidRDefault="00000000">
            <w:r>
              <w:rPr>
                <w:sz w:val="14"/>
              </w:rPr>
              <w:t>ajuda</w:t>
            </w:r>
          </w:p>
        </w:tc>
        <w:tc>
          <w:tcPr>
            <w:tcW w:w="6912" w:type="dxa"/>
          </w:tcPr>
          <w:p w14:paraId="4A2219D1" w14:textId="77777777" w:rsidR="002376F7" w:rsidRDefault="00000000">
            <w:r>
              <w:rPr>
                <w:sz w:val="14"/>
              </w:rPr>
              <w:t>help</w:t>
            </w:r>
          </w:p>
        </w:tc>
      </w:tr>
      <w:tr w:rsidR="002376F7" w14:paraId="36B2127D" w14:textId="77777777">
        <w:trPr>
          <w:jc w:val="center"/>
        </w:trPr>
        <w:tc>
          <w:tcPr>
            <w:tcW w:w="3024" w:type="dxa"/>
            <w:shd w:val="clear" w:color="auto" w:fill="EEF6F8"/>
          </w:tcPr>
          <w:p w14:paraId="11E0A4B9" w14:textId="77777777" w:rsidR="002376F7" w:rsidRDefault="00000000">
            <w:r>
              <w:rPr>
                <w:sz w:val="14"/>
              </w:rPr>
              <w:t>al</w:t>
            </w:r>
          </w:p>
        </w:tc>
        <w:tc>
          <w:tcPr>
            <w:tcW w:w="6912" w:type="dxa"/>
            <w:shd w:val="clear" w:color="auto" w:fill="EEF6F8"/>
          </w:tcPr>
          <w:p w14:paraId="721BFC7C" w14:textId="77777777" w:rsidR="002376F7" w:rsidRDefault="00000000">
            <w:r>
              <w:rPr>
                <w:sz w:val="14"/>
              </w:rPr>
              <w:t>to the / at the</w:t>
            </w:r>
          </w:p>
        </w:tc>
      </w:tr>
      <w:tr w:rsidR="002376F7" w14:paraId="4C34FDB0" w14:textId="77777777">
        <w:trPr>
          <w:jc w:val="center"/>
        </w:trPr>
        <w:tc>
          <w:tcPr>
            <w:tcW w:w="3024" w:type="dxa"/>
          </w:tcPr>
          <w:p w14:paraId="687C1F8C" w14:textId="77777777" w:rsidR="002376F7" w:rsidRDefault="00000000">
            <w:r>
              <w:rPr>
                <w:sz w:val="14"/>
              </w:rPr>
              <w:t>alia</w:t>
            </w:r>
          </w:p>
        </w:tc>
        <w:tc>
          <w:tcPr>
            <w:tcW w:w="6912" w:type="dxa"/>
          </w:tcPr>
          <w:p w14:paraId="7CD32B67" w14:textId="77777777" w:rsidR="002376F7" w:rsidRDefault="00000000">
            <w:r>
              <w:rPr>
                <w:sz w:val="14"/>
              </w:rPr>
              <w:t>other</w:t>
            </w:r>
          </w:p>
        </w:tc>
      </w:tr>
      <w:tr w:rsidR="002376F7" w14:paraId="4C9758C5" w14:textId="77777777">
        <w:trPr>
          <w:jc w:val="center"/>
        </w:trPr>
        <w:tc>
          <w:tcPr>
            <w:tcW w:w="3024" w:type="dxa"/>
            <w:shd w:val="clear" w:color="auto" w:fill="EEF6F8"/>
          </w:tcPr>
          <w:p w14:paraId="27F518BD" w14:textId="77777777" w:rsidR="002376F7" w:rsidRDefault="00000000">
            <w:r>
              <w:rPr>
                <w:sz w:val="14"/>
              </w:rPr>
              <w:t>alto</w:t>
            </w:r>
          </w:p>
        </w:tc>
        <w:tc>
          <w:tcPr>
            <w:tcW w:w="6912" w:type="dxa"/>
            <w:shd w:val="clear" w:color="auto" w:fill="EEF6F8"/>
          </w:tcPr>
          <w:p w14:paraId="00C2CF4C" w14:textId="77777777" w:rsidR="002376F7" w:rsidRDefault="00000000">
            <w:r>
              <w:rPr>
                <w:sz w:val="14"/>
              </w:rPr>
              <w:t>high / tall</w:t>
            </w:r>
          </w:p>
        </w:tc>
      </w:tr>
      <w:tr w:rsidR="002376F7" w14:paraId="274A11FD" w14:textId="77777777">
        <w:trPr>
          <w:jc w:val="center"/>
        </w:trPr>
        <w:tc>
          <w:tcPr>
            <w:tcW w:w="3024" w:type="dxa"/>
          </w:tcPr>
          <w:p w14:paraId="65356651" w14:textId="77777777" w:rsidR="002376F7" w:rsidRDefault="00000000">
            <w:r>
              <w:rPr>
                <w:sz w:val="14"/>
              </w:rPr>
              <w:t>ama</w:t>
            </w:r>
          </w:p>
        </w:tc>
        <w:tc>
          <w:tcPr>
            <w:tcW w:w="6912" w:type="dxa"/>
          </w:tcPr>
          <w:p w14:paraId="4CA3142E" w14:textId="77777777" w:rsidR="002376F7" w:rsidRDefault="00000000">
            <w:r>
              <w:rPr>
                <w:sz w:val="14"/>
              </w:rPr>
              <w:t>love</w:t>
            </w:r>
          </w:p>
        </w:tc>
      </w:tr>
      <w:tr w:rsidR="002376F7" w14:paraId="4A3CFA20" w14:textId="77777777">
        <w:trPr>
          <w:jc w:val="center"/>
        </w:trPr>
        <w:tc>
          <w:tcPr>
            <w:tcW w:w="3024" w:type="dxa"/>
            <w:shd w:val="clear" w:color="auto" w:fill="EEF6F8"/>
          </w:tcPr>
          <w:p w14:paraId="5FA0D240" w14:textId="77777777" w:rsidR="002376F7" w:rsidRDefault="00000000">
            <w:r>
              <w:rPr>
                <w:sz w:val="14"/>
              </w:rPr>
              <w:t>amik</w:t>
            </w:r>
          </w:p>
        </w:tc>
        <w:tc>
          <w:tcPr>
            <w:tcW w:w="6912" w:type="dxa"/>
            <w:shd w:val="clear" w:color="auto" w:fill="EEF6F8"/>
          </w:tcPr>
          <w:p w14:paraId="37AEDC0F" w14:textId="77777777" w:rsidR="002376F7" w:rsidRDefault="00000000">
            <w:r>
              <w:rPr>
                <w:sz w:val="14"/>
              </w:rPr>
              <w:t>friend</w:t>
            </w:r>
          </w:p>
        </w:tc>
      </w:tr>
      <w:tr w:rsidR="002376F7" w14:paraId="5E1377D5" w14:textId="77777777">
        <w:trPr>
          <w:jc w:val="center"/>
        </w:trPr>
        <w:tc>
          <w:tcPr>
            <w:tcW w:w="3024" w:type="dxa"/>
          </w:tcPr>
          <w:p w14:paraId="20546CD4" w14:textId="77777777" w:rsidR="002376F7" w:rsidRDefault="00000000">
            <w:r>
              <w:rPr>
                <w:sz w:val="14"/>
              </w:rPr>
              <w:t>an</w:t>
            </w:r>
          </w:p>
        </w:tc>
        <w:tc>
          <w:tcPr>
            <w:tcW w:w="6912" w:type="dxa"/>
          </w:tcPr>
          <w:p w14:paraId="61DFB444" w14:textId="77777777" w:rsidR="002376F7" w:rsidRDefault="00000000">
            <w:r>
              <w:rPr>
                <w:sz w:val="14"/>
              </w:rPr>
              <w:t>year</w:t>
            </w:r>
          </w:p>
        </w:tc>
      </w:tr>
      <w:tr w:rsidR="002376F7" w14:paraId="1472D576" w14:textId="77777777">
        <w:trPr>
          <w:jc w:val="center"/>
        </w:trPr>
        <w:tc>
          <w:tcPr>
            <w:tcW w:w="3024" w:type="dxa"/>
            <w:shd w:val="clear" w:color="auto" w:fill="EEF6F8"/>
          </w:tcPr>
          <w:p w14:paraId="2BE90C22" w14:textId="77777777" w:rsidR="002376F7" w:rsidRDefault="00000000">
            <w:r>
              <w:rPr>
                <w:sz w:val="14"/>
              </w:rPr>
              <w:t>anima</w:t>
            </w:r>
          </w:p>
        </w:tc>
        <w:tc>
          <w:tcPr>
            <w:tcW w:w="6912" w:type="dxa"/>
            <w:shd w:val="clear" w:color="auto" w:fill="EEF6F8"/>
          </w:tcPr>
          <w:p w14:paraId="26834174" w14:textId="77777777" w:rsidR="002376F7" w:rsidRDefault="00000000">
            <w:r>
              <w:rPr>
                <w:sz w:val="14"/>
              </w:rPr>
              <w:t>soul / spirit</w:t>
            </w:r>
          </w:p>
        </w:tc>
      </w:tr>
      <w:tr w:rsidR="002376F7" w14:paraId="75CDD6F8" w14:textId="77777777">
        <w:trPr>
          <w:jc w:val="center"/>
        </w:trPr>
        <w:tc>
          <w:tcPr>
            <w:tcW w:w="3024" w:type="dxa"/>
          </w:tcPr>
          <w:p w14:paraId="1473CCF0" w14:textId="77777777" w:rsidR="002376F7" w:rsidRDefault="00000000">
            <w:r>
              <w:rPr>
                <w:sz w:val="14"/>
              </w:rPr>
              <w:t>aprende</w:t>
            </w:r>
          </w:p>
        </w:tc>
        <w:tc>
          <w:tcPr>
            <w:tcW w:w="6912" w:type="dxa"/>
          </w:tcPr>
          <w:p w14:paraId="3989C816" w14:textId="77777777" w:rsidR="002376F7" w:rsidRDefault="00000000">
            <w:r>
              <w:rPr>
                <w:sz w:val="14"/>
              </w:rPr>
              <w:t>learn</w:t>
            </w:r>
          </w:p>
        </w:tc>
      </w:tr>
      <w:tr w:rsidR="002376F7" w14:paraId="20EDE193" w14:textId="77777777">
        <w:trPr>
          <w:jc w:val="center"/>
        </w:trPr>
        <w:tc>
          <w:tcPr>
            <w:tcW w:w="3024" w:type="dxa"/>
            <w:shd w:val="clear" w:color="auto" w:fill="EEF6F8"/>
          </w:tcPr>
          <w:p w14:paraId="74BCE645" w14:textId="77777777" w:rsidR="002376F7" w:rsidRDefault="00000000">
            <w:r>
              <w:rPr>
                <w:sz w:val="14"/>
              </w:rPr>
              <w:t>arbor</w:t>
            </w:r>
          </w:p>
        </w:tc>
        <w:tc>
          <w:tcPr>
            <w:tcW w:w="6912" w:type="dxa"/>
            <w:shd w:val="clear" w:color="auto" w:fill="EEF6F8"/>
          </w:tcPr>
          <w:p w14:paraId="0DDAE0C7" w14:textId="77777777" w:rsidR="002376F7" w:rsidRDefault="00000000">
            <w:r>
              <w:rPr>
                <w:sz w:val="14"/>
              </w:rPr>
              <w:t>tree</w:t>
            </w:r>
          </w:p>
        </w:tc>
      </w:tr>
      <w:tr w:rsidR="002376F7" w14:paraId="3B021518" w14:textId="77777777">
        <w:trPr>
          <w:jc w:val="center"/>
        </w:trPr>
        <w:tc>
          <w:tcPr>
            <w:tcW w:w="3024" w:type="dxa"/>
          </w:tcPr>
          <w:p w14:paraId="60F38F7B" w14:textId="77777777" w:rsidR="002376F7" w:rsidRDefault="00000000">
            <w:r>
              <w:rPr>
                <w:sz w:val="14"/>
              </w:rPr>
              <w:t>arte</w:t>
            </w:r>
          </w:p>
        </w:tc>
        <w:tc>
          <w:tcPr>
            <w:tcW w:w="6912" w:type="dxa"/>
          </w:tcPr>
          <w:p w14:paraId="7AD43BAB" w14:textId="77777777" w:rsidR="002376F7" w:rsidRDefault="00000000">
            <w:r>
              <w:rPr>
                <w:sz w:val="14"/>
              </w:rPr>
              <w:t>art</w:t>
            </w:r>
          </w:p>
        </w:tc>
      </w:tr>
      <w:tr w:rsidR="002376F7" w14:paraId="1C8D7FD6" w14:textId="77777777">
        <w:trPr>
          <w:jc w:val="center"/>
        </w:trPr>
        <w:tc>
          <w:tcPr>
            <w:tcW w:w="3024" w:type="dxa"/>
            <w:shd w:val="clear" w:color="auto" w:fill="EEF6F8"/>
          </w:tcPr>
          <w:p w14:paraId="59F00ADD" w14:textId="77777777" w:rsidR="002376F7" w:rsidRDefault="00000000">
            <w:r>
              <w:rPr>
                <w:sz w:val="14"/>
              </w:rPr>
              <w:t>aud</w:t>
            </w:r>
          </w:p>
        </w:tc>
        <w:tc>
          <w:tcPr>
            <w:tcW w:w="6912" w:type="dxa"/>
            <w:shd w:val="clear" w:color="auto" w:fill="EEF6F8"/>
          </w:tcPr>
          <w:p w14:paraId="68DDB59F" w14:textId="77777777" w:rsidR="002376F7" w:rsidRDefault="00000000">
            <w:r>
              <w:rPr>
                <w:sz w:val="14"/>
              </w:rPr>
              <w:t>hear</w:t>
            </w:r>
          </w:p>
        </w:tc>
      </w:tr>
      <w:tr w:rsidR="002376F7" w14:paraId="3AD6C352" w14:textId="77777777">
        <w:trPr>
          <w:jc w:val="center"/>
        </w:trPr>
        <w:tc>
          <w:tcPr>
            <w:tcW w:w="3024" w:type="dxa"/>
          </w:tcPr>
          <w:p w14:paraId="7B6DFDDE" w14:textId="77777777" w:rsidR="002376F7" w:rsidRDefault="00000000">
            <w:r>
              <w:rPr>
                <w:sz w:val="14"/>
              </w:rPr>
              <w:t>autor</w:t>
            </w:r>
          </w:p>
        </w:tc>
        <w:tc>
          <w:tcPr>
            <w:tcW w:w="6912" w:type="dxa"/>
          </w:tcPr>
          <w:p w14:paraId="45B138A4" w14:textId="77777777" w:rsidR="002376F7" w:rsidRDefault="00000000">
            <w:r>
              <w:rPr>
                <w:sz w:val="14"/>
              </w:rPr>
              <w:t>author</w:t>
            </w:r>
          </w:p>
        </w:tc>
      </w:tr>
      <w:tr w:rsidR="002376F7" w14:paraId="2572E904" w14:textId="77777777">
        <w:trPr>
          <w:jc w:val="center"/>
        </w:trPr>
        <w:tc>
          <w:tcPr>
            <w:tcW w:w="3024" w:type="dxa"/>
            <w:shd w:val="clear" w:color="auto" w:fill="EEF6F8"/>
          </w:tcPr>
          <w:p w14:paraId="5C0FEF2A" w14:textId="77777777" w:rsidR="002376F7" w:rsidRDefault="00000000">
            <w:r>
              <w:rPr>
                <w:sz w:val="14"/>
              </w:rPr>
              <w:t>basa</w:t>
            </w:r>
          </w:p>
        </w:tc>
        <w:tc>
          <w:tcPr>
            <w:tcW w:w="6912" w:type="dxa"/>
            <w:shd w:val="clear" w:color="auto" w:fill="EEF6F8"/>
          </w:tcPr>
          <w:p w14:paraId="6A56F7F2" w14:textId="77777777" w:rsidR="002376F7" w:rsidRDefault="00000000">
            <w:r>
              <w:rPr>
                <w:sz w:val="14"/>
              </w:rPr>
              <w:t>base</w:t>
            </w:r>
          </w:p>
        </w:tc>
      </w:tr>
      <w:tr w:rsidR="002376F7" w14:paraId="49853B5F" w14:textId="77777777">
        <w:trPr>
          <w:jc w:val="center"/>
        </w:trPr>
        <w:tc>
          <w:tcPr>
            <w:tcW w:w="3024" w:type="dxa"/>
          </w:tcPr>
          <w:p w14:paraId="4461F9B9" w14:textId="77777777" w:rsidR="002376F7" w:rsidRDefault="00000000">
            <w:r>
              <w:rPr>
                <w:sz w:val="14"/>
              </w:rPr>
              <w:t>bene</w:t>
            </w:r>
          </w:p>
        </w:tc>
        <w:tc>
          <w:tcPr>
            <w:tcW w:w="6912" w:type="dxa"/>
          </w:tcPr>
          <w:p w14:paraId="7DB5FBAE" w14:textId="77777777" w:rsidR="002376F7" w:rsidRDefault="00000000">
            <w:r>
              <w:rPr>
                <w:sz w:val="14"/>
              </w:rPr>
              <w:t>well</w:t>
            </w:r>
          </w:p>
        </w:tc>
      </w:tr>
      <w:tr w:rsidR="002376F7" w14:paraId="4F494E80" w14:textId="77777777">
        <w:trPr>
          <w:jc w:val="center"/>
        </w:trPr>
        <w:tc>
          <w:tcPr>
            <w:tcW w:w="3024" w:type="dxa"/>
            <w:shd w:val="clear" w:color="auto" w:fill="EEF6F8"/>
          </w:tcPr>
          <w:p w14:paraId="17437A6A" w14:textId="77777777" w:rsidR="002376F7" w:rsidRDefault="00000000">
            <w:r>
              <w:rPr>
                <w:sz w:val="14"/>
              </w:rPr>
              <w:t>bon</w:t>
            </w:r>
          </w:p>
        </w:tc>
        <w:tc>
          <w:tcPr>
            <w:tcW w:w="6912" w:type="dxa"/>
            <w:shd w:val="clear" w:color="auto" w:fill="EEF6F8"/>
          </w:tcPr>
          <w:p w14:paraId="12BBF240" w14:textId="77777777" w:rsidR="002376F7" w:rsidRDefault="00000000">
            <w:r>
              <w:rPr>
                <w:sz w:val="14"/>
              </w:rPr>
              <w:t>good</w:t>
            </w:r>
          </w:p>
        </w:tc>
      </w:tr>
      <w:tr w:rsidR="002376F7" w14:paraId="2FA658FC" w14:textId="77777777">
        <w:trPr>
          <w:jc w:val="center"/>
        </w:trPr>
        <w:tc>
          <w:tcPr>
            <w:tcW w:w="3024" w:type="dxa"/>
          </w:tcPr>
          <w:p w14:paraId="4A5568C1" w14:textId="77777777" w:rsidR="002376F7" w:rsidRDefault="00000000">
            <w:r>
              <w:rPr>
                <w:sz w:val="14"/>
              </w:rPr>
              <w:t>bebe</w:t>
            </w:r>
          </w:p>
        </w:tc>
        <w:tc>
          <w:tcPr>
            <w:tcW w:w="6912" w:type="dxa"/>
          </w:tcPr>
          <w:p w14:paraId="49A08F4D" w14:textId="77777777" w:rsidR="002376F7" w:rsidRDefault="00000000">
            <w:r>
              <w:rPr>
                <w:sz w:val="14"/>
              </w:rPr>
              <w:t>drink</w:t>
            </w:r>
          </w:p>
        </w:tc>
      </w:tr>
      <w:tr w:rsidR="002376F7" w14:paraId="6554838A" w14:textId="77777777">
        <w:trPr>
          <w:jc w:val="center"/>
        </w:trPr>
        <w:tc>
          <w:tcPr>
            <w:tcW w:w="3024" w:type="dxa"/>
            <w:shd w:val="clear" w:color="auto" w:fill="EEF6F8"/>
          </w:tcPr>
          <w:p w14:paraId="1BB0977D" w14:textId="77777777" w:rsidR="002376F7" w:rsidRDefault="00000000">
            <w:r>
              <w:rPr>
                <w:sz w:val="14"/>
              </w:rPr>
              <w:t>bibli</w:t>
            </w:r>
          </w:p>
        </w:tc>
        <w:tc>
          <w:tcPr>
            <w:tcW w:w="6912" w:type="dxa"/>
            <w:shd w:val="clear" w:color="auto" w:fill="EEF6F8"/>
          </w:tcPr>
          <w:p w14:paraId="60B04504" w14:textId="77777777" w:rsidR="002376F7" w:rsidRDefault="00000000">
            <w:r>
              <w:rPr>
                <w:sz w:val="14"/>
              </w:rPr>
              <w:t>book-related root</w:t>
            </w:r>
          </w:p>
        </w:tc>
      </w:tr>
      <w:tr w:rsidR="002376F7" w14:paraId="4504471D" w14:textId="77777777">
        <w:trPr>
          <w:jc w:val="center"/>
        </w:trPr>
        <w:tc>
          <w:tcPr>
            <w:tcW w:w="3024" w:type="dxa"/>
          </w:tcPr>
          <w:p w14:paraId="76474435" w14:textId="77777777" w:rsidR="002376F7" w:rsidRDefault="00000000">
            <w:r>
              <w:rPr>
                <w:sz w:val="14"/>
              </w:rPr>
              <w:t>blanc</w:t>
            </w:r>
          </w:p>
        </w:tc>
        <w:tc>
          <w:tcPr>
            <w:tcW w:w="6912" w:type="dxa"/>
          </w:tcPr>
          <w:p w14:paraId="2710A7DB" w14:textId="77777777" w:rsidR="002376F7" w:rsidRDefault="00000000">
            <w:r>
              <w:rPr>
                <w:sz w:val="14"/>
              </w:rPr>
              <w:t>white</w:t>
            </w:r>
          </w:p>
        </w:tc>
      </w:tr>
      <w:tr w:rsidR="002376F7" w14:paraId="7004B23A" w14:textId="77777777">
        <w:trPr>
          <w:jc w:val="center"/>
        </w:trPr>
        <w:tc>
          <w:tcPr>
            <w:tcW w:w="3024" w:type="dxa"/>
            <w:shd w:val="clear" w:color="auto" w:fill="EEF6F8"/>
          </w:tcPr>
          <w:p w14:paraId="5028F31C" w14:textId="77777777" w:rsidR="002376F7" w:rsidRDefault="00000000">
            <w:r>
              <w:rPr>
                <w:sz w:val="14"/>
              </w:rPr>
              <w:t>brava</w:t>
            </w:r>
          </w:p>
        </w:tc>
        <w:tc>
          <w:tcPr>
            <w:tcW w:w="6912" w:type="dxa"/>
            <w:shd w:val="clear" w:color="auto" w:fill="EEF6F8"/>
          </w:tcPr>
          <w:p w14:paraId="4E034F44" w14:textId="77777777" w:rsidR="002376F7" w:rsidRDefault="00000000">
            <w:r>
              <w:rPr>
                <w:sz w:val="14"/>
              </w:rPr>
              <w:t>brave</w:t>
            </w:r>
          </w:p>
        </w:tc>
      </w:tr>
      <w:tr w:rsidR="002376F7" w14:paraId="05EA18A6" w14:textId="77777777">
        <w:trPr>
          <w:jc w:val="center"/>
        </w:trPr>
        <w:tc>
          <w:tcPr>
            <w:tcW w:w="3024" w:type="dxa"/>
          </w:tcPr>
          <w:p w14:paraId="7F3642B1" w14:textId="77777777" w:rsidR="002376F7" w:rsidRDefault="00000000">
            <w:r>
              <w:rPr>
                <w:sz w:val="14"/>
              </w:rPr>
              <w:t>kafe</w:t>
            </w:r>
          </w:p>
        </w:tc>
        <w:tc>
          <w:tcPr>
            <w:tcW w:w="6912" w:type="dxa"/>
          </w:tcPr>
          <w:p w14:paraId="5FA98898" w14:textId="77777777" w:rsidR="002376F7" w:rsidRDefault="00000000">
            <w:r>
              <w:rPr>
                <w:sz w:val="14"/>
              </w:rPr>
              <w:t>coffee</w:t>
            </w:r>
          </w:p>
        </w:tc>
      </w:tr>
      <w:tr w:rsidR="002376F7" w14:paraId="24314B12" w14:textId="77777777">
        <w:trPr>
          <w:jc w:val="center"/>
        </w:trPr>
        <w:tc>
          <w:tcPr>
            <w:tcW w:w="3024" w:type="dxa"/>
            <w:shd w:val="clear" w:color="auto" w:fill="EEF6F8"/>
          </w:tcPr>
          <w:p w14:paraId="00C03B3A" w14:textId="77777777" w:rsidR="002376F7" w:rsidRDefault="00000000">
            <w:r>
              <w:rPr>
                <w:sz w:val="14"/>
              </w:rPr>
              <w:t>kalor</w:t>
            </w:r>
          </w:p>
        </w:tc>
        <w:tc>
          <w:tcPr>
            <w:tcW w:w="6912" w:type="dxa"/>
            <w:shd w:val="clear" w:color="auto" w:fill="EEF6F8"/>
          </w:tcPr>
          <w:p w14:paraId="69ACC5E8" w14:textId="77777777" w:rsidR="002376F7" w:rsidRDefault="00000000">
            <w:r>
              <w:rPr>
                <w:sz w:val="14"/>
              </w:rPr>
              <w:t>heat</w:t>
            </w:r>
          </w:p>
        </w:tc>
      </w:tr>
      <w:tr w:rsidR="002376F7" w14:paraId="78C6841B" w14:textId="77777777">
        <w:trPr>
          <w:jc w:val="center"/>
        </w:trPr>
        <w:tc>
          <w:tcPr>
            <w:tcW w:w="3024" w:type="dxa"/>
          </w:tcPr>
          <w:p w14:paraId="1219C52A" w14:textId="77777777" w:rsidR="002376F7" w:rsidRDefault="00000000">
            <w:r>
              <w:rPr>
                <w:sz w:val="14"/>
              </w:rPr>
              <w:t>camp</w:t>
            </w:r>
          </w:p>
        </w:tc>
        <w:tc>
          <w:tcPr>
            <w:tcW w:w="6912" w:type="dxa"/>
          </w:tcPr>
          <w:p w14:paraId="01AD84A6" w14:textId="77777777" w:rsidR="002376F7" w:rsidRDefault="00000000">
            <w:r>
              <w:rPr>
                <w:sz w:val="14"/>
              </w:rPr>
              <w:t>camp</w:t>
            </w:r>
          </w:p>
        </w:tc>
      </w:tr>
      <w:tr w:rsidR="002376F7" w14:paraId="77D140F1" w14:textId="77777777">
        <w:trPr>
          <w:jc w:val="center"/>
        </w:trPr>
        <w:tc>
          <w:tcPr>
            <w:tcW w:w="3024" w:type="dxa"/>
            <w:shd w:val="clear" w:color="auto" w:fill="EEF6F8"/>
          </w:tcPr>
          <w:p w14:paraId="72C6FBAA" w14:textId="77777777" w:rsidR="002376F7" w:rsidRDefault="00000000">
            <w:r>
              <w:rPr>
                <w:sz w:val="14"/>
              </w:rPr>
              <w:t>canta</w:t>
            </w:r>
          </w:p>
        </w:tc>
        <w:tc>
          <w:tcPr>
            <w:tcW w:w="6912" w:type="dxa"/>
            <w:shd w:val="clear" w:color="auto" w:fill="EEF6F8"/>
          </w:tcPr>
          <w:p w14:paraId="56B1A344" w14:textId="77777777" w:rsidR="002376F7" w:rsidRDefault="00000000">
            <w:r>
              <w:rPr>
                <w:sz w:val="14"/>
              </w:rPr>
              <w:t>sing</w:t>
            </w:r>
          </w:p>
        </w:tc>
      </w:tr>
      <w:tr w:rsidR="002376F7" w14:paraId="17AC5970" w14:textId="77777777">
        <w:trPr>
          <w:jc w:val="center"/>
        </w:trPr>
        <w:tc>
          <w:tcPr>
            <w:tcW w:w="3024" w:type="dxa"/>
          </w:tcPr>
          <w:p w14:paraId="31B54434" w14:textId="77777777" w:rsidR="002376F7" w:rsidRDefault="00000000">
            <w:r>
              <w:rPr>
                <w:sz w:val="14"/>
              </w:rPr>
              <w:t>kasa</w:t>
            </w:r>
          </w:p>
        </w:tc>
        <w:tc>
          <w:tcPr>
            <w:tcW w:w="6912" w:type="dxa"/>
          </w:tcPr>
          <w:p w14:paraId="1206530A" w14:textId="77777777" w:rsidR="002376F7" w:rsidRDefault="00000000">
            <w:r>
              <w:rPr>
                <w:sz w:val="14"/>
              </w:rPr>
              <w:t>house</w:t>
            </w:r>
          </w:p>
        </w:tc>
      </w:tr>
      <w:tr w:rsidR="002376F7" w14:paraId="6A560C52" w14:textId="77777777">
        <w:trPr>
          <w:jc w:val="center"/>
        </w:trPr>
        <w:tc>
          <w:tcPr>
            <w:tcW w:w="3024" w:type="dxa"/>
            <w:shd w:val="clear" w:color="auto" w:fill="EEF6F8"/>
          </w:tcPr>
          <w:p w14:paraId="49EFD702" w14:textId="77777777" w:rsidR="002376F7" w:rsidRDefault="00000000">
            <w:r>
              <w:rPr>
                <w:sz w:val="14"/>
              </w:rPr>
              <w:t>cel</w:t>
            </w:r>
          </w:p>
        </w:tc>
        <w:tc>
          <w:tcPr>
            <w:tcW w:w="6912" w:type="dxa"/>
            <w:shd w:val="clear" w:color="auto" w:fill="EEF6F8"/>
          </w:tcPr>
          <w:p w14:paraId="11183FD8" w14:textId="77777777" w:rsidR="002376F7" w:rsidRDefault="00000000">
            <w:r>
              <w:rPr>
                <w:sz w:val="14"/>
              </w:rPr>
              <w:t>sky / heaven</w:t>
            </w:r>
          </w:p>
        </w:tc>
      </w:tr>
      <w:tr w:rsidR="002376F7" w14:paraId="51AFD397" w14:textId="77777777">
        <w:trPr>
          <w:jc w:val="center"/>
        </w:trPr>
        <w:tc>
          <w:tcPr>
            <w:tcW w:w="3024" w:type="dxa"/>
          </w:tcPr>
          <w:p w14:paraId="0223913E" w14:textId="77777777" w:rsidR="002376F7" w:rsidRDefault="00000000">
            <w:r>
              <w:rPr>
                <w:sz w:val="14"/>
              </w:rPr>
              <w:t>cent</w:t>
            </w:r>
          </w:p>
        </w:tc>
        <w:tc>
          <w:tcPr>
            <w:tcW w:w="6912" w:type="dxa"/>
          </w:tcPr>
          <w:p>
            <w:r>
              <w:t>hundred</w:t>
            </w:r>
          </w:p>
        </w:tc>
      </w:tr>
      <w:tr w:rsidR="002376F7" w14:paraId="3EB1C081" w14:textId="77777777">
        <w:trPr>
          <w:jc w:val="center"/>
        </w:trPr>
        <w:tc>
          <w:tcPr>
            <w:tcW w:w="3024" w:type="dxa"/>
            <w:shd w:val="clear" w:color="auto" w:fill="EEF6F8"/>
          </w:tcPr>
          <w:p w14:paraId="61553865" w14:textId="77777777" w:rsidR="002376F7" w:rsidRDefault="00000000">
            <w:r>
              <w:rPr>
                <w:sz w:val="14"/>
              </w:rPr>
              <w:t>kentro</w:t>
            </w:r>
          </w:p>
        </w:tc>
        <w:tc>
          <w:tcPr>
            <w:tcW w:w="6912" w:type="dxa"/>
            <w:shd w:val="clear" w:color="auto" w:fill="EEF6F8"/>
          </w:tcPr>
          <w:p w14:paraId="1D617427" w14:textId="77777777" w:rsidR="002376F7" w:rsidRDefault="00000000">
            <w:r>
              <w:rPr>
                <w:sz w:val="14"/>
              </w:rPr>
              <w:t>center</w:t>
            </w:r>
          </w:p>
        </w:tc>
      </w:tr>
      <w:tr w:rsidR="002376F7" w14:paraId="47F00F72" w14:textId="77777777">
        <w:trPr>
          <w:jc w:val="center"/>
        </w:trPr>
        <w:tc>
          <w:tcPr>
            <w:tcW w:w="3024" w:type="dxa"/>
          </w:tcPr>
          <w:p w14:paraId="4432E184" w14:textId="77777777" w:rsidR="002376F7" w:rsidRDefault="00000000">
            <w:r>
              <w:rPr>
                <w:sz w:val="14"/>
              </w:rPr>
              <w:t>charta</w:t>
            </w:r>
          </w:p>
        </w:tc>
        <w:tc>
          <w:tcPr>
            <w:tcW w:w="6912" w:type="dxa"/>
          </w:tcPr>
          <w:p w14:paraId="6F0257D2" w14:textId="77777777" w:rsidR="002376F7" w:rsidRDefault="00000000">
            <w:r>
              <w:rPr>
                <w:sz w:val="14"/>
              </w:rPr>
              <w:t>paper / chart</w:t>
            </w:r>
          </w:p>
        </w:tc>
      </w:tr>
      <w:tr w:rsidR="002376F7" w14:paraId="021F8C02" w14:textId="77777777">
        <w:trPr>
          <w:jc w:val="center"/>
        </w:trPr>
        <w:tc>
          <w:tcPr>
            <w:tcW w:w="3024" w:type="dxa"/>
            <w:shd w:val="clear" w:color="auto" w:fill="EEF6F8"/>
          </w:tcPr>
          <w:p w14:paraId="5F8D6181" w14:textId="77777777" w:rsidR="002376F7" w:rsidRDefault="00000000">
            <w:r>
              <w:rPr>
                <w:sz w:val="14"/>
              </w:rPr>
              <w:t>ici</w:t>
            </w:r>
          </w:p>
        </w:tc>
        <w:tc>
          <w:tcPr>
            <w:tcW w:w="6912" w:type="dxa"/>
            <w:shd w:val="clear" w:color="auto" w:fill="EEF6F8"/>
          </w:tcPr>
          <w:p w14:paraId="4DE26A94" w14:textId="77777777" w:rsidR="002376F7" w:rsidRDefault="00000000">
            <w:r>
              <w:rPr>
                <w:sz w:val="14"/>
              </w:rPr>
              <w:t>here</w:t>
            </w:r>
          </w:p>
        </w:tc>
      </w:tr>
      <w:tr w:rsidR="002376F7" w14:paraId="1C97211F" w14:textId="77777777">
        <w:trPr>
          <w:jc w:val="center"/>
        </w:trPr>
        <w:tc>
          <w:tcPr>
            <w:tcW w:w="3024" w:type="dxa"/>
          </w:tcPr>
          <w:p w14:paraId="0F4ACCD8" w14:textId="77777777" w:rsidR="002376F7" w:rsidRDefault="00000000">
            <w:r>
              <w:rPr>
                <w:sz w:val="14"/>
              </w:rPr>
              <w:t>alimenta</w:t>
            </w:r>
          </w:p>
        </w:tc>
        <w:tc>
          <w:tcPr>
            <w:tcW w:w="6912" w:type="dxa"/>
          </w:tcPr>
          <w:p w14:paraId="43A14314" w14:textId="77777777" w:rsidR="002376F7" w:rsidRDefault="00000000">
            <w:r>
              <w:rPr>
                <w:sz w:val="14"/>
              </w:rPr>
              <w:t>food</w:t>
            </w:r>
          </w:p>
        </w:tc>
      </w:tr>
      <w:tr w:rsidR="002376F7" w14:paraId="59589BA6" w14:textId="77777777">
        <w:trPr>
          <w:jc w:val="center"/>
        </w:trPr>
        <w:tc>
          <w:tcPr>
            <w:tcW w:w="3024" w:type="dxa"/>
            <w:shd w:val="clear" w:color="auto" w:fill="EEF6F8"/>
          </w:tcPr>
          <w:p w14:paraId="6CDE6758" w14:textId="77777777" w:rsidR="002376F7" w:rsidRDefault="00000000">
            <w:r>
              <w:rPr>
                <w:sz w:val="14"/>
              </w:rPr>
              <w:t>cinque</w:t>
            </w:r>
          </w:p>
        </w:tc>
        <w:tc>
          <w:tcPr>
            <w:tcW w:w="6912" w:type="dxa"/>
            <w:shd w:val="clear" w:color="auto" w:fill="EEF6F8"/>
          </w:tcPr>
          <w:p w14:paraId="2B2F86F1" w14:textId="77777777" w:rsidR="002376F7" w:rsidRDefault="00000000">
            <w:r>
              <w:rPr>
                <w:sz w:val="14"/>
              </w:rPr>
              <w:t>five</w:t>
            </w:r>
          </w:p>
        </w:tc>
      </w:tr>
      <w:tr w:rsidR="002376F7" w14:paraId="2AC9DC32" w14:textId="77777777">
        <w:trPr>
          <w:jc w:val="center"/>
        </w:trPr>
        <w:tc>
          <w:tcPr>
            <w:tcW w:w="3024" w:type="dxa"/>
          </w:tcPr>
          <w:p w14:paraId="37580FD0" w14:textId="77777777" w:rsidR="002376F7" w:rsidRDefault="00000000">
            <w:r>
              <w:rPr>
                <w:sz w:val="14"/>
              </w:rPr>
              <w:t>clar</w:t>
            </w:r>
          </w:p>
        </w:tc>
        <w:tc>
          <w:tcPr>
            <w:tcW w:w="6912" w:type="dxa"/>
          </w:tcPr>
          <w:p w14:paraId="4863769A" w14:textId="77777777" w:rsidR="002376F7" w:rsidRDefault="00000000">
            <w:r>
              <w:rPr>
                <w:sz w:val="14"/>
              </w:rPr>
              <w:t>clear</w:t>
            </w:r>
          </w:p>
        </w:tc>
      </w:tr>
      <w:tr w:rsidR="002376F7" w14:paraId="0846DAEF" w14:textId="77777777">
        <w:trPr>
          <w:jc w:val="center"/>
        </w:trPr>
        <w:tc>
          <w:tcPr>
            <w:tcW w:w="3024" w:type="dxa"/>
            <w:shd w:val="clear" w:color="auto" w:fill="EEF6F8"/>
          </w:tcPr>
          <w:p w14:paraId="1D11335F" w14:textId="77777777" w:rsidR="002376F7" w:rsidRDefault="00000000">
            <w:r>
              <w:rPr>
                <w:sz w:val="14"/>
              </w:rPr>
              <w:t>Claralinga</w:t>
            </w:r>
          </w:p>
        </w:tc>
        <w:tc>
          <w:tcPr>
            <w:tcW w:w="6912" w:type="dxa"/>
            <w:shd w:val="clear" w:color="auto" w:fill="EEF6F8"/>
          </w:tcPr>
          <w:p w14:paraId="37EC88BF" w14:textId="77777777" w:rsidR="002376F7" w:rsidRDefault="00000000">
            <w:r>
              <w:rPr>
                <w:sz w:val="14"/>
              </w:rPr>
              <w:t>Clear Language</w:t>
            </w:r>
          </w:p>
        </w:tc>
      </w:tr>
      <w:tr w:rsidR="002376F7" w14:paraId="2548A0B4" w14:textId="77777777">
        <w:trPr>
          <w:jc w:val="center"/>
        </w:trPr>
        <w:tc>
          <w:tcPr>
            <w:tcW w:w="3024" w:type="dxa"/>
          </w:tcPr>
          <w:p w14:paraId="2149CA9C" w14:textId="77777777" w:rsidR="002376F7" w:rsidRDefault="00000000">
            <w:r>
              <w:rPr>
                <w:sz w:val="14"/>
              </w:rPr>
              <w:t>klase</w:t>
            </w:r>
          </w:p>
        </w:tc>
        <w:tc>
          <w:tcPr>
            <w:tcW w:w="6912" w:type="dxa"/>
          </w:tcPr>
          <w:p w14:paraId="26EE7699" w14:textId="77777777" w:rsidR="002376F7" w:rsidRDefault="00000000">
            <w:r>
              <w:rPr>
                <w:sz w:val="14"/>
              </w:rPr>
              <w:t>class</w:t>
            </w:r>
          </w:p>
        </w:tc>
      </w:tr>
      <w:tr w:rsidR="002376F7" w14:paraId="6A111A15" w14:textId="77777777">
        <w:trPr>
          <w:jc w:val="center"/>
        </w:trPr>
        <w:tc>
          <w:tcPr>
            <w:tcW w:w="3024" w:type="dxa"/>
            <w:shd w:val="clear" w:color="auto" w:fill="EEF6F8"/>
          </w:tcPr>
          <w:p w14:paraId="6E49DA0D" w14:textId="77777777" w:rsidR="002376F7" w:rsidRDefault="00000000">
            <w:r>
              <w:rPr>
                <w:sz w:val="14"/>
              </w:rPr>
              <w:t>color</w:t>
            </w:r>
          </w:p>
        </w:tc>
        <w:tc>
          <w:tcPr>
            <w:tcW w:w="6912" w:type="dxa"/>
            <w:shd w:val="clear" w:color="auto" w:fill="EEF6F8"/>
          </w:tcPr>
          <w:p w14:paraId="223F1B90" w14:textId="77777777" w:rsidR="002376F7" w:rsidRDefault="00000000">
            <w:r>
              <w:rPr>
                <w:sz w:val="14"/>
              </w:rPr>
              <w:t>color</w:t>
            </w:r>
          </w:p>
        </w:tc>
      </w:tr>
      <w:tr w:rsidR="002376F7" w14:paraId="13EC4678" w14:textId="77777777">
        <w:trPr>
          <w:jc w:val="center"/>
        </w:trPr>
        <w:tc>
          <w:tcPr>
            <w:tcW w:w="3024" w:type="dxa"/>
          </w:tcPr>
          <w:p w14:paraId="2D228F5E" w14:textId="77777777" w:rsidR="002376F7" w:rsidRDefault="00000000">
            <w:r>
              <w:rPr>
                <w:sz w:val="14"/>
              </w:rPr>
              <w:t>komensa</w:t>
            </w:r>
          </w:p>
        </w:tc>
        <w:tc>
          <w:tcPr>
            <w:tcW w:w="6912" w:type="dxa"/>
          </w:tcPr>
          <w:p w14:paraId="21E2C6AB" w14:textId="77777777" w:rsidR="002376F7" w:rsidRDefault="00000000">
            <w:r>
              <w:rPr>
                <w:sz w:val="14"/>
              </w:rPr>
              <w:t>begin</w:t>
            </w:r>
          </w:p>
        </w:tc>
      </w:tr>
      <w:tr w:rsidR="002376F7" w14:paraId="608568C4" w14:textId="77777777">
        <w:trPr>
          <w:jc w:val="center"/>
        </w:trPr>
        <w:tc>
          <w:tcPr>
            <w:tcW w:w="3024" w:type="dxa"/>
            <w:shd w:val="clear" w:color="auto" w:fill="EEF6F8"/>
          </w:tcPr>
          <w:p w14:paraId="6A5833D8" w14:textId="77777777" w:rsidR="002376F7" w:rsidRDefault="00000000">
            <w:r>
              <w:rPr>
                <w:sz w:val="14"/>
              </w:rPr>
              <w:t>compra</w:t>
            </w:r>
          </w:p>
        </w:tc>
        <w:tc>
          <w:tcPr>
            <w:tcW w:w="6912" w:type="dxa"/>
            <w:shd w:val="clear" w:color="auto" w:fill="EEF6F8"/>
          </w:tcPr>
          <w:p w14:paraId="54C9E5E5" w14:textId="77777777" w:rsidR="002376F7" w:rsidRDefault="00000000">
            <w:r>
              <w:rPr>
                <w:sz w:val="14"/>
              </w:rPr>
              <w:t>buy</w:t>
            </w:r>
          </w:p>
        </w:tc>
      </w:tr>
      <w:tr w:rsidR="002376F7" w14:paraId="53F38A4D" w14:textId="77777777">
        <w:trPr>
          <w:jc w:val="center"/>
        </w:trPr>
        <w:tc>
          <w:tcPr>
            <w:tcW w:w="3024" w:type="dxa"/>
          </w:tcPr>
          <w:p w14:paraId="79111A97" w14:textId="77777777" w:rsidR="002376F7" w:rsidRDefault="00000000">
            <w:r>
              <w:rPr>
                <w:sz w:val="14"/>
              </w:rPr>
              <w:t>komprende</w:t>
            </w:r>
          </w:p>
        </w:tc>
        <w:tc>
          <w:tcPr>
            <w:tcW w:w="6912" w:type="dxa"/>
          </w:tcPr>
          <w:p w14:paraId="20360892" w14:textId="77777777" w:rsidR="002376F7" w:rsidRDefault="00000000">
            <w:r>
              <w:rPr>
                <w:sz w:val="14"/>
              </w:rPr>
              <w:t>understand</w:t>
            </w:r>
          </w:p>
        </w:tc>
      </w:tr>
      <w:tr w:rsidR="002376F7" w14:paraId="62DB6F7C" w14:textId="77777777">
        <w:trPr>
          <w:jc w:val="center"/>
        </w:trPr>
        <w:tc>
          <w:tcPr>
            <w:tcW w:w="3024" w:type="dxa"/>
            <w:shd w:val="clear" w:color="auto" w:fill="EEF6F8"/>
          </w:tcPr>
          <w:p w14:paraId="410D8DD4" w14:textId="77777777" w:rsidR="002376F7" w:rsidRDefault="00000000">
            <w:r>
              <w:rPr>
                <w:sz w:val="14"/>
              </w:rPr>
              <w:t>komun</w:t>
            </w:r>
          </w:p>
        </w:tc>
        <w:tc>
          <w:tcPr>
            <w:tcW w:w="6912" w:type="dxa"/>
            <w:shd w:val="clear" w:color="auto" w:fill="EEF6F8"/>
          </w:tcPr>
          <w:p w14:paraId="4006E066" w14:textId="77777777" w:rsidR="002376F7" w:rsidRDefault="00000000">
            <w:r>
              <w:rPr>
                <w:sz w:val="14"/>
              </w:rPr>
              <w:t>common</w:t>
            </w:r>
          </w:p>
        </w:tc>
      </w:tr>
      <w:tr w:rsidR="002376F7" w14:paraId="0B438D8F" w14:textId="77777777">
        <w:trPr>
          <w:jc w:val="center"/>
        </w:trPr>
        <w:tc>
          <w:tcPr>
            <w:tcW w:w="3024" w:type="dxa"/>
          </w:tcPr>
          <w:p w14:paraId="1750DE5D" w14:textId="77777777" w:rsidR="002376F7" w:rsidRDefault="00000000">
            <w:r>
              <w:rPr>
                <w:sz w:val="14"/>
              </w:rPr>
              <w:t>komunika</w:t>
            </w:r>
          </w:p>
        </w:tc>
        <w:tc>
          <w:tcPr>
            <w:tcW w:w="6912" w:type="dxa"/>
          </w:tcPr>
          <w:p w14:paraId="146F41FF" w14:textId="77777777" w:rsidR="002376F7" w:rsidRDefault="00000000">
            <w:r>
              <w:rPr>
                <w:sz w:val="14"/>
              </w:rPr>
              <w:t>communicate</w:t>
            </w:r>
          </w:p>
        </w:tc>
      </w:tr>
      <w:tr w:rsidR="002376F7" w14:paraId="2497789B" w14:textId="77777777">
        <w:trPr>
          <w:jc w:val="center"/>
        </w:trPr>
        <w:tc>
          <w:tcPr>
            <w:tcW w:w="3024" w:type="dxa"/>
            <w:shd w:val="clear" w:color="auto" w:fill="EEF6F8"/>
          </w:tcPr>
          <w:p w14:paraId="399A6A16" w14:textId="77777777" w:rsidR="002376F7" w:rsidRDefault="00000000">
            <w:r>
              <w:rPr>
                <w:sz w:val="14"/>
              </w:rPr>
              <w:t>kon</w:t>
            </w:r>
          </w:p>
        </w:tc>
        <w:tc>
          <w:tcPr>
            <w:tcW w:w="6912" w:type="dxa"/>
            <w:shd w:val="clear" w:color="auto" w:fill="EEF6F8"/>
          </w:tcPr>
          <w:p w14:paraId="73E49E3D" w14:textId="77777777" w:rsidR="002376F7" w:rsidRDefault="00000000">
            <w:r>
              <w:rPr>
                <w:sz w:val="14"/>
              </w:rPr>
              <w:t>with</w:t>
            </w:r>
          </w:p>
        </w:tc>
      </w:tr>
      <w:tr w:rsidR="002376F7" w14:paraId="26C92B25" w14:textId="77777777">
        <w:trPr>
          <w:jc w:val="center"/>
        </w:trPr>
        <w:tc>
          <w:tcPr>
            <w:tcW w:w="3024" w:type="dxa"/>
          </w:tcPr>
          <w:p w14:paraId="61FAA241" w14:textId="77777777" w:rsidR="002376F7" w:rsidRDefault="00000000">
            <w:r>
              <w:rPr>
                <w:sz w:val="14"/>
              </w:rPr>
              <w:t>konekte</w:t>
            </w:r>
          </w:p>
        </w:tc>
        <w:tc>
          <w:tcPr>
            <w:tcW w:w="6912" w:type="dxa"/>
          </w:tcPr>
          <w:p w14:paraId="672F908C" w14:textId="77777777" w:rsidR="002376F7" w:rsidRDefault="00000000">
            <w:r>
              <w:rPr>
                <w:sz w:val="14"/>
              </w:rPr>
              <w:t>connect</w:t>
            </w:r>
          </w:p>
        </w:tc>
      </w:tr>
      <w:tr w:rsidR="002376F7" w14:paraId="7BF2BC88" w14:textId="77777777">
        <w:trPr>
          <w:jc w:val="center"/>
        </w:trPr>
        <w:tc>
          <w:tcPr>
            <w:tcW w:w="3024" w:type="dxa"/>
            <w:shd w:val="clear" w:color="auto" w:fill="EEF6F8"/>
          </w:tcPr>
          <w:p w14:paraId="0E88ED95" w14:textId="77777777" w:rsidR="002376F7" w:rsidRDefault="00000000">
            <w:r>
              <w:rPr>
                <w:sz w:val="14"/>
              </w:rPr>
              <w:t>kopi</w:t>
            </w:r>
          </w:p>
        </w:tc>
        <w:tc>
          <w:tcPr>
            <w:tcW w:w="6912" w:type="dxa"/>
            <w:shd w:val="clear" w:color="auto" w:fill="EEF6F8"/>
          </w:tcPr>
          <w:p w14:paraId="360F1704" w14:textId="77777777" w:rsidR="002376F7" w:rsidRDefault="00000000">
            <w:r>
              <w:rPr>
                <w:sz w:val="14"/>
              </w:rPr>
              <w:t>copy</w:t>
            </w:r>
          </w:p>
        </w:tc>
      </w:tr>
      <w:tr w:rsidR="002376F7" w14:paraId="71437AE1" w14:textId="77777777">
        <w:trPr>
          <w:jc w:val="center"/>
        </w:trPr>
        <w:tc>
          <w:tcPr>
            <w:tcW w:w="3024" w:type="dxa"/>
          </w:tcPr>
          <w:p w14:paraId="2A37A392" w14:textId="77777777" w:rsidR="002376F7" w:rsidRDefault="00000000">
            <w:r>
              <w:rPr>
                <w:sz w:val="14"/>
              </w:rPr>
              <w:t>core</w:t>
            </w:r>
          </w:p>
        </w:tc>
        <w:tc>
          <w:tcPr>
            <w:tcW w:w="6912" w:type="dxa"/>
          </w:tcPr>
          <w:p w14:paraId="338ADCC0" w14:textId="77777777" w:rsidR="002376F7" w:rsidRDefault="00000000">
            <w:r>
              <w:rPr>
                <w:sz w:val="14"/>
              </w:rPr>
              <w:t>core</w:t>
            </w:r>
          </w:p>
        </w:tc>
      </w:tr>
      <w:tr w:rsidR="002376F7" w14:paraId="138AF035" w14:textId="77777777">
        <w:trPr>
          <w:jc w:val="center"/>
        </w:trPr>
        <w:tc>
          <w:tcPr>
            <w:tcW w:w="3024" w:type="dxa"/>
            <w:shd w:val="clear" w:color="auto" w:fill="EEF6F8"/>
          </w:tcPr>
          <w:p w14:paraId="44CDEE5E" w14:textId="77777777" w:rsidR="002376F7" w:rsidRDefault="00000000">
            <w:r>
              <w:rPr>
                <w:sz w:val="14"/>
              </w:rPr>
              <w:t>korpo</w:t>
            </w:r>
          </w:p>
        </w:tc>
        <w:tc>
          <w:tcPr>
            <w:tcW w:w="6912" w:type="dxa"/>
            <w:shd w:val="clear" w:color="auto" w:fill="EEF6F8"/>
          </w:tcPr>
          <w:p w14:paraId="2B3E63E4" w14:textId="77777777" w:rsidR="002376F7" w:rsidRDefault="00000000">
            <w:r>
              <w:rPr>
                <w:sz w:val="14"/>
              </w:rPr>
              <w:t>body</w:t>
            </w:r>
          </w:p>
        </w:tc>
      </w:tr>
      <w:tr w:rsidR="002376F7" w14:paraId="45D6CEEB" w14:textId="77777777">
        <w:trPr>
          <w:jc w:val="center"/>
        </w:trPr>
        <w:tc>
          <w:tcPr>
            <w:tcW w:w="3024" w:type="dxa"/>
          </w:tcPr>
          <w:p w14:paraId="542DD494" w14:textId="77777777" w:rsidR="002376F7" w:rsidRDefault="00000000">
            <w:r>
              <w:rPr>
                <w:sz w:val="14"/>
              </w:rPr>
              <w:t>kosta</w:t>
            </w:r>
          </w:p>
        </w:tc>
        <w:tc>
          <w:tcPr>
            <w:tcW w:w="6912" w:type="dxa"/>
          </w:tcPr>
          <w:p w14:paraId="7D411BDC" w14:textId="77777777" w:rsidR="002376F7" w:rsidRDefault="00000000">
            <w:r>
              <w:rPr>
                <w:sz w:val="14"/>
              </w:rPr>
              <w:t>cost</w:t>
            </w:r>
          </w:p>
        </w:tc>
      </w:tr>
      <w:tr w:rsidR="002376F7" w14:paraId="63971E34" w14:textId="77777777">
        <w:trPr>
          <w:jc w:val="center"/>
        </w:trPr>
        <w:tc>
          <w:tcPr>
            <w:tcW w:w="3024" w:type="dxa"/>
            <w:shd w:val="clear" w:color="auto" w:fill="EEF6F8"/>
          </w:tcPr>
          <w:p w14:paraId="5CCCDAEC" w14:textId="77777777" w:rsidR="002376F7" w:rsidRDefault="00000000">
            <w:r>
              <w:rPr>
                <w:sz w:val="14"/>
              </w:rPr>
              <w:t>krea</w:t>
            </w:r>
          </w:p>
        </w:tc>
        <w:tc>
          <w:tcPr>
            <w:tcW w:w="6912" w:type="dxa"/>
            <w:shd w:val="clear" w:color="auto" w:fill="EEF6F8"/>
          </w:tcPr>
          <w:p w14:paraId="39F76980" w14:textId="77777777" w:rsidR="002376F7" w:rsidRDefault="00000000">
            <w:r>
              <w:rPr>
                <w:sz w:val="14"/>
              </w:rPr>
              <w:t>create</w:t>
            </w:r>
          </w:p>
        </w:tc>
      </w:tr>
      <w:tr w:rsidR="002376F7" w14:paraId="3C0ACD57" w14:textId="77777777">
        <w:trPr>
          <w:jc w:val="center"/>
        </w:trPr>
        <w:tc>
          <w:tcPr>
            <w:tcW w:w="3024" w:type="dxa"/>
          </w:tcPr>
          <w:p w14:paraId="376E8E67" w14:textId="77777777" w:rsidR="002376F7" w:rsidRDefault="00000000">
            <w:r>
              <w:rPr>
                <w:sz w:val="14"/>
              </w:rPr>
              <w:t>kultura</w:t>
            </w:r>
          </w:p>
        </w:tc>
        <w:tc>
          <w:tcPr>
            <w:tcW w:w="6912" w:type="dxa"/>
          </w:tcPr>
          <w:p w14:paraId="2759D345" w14:textId="77777777" w:rsidR="002376F7" w:rsidRDefault="00000000">
            <w:r>
              <w:rPr>
                <w:sz w:val="14"/>
              </w:rPr>
              <w:t>culture</w:t>
            </w:r>
          </w:p>
        </w:tc>
      </w:tr>
      <w:tr w:rsidR="002376F7" w14:paraId="7E40868A" w14:textId="77777777">
        <w:trPr>
          <w:jc w:val="center"/>
        </w:trPr>
        <w:tc>
          <w:tcPr>
            <w:tcW w:w="3024" w:type="dxa"/>
            <w:shd w:val="clear" w:color="auto" w:fill="EEF6F8"/>
          </w:tcPr>
          <w:p w14:paraId="05746331" w14:textId="77777777" w:rsidR="002376F7" w:rsidRDefault="00000000">
            <w:r>
              <w:rPr>
                <w:sz w:val="14"/>
              </w:rPr>
              <w:t>cura</w:t>
            </w:r>
          </w:p>
        </w:tc>
        <w:tc>
          <w:tcPr>
            <w:tcW w:w="6912" w:type="dxa"/>
            <w:shd w:val="clear" w:color="auto" w:fill="EEF6F8"/>
          </w:tcPr>
          <w:p w14:paraId="5D0E0772" w14:textId="77777777" w:rsidR="002376F7" w:rsidRDefault="00000000">
            <w:r>
              <w:rPr>
                <w:sz w:val="14"/>
              </w:rPr>
              <w:t>care</w:t>
            </w:r>
          </w:p>
        </w:tc>
      </w:tr>
      <w:tr w:rsidR="002376F7" w14:paraId="196E87DE" w14:textId="77777777">
        <w:trPr>
          <w:jc w:val="center"/>
        </w:trPr>
        <w:tc>
          <w:tcPr>
            <w:tcW w:w="3024" w:type="dxa"/>
          </w:tcPr>
          <w:p w14:paraId="0C764C14" w14:textId="77777777" w:rsidR="002376F7" w:rsidRDefault="00000000">
            <w:r>
              <w:rPr>
                <w:sz w:val="14"/>
              </w:rPr>
              <w:t>da</w:t>
            </w:r>
          </w:p>
        </w:tc>
        <w:tc>
          <w:tcPr>
            <w:tcW w:w="6912" w:type="dxa"/>
          </w:tcPr>
          <w:p w14:paraId="31515D21" w14:textId="77777777" w:rsidR="002376F7" w:rsidRDefault="00000000">
            <w:r>
              <w:rPr>
                <w:sz w:val="14"/>
              </w:rPr>
              <w:t>give</w:t>
            </w:r>
          </w:p>
        </w:tc>
      </w:tr>
      <w:tr w:rsidR="002376F7" w14:paraId="19C590AA" w14:textId="77777777">
        <w:trPr>
          <w:jc w:val="center"/>
        </w:trPr>
        <w:tc>
          <w:tcPr>
            <w:tcW w:w="3024" w:type="dxa"/>
            <w:shd w:val="clear" w:color="auto" w:fill="EEF6F8"/>
          </w:tcPr>
          <w:p w14:paraId="405F1110" w14:textId="77777777" w:rsidR="002376F7" w:rsidRDefault="00000000">
            <w:r>
              <w:rPr>
                <w:sz w:val="14"/>
              </w:rPr>
              <w:t>de</w:t>
            </w:r>
          </w:p>
        </w:tc>
        <w:tc>
          <w:tcPr>
            <w:tcW w:w="6912" w:type="dxa"/>
            <w:shd w:val="clear" w:color="auto" w:fill="EEF6F8"/>
          </w:tcPr>
          <w:p w14:paraId="1A1E5C3F" w14:textId="77777777" w:rsidR="002376F7" w:rsidRDefault="00000000">
            <w:r>
              <w:rPr>
                <w:sz w:val="14"/>
              </w:rPr>
              <w:t>of / from</w:t>
            </w:r>
          </w:p>
        </w:tc>
      </w:tr>
      <w:tr w:rsidR="002376F7" w14:paraId="15A9F63B" w14:textId="77777777">
        <w:trPr>
          <w:jc w:val="center"/>
        </w:trPr>
        <w:tc>
          <w:tcPr>
            <w:tcW w:w="3024" w:type="dxa"/>
          </w:tcPr>
          <w:p w14:paraId="4B4B90F0" w14:textId="77777777" w:rsidR="002376F7" w:rsidRDefault="00000000">
            <w:r>
              <w:rPr>
                <w:sz w:val="14"/>
              </w:rPr>
              <w:t>dekmbr</w:t>
            </w:r>
          </w:p>
        </w:tc>
        <w:tc>
          <w:tcPr>
            <w:tcW w:w="6912" w:type="dxa"/>
          </w:tcPr>
          <w:p w14:paraId="2D043675" w14:textId="77777777" w:rsidR="002376F7" w:rsidRDefault="00000000">
            <w:r>
              <w:rPr>
                <w:sz w:val="14"/>
              </w:rPr>
              <w:t>Dekmber</w:t>
            </w:r>
          </w:p>
        </w:tc>
      </w:tr>
      <w:tr w:rsidR="002376F7" w14:paraId="3E0DB1F2" w14:textId="77777777">
        <w:trPr>
          <w:jc w:val="center"/>
        </w:trPr>
        <w:tc>
          <w:tcPr>
            <w:tcW w:w="3024" w:type="dxa"/>
            <w:shd w:val="clear" w:color="auto" w:fill="EEF6F8"/>
          </w:tcPr>
          <w:p w14:paraId="3457F31A" w14:textId="77777777" w:rsidR="002376F7" w:rsidRDefault="00000000">
            <w:r>
              <w:rPr>
                <w:sz w:val="14"/>
              </w:rPr>
              <w:t>dek</w:t>
            </w:r>
          </w:p>
        </w:tc>
        <w:tc>
          <w:tcPr>
            <w:tcW w:w="6912" w:type="dxa"/>
            <w:shd w:val="clear" w:color="auto" w:fill="EEF6F8"/>
          </w:tcPr>
          <w:p w14:paraId="2D15F2BB" w14:textId="77777777" w:rsidR="002376F7" w:rsidRDefault="00000000">
            <w:r>
              <w:rPr>
                <w:sz w:val="14"/>
              </w:rPr>
              <w:t>ten</w:t>
            </w:r>
          </w:p>
        </w:tc>
      </w:tr>
      <w:tr w:rsidR="002376F7" w14:paraId="4F7B3BFD" w14:textId="77777777">
        <w:trPr>
          <w:jc w:val="center"/>
        </w:trPr>
        <w:tc>
          <w:tcPr>
            <w:tcW w:w="3024" w:type="dxa"/>
          </w:tcPr>
          <w:p w14:paraId="2E706BBB" w14:textId="77777777" w:rsidR="002376F7" w:rsidRDefault="00000000">
            <w:r>
              <w:rPr>
                <w:sz w:val="14"/>
              </w:rPr>
              <w:t>deside</w:t>
            </w:r>
          </w:p>
        </w:tc>
        <w:tc>
          <w:tcPr>
            <w:tcW w:w="6912" w:type="dxa"/>
          </w:tcPr>
          <w:p w14:paraId="29E19E1B" w14:textId="77777777" w:rsidR="002376F7" w:rsidRDefault="00000000">
            <w:r>
              <w:rPr>
                <w:sz w:val="14"/>
              </w:rPr>
              <w:t>deside</w:t>
            </w:r>
          </w:p>
        </w:tc>
      </w:tr>
      <w:tr w:rsidR="002376F7" w14:paraId="2733EB77" w14:textId="77777777">
        <w:trPr>
          <w:jc w:val="center"/>
        </w:trPr>
        <w:tc>
          <w:tcPr>
            <w:tcW w:w="3024" w:type="dxa"/>
            <w:shd w:val="clear" w:color="auto" w:fill="EEF6F8"/>
          </w:tcPr>
          <w:p w14:paraId="45B92C01" w14:textId="77777777" w:rsidR="002376F7" w:rsidRDefault="00000000">
            <w:r>
              <w:rPr>
                <w:sz w:val="14"/>
              </w:rPr>
              <w:t>demokrati</w:t>
            </w:r>
          </w:p>
        </w:tc>
        <w:tc>
          <w:tcPr>
            <w:tcW w:w="6912" w:type="dxa"/>
            <w:shd w:val="clear" w:color="auto" w:fill="EEF6F8"/>
          </w:tcPr>
          <w:p w14:paraId="6BDA0D0F" w14:textId="77777777" w:rsidR="002376F7" w:rsidRDefault="00000000">
            <w:r>
              <w:rPr>
                <w:sz w:val="14"/>
              </w:rPr>
              <w:t>democracy</w:t>
            </w:r>
          </w:p>
        </w:tc>
      </w:tr>
      <w:tr w:rsidR="002376F7" w14:paraId="23E7D511" w14:textId="77777777">
        <w:trPr>
          <w:jc w:val="center"/>
        </w:trPr>
        <w:tc>
          <w:tcPr>
            <w:tcW w:w="3024" w:type="dxa"/>
          </w:tcPr>
          <w:p w14:paraId="0DDD072E" w14:textId="77777777" w:rsidR="002376F7" w:rsidRDefault="00000000">
            <w:r>
              <w:rPr>
                <w:sz w:val="14"/>
              </w:rPr>
              <w:t>desira</w:t>
            </w:r>
          </w:p>
        </w:tc>
        <w:tc>
          <w:tcPr>
            <w:tcW w:w="6912" w:type="dxa"/>
          </w:tcPr>
          <w:p w14:paraId="7369261B" w14:textId="77777777" w:rsidR="002376F7" w:rsidRDefault="00000000">
            <w:r>
              <w:rPr>
                <w:sz w:val="14"/>
              </w:rPr>
              <w:t>desire / wish</w:t>
            </w:r>
          </w:p>
        </w:tc>
      </w:tr>
      <w:tr w:rsidR="002376F7" w14:paraId="1519922B" w14:textId="77777777">
        <w:trPr>
          <w:jc w:val="center"/>
        </w:trPr>
        <w:tc>
          <w:tcPr>
            <w:tcW w:w="3024" w:type="dxa"/>
            <w:shd w:val="clear" w:color="auto" w:fill="EEF6F8"/>
          </w:tcPr>
          <w:p w14:paraId="0FE5BF60" w14:textId="77777777" w:rsidR="002376F7" w:rsidRDefault="00000000">
            <w:r>
              <w:rPr>
                <w:sz w:val="14"/>
              </w:rPr>
              <w:t>dia</w:t>
            </w:r>
          </w:p>
        </w:tc>
        <w:tc>
          <w:tcPr>
            <w:tcW w:w="6912" w:type="dxa"/>
            <w:shd w:val="clear" w:color="auto" w:fill="EEF6F8"/>
          </w:tcPr>
          <w:p w14:paraId="7BEB8350" w14:textId="77777777" w:rsidR="002376F7" w:rsidRDefault="00000000">
            <w:r>
              <w:rPr>
                <w:sz w:val="14"/>
              </w:rPr>
              <w:t>day</w:t>
            </w:r>
          </w:p>
        </w:tc>
      </w:tr>
      <w:tr w:rsidR="002376F7" w14:paraId="317BE525" w14:textId="77777777">
        <w:trPr>
          <w:jc w:val="center"/>
        </w:trPr>
        <w:tc>
          <w:tcPr>
            <w:tcW w:w="3024" w:type="dxa"/>
          </w:tcPr>
          <w:p w14:paraId="11094A13" w14:textId="77777777" w:rsidR="002376F7" w:rsidRDefault="00000000">
            <w:r>
              <w:rPr>
                <w:sz w:val="14"/>
              </w:rPr>
              <w:t>dise</w:t>
            </w:r>
          </w:p>
        </w:tc>
        <w:tc>
          <w:tcPr>
            <w:tcW w:w="6912" w:type="dxa"/>
          </w:tcPr>
          <w:p w14:paraId="2C6B7533" w14:textId="77777777" w:rsidR="002376F7" w:rsidRDefault="00000000">
            <w:r>
              <w:rPr>
                <w:sz w:val="14"/>
              </w:rPr>
              <w:t>say</w:t>
            </w:r>
          </w:p>
        </w:tc>
      </w:tr>
      <w:tr w:rsidR="002376F7" w14:paraId="0D3F018C" w14:textId="77777777">
        <w:trPr>
          <w:jc w:val="center"/>
        </w:trPr>
        <w:tc>
          <w:tcPr>
            <w:tcW w:w="3024" w:type="dxa"/>
            <w:shd w:val="clear" w:color="auto" w:fill="EEF6F8"/>
          </w:tcPr>
          <w:p w14:paraId="79127815" w14:textId="77777777" w:rsidR="002376F7" w:rsidRDefault="00000000">
            <w:r>
              <w:rPr>
                <w:sz w:val="14"/>
              </w:rPr>
              <w:t>difisil</w:t>
            </w:r>
          </w:p>
        </w:tc>
        <w:tc>
          <w:tcPr>
            <w:tcW w:w="6912" w:type="dxa"/>
            <w:shd w:val="clear" w:color="auto" w:fill="EEF6F8"/>
          </w:tcPr>
          <w:p w14:paraId="5495ADF2" w14:textId="77777777" w:rsidR="002376F7" w:rsidRDefault="00000000">
            <w:r>
              <w:rPr>
                <w:sz w:val="14"/>
              </w:rPr>
              <w:t>difficult</w:t>
            </w:r>
          </w:p>
        </w:tc>
      </w:tr>
      <w:tr w:rsidR="002376F7" w14:paraId="112EF292" w14:textId="77777777">
        <w:trPr>
          <w:jc w:val="center"/>
        </w:trPr>
        <w:tc>
          <w:tcPr>
            <w:tcW w:w="3024" w:type="dxa"/>
          </w:tcPr>
          <w:p w14:paraId="452B092A" w14:textId="77777777" w:rsidR="002376F7" w:rsidRDefault="00000000">
            <w:r>
              <w:rPr>
                <w:sz w:val="14"/>
              </w:rPr>
              <w:t>direkt</w:t>
            </w:r>
          </w:p>
        </w:tc>
        <w:tc>
          <w:tcPr>
            <w:tcW w:w="6912" w:type="dxa"/>
          </w:tcPr>
          <w:p w14:paraId="1F0B57AB" w14:textId="77777777" w:rsidR="002376F7" w:rsidRDefault="00000000">
            <w:r>
              <w:rPr>
                <w:sz w:val="14"/>
              </w:rPr>
              <w:t>direct</w:t>
            </w:r>
          </w:p>
        </w:tc>
      </w:tr>
      <w:tr w:rsidR="002376F7" w14:paraId="59670755" w14:textId="77777777">
        <w:trPr>
          <w:jc w:val="center"/>
        </w:trPr>
        <w:tc>
          <w:tcPr>
            <w:tcW w:w="3024" w:type="dxa"/>
            <w:shd w:val="clear" w:color="auto" w:fill="EEF6F8"/>
          </w:tcPr>
          <w:p w14:paraId="511C8E66" w14:textId="77777777" w:rsidR="002376F7" w:rsidRDefault="00000000">
            <w:r>
              <w:rPr>
                <w:sz w:val="14"/>
              </w:rPr>
              <w:t>dom</w:t>
            </w:r>
          </w:p>
        </w:tc>
        <w:tc>
          <w:tcPr>
            <w:tcW w:w="6912" w:type="dxa"/>
            <w:shd w:val="clear" w:color="auto" w:fill="EEF6F8"/>
          </w:tcPr>
          <w:p w14:paraId="4F8FC435" w14:textId="77777777" w:rsidR="002376F7" w:rsidRDefault="00000000">
            <w:r>
              <w:rPr>
                <w:sz w:val="14"/>
              </w:rPr>
              <w:t>home</w:t>
            </w:r>
          </w:p>
        </w:tc>
      </w:tr>
      <w:tr w:rsidR="002376F7" w14:paraId="580D6D5F" w14:textId="77777777">
        <w:trPr>
          <w:jc w:val="center"/>
        </w:trPr>
        <w:tc>
          <w:tcPr>
            <w:tcW w:w="3024" w:type="dxa"/>
          </w:tcPr>
          <w:p w14:paraId="60913F2A" w14:textId="77777777" w:rsidR="002376F7" w:rsidRDefault="00000000">
            <w:r>
              <w:rPr>
                <w:sz w:val="14"/>
              </w:rPr>
              <w:t>dormi</w:t>
            </w:r>
          </w:p>
        </w:tc>
        <w:tc>
          <w:tcPr>
            <w:tcW w:w="6912" w:type="dxa"/>
          </w:tcPr>
          <w:p w14:paraId="3F310EB1" w14:textId="77777777" w:rsidR="002376F7" w:rsidRDefault="00000000">
            <w:r>
              <w:rPr>
                <w:sz w:val="14"/>
              </w:rPr>
              <w:t>sleep</w:t>
            </w:r>
          </w:p>
        </w:tc>
      </w:tr>
      <w:tr w:rsidR="002376F7" w14:paraId="20880295" w14:textId="77777777">
        <w:trPr>
          <w:jc w:val="center"/>
        </w:trPr>
        <w:tc>
          <w:tcPr>
            <w:tcW w:w="3024" w:type="dxa"/>
            <w:shd w:val="clear" w:color="auto" w:fill="EEF6F8"/>
          </w:tcPr>
          <w:p w14:paraId="1629C3E2" w14:textId="77777777" w:rsidR="002376F7" w:rsidRDefault="00000000">
            <w:r>
              <w:rPr>
                <w:sz w:val="14"/>
              </w:rPr>
              <w:t>du</w:t>
            </w:r>
          </w:p>
        </w:tc>
        <w:tc>
          <w:tcPr>
            <w:tcW w:w="6912" w:type="dxa"/>
            <w:shd w:val="clear" w:color="auto" w:fill="EEF6F8"/>
          </w:tcPr>
          <w:p w14:paraId="5B4C7DEE" w14:textId="77777777" w:rsidR="002376F7" w:rsidRDefault="00000000">
            <w:r>
              <w:rPr>
                <w:sz w:val="14"/>
              </w:rPr>
              <w:t>two</w:t>
            </w:r>
          </w:p>
        </w:tc>
      </w:tr>
      <w:tr w:rsidR="002376F7" w14:paraId="0558FFB2" w14:textId="77777777">
        <w:trPr>
          <w:jc w:val="center"/>
        </w:trPr>
        <w:tc>
          <w:tcPr>
            <w:tcW w:w="3024" w:type="dxa"/>
          </w:tcPr>
          <w:p w14:paraId="1CD7CFEB" w14:textId="77777777" w:rsidR="002376F7" w:rsidRDefault="00000000">
            <w:r>
              <w:rPr>
                <w:sz w:val="14"/>
              </w:rPr>
              <w:t>eduka</w:t>
            </w:r>
          </w:p>
        </w:tc>
        <w:tc>
          <w:tcPr>
            <w:tcW w:w="6912" w:type="dxa"/>
          </w:tcPr>
          <w:p w14:paraId="1E503048" w14:textId="77777777" w:rsidR="002376F7" w:rsidRDefault="00000000">
            <w:r>
              <w:rPr>
                <w:sz w:val="14"/>
              </w:rPr>
              <w:t>educate</w:t>
            </w:r>
          </w:p>
        </w:tc>
      </w:tr>
      <w:tr w:rsidR="002376F7" w14:paraId="79EDF0A1" w14:textId="77777777">
        <w:trPr>
          <w:jc w:val="center"/>
        </w:trPr>
        <w:tc>
          <w:tcPr>
            <w:tcW w:w="3024" w:type="dxa"/>
            <w:shd w:val="clear" w:color="auto" w:fill="EEF6F8"/>
          </w:tcPr>
          <w:p w14:paraId="4255F25B" w14:textId="77777777" w:rsidR="002376F7" w:rsidRDefault="00000000">
            <w:r>
              <w:rPr>
                <w:sz w:val="14"/>
              </w:rPr>
              <w:t>ela</w:t>
            </w:r>
          </w:p>
        </w:tc>
        <w:tc>
          <w:tcPr>
            <w:tcW w:w="6912" w:type="dxa"/>
            <w:shd w:val="clear" w:color="auto" w:fill="EEF6F8"/>
          </w:tcPr>
          <w:p w14:paraId="763F6AB7" w14:textId="77777777" w:rsidR="002376F7" w:rsidRDefault="00000000">
            <w:r>
              <w:rPr>
                <w:sz w:val="14"/>
              </w:rPr>
              <w:t>she / her</w:t>
            </w:r>
          </w:p>
        </w:tc>
      </w:tr>
      <w:tr w:rsidR="002376F7" w14:paraId="4C920C0D" w14:textId="77777777">
        <w:trPr>
          <w:jc w:val="center"/>
        </w:trPr>
        <w:tc>
          <w:tcPr>
            <w:tcW w:w="3024" w:type="dxa"/>
          </w:tcPr>
          <w:p w14:paraId="38353DF6" w14:textId="77777777" w:rsidR="002376F7" w:rsidRDefault="00000000">
            <w:r>
              <w:rPr>
                <w:sz w:val="14"/>
              </w:rPr>
              <w:t>energi</w:t>
            </w:r>
          </w:p>
        </w:tc>
        <w:tc>
          <w:tcPr>
            <w:tcW w:w="6912" w:type="dxa"/>
          </w:tcPr>
          <w:p w14:paraId="6D96C860" w14:textId="77777777" w:rsidR="002376F7" w:rsidRDefault="00000000">
            <w:r>
              <w:rPr>
                <w:sz w:val="14"/>
              </w:rPr>
              <w:t>energy</w:t>
            </w:r>
          </w:p>
        </w:tc>
      </w:tr>
      <w:tr w:rsidR="002376F7" w14:paraId="2A0B25A1" w14:textId="77777777">
        <w:trPr>
          <w:jc w:val="center"/>
        </w:trPr>
        <w:tc>
          <w:tcPr>
            <w:tcW w:w="3024" w:type="dxa"/>
            <w:shd w:val="clear" w:color="auto" w:fill="EEF6F8"/>
          </w:tcPr>
          <w:p w14:paraId="19E52E42" w14:textId="77777777" w:rsidR="002376F7" w:rsidRDefault="00000000">
            <w:r>
              <w:rPr>
                <w:sz w:val="14"/>
              </w:rPr>
              <w:t>en</w:t>
            </w:r>
          </w:p>
        </w:tc>
        <w:tc>
          <w:tcPr>
            <w:tcW w:w="6912" w:type="dxa"/>
            <w:shd w:val="clear" w:color="auto" w:fill="EEF6F8"/>
          </w:tcPr>
          <w:p w14:paraId="082C6429" w14:textId="77777777" w:rsidR="002376F7" w:rsidRDefault="00000000">
            <w:r>
              <w:rPr>
                <w:sz w:val="14"/>
              </w:rPr>
              <w:t>en</w:t>
            </w:r>
          </w:p>
        </w:tc>
      </w:tr>
      <w:tr w:rsidR="002376F7" w14:paraId="40881F35" w14:textId="77777777">
        <w:trPr>
          <w:jc w:val="center"/>
        </w:trPr>
        <w:tc>
          <w:tcPr>
            <w:tcW w:w="3024" w:type="dxa"/>
          </w:tcPr>
          <w:p w14:paraId="08AF55D4" w14:textId="77777777" w:rsidR="002376F7" w:rsidRDefault="00000000">
            <w:r>
              <w:rPr>
                <w:sz w:val="14"/>
              </w:rPr>
              <w:t>entra</w:t>
            </w:r>
          </w:p>
        </w:tc>
        <w:tc>
          <w:tcPr>
            <w:tcW w:w="6912" w:type="dxa"/>
          </w:tcPr>
          <w:p w14:paraId="497C4C4E" w14:textId="77777777" w:rsidR="002376F7" w:rsidRDefault="00000000">
            <w:r>
              <w:rPr>
                <w:sz w:val="14"/>
              </w:rPr>
              <w:t>enter</w:t>
            </w:r>
          </w:p>
        </w:tc>
      </w:tr>
      <w:tr w:rsidR="002376F7" w14:paraId="5706FF9F" w14:textId="77777777">
        <w:trPr>
          <w:jc w:val="center"/>
        </w:trPr>
        <w:tc>
          <w:tcPr>
            <w:tcW w:w="3024" w:type="dxa"/>
            <w:shd w:val="clear" w:color="auto" w:fill="EEF6F8"/>
          </w:tcPr>
          <w:p w14:paraId="41220A0C" w14:textId="77777777" w:rsidR="002376F7" w:rsidRDefault="00000000">
            <w:r>
              <w:rPr>
                <w:sz w:val="14"/>
              </w:rPr>
              <w:t>es</w:t>
            </w:r>
          </w:p>
        </w:tc>
        <w:tc>
          <w:tcPr>
            <w:tcW w:w="6912" w:type="dxa"/>
            <w:shd w:val="clear" w:color="auto" w:fill="EEF6F8"/>
          </w:tcPr>
          <w:p w14:paraId="51E84760" w14:textId="77777777" w:rsidR="002376F7" w:rsidRDefault="00000000">
            <w:r>
              <w:rPr>
                <w:sz w:val="14"/>
              </w:rPr>
              <w:t>is / are / be</w:t>
            </w:r>
          </w:p>
        </w:tc>
      </w:tr>
      <w:tr w:rsidR="002376F7" w14:paraId="12FA8447" w14:textId="77777777">
        <w:trPr>
          <w:jc w:val="center"/>
        </w:trPr>
        <w:tc>
          <w:tcPr>
            <w:tcW w:w="3024" w:type="dxa"/>
          </w:tcPr>
          <w:p w14:paraId="4289571F" w14:textId="77777777" w:rsidR="002376F7" w:rsidRDefault="00000000">
            <w:r>
              <w:rPr>
                <w:sz w:val="14"/>
              </w:rPr>
              <w:t>espera</w:t>
            </w:r>
          </w:p>
        </w:tc>
        <w:tc>
          <w:tcPr>
            <w:tcW w:w="6912" w:type="dxa"/>
          </w:tcPr>
          <w:p w14:paraId="29E00A5E" w14:textId="77777777" w:rsidR="002376F7" w:rsidRDefault="00000000">
            <w:r>
              <w:rPr>
                <w:sz w:val="14"/>
              </w:rPr>
              <w:t>hope / wait</w:t>
            </w:r>
          </w:p>
        </w:tc>
      </w:tr>
      <w:tr w:rsidR="002376F7" w14:paraId="4B19686F" w14:textId="77777777">
        <w:trPr>
          <w:jc w:val="center"/>
        </w:trPr>
        <w:tc>
          <w:tcPr>
            <w:tcW w:w="3024" w:type="dxa"/>
            <w:shd w:val="clear" w:color="auto" w:fill="EEF6F8"/>
          </w:tcPr>
          <w:p w14:paraId="2FB16040" w14:textId="77777777" w:rsidR="002376F7" w:rsidRDefault="00000000">
            <w:r>
              <w:rPr>
                <w:sz w:val="14"/>
              </w:rPr>
              <w:t>et</w:t>
            </w:r>
          </w:p>
        </w:tc>
        <w:tc>
          <w:tcPr>
            <w:tcW w:w="6912" w:type="dxa"/>
            <w:shd w:val="clear" w:color="auto" w:fill="EEF6F8"/>
          </w:tcPr>
          <w:p w14:paraId="42C64387" w14:textId="77777777" w:rsidR="002376F7" w:rsidRDefault="00000000">
            <w:r>
              <w:rPr>
                <w:sz w:val="14"/>
              </w:rPr>
              <w:t>and</w:t>
            </w:r>
          </w:p>
        </w:tc>
      </w:tr>
      <w:tr w:rsidR="002376F7" w14:paraId="15847DB1" w14:textId="77777777">
        <w:trPr>
          <w:jc w:val="center"/>
        </w:trPr>
        <w:tc>
          <w:tcPr>
            <w:tcW w:w="3024" w:type="dxa"/>
          </w:tcPr>
          <w:p w14:paraId="28C854B9" w14:textId="77777777" w:rsidR="002376F7" w:rsidRDefault="00000000">
            <w:r>
              <w:rPr>
                <w:sz w:val="14"/>
              </w:rPr>
              <w:t>exempla</w:t>
            </w:r>
          </w:p>
        </w:tc>
        <w:tc>
          <w:tcPr>
            <w:tcW w:w="6912" w:type="dxa"/>
          </w:tcPr>
          <w:p w14:paraId="2867145A" w14:textId="77777777" w:rsidR="002376F7" w:rsidRDefault="00000000">
            <w:r>
              <w:rPr>
                <w:sz w:val="14"/>
              </w:rPr>
              <w:t>example</w:t>
            </w:r>
          </w:p>
        </w:tc>
      </w:tr>
      <w:tr w:rsidR="002376F7" w14:paraId="2FA5AA36" w14:textId="77777777">
        <w:trPr>
          <w:jc w:val="center"/>
        </w:trPr>
        <w:tc>
          <w:tcPr>
            <w:tcW w:w="3024" w:type="dxa"/>
            <w:shd w:val="clear" w:color="auto" w:fill="EEF6F8"/>
          </w:tcPr>
          <w:p w14:paraId="16D69D3C" w14:textId="77777777" w:rsidR="002376F7" w:rsidRDefault="00000000">
            <w:r>
              <w:rPr>
                <w:sz w:val="14"/>
              </w:rPr>
              <w:t>fac</w:t>
            </w:r>
          </w:p>
        </w:tc>
        <w:tc>
          <w:tcPr>
            <w:tcW w:w="6912" w:type="dxa"/>
            <w:shd w:val="clear" w:color="auto" w:fill="EEF6F8"/>
          </w:tcPr>
          <w:p w14:paraId="425AC789" w14:textId="77777777" w:rsidR="002376F7" w:rsidRDefault="00000000">
            <w:r>
              <w:rPr>
                <w:sz w:val="14"/>
              </w:rPr>
              <w:t>face</w:t>
            </w:r>
          </w:p>
        </w:tc>
      </w:tr>
      <w:tr w:rsidR="002376F7" w14:paraId="5E4D7428" w14:textId="77777777">
        <w:trPr>
          <w:jc w:val="center"/>
        </w:trPr>
        <w:tc>
          <w:tcPr>
            <w:tcW w:w="3024" w:type="dxa"/>
          </w:tcPr>
          <w:p w14:paraId="017FB27C" w14:textId="77777777" w:rsidR="002376F7" w:rsidRDefault="00000000">
            <w:r>
              <w:rPr>
                <w:sz w:val="14"/>
              </w:rPr>
              <w:t>fasil</w:t>
            </w:r>
          </w:p>
        </w:tc>
        <w:tc>
          <w:tcPr>
            <w:tcW w:w="6912" w:type="dxa"/>
          </w:tcPr>
          <w:p w14:paraId="1AEF02DC" w14:textId="77777777" w:rsidR="002376F7" w:rsidRDefault="00000000">
            <w:r>
              <w:rPr>
                <w:sz w:val="14"/>
              </w:rPr>
              <w:t>easy</w:t>
            </w:r>
          </w:p>
        </w:tc>
      </w:tr>
      <w:tr w:rsidR="002376F7" w14:paraId="28ED8CB1" w14:textId="77777777">
        <w:trPr>
          <w:jc w:val="center"/>
        </w:trPr>
        <w:tc>
          <w:tcPr>
            <w:tcW w:w="3024" w:type="dxa"/>
            <w:shd w:val="clear" w:color="auto" w:fill="EEF6F8"/>
          </w:tcPr>
          <w:p w14:paraId="5C6E1DC0" w14:textId="77777777" w:rsidR="002376F7" w:rsidRDefault="00000000">
            <w:r>
              <w:rPr>
                <w:sz w:val="14"/>
              </w:rPr>
              <w:t>familia</w:t>
            </w:r>
          </w:p>
        </w:tc>
        <w:tc>
          <w:tcPr>
            <w:tcW w:w="6912" w:type="dxa"/>
            <w:shd w:val="clear" w:color="auto" w:fill="EEF6F8"/>
          </w:tcPr>
          <w:p w14:paraId="0778309C" w14:textId="77777777" w:rsidR="002376F7" w:rsidRDefault="00000000">
            <w:r>
              <w:rPr>
                <w:sz w:val="14"/>
              </w:rPr>
              <w:t>family</w:t>
            </w:r>
          </w:p>
        </w:tc>
      </w:tr>
      <w:tr w:rsidR="002376F7" w14:paraId="5D5C3775" w14:textId="77777777">
        <w:trPr>
          <w:jc w:val="center"/>
        </w:trPr>
        <w:tc>
          <w:tcPr>
            <w:tcW w:w="3024" w:type="dxa"/>
          </w:tcPr>
          <w:p w14:paraId="3C3B28BC" w14:textId="77777777" w:rsidR="002376F7" w:rsidRDefault="00000000">
            <w:r>
              <w:rPr>
                <w:sz w:val="14"/>
              </w:rPr>
              <w:t>fakt</w:t>
            </w:r>
          </w:p>
        </w:tc>
        <w:tc>
          <w:tcPr>
            <w:tcW w:w="6912" w:type="dxa"/>
          </w:tcPr>
          <w:p w14:paraId="4496843F" w14:textId="77777777" w:rsidR="002376F7" w:rsidRDefault="00000000">
            <w:r>
              <w:rPr>
                <w:sz w:val="14"/>
              </w:rPr>
              <w:t>fact</w:t>
            </w:r>
          </w:p>
        </w:tc>
      </w:tr>
      <w:tr w:rsidR="002376F7" w14:paraId="655F6190" w14:textId="77777777">
        <w:trPr>
          <w:jc w:val="center"/>
        </w:trPr>
        <w:tc>
          <w:tcPr>
            <w:tcW w:w="3024" w:type="dxa"/>
            <w:shd w:val="clear" w:color="auto" w:fill="EEF6F8"/>
          </w:tcPr>
          <w:p w14:paraId="35C863CA" w14:textId="77777777" w:rsidR="002376F7" w:rsidRDefault="00000000">
            <w:r>
              <w:rPr>
                <w:sz w:val="14"/>
              </w:rPr>
              <w:t>far</w:t>
            </w:r>
          </w:p>
        </w:tc>
        <w:tc>
          <w:tcPr>
            <w:tcW w:w="6912" w:type="dxa"/>
            <w:shd w:val="clear" w:color="auto" w:fill="EEF6F8"/>
          </w:tcPr>
          <w:p w14:paraId="63A8FF84" w14:textId="77777777" w:rsidR="002376F7" w:rsidRDefault="00000000">
            <w:r>
              <w:rPr>
                <w:sz w:val="14"/>
              </w:rPr>
              <w:t>do / make</w:t>
            </w:r>
          </w:p>
        </w:tc>
      </w:tr>
      <w:tr w:rsidR="002376F7" w14:paraId="6891796D" w14:textId="77777777">
        <w:trPr>
          <w:jc w:val="center"/>
        </w:trPr>
        <w:tc>
          <w:tcPr>
            <w:tcW w:w="3024" w:type="dxa"/>
          </w:tcPr>
          <w:p w14:paraId="172EBFC2" w14:textId="77777777" w:rsidR="002376F7" w:rsidRDefault="00000000">
            <w:r>
              <w:rPr>
                <w:sz w:val="14"/>
              </w:rPr>
              <w:t>feliz</w:t>
            </w:r>
          </w:p>
        </w:tc>
        <w:tc>
          <w:tcPr>
            <w:tcW w:w="6912" w:type="dxa"/>
          </w:tcPr>
          <w:p w14:paraId="777F4546" w14:textId="77777777" w:rsidR="002376F7" w:rsidRDefault="00000000">
            <w:r>
              <w:rPr>
                <w:sz w:val="14"/>
              </w:rPr>
              <w:t>happy</w:t>
            </w:r>
          </w:p>
        </w:tc>
      </w:tr>
      <w:tr w:rsidR="002376F7" w14:paraId="1A9CEB62" w14:textId="77777777">
        <w:trPr>
          <w:jc w:val="center"/>
        </w:trPr>
        <w:tc>
          <w:tcPr>
            <w:tcW w:w="3024" w:type="dxa"/>
            <w:shd w:val="clear" w:color="auto" w:fill="EEF6F8"/>
          </w:tcPr>
          <w:p w14:paraId="2FEC3320" w14:textId="77777777" w:rsidR="002376F7" w:rsidRDefault="00000000">
            <w:r>
              <w:rPr>
                <w:sz w:val="14"/>
              </w:rPr>
              <w:t>fem</w:t>
            </w:r>
          </w:p>
        </w:tc>
        <w:tc>
          <w:tcPr>
            <w:tcW w:w="6912" w:type="dxa"/>
            <w:shd w:val="clear" w:color="auto" w:fill="EEF6F8"/>
          </w:tcPr>
          <w:p w14:paraId="13721504" w14:textId="77777777" w:rsidR="002376F7" w:rsidRDefault="00000000">
            <w:r>
              <w:rPr>
                <w:sz w:val="14"/>
              </w:rPr>
              <w:t>female / woman</w:t>
            </w:r>
          </w:p>
        </w:tc>
      </w:tr>
      <w:tr w:rsidR="002376F7" w14:paraId="48272A5B" w14:textId="77777777">
        <w:trPr>
          <w:jc w:val="center"/>
        </w:trPr>
        <w:tc>
          <w:tcPr>
            <w:tcW w:w="3024" w:type="dxa"/>
          </w:tcPr>
          <w:p w14:paraId="10FED988" w14:textId="77777777" w:rsidR="002376F7" w:rsidRDefault="00000000">
            <w:r>
              <w:rPr>
                <w:sz w:val="14"/>
              </w:rPr>
              <w:t>ferma</w:t>
            </w:r>
          </w:p>
        </w:tc>
        <w:tc>
          <w:tcPr>
            <w:tcW w:w="6912" w:type="dxa"/>
          </w:tcPr>
          <w:p w14:paraId="1BEC0276" w14:textId="77777777" w:rsidR="002376F7" w:rsidRDefault="00000000">
            <w:r>
              <w:rPr>
                <w:sz w:val="14"/>
              </w:rPr>
              <w:t>close / shut</w:t>
            </w:r>
          </w:p>
        </w:tc>
      </w:tr>
      <w:tr w:rsidR="002376F7" w14:paraId="325C1F3D" w14:textId="77777777">
        <w:trPr>
          <w:jc w:val="center"/>
        </w:trPr>
        <w:tc>
          <w:tcPr>
            <w:tcW w:w="3024" w:type="dxa"/>
            <w:shd w:val="clear" w:color="auto" w:fill="EEF6F8"/>
          </w:tcPr>
          <w:p w14:paraId="2190B575" w14:textId="77777777" w:rsidR="002376F7" w:rsidRDefault="00000000">
            <w:r>
              <w:rPr>
                <w:sz w:val="14"/>
              </w:rPr>
              <w:t>festa</w:t>
            </w:r>
          </w:p>
        </w:tc>
        <w:tc>
          <w:tcPr>
            <w:tcW w:w="6912" w:type="dxa"/>
            <w:shd w:val="clear" w:color="auto" w:fill="EEF6F8"/>
          </w:tcPr>
          <w:p w14:paraId="478E1F85" w14:textId="77777777" w:rsidR="002376F7" w:rsidRDefault="00000000">
            <w:r>
              <w:rPr>
                <w:sz w:val="14"/>
              </w:rPr>
              <w:t>party / feast</w:t>
            </w:r>
          </w:p>
        </w:tc>
      </w:tr>
      <w:tr w:rsidR="002376F7" w14:paraId="408CA9B9" w14:textId="77777777">
        <w:trPr>
          <w:jc w:val="center"/>
        </w:trPr>
        <w:tc>
          <w:tcPr>
            <w:tcW w:w="3024" w:type="dxa"/>
          </w:tcPr>
          <w:p w14:paraId="13272C8C" w14:textId="77777777" w:rsidR="002376F7" w:rsidRDefault="00000000">
            <w:r>
              <w:rPr>
                <w:sz w:val="14"/>
              </w:rPr>
              <w:t>fil</w:t>
            </w:r>
          </w:p>
        </w:tc>
        <w:tc>
          <w:tcPr>
            <w:tcW w:w="6912" w:type="dxa"/>
          </w:tcPr>
          <w:p w14:paraId="60E4B1FA" w14:textId="77777777" w:rsidR="002376F7" w:rsidRDefault="00000000">
            <w:r>
              <w:rPr>
                <w:sz w:val="14"/>
              </w:rPr>
              <w:t>child / offspring</w:t>
            </w:r>
          </w:p>
        </w:tc>
      </w:tr>
      <w:tr w:rsidR="002376F7" w14:paraId="6561C8B2" w14:textId="77777777">
        <w:trPr>
          <w:jc w:val="center"/>
        </w:trPr>
        <w:tc>
          <w:tcPr>
            <w:tcW w:w="3024" w:type="dxa"/>
            <w:shd w:val="clear" w:color="auto" w:fill="EEF6F8"/>
          </w:tcPr>
          <w:p w14:paraId="6F57F93E" w14:textId="77777777" w:rsidR="002376F7" w:rsidRDefault="00000000">
            <w:r>
              <w:rPr>
                <w:sz w:val="14"/>
              </w:rPr>
              <w:t>fin</w:t>
            </w:r>
          </w:p>
        </w:tc>
        <w:tc>
          <w:tcPr>
            <w:tcW w:w="6912" w:type="dxa"/>
            <w:shd w:val="clear" w:color="auto" w:fill="EEF6F8"/>
          </w:tcPr>
          <w:p w14:paraId="1D01B3F7" w14:textId="77777777" w:rsidR="002376F7" w:rsidRDefault="00000000">
            <w:r>
              <w:rPr>
                <w:sz w:val="14"/>
              </w:rPr>
              <w:t>end</w:t>
            </w:r>
          </w:p>
        </w:tc>
      </w:tr>
      <w:tr w:rsidR="002376F7" w14:paraId="3D1A3719" w14:textId="77777777">
        <w:trPr>
          <w:jc w:val="center"/>
        </w:trPr>
        <w:tc>
          <w:tcPr>
            <w:tcW w:w="3024" w:type="dxa"/>
          </w:tcPr>
          <w:p w14:paraId="735D36D1" w14:textId="77777777" w:rsidR="002376F7" w:rsidRDefault="00000000">
            <w:r>
              <w:rPr>
                <w:sz w:val="14"/>
              </w:rPr>
              <w:t>flor</w:t>
            </w:r>
          </w:p>
        </w:tc>
        <w:tc>
          <w:tcPr>
            <w:tcW w:w="6912" w:type="dxa"/>
          </w:tcPr>
          <w:p w14:paraId="5A0CEE2E" w14:textId="77777777" w:rsidR="002376F7" w:rsidRDefault="00000000">
            <w:r>
              <w:rPr>
                <w:sz w:val="14"/>
              </w:rPr>
              <w:t>flower</w:t>
            </w:r>
          </w:p>
        </w:tc>
      </w:tr>
      <w:tr w:rsidR="002376F7" w14:paraId="5D18113F" w14:textId="77777777">
        <w:trPr>
          <w:jc w:val="center"/>
        </w:trPr>
        <w:tc>
          <w:tcPr>
            <w:tcW w:w="3024" w:type="dxa"/>
            <w:shd w:val="clear" w:color="auto" w:fill="EEF6F8"/>
          </w:tcPr>
          <w:p w14:paraId="31C09280" w14:textId="77777777" w:rsidR="002376F7" w:rsidRDefault="00000000">
            <w:r>
              <w:rPr>
                <w:sz w:val="14"/>
              </w:rPr>
              <w:t>forma</w:t>
            </w:r>
          </w:p>
        </w:tc>
        <w:tc>
          <w:tcPr>
            <w:tcW w:w="6912" w:type="dxa"/>
            <w:shd w:val="clear" w:color="auto" w:fill="EEF6F8"/>
          </w:tcPr>
          <w:p w14:paraId="43C0F8DD" w14:textId="77777777" w:rsidR="002376F7" w:rsidRDefault="00000000">
            <w:r>
              <w:rPr>
                <w:sz w:val="14"/>
              </w:rPr>
              <w:t>form / shape</w:t>
            </w:r>
          </w:p>
        </w:tc>
      </w:tr>
      <w:tr w:rsidR="002376F7" w14:paraId="70173F44" w14:textId="77777777">
        <w:trPr>
          <w:jc w:val="center"/>
        </w:trPr>
        <w:tc>
          <w:tcPr>
            <w:tcW w:w="3024" w:type="dxa"/>
          </w:tcPr>
          <w:p w14:paraId="7F5A8B5A" w14:textId="77777777" w:rsidR="002376F7" w:rsidRDefault="00000000">
            <w:r>
              <w:rPr>
                <w:sz w:val="14"/>
              </w:rPr>
              <w:t>forte</w:t>
            </w:r>
          </w:p>
        </w:tc>
        <w:tc>
          <w:tcPr>
            <w:tcW w:w="6912" w:type="dxa"/>
          </w:tcPr>
          <w:p w14:paraId="4FA10A5C" w14:textId="77777777" w:rsidR="002376F7" w:rsidRDefault="00000000">
            <w:r>
              <w:rPr>
                <w:sz w:val="14"/>
              </w:rPr>
              <w:t>strong</w:t>
            </w:r>
          </w:p>
        </w:tc>
      </w:tr>
      <w:tr w:rsidR="002376F7" w14:paraId="67239D6D" w14:textId="77777777">
        <w:trPr>
          <w:jc w:val="center"/>
        </w:trPr>
        <w:tc>
          <w:tcPr>
            <w:tcW w:w="3024" w:type="dxa"/>
            <w:shd w:val="clear" w:color="auto" w:fill="EEF6F8"/>
          </w:tcPr>
          <w:p w14:paraId="46E2F75C" w14:textId="77777777" w:rsidR="002376F7" w:rsidRDefault="00000000">
            <w:r>
              <w:rPr>
                <w:sz w:val="14"/>
              </w:rPr>
              <w:t>foto</w:t>
            </w:r>
          </w:p>
        </w:tc>
        <w:tc>
          <w:tcPr>
            <w:tcW w:w="6912" w:type="dxa"/>
            <w:shd w:val="clear" w:color="auto" w:fill="EEF6F8"/>
          </w:tcPr>
          <w:p w14:paraId="0C384E61" w14:textId="77777777" w:rsidR="002376F7" w:rsidRDefault="00000000">
            <w:r>
              <w:rPr>
                <w:sz w:val="14"/>
              </w:rPr>
              <w:t>photo</w:t>
            </w:r>
          </w:p>
        </w:tc>
      </w:tr>
      <w:tr w:rsidR="002376F7" w14:paraId="7CF3DE2B" w14:textId="77777777">
        <w:trPr>
          <w:jc w:val="center"/>
        </w:trPr>
        <w:tc>
          <w:tcPr>
            <w:tcW w:w="3024" w:type="dxa"/>
          </w:tcPr>
          <w:p w14:paraId="5C5B55A8" w14:textId="77777777" w:rsidR="002376F7" w:rsidRDefault="00000000">
            <w:r>
              <w:rPr>
                <w:sz w:val="14"/>
              </w:rPr>
              <w:t>frate</w:t>
            </w:r>
          </w:p>
        </w:tc>
        <w:tc>
          <w:tcPr>
            <w:tcW w:w="6912" w:type="dxa"/>
          </w:tcPr>
          <w:p w14:paraId="36F1FFEC" w14:textId="77777777" w:rsidR="002376F7" w:rsidRDefault="00000000">
            <w:r>
              <w:rPr>
                <w:sz w:val="14"/>
              </w:rPr>
              <w:t>sibling</w:t>
            </w:r>
          </w:p>
        </w:tc>
      </w:tr>
      <w:tr w:rsidR="002376F7" w14:paraId="733121F1" w14:textId="77777777">
        <w:trPr>
          <w:jc w:val="center"/>
        </w:trPr>
        <w:tc>
          <w:tcPr>
            <w:tcW w:w="3024" w:type="dxa"/>
            <w:shd w:val="clear" w:color="auto" w:fill="EEF6F8"/>
          </w:tcPr>
          <w:p w14:paraId="329F04DE" w14:textId="77777777" w:rsidR="002376F7" w:rsidRDefault="00000000">
            <w:r>
              <w:rPr>
                <w:sz w:val="14"/>
              </w:rPr>
              <w:t>fruta</w:t>
            </w:r>
          </w:p>
        </w:tc>
        <w:tc>
          <w:tcPr>
            <w:tcW w:w="6912" w:type="dxa"/>
            <w:shd w:val="clear" w:color="auto" w:fill="EEF6F8"/>
          </w:tcPr>
          <w:p w14:paraId="198A8C32" w14:textId="77777777" w:rsidR="002376F7" w:rsidRDefault="00000000">
            <w:r>
              <w:rPr>
                <w:sz w:val="14"/>
              </w:rPr>
              <w:t>fruit</w:t>
            </w:r>
          </w:p>
        </w:tc>
      </w:tr>
      <w:tr w:rsidR="002376F7" w14:paraId="54C2669F" w14:textId="77777777">
        <w:trPr>
          <w:jc w:val="center"/>
        </w:trPr>
        <w:tc>
          <w:tcPr>
            <w:tcW w:w="3024" w:type="dxa"/>
          </w:tcPr>
          <w:p w14:paraId="3EF01B34" w14:textId="77777777" w:rsidR="002376F7" w:rsidRDefault="00000000">
            <w:r>
              <w:rPr>
                <w:sz w:val="14"/>
              </w:rPr>
              <w:t>futur</w:t>
            </w:r>
          </w:p>
        </w:tc>
        <w:tc>
          <w:tcPr>
            <w:tcW w:w="6912" w:type="dxa"/>
          </w:tcPr>
          <w:p w14:paraId="1C506F16" w14:textId="77777777" w:rsidR="002376F7" w:rsidRDefault="00000000">
            <w:r>
              <w:rPr>
                <w:sz w:val="14"/>
              </w:rPr>
              <w:t>future</w:t>
            </w:r>
          </w:p>
        </w:tc>
      </w:tr>
      <w:tr w:rsidR="002376F7" w14:paraId="5E7EDE7D" w14:textId="77777777">
        <w:trPr>
          <w:jc w:val="center"/>
        </w:trPr>
        <w:tc>
          <w:tcPr>
            <w:tcW w:w="3024" w:type="dxa"/>
            <w:shd w:val="clear" w:color="auto" w:fill="EEF6F8"/>
          </w:tcPr>
          <w:p w14:paraId="40E7D47A" w14:textId="77777777" w:rsidR="002376F7" w:rsidRDefault="00000000">
            <w:r>
              <w:rPr>
                <w:sz w:val="14"/>
              </w:rPr>
              <w:t>gener</w:t>
            </w:r>
          </w:p>
        </w:tc>
        <w:tc>
          <w:tcPr>
            <w:tcW w:w="6912" w:type="dxa"/>
            <w:shd w:val="clear" w:color="auto" w:fill="EEF6F8"/>
          </w:tcPr>
          <w:p w14:paraId="18CF29AF" w14:textId="77777777" w:rsidR="002376F7" w:rsidRDefault="00000000">
            <w:r>
              <w:rPr>
                <w:sz w:val="14"/>
              </w:rPr>
              <w:t>generation</w:t>
            </w:r>
          </w:p>
        </w:tc>
      </w:tr>
      <w:tr w:rsidR="002376F7" w14:paraId="22F47F84" w14:textId="77777777">
        <w:trPr>
          <w:jc w:val="center"/>
        </w:trPr>
        <w:tc>
          <w:tcPr>
            <w:tcW w:w="3024" w:type="dxa"/>
          </w:tcPr>
          <w:p w14:paraId="442A38ED" w14:textId="77777777" w:rsidR="002376F7" w:rsidRDefault="00000000">
            <w:r>
              <w:rPr>
                <w:sz w:val="14"/>
              </w:rPr>
              <w:t>gloria</w:t>
            </w:r>
          </w:p>
        </w:tc>
        <w:tc>
          <w:tcPr>
            <w:tcW w:w="6912" w:type="dxa"/>
          </w:tcPr>
          <w:p w14:paraId="22D6BBEF" w14:textId="77777777" w:rsidR="002376F7" w:rsidRDefault="00000000">
            <w:r>
              <w:rPr>
                <w:sz w:val="14"/>
              </w:rPr>
              <w:t>glory</w:t>
            </w:r>
          </w:p>
        </w:tc>
      </w:tr>
      <w:tr w:rsidR="002376F7" w14:paraId="3D15B528" w14:textId="77777777">
        <w:trPr>
          <w:jc w:val="center"/>
        </w:trPr>
        <w:tc>
          <w:tcPr>
            <w:tcW w:w="3024" w:type="dxa"/>
            <w:shd w:val="clear" w:color="auto" w:fill="EEF6F8"/>
          </w:tcPr>
          <w:p w14:paraId="18CCAD91" w14:textId="77777777" w:rsidR="002376F7" w:rsidRDefault="00000000">
            <w:r>
              <w:rPr>
                <w:sz w:val="14"/>
              </w:rPr>
              <w:t>governa</w:t>
            </w:r>
          </w:p>
        </w:tc>
        <w:tc>
          <w:tcPr>
            <w:tcW w:w="6912" w:type="dxa"/>
            <w:shd w:val="clear" w:color="auto" w:fill="EEF6F8"/>
          </w:tcPr>
          <w:p w14:paraId="7F2B5981" w14:textId="77777777" w:rsidR="002376F7" w:rsidRDefault="00000000">
            <w:r>
              <w:rPr>
                <w:sz w:val="14"/>
              </w:rPr>
              <w:t>govern</w:t>
            </w:r>
          </w:p>
        </w:tc>
      </w:tr>
      <w:tr w:rsidR="002376F7" w14:paraId="42DE9DD5" w14:textId="77777777">
        <w:trPr>
          <w:jc w:val="center"/>
        </w:trPr>
        <w:tc>
          <w:tcPr>
            <w:tcW w:w="3024" w:type="dxa"/>
          </w:tcPr>
          <w:p w14:paraId="04D38CC9" w14:textId="77777777" w:rsidR="002376F7" w:rsidRDefault="00000000">
            <w:r>
              <w:rPr>
                <w:sz w:val="14"/>
              </w:rPr>
              <w:t>grande</w:t>
            </w:r>
          </w:p>
        </w:tc>
        <w:tc>
          <w:tcPr>
            <w:tcW w:w="6912" w:type="dxa"/>
          </w:tcPr>
          <w:p w14:paraId="42CCB8E9" w14:textId="77777777" w:rsidR="002376F7" w:rsidRDefault="00000000">
            <w:r>
              <w:rPr>
                <w:sz w:val="14"/>
              </w:rPr>
              <w:t>great / big</w:t>
            </w:r>
          </w:p>
        </w:tc>
      </w:tr>
      <w:tr w:rsidR="002376F7" w14:paraId="1458CDC0" w14:textId="77777777">
        <w:trPr>
          <w:jc w:val="center"/>
        </w:trPr>
        <w:tc>
          <w:tcPr>
            <w:tcW w:w="3024" w:type="dxa"/>
            <w:shd w:val="clear" w:color="auto" w:fill="EEF6F8"/>
          </w:tcPr>
          <w:p w14:paraId="7159D063" w14:textId="77777777" w:rsidR="002376F7" w:rsidRDefault="00000000">
            <w:r>
              <w:rPr>
                <w:sz w:val="14"/>
              </w:rPr>
              <w:t>gratias</w:t>
            </w:r>
          </w:p>
        </w:tc>
        <w:tc>
          <w:tcPr>
            <w:tcW w:w="6912" w:type="dxa"/>
            <w:shd w:val="clear" w:color="auto" w:fill="EEF6F8"/>
          </w:tcPr>
          <w:p w14:paraId="1D9C6844" w14:textId="77777777" w:rsidR="002376F7" w:rsidRDefault="00000000">
            <w:r>
              <w:rPr>
                <w:sz w:val="14"/>
              </w:rPr>
              <w:t>thanks</w:t>
            </w:r>
          </w:p>
        </w:tc>
      </w:tr>
      <w:tr w:rsidR="002376F7" w14:paraId="59E2E356" w14:textId="77777777">
        <w:trPr>
          <w:jc w:val="center"/>
        </w:trPr>
        <w:tc>
          <w:tcPr>
            <w:tcW w:w="3024" w:type="dxa"/>
          </w:tcPr>
          <w:p w14:paraId="2DD9F872" w14:textId="77777777" w:rsidR="002376F7" w:rsidRDefault="00000000">
            <w:r>
              <w:rPr>
                <w:sz w:val="14"/>
              </w:rPr>
              <w:t>grupo</w:t>
            </w:r>
          </w:p>
        </w:tc>
        <w:tc>
          <w:tcPr>
            <w:tcW w:w="6912" w:type="dxa"/>
          </w:tcPr>
          <w:p w14:paraId="1E1D0203" w14:textId="77777777" w:rsidR="002376F7" w:rsidRDefault="00000000">
            <w:r>
              <w:rPr>
                <w:sz w:val="14"/>
              </w:rPr>
              <w:t>group</w:t>
            </w:r>
          </w:p>
        </w:tc>
      </w:tr>
      <w:tr w:rsidR="002376F7" w14:paraId="34977E16" w14:textId="77777777">
        <w:trPr>
          <w:jc w:val="center"/>
        </w:trPr>
        <w:tc>
          <w:tcPr>
            <w:tcW w:w="3024" w:type="dxa"/>
            <w:shd w:val="clear" w:color="auto" w:fill="EEF6F8"/>
          </w:tcPr>
          <w:p w14:paraId="7038478F" w14:textId="77777777" w:rsidR="002376F7" w:rsidRDefault="00000000">
            <w:r>
              <w:rPr>
                <w:sz w:val="14"/>
              </w:rPr>
              <w:t>guia</w:t>
            </w:r>
          </w:p>
        </w:tc>
        <w:tc>
          <w:tcPr>
            <w:tcW w:w="6912" w:type="dxa"/>
            <w:shd w:val="clear" w:color="auto" w:fill="EEF6F8"/>
          </w:tcPr>
          <w:p w14:paraId="3A1E39AD" w14:textId="77777777" w:rsidR="002376F7" w:rsidRDefault="00000000">
            <w:r>
              <w:rPr>
                <w:sz w:val="14"/>
              </w:rPr>
              <w:t>guide</w:t>
            </w:r>
          </w:p>
        </w:tc>
      </w:tr>
      <w:tr w:rsidR="002376F7" w14:paraId="515E2C87" w14:textId="77777777">
        <w:trPr>
          <w:jc w:val="center"/>
        </w:trPr>
        <w:tc>
          <w:tcPr>
            <w:tcW w:w="3024" w:type="dxa"/>
          </w:tcPr>
          <w:p w14:paraId="32CCDC79" w14:textId="77777777" w:rsidR="002376F7" w:rsidRDefault="00000000">
            <w:r>
              <w:rPr>
                <w:sz w:val="14"/>
              </w:rPr>
              <w:t>habe</w:t>
            </w:r>
          </w:p>
        </w:tc>
        <w:tc>
          <w:tcPr>
            <w:tcW w:w="6912" w:type="dxa"/>
          </w:tcPr>
          <w:p w14:paraId="7832D68F" w14:textId="77777777" w:rsidR="002376F7" w:rsidRDefault="00000000">
            <w:r>
              <w:rPr>
                <w:sz w:val="14"/>
              </w:rPr>
              <w:t>have</w:t>
            </w:r>
          </w:p>
        </w:tc>
      </w:tr>
      <w:tr w:rsidR="002376F7" w14:paraId="48252160" w14:textId="77777777">
        <w:trPr>
          <w:jc w:val="center"/>
        </w:trPr>
        <w:tc>
          <w:tcPr>
            <w:tcW w:w="3024" w:type="dxa"/>
            <w:shd w:val="clear" w:color="auto" w:fill="EEF6F8"/>
          </w:tcPr>
          <w:p w14:paraId="24DF0532" w14:textId="77777777" w:rsidR="002376F7" w:rsidRDefault="00000000">
            <w:r>
              <w:rPr>
                <w:sz w:val="14"/>
              </w:rPr>
              <w:t>hodia</w:t>
            </w:r>
          </w:p>
        </w:tc>
        <w:tc>
          <w:tcPr>
            <w:tcW w:w="6912" w:type="dxa"/>
            <w:shd w:val="clear" w:color="auto" w:fill="EEF6F8"/>
          </w:tcPr>
          <w:p w14:paraId="1AD713F3" w14:textId="77777777" w:rsidR="002376F7" w:rsidRDefault="00000000">
            <w:r>
              <w:rPr>
                <w:sz w:val="14"/>
              </w:rPr>
              <w:t>today</w:t>
            </w:r>
          </w:p>
        </w:tc>
      </w:tr>
      <w:tr w:rsidR="002376F7" w14:paraId="0D8FC8D4" w14:textId="77777777">
        <w:trPr>
          <w:jc w:val="center"/>
        </w:trPr>
        <w:tc>
          <w:tcPr>
            <w:tcW w:w="3024" w:type="dxa"/>
          </w:tcPr>
          <w:p w14:paraId="537E4062" w14:textId="77777777" w:rsidR="002376F7" w:rsidRDefault="00000000">
            <w:r>
              <w:rPr>
                <w:sz w:val="14"/>
              </w:rPr>
              <w:t>homo</w:t>
            </w:r>
          </w:p>
        </w:tc>
        <w:tc>
          <w:tcPr>
            <w:tcW w:w="6912" w:type="dxa"/>
          </w:tcPr>
          <w:p w14:paraId="2D78C7A5" w14:textId="77777777" w:rsidR="002376F7" w:rsidRDefault="00000000">
            <w:r>
              <w:rPr>
                <w:sz w:val="14"/>
              </w:rPr>
              <w:t>human / person</w:t>
            </w:r>
          </w:p>
        </w:tc>
      </w:tr>
      <w:tr w:rsidR="002376F7" w14:paraId="38890A19" w14:textId="77777777">
        <w:trPr>
          <w:jc w:val="center"/>
        </w:trPr>
        <w:tc>
          <w:tcPr>
            <w:tcW w:w="3024" w:type="dxa"/>
            <w:shd w:val="clear" w:color="auto" w:fill="EEF6F8"/>
          </w:tcPr>
          <w:p w14:paraId="60183638" w14:textId="77777777" w:rsidR="002376F7" w:rsidRDefault="00000000">
            <w:r>
              <w:rPr>
                <w:sz w:val="14"/>
              </w:rPr>
              <w:t>hora</w:t>
            </w:r>
          </w:p>
        </w:tc>
        <w:tc>
          <w:tcPr>
            <w:tcW w:w="6912" w:type="dxa"/>
            <w:shd w:val="clear" w:color="auto" w:fill="EEF6F8"/>
          </w:tcPr>
          <w:p w14:paraId="1BE4EDF1" w14:textId="77777777" w:rsidR="002376F7" w:rsidRDefault="00000000">
            <w:r>
              <w:rPr>
                <w:sz w:val="14"/>
              </w:rPr>
              <w:t>hour</w:t>
            </w:r>
          </w:p>
        </w:tc>
      </w:tr>
      <w:tr w:rsidR="002376F7" w14:paraId="230A5C99" w14:textId="77777777">
        <w:trPr>
          <w:jc w:val="center"/>
        </w:trPr>
        <w:tc>
          <w:tcPr>
            <w:tcW w:w="3024" w:type="dxa"/>
          </w:tcPr>
          <w:p w14:paraId="7C5528DC" w14:textId="77777777" w:rsidR="002376F7" w:rsidRDefault="00000000">
            <w:r>
              <w:rPr>
                <w:sz w:val="14"/>
              </w:rPr>
              <w:t>humor</w:t>
            </w:r>
          </w:p>
        </w:tc>
        <w:tc>
          <w:tcPr>
            <w:tcW w:w="6912" w:type="dxa"/>
          </w:tcPr>
          <w:p w14:paraId="6A0D8092" w14:textId="77777777" w:rsidR="002376F7" w:rsidRDefault="00000000">
            <w:r>
              <w:rPr>
                <w:sz w:val="14"/>
              </w:rPr>
              <w:t>humor</w:t>
            </w:r>
          </w:p>
        </w:tc>
      </w:tr>
      <w:tr w:rsidR="002376F7" w14:paraId="62F8253D" w14:textId="77777777">
        <w:trPr>
          <w:jc w:val="center"/>
        </w:trPr>
        <w:tc>
          <w:tcPr>
            <w:tcW w:w="3024" w:type="dxa"/>
            <w:shd w:val="clear" w:color="auto" w:fill="EEF6F8"/>
          </w:tcPr>
          <w:p w14:paraId="5F8F2136" w14:textId="77777777" w:rsidR="002376F7" w:rsidRDefault="00000000">
            <w:r>
              <w:rPr>
                <w:sz w:val="14"/>
              </w:rPr>
              <w:t>idea</w:t>
            </w:r>
          </w:p>
        </w:tc>
        <w:tc>
          <w:tcPr>
            <w:tcW w:w="6912" w:type="dxa"/>
            <w:shd w:val="clear" w:color="auto" w:fill="EEF6F8"/>
          </w:tcPr>
          <w:p w14:paraId="10FA0756" w14:textId="77777777" w:rsidR="002376F7" w:rsidRDefault="00000000">
            <w:r>
              <w:rPr>
                <w:sz w:val="14"/>
              </w:rPr>
              <w:t>idea</w:t>
            </w:r>
          </w:p>
        </w:tc>
      </w:tr>
      <w:tr w:rsidR="002376F7" w14:paraId="25085DBA" w14:textId="77777777">
        <w:trPr>
          <w:jc w:val="center"/>
        </w:trPr>
        <w:tc>
          <w:tcPr>
            <w:tcW w:w="3024" w:type="dxa"/>
          </w:tcPr>
          <w:p w14:paraId="64B97B6F" w14:textId="77777777" w:rsidR="002376F7" w:rsidRDefault="00000000">
            <w:r>
              <w:rPr>
                <w:sz w:val="14"/>
              </w:rPr>
              <w:t>il</w:t>
            </w:r>
          </w:p>
        </w:tc>
        <w:tc>
          <w:tcPr>
            <w:tcW w:w="6912" w:type="dxa"/>
          </w:tcPr>
          <w:p w14:paraId="3AC14F34" w14:textId="77777777" w:rsidR="002376F7" w:rsidRDefault="00000000">
            <w:r>
              <w:rPr>
                <w:sz w:val="14"/>
              </w:rPr>
              <w:t>he / him</w:t>
            </w:r>
          </w:p>
        </w:tc>
      </w:tr>
      <w:tr w:rsidR="002376F7" w14:paraId="2EDB1A7A" w14:textId="77777777">
        <w:trPr>
          <w:jc w:val="center"/>
        </w:trPr>
        <w:tc>
          <w:tcPr>
            <w:tcW w:w="3024" w:type="dxa"/>
            <w:shd w:val="clear" w:color="auto" w:fill="EEF6F8"/>
          </w:tcPr>
          <w:p w14:paraId="4D006842" w14:textId="77777777" w:rsidR="002376F7" w:rsidRDefault="00000000">
            <w:r>
              <w:rPr>
                <w:sz w:val="14"/>
              </w:rPr>
              <w:t>importa</w:t>
            </w:r>
          </w:p>
        </w:tc>
        <w:tc>
          <w:tcPr>
            <w:tcW w:w="6912" w:type="dxa"/>
            <w:shd w:val="clear" w:color="auto" w:fill="EEF6F8"/>
          </w:tcPr>
          <w:p w14:paraId="23AC94F4" w14:textId="77777777" w:rsidR="002376F7" w:rsidRDefault="00000000">
            <w:r>
              <w:rPr>
                <w:sz w:val="14"/>
              </w:rPr>
              <w:t>matter / be important</w:t>
            </w:r>
          </w:p>
        </w:tc>
      </w:tr>
      <w:tr w:rsidR="002376F7" w14:paraId="1F8E95DE" w14:textId="77777777">
        <w:trPr>
          <w:jc w:val="center"/>
        </w:trPr>
        <w:tc>
          <w:tcPr>
            <w:tcW w:w="3024" w:type="dxa"/>
          </w:tcPr>
          <w:p w14:paraId="269378E3" w14:textId="77777777" w:rsidR="002376F7" w:rsidRDefault="00000000">
            <w:r>
              <w:rPr>
                <w:sz w:val="14"/>
              </w:rPr>
              <w:t>informa</w:t>
            </w:r>
          </w:p>
        </w:tc>
        <w:tc>
          <w:tcPr>
            <w:tcW w:w="6912" w:type="dxa"/>
          </w:tcPr>
          <w:p w14:paraId="029169A5" w14:textId="77777777" w:rsidR="002376F7" w:rsidRDefault="00000000">
            <w:r>
              <w:rPr>
                <w:sz w:val="14"/>
              </w:rPr>
              <w:t>inform</w:t>
            </w:r>
          </w:p>
        </w:tc>
      </w:tr>
      <w:tr w:rsidR="002376F7" w14:paraId="23B39151" w14:textId="77777777">
        <w:trPr>
          <w:jc w:val="center"/>
        </w:trPr>
        <w:tc>
          <w:tcPr>
            <w:tcW w:w="3024" w:type="dxa"/>
            <w:shd w:val="clear" w:color="auto" w:fill="EEF6F8"/>
          </w:tcPr>
          <w:p w14:paraId="3C181E99" w14:textId="77777777" w:rsidR="002376F7" w:rsidRDefault="00000000">
            <w:r>
              <w:rPr>
                <w:sz w:val="14"/>
              </w:rPr>
              <w:t>insula</w:t>
            </w:r>
          </w:p>
        </w:tc>
        <w:tc>
          <w:tcPr>
            <w:tcW w:w="6912" w:type="dxa"/>
            <w:shd w:val="clear" w:color="auto" w:fill="EEF6F8"/>
          </w:tcPr>
          <w:p w14:paraId="045A9FDD" w14:textId="77777777" w:rsidR="002376F7" w:rsidRDefault="00000000">
            <w:r>
              <w:rPr>
                <w:sz w:val="14"/>
              </w:rPr>
              <w:t>island</w:t>
            </w:r>
          </w:p>
        </w:tc>
      </w:tr>
      <w:tr w:rsidR="002376F7" w14:paraId="7DEA1214" w14:textId="77777777">
        <w:trPr>
          <w:jc w:val="center"/>
        </w:trPr>
        <w:tc>
          <w:tcPr>
            <w:tcW w:w="3024" w:type="dxa"/>
          </w:tcPr>
          <w:p w14:paraId="3ADA9476" w14:textId="77777777" w:rsidR="002376F7" w:rsidRDefault="00000000">
            <w:r>
              <w:rPr>
                <w:sz w:val="14"/>
              </w:rPr>
              <w:t>inter</w:t>
            </w:r>
          </w:p>
        </w:tc>
        <w:tc>
          <w:tcPr>
            <w:tcW w:w="6912" w:type="dxa"/>
          </w:tcPr>
          <w:p w14:paraId="6E7E4A02" w14:textId="77777777" w:rsidR="002376F7" w:rsidRDefault="00000000">
            <w:r>
              <w:rPr>
                <w:sz w:val="14"/>
              </w:rPr>
              <w:t>between / among</w:t>
            </w:r>
          </w:p>
        </w:tc>
      </w:tr>
      <w:tr w:rsidR="002376F7" w14:paraId="7D5F2BD5" w14:textId="77777777">
        <w:trPr>
          <w:jc w:val="center"/>
        </w:trPr>
        <w:tc>
          <w:tcPr>
            <w:tcW w:w="3024" w:type="dxa"/>
            <w:shd w:val="clear" w:color="auto" w:fill="EEF6F8"/>
          </w:tcPr>
          <w:p w14:paraId="17C48413" w14:textId="77777777" w:rsidR="002376F7" w:rsidRDefault="00000000">
            <w:r>
              <w:rPr>
                <w:sz w:val="14"/>
              </w:rPr>
              <w:t>international</w:t>
            </w:r>
          </w:p>
        </w:tc>
        <w:tc>
          <w:tcPr>
            <w:tcW w:w="6912" w:type="dxa"/>
            <w:shd w:val="clear" w:color="auto" w:fill="EEF6F8"/>
          </w:tcPr>
          <w:p w14:paraId="690B9BA6" w14:textId="77777777" w:rsidR="002376F7" w:rsidRDefault="00000000">
            <w:r>
              <w:rPr>
                <w:sz w:val="14"/>
              </w:rPr>
              <w:t>international</w:t>
            </w:r>
          </w:p>
        </w:tc>
      </w:tr>
      <w:tr w:rsidR="002376F7" w14:paraId="44B43F13" w14:textId="77777777">
        <w:trPr>
          <w:jc w:val="center"/>
        </w:trPr>
        <w:tc>
          <w:tcPr>
            <w:tcW w:w="3024" w:type="dxa"/>
          </w:tcPr>
          <w:p w14:paraId="4721863C" w14:textId="77777777" w:rsidR="002376F7" w:rsidRDefault="00000000">
            <w:r>
              <w:rPr>
                <w:sz w:val="14"/>
              </w:rPr>
              <w:t>ja</w:t>
            </w:r>
          </w:p>
        </w:tc>
        <w:tc>
          <w:tcPr>
            <w:tcW w:w="6912" w:type="dxa"/>
          </w:tcPr>
          <w:p w14:paraId="6C278F60" w14:textId="77777777" w:rsidR="002376F7" w:rsidRDefault="00000000">
            <w:r>
              <w:rPr>
                <w:sz w:val="14"/>
              </w:rPr>
              <w:t>already / perfect marker</w:t>
            </w:r>
          </w:p>
        </w:tc>
      </w:tr>
      <w:tr w:rsidR="002376F7" w14:paraId="7EEA5BBD" w14:textId="77777777">
        <w:trPr>
          <w:jc w:val="center"/>
        </w:trPr>
        <w:tc>
          <w:tcPr>
            <w:tcW w:w="3024" w:type="dxa"/>
            <w:shd w:val="clear" w:color="auto" w:fill="EEF6F8"/>
          </w:tcPr>
          <w:p w14:paraId="51E496A4" w14:textId="77777777" w:rsidR="002376F7" w:rsidRDefault="00000000">
            <w:r>
              <w:rPr>
                <w:sz w:val="14"/>
              </w:rPr>
              <w:t>januar</w:t>
            </w:r>
          </w:p>
        </w:tc>
        <w:tc>
          <w:tcPr>
            <w:tcW w:w="6912" w:type="dxa"/>
            <w:shd w:val="clear" w:color="auto" w:fill="EEF6F8"/>
          </w:tcPr>
          <w:p w14:paraId="4973EA25" w14:textId="77777777" w:rsidR="002376F7" w:rsidRDefault="00000000">
            <w:r>
              <w:rPr>
                <w:sz w:val="14"/>
              </w:rPr>
              <w:t>January</w:t>
            </w:r>
          </w:p>
        </w:tc>
      </w:tr>
      <w:tr w:rsidR="002376F7" w14:paraId="75E140DA" w14:textId="77777777">
        <w:trPr>
          <w:jc w:val="center"/>
        </w:trPr>
        <w:tc>
          <w:tcPr>
            <w:tcW w:w="3024" w:type="dxa"/>
          </w:tcPr>
          <w:p w14:paraId="7FCE5ABE" w14:textId="77777777" w:rsidR="002376F7" w:rsidRDefault="00000000">
            <w:r>
              <w:rPr>
                <w:sz w:val="14"/>
              </w:rPr>
              <w:t>jovedia</w:t>
            </w:r>
          </w:p>
        </w:tc>
        <w:tc>
          <w:tcPr>
            <w:tcW w:w="6912" w:type="dxa"/>
          </w:tcPr>
          <w:p w14:paraId="2A7C193F" w14:textId="77777777" w:rsidR="002376F7" w:rsidRDefault="00000000">
            <w:r>
              <w:rPr>
                <w:sz w:val="14"/>
              </w:rPr>
              <w:t>Thursday</w:t>
            </w:r>
          </w:p>
        </w:tc>
      </w:tr>
      <w:tr w:rsidR="002376F7" w14:paraId="05E01670" w14:textId="77777777">
        <w:trPr>
          <w:jc w:val="center"/>
        </w:trPr>
        <w:tc>
          <w:tcPr>
            <w:tcW w:w="3024" w:type="dxa"/>
            <w:shd w:val="clear" w:color="auto" w:fill="EEF6F8"/>
          </w:tcPr>
          <w:p w14:paraId="5D81E986" w14:textId="77777777" w:rsidR="002376F7" w:rsidRDefault="00000000">
            <w:r>
              <w:rPr>
                <w:sz w:val="14"/>
              </w:rPr>
              <w:t>jurnal</w:t>
            </w:r>
          </w:p>
        </w:tc>
        <w:tc>
          <w:tcPr>
            <w:tcW w:w="6912" w:type="dxa"/>
            <w:shd w:val="clear" w:color="auto" w:fill="EEF6F8"/>
          </w:tcPr>
          <w:p w14:paraId="5BE89D1C" w14:textId="77777777" w:rsidR="002376F7" w:rsidRDefault="00000000">
            <w:r>
              <w:rPr>
                <w:sz w:val="14"/>
              </w:rPr>
              <w:t>journal</w:t>
            </w:r>
          </w:p>
        </w:tc>
      </w:tr>
      <w:tr w:rsidR="002376F7" w14:paraId="381AF083" w14:textId="77777777">
        <w:trPr>
          <w:jc w:val="center"/>
        </w:trPr>
        <w:tc>
          <w:tcPr>
            <w:tcW w:w="3024" w:type="dxa"/>
          </w:tcPr>
          <w:p w14:paraId="00C9834F" w14:textId="77777777" w:rsidR="002376F7" w:rsidRDefault="00000000">
            <w:r>
              <w:rPr>
                <w:sz w:val="14"/>
              </w:rPr>
              <w:t>just</w:t>
            </w:r>
          </w:p>
        </w:tc>
        <w:tc>
          <w:tcPr>
            <w:tcW w:w="6912" w:type="dxa"/>
          </w:tcPr>
          <w:p w14:paraId="4DBF1F27" w14:textId="77777777" w:rsidR="002376F7" w:rsidRDefault="00000000">
            <w:r>
              <w:rPr>
                <w:sz w:val="14"/>
              </w:rPr>
              <w:t>just / fair</w:t>
            </w:r>
          </w:p>
        </w:tc>
      </w:tr>
      <w:tr w:rsidR="002376F7" w14:paraId="28F611E5" w14:textId="77777777">
        <w:trPr>
          <w:jc w:val="center"/>
        </w:trPr>
        <w:tc>
          <w:tcPr>
            <w:tcW w:w="3024" w:type="dxa"/>
            <w:shd w:val="clear" w:color="auto" w:fill="EEF6F8"/>
          </w:tcPr>
          <w:p w14:paraId="7C89B29E" w14:textId="77777777" w:rsidR="002376F7" w:rsidRDefault="00000000">
            <w:r>
              <w:rPr>
                <w:sz w:val="14"/>
              </w:rPr>
              <w:t>kan</w:t>
            </w:r>
          </w:p>
        </w:tc>
        <w:tc>
          <w:tcPr>
            <w:tcW w:w="6912" w:type="dxa"/>
            <w:shd w:val="clear" w:color="auto" w:fill="EEF6F8"/>
          </w:tcPr>
          <w:p w14:paraId="49966038" w14:textId="77777777" w:rsidR="002376F7" w:rsidRDefault="00000000">
            <w:r>
              <w:rPr>
                <w:sz w:val="14"/>
              </w:rPr>
              <w:t>when</w:t>
            </w:r>
          </w:p>
        </w:tc>
      </w:tr>
      <w:tr w:rsidR="002376F7" w14:paraId="626A2944" w14:textId="77777777">
        <w:trPr>
          <w:jc w:val="center"/>
        </w:trPr>
        <w:tc>
          <w:tcPr>
            <w:tcW w:w="3024" w:type="dxa"/>
          </w:tcPr>
          <w:p w14:paraId="031957F6" w14:textId="77777777" w:rsidR="002376F7" w:rsidRDefault="00000000">
            <w:r>
              <w:rPr>
                <w:sz w:val="14"/>
              </w:rPr>
              <w:t>karte</w:t>
            </w:r>
          </w:p>
        </w:tc>
        <w:tc>
          <w:tcPr>
            <w:tcW w:w="6912" w:type="dxa"/>
          </w:tcPr>
          <w:p w14:paraId="7E501CB4" w14:textId="77777777" w:rsidR="002376F7" w:rsidRDefault="00000000">
            <w:r>
              <w:rPr>
                <w:sz w:val="14"/>
              </w:rPr>
              <w:t>card / map</w:t>
            </w:r>
          </w:p>
        </w:tc>
      </w:tr>
      <w:tr w:rsidR="002376F7" w14:paraId="1A3977D5" w14:textId="77777777">
        <w:trPr>
          <w:jc w:val="center"/>
        </w:trPr>
        <w:tc>
          <w:tcPr>
            <w:tcW w:w="3024" w:type="dxa"/>
            <w:shd w:val="clear" w:color="auto" w:fill="EEF6F8"/>
          </w:tcPr>
          <w:p w14:paraId="1DBDFAA2" w14:textId="77777777" w:rsidR="002376F7" w:rsidRDefault="00000000">
            <w:r>
              <w:rPr>
                <w:sz w:val="14"/>
              </w:rPr>
              <w:t>kaso</w:t>
            </w:r>
          </w:p>
        </w:tc>
        <w:tc>
          <w:tcPr>
            <w:tcW w:w="6912" w:type="dxa"/>
            <w:shd w:val="clear" w:color="auto" w:fill="EEF6F8"/>
          </w:tcPr>
          <w:p w14:paraId="1C44E608" w14:textId="77777777" w:rsidR="002376F7" w:rsidRDefault="00000000">
            <w:r>
              <w:rPr>
                <w:sz w:val="14"/>
              </w:rPr>
              <w:t>case</w:t>
            </w:r>
          </w:p>
        </w:tc>
      </w:tr>
      <w:tr w:rsidR="002376F7" w14:paraId="58B57AD7" w14:textId="77777777">
        <w:trPr>
          <w:jc w:val="center"/>
        </w:trPr>
        <w:tc>
          <w:tcPr>
            <w:tcW w:w="3024" w:type="dxa"/>
          </w:tcPr>
          <w:p w14:paraId="29B6DF53" w14:textId="77777777" w:rsidR="002376F7" w:rsidRDefault="00000000">
            <w:r>
              <w:rPr>
                <w:sz w:val="14"/>
              </w:rPr>
              <w:t>ke</w:t>
            </w:r>
          </w:p>
        </w:tc>
        <w:tc>
          <w:tcPr>
            <w:tcW w:w="6912" w:type="dxa"/>
          </w:tcPr>
          <w:p w14:paraId="67A24ECA" w14:textId="77777777" w:rsidR="002376F7" w:rsidRDefault="00000000">
            <w:r>
              <w:rPr>
                <w:sz w:val="14"/>
              </w:rPr>
              <w:t>what / that</w:t>
            </w:r>
          </w:p>
        </w:tc>
      </w:tr>
      <w:tr w:rsidR="002376F7" w14:paraId="16A38CEC" w14:textId="77777777">
        <w:trPr>
          <w:jc w:val="center"/>
        </w:trPr>
        <w:tc>
          <w:tcPr>
            <w:tcW w:w="3024" w:type="dxa"/>
            <w:shd w:val="clear" w:color="auto" w:fill="EEF6F8"/>
          </w:tcPr>
          <w:p w14:paraId="453673AE" w14:textId="77777777" w:rsidR="002376F7" w:rsidRDefault="00000000">
            <w:r>
              <w:rPr>
                <w:sz w:val="14"/>
              </w:rPr>
              <w:t>ki</w:t>
            </w:r>
          </w:p>
        </w:tc>
        <w:tc>
          <w:tcPr>
            <w:tcW w:w="6912" w:type="dxa"/>
            <w:shd w:val="clear" w:color="auto" w:fill="EEF6F8"/>
          </w:tcPr>
          <w:p w14:paraId="5500B16D" w14:textId="77777777" w:rsidR="002376F7" w:rsidRDefault="00000000">
            <w:r>
              <w:rPr>
                <w:sz w:val="14"/>
              </w:rPr>
              <w:t>who</w:t>
            </w:r>
          </w:p>
        </w:tc>
      </w:tr>
      <w:tr w:rsidR="002376F7" w14:paraId="267B1666" w14:textId="77777777">
        <w:trPr>
          <w:jc w:val="center"/>
        </w:trPr>
        <w:tc>
          <w:tcPr>
            <w:tcW w:w="3024" w:type="dxa"/>
          </w:tcPr>
          <w:p w14:paraId="1B6209E9" w14:textId="77777777" w:rsidR="002376F7" w:rsidRDefault="00000000">
            <w:r>
              <w:rPr>
                <w:sz w:val="14"/>
              </w:rPr>
              <w:t>kilometro</w:t>
            </w:r>
          </w:p>
        </w:tc>
        <w:tc>
          <w:tcPr>
            <w:tcW w:w="6912" w:type="dxa"/>
          </w:tcPr>
          <w:p w14:paraId="1B22F0C3" w14:textId="77777777" w:rsidR="002376F7" w:rsidRDefault="00000000">
            <w:r>
              <w:rPr>
                <w:sz w:val="14"/>
              </w:rPr>
              <w:t>kilometer</w:t>
            </w:r>
          </w:p>
        </w:tc>
      </w:tr>
      <w:tr w:rsidR="002376F7" w14:paraId="62EA5129" w14:textId="77777777">
        <w:trPr>
          <w:jc w:val="center"/>
        </w:trPr>
        <w:tc>
          <w:tcPr>
            <w:tcW w:w="3024" w:type="dxa"/>
            <w:shd w:val="clear" w:color="auto" w:fill="EEF6F8"/>
          </w:tcPr>
          <w:p w14:paraId="5B170B50" w14:textId="77777777" w:rsidR="002376F7" w:rsidRDefault="00000000">
            <w:r>
              <w:rPr>
                <w:sz w:val="14"/>
              </w:rPr>
              <w:t>kom</w:t>
            </w:r>
          </w:p>
        </w:tc>
        <w:tc>
          <w:tcPr>
            <w:tcW w:w="6912" w:type="dxa"/>
            <w:shd w:val="clear" w:color="auto" w:fill="EEF6F8"/>
          </w:tcPr>
          <w:p w14:paraId="1E19E81D" w14:textId="77777777" w:rsidR="002376F7" w:rsidRDefault="00000000">
            <w:r>
              <w:rPr>
                <w:sz w:val="14"/>
              </w:rPr>
              <w:t>how / as</w:t>
            </w:r>
          </w:p>
        </w:tc>
      </w:tr>
      <w:tr w:rsidR="002376F7" w14:paraId="3B884FF4" w14:textId="77777777">
        <w:trPr>
          <w:jc w:val="center"/>
        </w:trPr>
        <w:tc>
          <w:tcPr>
            <w:tcW w:w="3024" w:type="dxa"/>
          </w:tcPr>
          <w:p w14:paraId="52388DAD" w14:textId="77777777" w:rsidR="002376F7" w:rsidRDefault="00000000">
            <w:r>
              <w:rPr>
                <w:sz w:val="14"/>
              </w:rPr>
              <w:t>kompara</w:t>
            </w:r>
          </w:p>
        </w:tc>
        <w:tc>
          <w:tcPr>
            <w:tcW w:w="6912" w:type="dxa"/>
          </w:tcPr>
          <w:p w14:paraId="5EA00262" w14:textId="77777777" w:rsidR="002376F7" w:rsidRDefault="00000000">
            <w:r>
              <w:rPr>
                <w:sz w:val="14"/>
              </w:rPr>
              <w:t>compare</w:t>
            </w:r>
          </w:p>
        </w:tc>
      </w:tr>
      <w:tr w:rsidR="002376F7" w14:paraId="7D7226AA" w14:textId="77777777">
        <w:trPr>
          <w:jc w:val="center"/>
        </w:trPr>
        <w:tc>
          <w:tcPr>
            <w:tcW w:w="3024" w:type="dxa"/>
            <w:shd w:val="clear" w:color="auto" w:fill="EEF6F8"/>
          </w:tcPr>
          <w:p w14:paraId="7770221F" w14:textId="77777777" w:rsidR="002376F7" w:rsidRDefault="00000000">
            <w:r>
              <w:rPr>
                <w:sz w:val="14"/>
              </w:rPr>
              <w:t>komun</w:t>
            </w:r>
          </w:p>
        </w:tc>
        <w:tc>
          <w:tcPr>
            <w:tcW w:w="6912" w:type="dxa"/>
            <w:shd w:val="clear" w:color="auto" w:fill="EEF6F8"/>
          </w:tcPr>
          <w:p w14:paraId="23DA0157" w14:textId="77777777" w:rsidR="002376F7" w:rsidRDefault="00000000">
            <w:r>
              <w:rPr>
                <w:sz w:val="14"/>
              </w:rPr>
              <w:t>common</w:t>
            </w:r>
          </w:p>
        </w:tc>
      </w:tr>
      <w:tr w:rsidR="002376F7" w14:paraId="133187D2" w14:textId="77777777">
        <w:trPr>
          <w:jc w:val="center"/>
        </w:trPr>
        <w:tc>
          <w:tcPr>
            <w:tcW w:w="3024" w:type="dxa"/>
          </w:tcPr>
          <w:p w14:paraId="1F425394" w14:textId="77777777" w:rsidR="002376F7" w:rsidRDefault="00000000">
            <w:r>
              <w:rPr>
                <w:sz w:val="14"/>
              </w:rPr>
              <w:t>kur</w:t>
            </w:r>
          </w:p>
        </w:tc>
        <w:tc>
          <w:tcPr>
            <w:tcW w:w="6912" w:type="dxa"/>
          </w:tcPr>
          <w:p w14:paraId="4E8D0625" w14:textId="77777777" w:rsidR="002376F7" w:rsidRDefault="00000000">
            <w:r>
              <w:rPr>
                <w:sz w:val="14"/>
              </w:rPr>
              <w:t>why</w:t>
            </w:r>
          </w:p>
        </w:tc>
      </w:tr>
      <w:tr w:rsidR="002376F7" w14:paraId="3CF16CFC" w14:textId="77777777">
        <w:trPr>
          <w:jc w:val="center"/>
        </w:trPr>
        <w:tc>
          <w:tcPr>
            <w:tcW w:w="3024" w:type="dxa"/>
            <w:shd w:val="clear" w:color="auto" w:fill="EEF6F8"/>
          </w:tcPr>
          <w:p w14:paraId="6E34369D" w14:textId="77777777" w:rsidR="002376F7" w:rsidRDefault="00000000">
            <w:r>
              <w:rPr>
                <w:sz w:val="14"/>
              </w:rPr>
              <w:t>ku</w:t>
            </w:r>
          </w:p>
        </w:tc>
        <w:tc>
          <w:tcPr>
            <w:tcW w:w="6912" w:type="dxa"/>
            <w:shd w:val="clear" w:color="auto" w:fill="EEF6F8"/>
          </w:tcPr>
          <w:p w14:paraId="64200F22" w14:textId="77777777" w:rsidR="002376F7" w:rsidRDefault="00000000">
            <w:r>
              <w:rPr>
                <w:sz w:val="14"/>
              </w:rPr>
              <w:t>question marker</w:t>
            </w:r>
          </w:p>
        </w:tc>
      </w:tr>
      <w:tr w:rsidR="002376F7" w14:paraId="285612A6" w14:textId="77777777">
        <w:trPr>
          <w:jc w:val="center"/>
        </w:trPr>
        <w:tc>
          <w:tcPr>
            <w:tcW w:w="3024" w:type="dxa"/>
          </w:tcPr>
          <w:p w14:paraId="14EECD07" w14:textId="77777777" w:rsidR="002376F7" w:rsidRDefault="00000000">
            <w:r>
              <w:rPr>
                <w:sz w:val="14"/>
              </w:rPr>
              <w:t>la</w:t>
            </w:r>
          </w:p>
        </w:tc>
        <w:tc>
          <w:tcPr>
            <w:tcW w:w="6912" w:type="dxa"/>
          </w:tcPr>
          <w:p w14:paraId="283C31FA" w14:textId="77777777" w:rsidR="002376F7" w:rsidRDefault="00000000">
            <w:r>
              <w:rPr>
                <w:sz w:val="14"/>
              </w:rPr>
              <w:t>the</w:t>
            </w:r>
          </w:p>
        </w:tc>
      </w:tr>
      <w:tr w:rsidR="002376F7" w14:paraId="6080CA18" w14:textId="77777777">
        <w:trPr>
          <w:jc w:val="center"/>
        </w:trPr>
        <w:tc>
          <w:tcPr>
            <w:tcW w:w="3024" w:type="dxa"/>
            <w:shd w:val="clear" w:color="auto" w:fill="EEF6F8"/>
          </w:tcPr>
          <w:p w14:paraId="09162115" w14:textId="77777777" w:rsidR="002376F7" w:rsidRDefault="00000000">
            <w:r>
              <w:rPr>
                <w:sz w:val="14"/>
              </w:rPr>
              <w:t>labora</w:t>
            </w:r>
          </w:p>
        </w:tc>
        <w:tc>
          <w:tcPr>
            <w:tcW w:w="6912" w:type="dxa"/>
            <w:shd w:val="clear" w:color="auto" w:fill="EEF6F8"/>
          </w:tcPr>
          <w:p w14:paraId="30FFCDA4" w14:textId="77777777" w:rsidR="002376F7" w:rsidRDefault="00000000">
            <w:r>
              <w:rPr>
                <w:sz w:val="14"/>
              </w:rPr>
              <w:t>work</w:t>
            </w:r>
          </w:p>
        </w:tc>
      </w:tr>
      <w:tr w:rsidR="002376F7" w14:paraId="7C37E70A" w14:textId="77777777">
        <w:trPr>
          <w:jc w:val="center"/>
        </w:trPr>
        <w:tc>
          <w:tcPr>
            <w:tcW w:w="3024" w:type="dxa"/>
          </w:tcPr>
          <w:p w14:paraId="47D5D96E" w14:textId="77777777" w:rsidR="002376F7" w:rsidRDefault="00000000">
            <w:r>
              <w:rPr>
                <w:sz w:val="14"/>
              </w:rPr>
              <w:t>lago</w:t>
            </w:r>
          </w:p>
        </w:tc>
        <w:tc>
          <w:tcPr>
            <w:tcW w:w="6912" w:type="dxa"/>
          </w:tcPr>
          <w:p w14:paraId="72031B36" w14:textId="77777777" w:rsidR="002376F7" w:rsidRDefault="00000000">
            <w:r>
              <w:rPr>
                <w:sz w:val="14"/>
              </w:rPr>
              <w:t>lake</w:t>
            </w:r>
          </w:p>
        </w:tc>
      </w:tr>
      <w:tr w:rsidR="002376F7" w14:paraId="6D2371F6" w14:textId="77777777">
        <w:trPr>
          <w:jc w:val="center"/>
        </w:trPr>
        <w:tc>
          <w:tcPr>
            <w:tcW w:w="3024" w:type="dxa"/>
            <w:shd w:val="clear" w:color="auto" w:fill="EEF6F8"/>
          </w:tcPr>
          <w:p w14:paraId="07A777BA" w14:textId="77777777" w:rsidR="002376F7" w:rsidRDefault="00000000">
            <w:r>
              <w:rPr>
                <w:sz w:val="14"/>
              </w:rPr>
              <w:t>larga</w:t>
            </w:r>
          </w:p>
        </w:tc>
        <w:tc>
          <w:tcPr>
            <w:tcW w:w="6912" w:type="dxa"/>
            <w:shd w:val="clear" w:color="auto" w:fill="EEF6F8"/>
          </w:tcPr>
          <w:p w14:paraId="3EA8CF3F" w14:textId="77777777" w:rsidR="002376F7" w:rsidRDefault="00000000">
            <w:r>
              <w:rPr>
                <w:sz w:val="14"/>
              </w:rPr>
              <w:t>wide</w:t>
            </w:r>
          </w:p>
        </w:tc>
      </w:tr>
      <w:tr w:rsidR="002376F7" w14:paraId="049BB046" w14:textId="77777777">
        <w:trPr>
          <w:jc w:val="center"/>
        </w:trPr>
        <w:tc>
          <w:tcPr>
            <w:tcW w:w="3024" w:type="dxa"/>
          </w:tcPr>
          <w:p w14:paraId="03D7CE8D" w14:textId="77777777" w:rsidR="002376F7" w:rsidRDefault="00000000">
            <w:r>
              <w:rPr>
                <w:sz w:val="14"/>
              </w:rPr>
              <w:t>lava</w:t>
            </w:r>
          </w:p>
        </w:tc>
        <w:tc>
          <w:tcPr>
            <w:tcW w:w="6912" w:type="dxa"/>
          </w:tcPr>
          <w:p w14:paraId="091BA528" w14:textId="77777777" w:rsidR="002376F7" w:rsidRDefault="00000000">
            <w:r>
              <w:rPr>
                <w:sz w:val="14"/>
              </w:rPr>
              <w:t>wash</w:t>
            </w:r>
          </w:p>
        </w:tc>
      </w:tr>
      <w:tr w:rsidR="002376F7" w14:paraId="3EFA6E87" w14:textId="77777777">
        <w:trPr>
          <w:jc w:val="center"/>
        </w:trPr>
        <w:tc>
          <w:tcPr>
            <w:tcW w:w="3024" w:type="dxa"/>
            <w:shd w:val="clear" w:color="auto" w:fill="EEF6F8"/>
          </w:tcPr>
          <w:p w14:paraId="63C61E82" w14:textId="77777777" w:rsidR="002376F7" w:rsidRDefault="00000000">
            <w:r>
              <w:rPr>
                <w:sz w:val="14"/>
              </w:rPr>
              <w:t>lege</w:t>
            </w:r>
          </w:p>
        </w:tc>
        <w:tc>
          <w:tcPr>
            <w:tcW w:w="6912" w:type="dxa"/>
            <w:shd w:val="clear" w:color="auto" w:fill="EEF6F8"/>
          </w:tcPr>
          <w:p w14:paraId="428D3A17" w14:textId="77777777" w:rsidR="002376F7" w:rsidRDefault="00000000">
            <w:r>
              <w:rPr>
                <w:sz w:val="14"/>
              </w:rPr>
              <w:t>read</w:t>
            </w:r>
          </w:p>
        </w:tc>
      </w:tr>
      <w:tr w:rsidR="002376F7" w14:paraId="74DA6EC7" w14:textId="77777777">
        <w:trPr>
          <w:jc w:val="center"/>
        </w:trPr>
        <w:tc>
          <w:tcPr>
            <w:tcW w:w="3024" w:type="dxa"/>
          </w:tcPr>
          <w:p w14:paraId="286F19A5" w14:textId="77777777" w:rsidR="002376F7" w:rsidRDefault="00000000">
            <w:r>
              <w:rPr>
                <w:sz w:val="14"/>
              </w:rPr>
              <w:t>les</w:t>
            </w:r>
          </w:p>
        </w:tc>
        <w:tc>
          <w:tcPr>
            <w:tcW w:w="6912" w:type="dxa"/>
          </w:tcPr>
          <w:p w14:paraId="4937984C" w14:textId="77777777" w:rsidR="002376F7" w:rsidRDefault="00000000">
            <w:r>
              <w:rPr>
                <w:sz w:val="14"/>
              </w:rPr>
              <w:t>they / them</w:t>
            </w:r>
          </w:p>
        </w:tc>
      </w:tr>
      <w:tr w:rsidR="002376F7" w14:paraId="56775CBF" w14:textId="77777777">
        <w:trPr>
          <w:jc w:val="center"/>
        </w:trPr>
        <w:tc>
          <w:tcPr>
            <w:tcW w:w="3024" w:type="dxa"/>
            <w:shd w:val="clear" w:color="auto" w:fill="EEF6F8"/>
          </w:tcPr>
          <w:p w14:paraId="7AD8B9F5" w14:textId="77777777" w:rsidR="002376F7" w:rsidRDefault="00000000">
            <w:r>
              <w:rPr>
                <w:sz w:val="14"/>
              </w:rPr>
              <w:t>letra</w:t>
            </w:r>
          </w:p>
        </w:tc>
        <w:tc>
          <w:tcPr>
            <w:tcW w:w="6912" w:type="dxa"/>
            <w:shd w:val="clear" w:color="auto" w:fill="EEF6F8"/>
          </w:tcPr>
          <w:p w14:paraId="6762DAF8" w14:textId="77777777" w:rsidR="002376F7" w:rsidRDefault="00000000">
            <w:r>
              <w:rPr>
                <w:sz w:val="14"/>
              </w:rPr>
              <w:t>letter</w:t>
            </w:r>
          </w:p>
        </w:tc>
      </w:tr>
      <w:tr w:rsidR="002376F7" w14:paraId="7D0B4A4C" w14:textId="77777777">
        <w:trPr>
          <w:jc w:val="center"/>
        </w:trPr>
        <w:tc>
          <w:tcPr>
            <w:tcW w:w="3024" w:type="dxa"/>
          </w:tcPr>
          <w:p w14:paraId="3C2DE081" w14:textId="77777777" w:rsidR="002376F7" w:rsidRDefault="00000000">
            <w:r>
              <w:rPr>
                <w:sz w:val="14"/>
              </w:rPr>
              <w:t>liber</w:t>
            </w:r>
          </w:p>
        </w:tc>
        <w:tc>
          <w:tcPr>
            <w:tcW w:w="6912" w:type="dxa"/>
          </w:tcPr>
          <w:p w14:paraId="470A9BE4" w14:textId="77777777" w:rsidR="002376F7" w:rsidRDefault="00000000">
            <w:r>
              <w:rPr>
                <w:sz w:val="14"/>
              </w:rPr>
              <w:t>free</w:t>
            </w:r>
          </w:p>
        </w:tc>
      </w:tr>
      <w:tr w:rsidR="002376F7" w14:paraId="7E742C76" w14:textId="77777777">
        <w:trPr>
          <w:jc w:val="center"/>
        </w:trPr>
        <w:tc>
          <w:tcPr>
            <w:tcW w:w="3024" w:type="dxa"/>
            <w:shd w:val="clear" w:color="auto" w:fill="EEF6F8"/>
          </w:tcPr>
          <w:p w14:paraId="352E48F6" w14:textId="77777777" w:rsidR="002376F7" w:rsidRDefault="00000000">
            <w:r>
              <w:rPr>
                <w:sz w:val="14"/>
              </w:rPr>
              <w:t>liberti</w:t>
            </w:r>
          </w:p>
        </w:tc>
        <w:tc>
          <w:tcPr>
            <w:tcW w:w="6912" w:type="dxa"/>
            <w:shd w:val="clear" w:color="auto" w:fill="EEF6F8"/>
          </w:tcPr>
          <w:p w14:paraId="4BB1C8E1" w14:textId="77777777" w:rsidR="002376F7" w:rsidRDefault="00000000">
            <w:r>
              <w:rPr>
                <w:sz w:val="14"/>
              </w:rPr>
              <w:t>liberty / freedom</w:t>
            </w:r>
          </w:p>
        </w:tc>
      </w:tr>
      <w:tr w:rsidR="002376F7" w14:paraId="3F4207E1" w14:textId="77777777">
        <w:trPr>
          <w:jc w:val="center"/>
        </w:trPr>
        <w:tc>
          <w:tcPr>
            <w:tcW w:w="3024" w:type="dxa"/>
          </w:tcPr>
          <w:p w14:paraId="49DAAB12" w14:textId="77777777" w:rsidR="002376F7" w:rsidRDefault="00000000">
            <w:r>
              <w:rPr>
                <w:sz w:val="14"/>
              </w:rPr>
              <w:t>libro</w:t>
            </w:r>
          </w:p>
        </w:tc>
        <w:tc>
          <w:tcPr>
            <w:tcW w:w="6912" w:type="dxa"/>
          </w:tcPr>
          <w:p w14:paraId="64E1A349" w14:textId="77777777" w:rsidR="002376F7" w:rsidRDefault="00000000">
            <w:r>
              <w:rPr>
                <w:sz w:val="14"/>
              </w:rPr>
              <w:t>book</w:t>
            </w:r>
          </w:p>
        </w:tc>
      </w:tr>
      <w:tr w:rsidR="002376F7" w14:paraId="314A640A" w14:textId="77777777">
        <w:trPr>
          <w:jc w:val="center"/>
        </w:trPr>
        <w:tc>
          <w:tcPr>
            <w:tcW w:w="3024" w:type="dxa"/>
            <w:shd w:val="clear" w:color="auto" w:fill="EEF6F8"/>
          </w:tcPr>
          <w:p w14:paraId="63350CD7" w14:textId="77777777" w:rsidR="002376F7" w:rsidRDefault="00000000">
            <w:r>
              <w:rPr>
                <w:sz w:val="14"/>
              </w:rPr>
              <w:t>linea</w:t>
            </w:r>
          </w:p>
        </w:tc>
        <w:tc>
          <w:tcPr>
            <w:tcW w:w="6912" w:type="dxa"/>
            <w:shd w:val="clear" w:color="auto" w:fill="EEF6F8"/>
          </w:tcPr>
          <w:p w14:paraId="053A869A" w14:textId="77777777" w:rsidR="002376F7" w:rsidRDefault="00000000">
            <w:r>
              <w:rPr>
                <w:sz w:val="14"/>
              </w:rPr>
              <w:t>line</w:t>
            </w:r>
          </w:p>
        </w:tc>
      </w:tr>
      <w:tr w:rsidR="002376F7" w14:paraId="533937AB" w14:textId="77777777">
        <w:trPr>
          <w:jc w:val="center"/>
        </w:trPr>
        <w:tc>
          <w:tcPr>
            <w:tcW w:w="3024" w:type="dxa"/>
          </w:tcPr>
          <w:p w14:paraId="0DEC9FEA" w14:textId="77777777" w:rsidR="002376F7" w:rsidRDefault="00000000">
            <w:r>
              <w:rPr>
                <w:sz w:val="14"/>
              </w:rPr>
              <w:t>linga</w:t>
            </w:r>
          </w:p>
        </w:tc>
        <w:tc>
          <w:tcPr>
            <w:tcW w:w="6912" w:type="dxa"/>
          </w:tcPr>
          <w:p w14:paraId="49BF8409" w14:textId="77777777" w:rsidR="002376F7" w:rsidRDefault="00000000">
            <w:r>
              <w:rPr>
                <w:sz w:val="14"/>
              </w:rPr>
              <w:t>language (familiar)</w:t>
            </w:r>
          </w:p>
        </w:tc>
      </w:tr>
      <w:tr w:rsidR="002376F7" w14:paraId="01CE1BF6" w14:textId="77777777">
        <w:trPr>
          <w:jc w:val="center"/>
        </w:trPr>
        <w:tc>
          <w:tcPr>
            <w:tcW w:w="3024" w:type="dxa"/>
            <w:shd w:val="clear" w:color="auto" w:fill="EEF6F8"/>
          </w:tcPr>
          <w:p w14:paraId="55197243" w14:textId="77777777" w:rsidR="002376F7" w:rsidRDefault="00000000">
            <w:r>
              <w:rPr>
                <w:sz w:val="14"/>
              </w:rPr>
              <w:t>linga</w:t>
            </w:r>
          </w:p>
        </w:tc>
        <w:tc>
          <w:tcPr>
            <w:tcW w:w="6912" w:type="dxa"/>
            <w:shd w:val="clear" w:color="auto" w:fill="EEF6F8"/>
          </w:tcPr>
          <w:p w14:paraId="4C4157B2" w14:textId="77777777" w:rsidR="002376F7" w:rsidRDefault="00000000">
            <w:r>
              <w:rPr>
                <w:sz w:val="14"/>
              </w:rPr>
              <w:t>language</w:t>
            </w:r>
          </w:p>
        </w:tc>
      </w:tr>
      <w:tr w:rsidR="002376F7" w14:paraId="1EA4931F" w14:textId="77777777">
        <w:trPr>
          <w:jc w:val="center"/>
        </w:trPr>
        <w:tc>
          <w:tcPr>
            <w:tcW w:w="3024" w:type="dxa"/>
          </w:tcPr>
          <w:p w14:paraId="5B136D1B" w14:textId="77777777" w:rsidR="002376F7" w:rsidRDefault="00000000">
            <w:r>
              <w:rPr>
                <w:sz w:val="14"/>
              </w:rPr>
              <w:t>lista</w:t>
            </w:r>
          </w:p>
        </w:tc>
        <w:tc>
          <w:tcPr>
            <w:tcW w:w="6912" w:type="dxa"/>
          </w:tcPr>
          <w:p w14:paraId="134D7C41" w14:textId="77777777" w:rsidR="002376F7" w:rsidRDefault="00000000">
            <w:r>
              <w:rPr>
                <w:sz w:val="14"/>
              </w:rPr>
              <w:t>list</w:t>
            </w:r>
          </w:p>
        </w:tc>
      </w:tr>
      <w:tr w:rsidR="002376F7" w14:paraId="68B6C0A9" w14:textId="77777777">
        <w:trPr>
          <w:jc w:val="center"/>
        </w:trPr>
        <w:tc>
          <w:tcPr>
            <w:tcW w:w="3024" w:type="dxa"/>
            <w:shd w:val="clear" w:color="auto" w:fill="EEF6F8"/>
          </w:tcPr>
          <w:p w14:paraId="2AACC702" w14:textId="77777777" w:rsidR="002376F7" w:rsidRDefault="00000000">
            <w:r>
              <w:rPr>
                <w:sz w:val="14"/>
              </w:rPr>
              <w:t>lo</w:t>
            </w:r>
          </w:p>
        </w:tc>
        <w:tc>
          <w:tcPr>
            <w:tcW w:w="6912" w:type="dxa"/>
            <w:shd w:val="clear" w:color="auto" w:fill="EEF6F8"/>
          </w:tcPr>
          <w:p w14:paraId="415B5ACA" w14:textId="77777777" w:rsidR="002376F7" w:rsidRDefault="00000000">
            <w:r>
              <w:rPr>
                <w:sz w:val="14"/>
              </w:rPr>
              <w:t>it</w:t>
            </w:r>
          </w:p>
        </w:tc>
      </w:tr>
      <w:tr w:rsidR="002376F7" w14:paraId="7A4D9CE6" w14:textId="77777777">
        <w:trPr>
          <w:jc w:val="center"/>
        </w:trPr>
        <w:tc>
          <w:tcPr>
            <w:tcW w:w="3024" w:type="dxa"/>
          </w:tcPr>
          <w:p w14:paraId="460A05F6" w14:textId="77777777" w:rsidR="002376F7" w:rsidRDefault="00000000">
            <w:r>
              <w:rPr>
                <w:sz w:val="14"/>
              </w:rPr>
              <w:t>loka</w:t>
            </w:r>
          </w:p>
        </w:tc>
        <w:tc>
          <w:tcPr>
            <w:tcW w:w="6912" w:type="dxa"/>
          </w:tcPr>
          <w:p w14:paraId="09937DCB" w14:textId="77777777" w:rsidR="002376F7" w:rsidRDefault="00000000">
            <w:r>
              <w:rPr>
                <w:sz w:val="14"/>
              </w:rPr>
              <w:t>place</w:t>
            </w:r>
          </w:p>
        </w:tc>
      </w:tr>
      <w:tr w:rsidR="002376F7" w14:paraId="4D64A46B" w14:textId="77777777">
        <w:trPr>
          <w:jc w:val="center"/>
        </w:trPr>
        <w:tc>
          <w:tcPr>
            <w:tcW w:w="3024" w:type="dxa"/>
            <w:shd w:val="clear" w:color="auto" w:fill="EEF6F8"/>
          </w:tcPr>
          <w:p w14:paraId="0E8920B0" w14:textId="77777777" w:rsidR="002376F7" w:rsidRDefault="00000000">
            <w:r>
              <w:rPr>
                <w:sz w:val="14"/>
              </w:rPr>
              <w:t>lume</w:t>
            </w:r>
          </w:p>
        </w:tc>
        <w:tc>
          <w:tcPr>
            <w:tcW w:w="6912" w:type="dxa"/>
            <w:shd w:val="clear" w:color="auto" w:fill="EEF6F8"/>
          </w:tcPr>
          <w:p w14:paraId="3DB7C09A" w14:textId="77777777" w:rsidR="002376F7" w:rsidRDefault="00000000">
            <w:r>
              <w:rPr>
                <w:sz w:val="14"/>
              </w:rPr>
              <w:t>light</w:t>
            </w:r>
          </w:p>
        </w:tc>
      </w:tr>
      <w:tr w:rsidR="002376F7" w14:paraId="0D517F2F" w14:textId="77777777">
        <w:trPr>
          <w:jc w:val="center"/>
        </w:trPr>
        <w:tc>
          <w:tcPr>
            <w:tcW w:w="3024" w:type="dxa"/>
          </w:tcPr>
          <w:p w14:paraId="290479DC" w14:textId="77777777" w:rsidR="002376F7" w:rsidRDefault="00000000">
            <w:r>
              <w:rPr>
                <w:sz w:val="14"/>
              </w:rPr>
              <w:t>luna</w:t>
            </w:r>
          </w:p>
        </w:tc>
        <w:tc>
          <w:tcPr>
            <w:tcW w:w="6912" w:type="dxa"/>
          </w:tcPr>
          <w:p w14:paraId="2BC3B05C" w14:textId="77777777" w:rsidR="002376F7" w:rsidRDefault="00000000">
            <w:r>
              <w:rPr>
                <w:sz w:val="14"/>
              </w:rPr>
              <w:t>moon</w:t>
            </w:r>
          </w:p>
        </w:tc>
      </w:tr>
      <w:tr w:rsidR="002376F7" w14:paraId="64267D91" w14:textId="77777777">
        <w:trPr>
          <w:jc w:val="center"/>
        </w:trPr>
        <w:tc>
          <w:tcPr>
            <w:tcW w:w="3024" w:type="dxa"/>
            <w:shd w:val="clear" w:color="auto" w:fill="EEF6F8"/>
          </w:tcPr>
          <w:p w14:paraId="0A88E5AD" w14:textId="77777777" w:rsidR="002376F7" w:rsidRDefault="00000000">
            <w:r>
              <w:rPr>
                <w:sz w:val="14"/>
              </w:rPr>
              <w:t>ma</w:t>
            </w:r>
          </w:p>
        </w:tc>
        <w:tc>
          <w:tcPr>
            <w:tcW w:w="6912" w:type="dxa"/>
            <w:shd w:val="clear" w:color="auto" w:fill="EEF6F8"/>
          </w:tcPr>
          <w:p w14:paraId="40DFC8C8" w14:textId="77777777" w:rsidR="002376F7" w:rsidRDefault="00000000">
            <w:r>
              <w:rPr>
                <w:sz w:val="14"/>
              </w:rPr>
              <w:t>but</w:t>
            </w:r>
          </w:p>
        </w:tc>
      </w:tr>
      <w:tr w:rsidR="002376F7" w14:paraId="4C86B065" w14:textId="77777777">
        <w:trPr>
          <w:jc w:val="center"/>
        </w:trPr>
        <w:tc>
          <w:tcPr>
            <w:tcW w:w="3024" w:type="dxa"/>
          </w:tcPr>
          <w:p w14:paraId="33AC0682" w14:textId="77777777" w:rsidR="002376F7" w:rsidRDefault="00000000">
            <w:r>
              <w:rPr>
                <w:sz w:val="14"/>
              </w:rPr>
              <w:t>major</w:t>
            </w:r>
          </w:p>
        </w:tc>
        <w:tc>
          <w:tcPr>
            <w:tcW w:w="6912" w:type="dxa"/>
          </w:tcPr>
          <w:p w14:paraId="6982731B" w14:textId="77777777" w:rsidR="002376F7" w:rsidRDefault="00000000">
            <w:r>
              <w:rPr>
                <w:sz w:val="14"/>
              </w:rPr>
              <w:t>major / larger</w:t>
            </w:r>
          </w:p>
        </w:tc>
      </w:tr>
      <w:tr w:rsidR="002376F7" w14:paraId="4569F4FB" w14:textId="77777777">
        <w:trPr>
          <w:jc w:val="center"/>
        </w:trPr>
        <w:tc>
          <w:tcPr>
            <w:tcW w:w="3024" w:type="dxa"/>
            <w:shd w:val="clear" w:color="auto" w:fill="EEF6F8"/>
          </w:tcPr>
          <w:p w14:paraId="6629E782" w14:textId="77777777" w:rsidR="002376F7" w:rsidRDefault="00000000">
            <w:r>
              <w:rPr>
                <w:sz w:val="14"/>
              </w:rPr>
              <w:t>mal</w:t>
            </w:r>
          </w:p>
        </w:tc>
        <w:tc>
          <w:tcPr>
            <w:tcW w:w="6912" w:type="dxa"/>
            <w:shd w:val="clear" w:color="auto" w:fill="EEF6F8"/>
          </w:tcPr>
          <w:p w14:paraId="70A357BE" w14:textId="77777777" w:rsidR="002376F7" w:rsidRDefault="00000000">
            <w:r>
              <w:rPr>
                <w:sz w:val="14"/>
              </w:rPr>
              <w:t>bad / opposite</w:t>
            </w:r>
          </w:p>
        </w:tc>
      </w:tr>
      <w:tr w:rsidR="002376F7" w14:paraId="72191FF5" w14:textId="77777777">
        <w:trPr>
          <w:jc w:val="center"/>
        </w:trPr>
        <w:tc>
          <w:tcPr>
            <w:tcW w:w="3024" w:type="dxa"/>
          </w:tcPr>
          <w:p w14:paraId="0CE81CD3" w14:textId="77777777" w:rsidR="002376F7" w:rsidRDefault="00000000">
            <w:r>
              <w:rPr>
                <w:sz w:val="14"/>
              </w:rPr>
              <w:t>mano</w:t>
            </w:r>
          </w:p>
        </w:tc>
        <w:tc>
          <w:tcPr>
            <w:tcW w:w="6912" w:type="dxa"/>
          </w:tcPr>
          <w:p w14:paraId="3FA683C0" w14:textId="77777777" w:rsidR="002376F7" w:rsidRDefault="00000000">
            <w:r>
              <w:rPr>
                <w:sz w:val="14"/>
              </w:rPr>
              <w:t>hand</w:t>
            </w:r>
          </w:p>
        </w:tc>
      </w:tr>
      <w:tr w:rsidR="002376F7" w14:paraId="71BFA750" w14:textId="77777777">
        <w:trPr>
          <w:jc w:val="center"/>
        </w:trPr>
        <w:tc>
          <w:tcPr>
            <w:tcW w:w="3024" w:type="dxa"/>
            <w:shd w:val="clear" w:color="auto" w:fill="EEF6F8"/>
          </w:tcPr>
          <w:p w14:paraId="48EBF795" w14:textId="77777777" w:rsidR="002376F7" w:rsidRDefault="00000000">
            <w:r>
              <w:rPr>
                <w:sz w:val="14"/>
              </w:rPr>
              <w:t>mapa</w:t>
            </w:r>
          </w:p>
        </w:tc>
        <w:tc>
          <w:tcPr>
            <w:tcW w:w="6912" w:type="dxa"/>
            <w:shd w:val="clear" w:color="auto" w:fill="EEF6F8"/>
          </w:tcPr>
          <w:p w14:paraId="1F85F974" w14:textId="77777777" w:rsidR="002376F7" w:rsidRDefault="00000000">
            <w:r>
              <w:rPr>
                <w:sz w:val="14"/>
              </w:rPr>
              <w:t>map</w:t>
            </w:r>
          </w:p>
        </w:tc>
      </w:tr>
      <w:tr w:rsidR="002376F7" w14:paraId="4A9F3E37" w14:textId="77777777">
        <w:trPr>
          <w:jc w:val="center"/>
        </w:trPr>
        <w:tc>
          <w:tcPr>
            <w:tcW w:w="3024" w:type="dxa"/>
          </w:tcPr>
          <w:p w14:paraId="60828F89" w14:textId="77777777" w:rsidR="002376F7" w:rsidRDefault="00000000">
            <w:r>
              <w:rPr>
                <w:sz w:val="14"/>
              </w:rPr>
              <w:t>marca</w:t>
            </w:r>
          </w:p>
        </w:tc>
        <w:tc>
          <w:tcPr>
            <w:tcW w:w="6912" w:type="dxa"/>
          </w:tcPr>
          <w:p w14:paraId="0BC97522" w14:textId="77777777" w:rsidR="002376F7" w:rsidRDefault="00000000">
            <w:r>
              <w:rPr>
                <w:sz w:val="14"/>
              </w:rPr>
              <w:t>mark / brand</w:t>
            </w:r>
          </w:p>
        </w:tc>
      </w:tr>
      <w:tr w:rsidR="002376F7" w14:paraId="7EEA4433" w14:textId="77777777">
        <w:trPr>
          <w:jc w:val="center"/>
        </w:trPr>
        <w:tc>
          <w:tcPr>
            <w:tcW w:w="3024" w:type="dxa"/>
            <w:shd w:val="clear" w:color="auto" w:fill="EEF6F8"/>
          </w:tcPr>
          <w:p w14:paraId="5A22ABE8" w14:textId="77777777" w:rsidR="002376F7" w:rsidRDefault="00000000">
            <w:r>
              <w:rPr>
                <w:sz w:val="14"/>
              </w:rPr>
              <w:t>mas</w:t>
            </w:r>
          </w:p>
        </w:tc>
        <w:tc>
          <w:tcPr>
            <w:tcW w:w="6912" w:type="dxa"/>
            <w:shd w:val="clear" w:color="auto" w:fill="EEF6F8"/>
          </w:tcPr>
          <w:p w14:paraId="7F29BAA5" w14:textId="77777777" w:rsidR="002376F7" w:rsidRDefault="00000000">
            <w:r>
              <w:rPr>
                <w:sz w:val="14"/>
              </w:rPr>
              <w:t>male / man</w:t>
            </w:r>
          </w:p>
        </w:tc>
      </w:tr>
      <w:tr w:rsidR="002376F7" w14:paraId="6B6CB4AA" w14:textId="77777777">
        <w:trPr>
          <w:jc w:val="center"/>
        </w:trPr>
        <w:tc>
          <w:tcPr>
            <w:tcW w:w="3024" w:type="dxa"/>
          </w:tcPr>
          <w:p w14:paraId="7C4746E5" w14:textId="77777777" w:rsidR="002376F7" w:rsidRDefault="00000000">
            <w:r>
              <w:rPr>
                <w:sz w:val="14"/>
              </w:rPr>
              <w:t>mater</w:t>
            </w:r>
          </w:p>
        </w:tc>
        <w:tc>
          <w:tcPr>
            <w:tcW w:w="6912" w:type="dxa"/>
          </w:tcPr>
          <w:p w14:paraId="5577AE75" w14:textId="77777777" w:rsidR="002376F7" w:rsidRDefault="00000000">
            <w:r>
              <w:rPr>
                <w:sz w:val="14"/>
              </w:rPr>
              <w:t>mother</w:t>
            </w:r>
          </w:p>
        </w:tc>
      </w:tr>
      <w:tr w:rsidR="002376F7" w14:paraId="558761F7" w14:textId="77777777">
        <w:trPr>
          <w:jc w:val="center"/>
        </w:trPr>
        <w:tc>
          <w:tcPr>
            <w:tcW w:w="3024" w:type="dxa"/>
            <w:shd w:val="clear" w:color="auto" w:fill="EEF6F8"/>
          </w:tcPr>
          <w:p w14:paraId="445BC8C1" w14:textId="77777777" w:rsidR="002376F7" w:rsidRDefault="00000000">
            <w:r>
              <w:rPr>
                <w:sz w:val="14"/>
              </w:rPr>
              <w:t>max</w:t>
            </w:r>
          </w:p>
        </w:tc>
        <w:tc>
          <w:tcPr>
            <w:tcW w:w="6912" w:type="dxa"/>
            <w:shd w:val="clear" w:color="auto" w:fill="EEF6F8"/>
          </w:tcPr>
          <w:p w14:paraId="10317CA4" w14:textId="77777777" w:rsidR="002376F7" w:rsidRDefault="00000000">
            <w:r>
              <w:rPr>
                <w:sz w:val="14"/>
              </w:rPr>
              <w:t>most / maximum</w:t>
            </w:r>
          </w:p>
        </w:tc>
      </w:tr>
      <w:tr w:rsidR="002376F7" w14:paraId="67912339" w14:textId="77777777">
        <w:trPr>
          <w:jc w:val="center"/>
        </w:trPr>
        <w:tc>
          <w:tcPr>
            <w:tcW w:w="3024" w:type="dxa"/>
          </w:tcPr>
          <w:p w14:paraId="45C61806" w14:textId="77777777" w:rsidR="002376F7" w:rsidRDefault="00000000">
            <w:r>
              <w:rPr>
                <w:sz w:val="14"/>
              </w:rPr>
              <w:t>medika</w:t>
            </w:r>
          </w:p>
        </w:tc>
        <w:tc>
          <w:tcPr>
            <w:tcW w:w="6912" w:type="dxa"/>
          </w:tcPr>
          <w:p w14:paraId="5B94691B" w14:textId="77777777" w:rsidR="002376F7" w:rsidRDefault="00000000">
            <w:r>
              <w:rPr>
                <w:sz w:val="14"/>
              </w:rPr>
              <w:t>medicine</w:t>
            </w:r>
          </w:p>
        </w:tc>
      </w:tr>
      <w:tr w:rsidR="002376F7" w14:paraId="74ECE359" w14:textId="77777777">
        <w:trPr>
          <w:jc w:val="center"/>
        </w:trPr>
        <w:tc>
          <w:tcPr>
            <w:tcW w:w="3024" w:type="dxa"/>
            <w:shd w:val="clear" w:color="auto" w:fill="EEF6F8"/>
          </w:tcPr>
          <w:p w14:paraId="4601298F" w14:textId="77777777" w:rsidR="002376F7" w:rsidRDefault="00000000">
            <w:r>
              <w:rPr>
                <w:sz w:val="14"/>
              </w:rPr>
              <w:t>melodia</w:t>
            </w:r>
          </w:p>
        </w:tc>
        <w:tc>
          <w:tcPr>
            <w:tcW w:w="6912" w:type="dxa"/>
            <w:shd w:val="clear" w:color="auto" w:fill="EEF6F8"/>
          </w:tcPr>
          <w:p w14:paraId="35A42359" w14:textId="77777777" w:rsidR="002376F7" w:rsidRDefault="00000000">
            <w:r>
              <w:rPr>
                <w:sz w:val="14"/>
              </w:rPr>
              <w:t>melody</w:t>
            </w:r>
          </w:p>
        </w:tc>
      </w:tr>
      <w:tr w:rsidR="002376F7" w14:paraId="247B04FE" w14:textId="77777777">
        <w:trPr>
          <w:jc w:val="center"/>
        </w:trPr>
        <w:tc>
          <w:tcPr>
            <w:tcW w:w="3024" w:type="dxa"/>
          </w:tcPr>
          <w:p w14:paraId="3EDABB41" w14:textId="77777777" w:rsidR="002376F7" w:rsidRDefault="00000000">
            <w:r>
              <w:rPr>
                <w:sz w:val="14"/>
              </w:rPr>
              <w:t>memoria</w:t>
            </w:r>
          </w:p>
        </w:tc>
        <w:tc>
          <w:tcPr>
            <w:tcW w:w="6912" w:type="dxa"/>
          </w:tcPr>
          <w:p w14:paraId="684E7212" w14:textId="77777777" w:rsidR="002376F7" w:rsidRDefault="00000000">
            <w:r>
              <w:rPr>
                <w:sz w:val="14"/>
              </w:rPr>
              <w:t>memory</w:t>
            </w:r>
          </w:p>
        </w:tc>
      </w:tr>
      <w:tr w:rsidR="002376F7" w14:paraId="3E23EB09" w14:textId="77777777">
        <w:trPr>
          <w:jc w:val="center"/>
        </w:trPr>
        <w:tc>
          <w:tcPr>
            <w:tcW w:w="3024" w:type="dxa"/>
            <w:shd w:val="clear" w:color="auto" w:fill="EEF6F8"/>
          </w:tcPr>
          <w:p w14:paraId="1E7B3FB2" w14:textId="77777777" w:rsidR="002376F7" w:rsidRDefault="00000000">
            <w:r>
              <w:rPr>
                <w:sz w:val="14"/>
              </w:rPr>
              <w:t>mes</w:t>
            </w:r>
          </w:p>
        </w:tc>
        <w:tc>
          <w:tcPr>
            <w:tcW w:w="6912" w:type="dxa"/>
            <w:shd w:val="clear" w:color="auto" w:fill="EEF6F8"/>
          </w:tcPr>
          <w:p w14:paraId="794744B6" w14:textId="77777777" w:rsidR="002376F7" w:rsidRDefault="00000000">
            <w:r>
              <w:rPr>
                <w:sz w:val="14"/>
              </w:rPr>
              <w:t>month</w:t>
            </w:r>
          </w:p>
        </w:tc>
      </w:tr>
      <w:tr w:rsidR="002376F7" w14:paraId="1F7DAFBC" w14:textId="77777777">
        <w:trPr>
          <w:jc w:val="center"/>
        </w:trPr>
        <w:tc>
          <w:tcPr>
            <w:tcW w:w="3024" w:type="dxa"/>
          </w:tcPr>
          <w:p w14:paraId="02FC87EC" w14:textId="77777777" w:rsidR="002376F7" w:rsidRDefault="00000000">
            <w:r>
              <w:rPr>
                <w:sz w:val="14"/>
              </w:rPr>
              <w:t>mete</w:t>
            </w:r>
          </w:p>
        </w:tc>
        <w:tc>
          <w:tcPr>
            <w:tcW w:w="6912" w:type="dxa"/>
          </w:tcPr>
          <w:p w14:paraId="2CF71F6F" w14:textId="77777777" w:rsidR="002376F7" w:rsidRDefault="00000000">
            <w:r>
              <w:rPr>
                <w:sz w:val="14"/>
              </w:rPr>
              <w:t>put</w:t>
            </w:r>
          </w:p>
        </w:tc>
      </w:tr>
      <w:tr w:rsidR="002376F7" w14:paraId="4FA13A15" w14:textId="77777777">
        <w:trPr>
          <w:jc w:val="center"/>
        </w:trPr>
        <w:tc>
          <w:tcPr>
            <w:tcW w:w="3024" w:type="dxa"/>
            <w:shd w:val="clear" w:color="auto" w:fill="EEF6F8"/>
          </w:tcPr>
          <w:p w14:paraId="33CB7193" w14:textId="77777777" w:rsidR="002376F7" w:rsidRDefault="00000000">
            <w:r>
              <w:rPr>
                <w:sz w:val="14"/>
              </w:rPr>
              <w:t>metro</w:t>
            </w:r>
          </w:p>
        </w:tc>
        <w:tc>
          <w:tcPr>
            <w:tcW w:w="6912" w:type="dxa"/>
            <w:shd w:val="clear" w:color="auto" w:fill="EEF6F8"/>
          </w:tcPr>
          <w:p w14:paraId="1ED0E9AC" w14:textId="77777777" w:rsidR="002376F7" w:rsidRDefault="00000000">
            <w:r>
              <w:rPr>
                <w:sz w:val="14"/>
              </w:rPr>
              <w:t>meter</w:t>
            </w:r>
          </w:p>
        </w:tc>
      </w:tr>
      <w:tr w:rsidR="002376F7" w14:paraId="7B2E6FE1" w14:textId="77777777">
        <w:trPr>
          <w:jc w:val="center"/>
        </w:trPr>
        <w:tc>
          <w:tcPr>
            <w:tcW w:w="3024" w:type="dxa"/>
          </w:tcPr>
          <w:p w14:paraId="773E2638" w14:textId="77777777" w:rsidR="002376F7" w:rsidRDefault="00000000">
            <w:r>
              <w:rPr>
                <w:sz w:val="14"/>
              </w:rPr>
              <w:t>mi</w:t>
            </w:r>
          </w:p>
        </w:tc>
        <w:tc>
          <w:tcPr>
            <w:tcW w:w="6912" w:type="dxa"/>
          </w:tcPr>
          <w:p w14:paraId="264D3672" w14:textId="77777777" w:rsidR="002376F7" w:rsidRDefault="00000000">
            <w:r>
              <w:rPr>
                <w:sz w:val="14"/>
              </w:rPr>
              <w:t>I / me / my</w:t>
            </w:r>
          </w:p>
        </w:tc>
      </w:tr>
      <w:tr w:rsidR="002376F7" w14:paraId="082EB621" w14:textId="77777777">
        <w:trPr>
          <w:jc w:val="center"/>
        </w:trPr>
        <w:tc>
          <w:tcPr>
            <w:tcW w:w="3024" w:type="dxa"/>
            <w:shd w:val="clear" w:color="auto" w:fill="EEF6F8"/>
          </w:tcPr>
          <w:p w14:paraId="3F86FAFB" w14:textId="77777777" w:rsidR="002376F7" w:rsidRDefault="00000000">
            <w:r>
              <w:rPr>
                <w:sz w:val="14"/>
              </w:rPr>
              <w:t>mil</w:t>
            </w:r>
          </w:p>
        </w:tc>
        <w:tc>
          <w:tcPr>
            <w:tcW w:w="6912" w:type="dxa"/>
            <w:shd w:val="clear" w:color="auto" w:fill="EEF6F8"/>
          </w:tcPr>
          <w:p w14:paraId="38574CEB" w14:textId="77777777" w:rsidR="002376F7" w:rsidRDefault="00000000">
            <w:r>
              <w:rPr>
                <w:sz w:val="14"/>
              </w:rPr>
              <w:t>thousand</w:t>
            </w:r>
          </w:p>
        </w:tc>
      </w:tr>
      <w:tr w:rsidR="002376F7" w14:paraId="4A6415C9" w14:textId="77777777">
        <w:trPr>
          <w:jc w:val="center"/>
        </w:trPr>
        <w:tc>
          <w:tcPr>
            <w:tcW w:w="3024" w:type="dxa"/>
          </w:tcPr>
          <w:p w14:paraId="030DD2E7" w14:textId="77777777" w:rsidR="002376F7" w:rsidRDefault="00000000">
            <w:r>
              <w:rPr>
                <w:sz w:val="14"/>
              </w:rPr>
              <w:t>milion</w:t>
            </w:r>
          </w:p>
        </w:tc>
        <w:tc>
          <w:tcPr>
            <w:tcW w:w="6912" w:type="dxa"/>
          </w:tcPr>
          <w:p w14:paraId="4460A343" w14:textId="77777777" w:rsidR="002376F7" w:rsidRDefault="00000000">
            <w:r>
              <w:rPr>
                <w:sz w:val="14"/>
              </w:rPr>
              <w:t>million</w:t>
            </w:r>
          </w:p>
        </w:tc>
      </w:tr>
      <w:tr w:rsidR="002376F7" w14:paraId="5F422155" w14:textId="77777777">
        <w:trPr>
          <w:jc w:val="center"/>
        </w:trPr>
        <w:tc>
          <w:tcPr>
            <w:tcW w:w="3024" w:type="dxa"/>
            <w:shd w:val="clear" w:color="auto" w:fill="EEF6F8"/>
          </w:tcPr>
          <w:p w14:paraId="7CA4A5B2" w14:textId="77777777" w:rsidR="002376F7" w:rsidRDefault="00000000">
            <w:r>
              <w:rPr>
                <w:sz w:val="14"/>
              </w:rPr>
              <w:t>min</w:t>
            </w:r>
          </w:p>
        </w:tc>
        <w:tc>
          <w:tcPr>
            <w:tcW w:w="6912" w:type="dxa"/>
            <w:shd w:val="clear" w:color="auto" w:fill="EEF6F8"/>
          </w:tcPr>
          <w:p w14:paraId="53758A29" w14:textId="77777777" w:rsidR="002376F7" w:rsidRDefault="00000000">
            <w:r>
              <w:rPr>
                <w:sz w:val="14"/>
              </w:rPr>
              <w:t>least / minimum</w:t>
            </w:r>
          </w:p>
        </w:tc>
      </w:tr>
      <w:tr w:rsidR="002376F7" w14:paraId="416140E5" w14:textId="77777777">
        <w:trPr>
          <w:jc w:val="center"/>
        </w:trPr>
        <w:tc>
          <w:tcPr>
            <w:tcW w:w="3024" w:type="dxa"/>
          </w:tcPr>
          <w:p w14:paraId="07059CF0" w14:textId="77777777" w:rsidR="002376F7" w:rsidRDefault="00000000">
            <w:r>
              <w:rPr>
                <w:sz w:val="14"/>
              </w:rPr>
              <w:t>minus</w:t>
            </w:r>
          </w:p>
        </w:tc>
        <w:tc>
          <w:tcPr>
            <w:tcW w:w="6912" w:type="dxa"/>
          </w:tcPr>
          <w:p w14:paraId="7D625B9B" w14:textId="77777777" w:rsidR="002376F7" w:rsidRDefault="00000000">
            <w:r>
              <w:rPr>
                <w:sz w:val="14"/>
              </w:rPr>
              <w:t>less</w:t>
            </w:r>
          </w:p>
        </w:tc>
      </w:tr>
      <w:tr w:rsidR="002376F7" w14:paraId="5E32FBD7" w14:textId="77777777">
        <w:trPr>
          <w:jc w:val="center"/>
        </w:trPr>
        <w:tc>
          <w:tcPr>
            <w:tcW w:w="3024" w:type="dxa"/>
            <w:shd w:val="clear" w:color="auto" w:fill="EEF6F8"/>
          </w:tcPr>
          <w:p w14:paraId="4B036722" w14:textId="77777777" w:rsidR="002376F7" w:rsidRDefault="00000000">
            <w:r>
              <w:rPr>
                <w:sz w:val="14"/>
              </w:rPr>
              <w:t>minuta</w:t>
            </w:r>
          </w:p>
        </w:tc>
        <w:tc>
          <w:tcPr>
            <w:tcW w:w="6912" w:type="dxa"/>
            <w:shd w:val="clear" w:color="auto" w:fill="EEF6F8"/>
          </w:tcPr>
          <w:p w14:paraId="5C986A4D" w14:textId="77777777" w:rsidR="002376F7" w:rsidRDefault="00000000">
            <w:r>
              <w:rPr>
                <w:sz w:val="14"/>
              </w:rPr>
              <w:t>minute</w:t>
            </w:r>
          </w:p>
        </w:tc>
      </w:tr>
      <w:tr w:rsidR="002376F7" w14:paraId="64CA5446" w14:textId="77777777">
        <w:trPr>
          <w:jc w:val="center"/>
        </w:trPr>
        <w:tc>
          <w:tcPr>
            <w:tcW w:w="3024" w:type="dxa"/>
          </w:tcPr>
          <w:p w14:paraId="64F44836" w14:textId="77777777" w:rsidR="002376F7" w:rsidRDefault="00000000">
            <w:r>
              <w:rPr>
                <w:sz w:val="14"/>
              </w:rPr>
              <w:t>mira</w:t>
            </w:r>
          </w:p>
        </w:tc>
        <w:tc>
          <w:tcPr>
            <w:tcW w:w="6912" w:type="dxa"/>
          </w:tcPr>
          <w:p w14:paraId="0A83290B" w14:textId="77777777" w:rsidR="002376F7" w:rsidRDefault="00000000">
            <w:r>
              <w:rPr>
                <w:sz w:val="14"/>
              </w:rPr>
              <w:t>look</w:t>
            </w:r>
          </w:p>
        </w:tc>
      </w:tr>
      <w:tr w:rsidR="002376F7" w14:paraId="386926F8" w14:textId="77777777">
        <w:trPr>
          <w:jc w:val="center"/>
        </w:trPr>
        <w:tc>
          <w:tcPr>
            <w:tcW w:w="3024" w:type="dxa"/>
            <w:shd w:val="clear" w:color="auto" w:fill="EEF6F8"/>
          </w:tcPr>
          <w:p w14:paraId="410FF3FF" w14:textId="77777777" w:rsidR="002376F7" w:rsidRDefault="00000000">
            <w:r>
              <w:rPr>
                <w:sz w:val="14"/>
              </w:rPr>
              <w:t>moderno</w:t>
            </w:r>
          </w:p>
        </w:tc>
        <w:tc>
          <w:tcPr>
            <w:tcW w:w="6912" w:type="dxa"/>
            <w:shd w:val="clear" w:color="auto" w:fill="EEF6F8"/>
          </w:tcPr>
          <w:p w14:paraId="1C104D10" w14:textId="77777777" w:rsidR="002376F7" w:rsidRDefault="00000000">
            <w:r>
              <w:rPr>
                <w:sz w:val="14"/>
              </w:rPr>
              <w:t>modern</w:t>
            </w:r>
          </w:p>
        </w:tc>
      </w:tr>
      <w:tr w:rsidR="002376F7" w14:paraId="1FC8DF03" w14:textId="77777777">
        <w:trPr>
          <w:jc w:val="center"/>
        </w:trPr>
        <w:tc>
          <w:tcPr>
            <w:tcW w:w="3024" w:type="dxa"/>
          </w:tcPr>
          <w:p w14:paraId="3508CEDD" w14:textId="77777777" w:rsidR="002376F7" w:rsidRDefault="00000000">
            <w:r>
              <w:rPr>
                <w:sz w:val="14"/>
              </w:rPr>
              <w:t>modo</w:t>
            </w:r>
          </w:p>
        </w:tc>
        <w:tc>
          <w:tcPr>
            <w:tcW w:w="6912" w:type="dxa"/>
          </w:tcPr>
          <w:p w14:paraId="2DF4B4CD" w14:textId="77777777" w:rsidR="002376F7" w:rsidRDefault="00000000">
            <w:r>
              <w:rPr>
                <w:sz w:val="14"/>
              </w:rPr>
              <w:t>way / manner</w:t>
            </w:r>
          </w:p>
        </w:tc>
      </w:tr>
      <w:tr w:rsidR="002376F7" w14:paraId="37C31C41" w14:textId="77777777">
        <w:trPr>
          <w:jc w:val="center"/>
        </w:trPr>
        <w:tc>
          <w:tcPr>
            <w:tcW w:w="3024" w:type="dxa"/>
            <w:shd w:val="clear" w:color="auto" w:fill="EEF6F8"/>
          </w:tcPr>
          <w:p w14:paraId="782034F4" w14:textId="77777777" w:rsidR="002376F7" w:rsidRDefault="00000000">
            <w:r>
              <w:rPr>
                <w:sz w:val="14"/>
              </w:rPr>
              <w:t>momento</w:t>
            </w:r>
          </w:p>
        </w:tc>
        <w:tc>
          <w:tcPr>
            <w:tcW w:w="6912" w:type="dxa"/>
            <w:shd w:val="clear" w:color="auto" w:fill="EEF6F8"/>
          </w:tcPr>
          <w:p w14:paraId="069C5DB2" w14:textId="77777777" w:rsidR="002376F7" w:rsidRDefault="00000000">
            <w:r>
              <w:rPr>
                <w:sz w:val="14"/>
              </w:rPr>
              <w:t>moment</w:t>
            </w:r>
          </w:p>
        </w:tc>
      </w:tr>
      <w:tr w:rsidR="002376F7" w14:paraId="4687466D" w14:textId="77777777">
        <w:trPr>
          <w:jc w:val="center"/>
        </w:trPr>
        <w:tc>
          <w:tcPr>
            <w:tcW w:w="3024" w:type="dxa"/>
          </w:tcPr>
          <w:p w14:paraId="531FB1FE" w14:textId="77777777" w:rsidR="002376F7" w:rsidRDefault="00000000">
            <w:r>
              <w:rPr>
                <w:sz w:val="14"/>
              </w:rPr>
              <w:t>mondo</w:t>
            </w:r>
          </w:p>
        </w:tc>
        <w:tc>
          <w:tcPr>
            <w:tcW w:w="6912" w:type="dxa"/>
          </w:tcPr>
          <w:p w14:paraId="01FC48F3" w14:textId="77777777" w:rsidR="002376F7" w:rsidRDefault="00000000">
            <w:r>
              <w:rPr>
                <w:sz w:val="14"/>
              </w:rPr>
              <w:t>world</w:t>
            </w:r>
          </w:p>
        </w:tc>
      </w:tr>
      <w:tr w:rsidR="002376F7" w14:paraId="1084AA7F" w14:textId="77777777">
        <w:trPr>
          <w:jc w:val="center"/>
        </w:trPr>
        <w:tc>
          <w:tcPr>
            <w:tcW w:w="3024" w:type="dxa"/>
            <w:shd w:val="clear" w:color="auto" w:fill="EEF6F8"/>
          </w:tcPr>
          <w:p w14:paraId="4EA5AD9F" w14:textId="77777777" w:rsidR="002376F7" w:rsidRDefault="00000000">
            <w:r>
              <w:rPr>
                <w:sz w:val="14"/>
              </w:rPr>
              <w:t>monta</w:t>
            </w:r>
          </w:p>
        </w:tc>
        <w:tc>
          <w:tcPr>
            <w:tcW w:w="6912" w:type="dxa"/>
            <w:shd w:val="clear" w:color="auto" w:fill="EEF6F8"/>
          </w:tcPr>
          <w:p w14:paraId="45029E6E" w14:textId="77777777" w:rsidR="002376F7" w:rsidRDefault="00000000">
            <w:r>
              <w:rPr>
                <w:sz w:val="14"/>
              </w:rPr>
              <w:t>mountain</w:t>
            </w:r>
          </w:p>
        </w:tc>
      </w:tr>
      <w:tr w:rsidR="002376F7" w14:paraId="4797AFC4" w14:textId="77777777">
        <w:trPr>
          <w:jc w:val="center"/>
        </w:trPr>
        <w:tc>
          <w:tcPr>
            <w:tcW w:w="3024" w:type="dxa"/>
          </w:tcPr>
          <w:p w14:paraId="4C8D7705" w14:textId="77777777" w:rsidR="002376F7" w:rsidRDefault="00000000">
            <w:r>
              <w:rPr>
                <w:sz w:val="14"/>
              </w:rPr>
              <w:t>morte</w:t>
            </w:r>
          </w:p>
        </w:tc>
        <w:tc>
          <w:tcPr>
            <w:tcW w:w="6912" w:type="dxa"/>
          </w:tcPr>
          <w:p w14:paraId="6A1BCD16" w14:textId="77777777" w:rsidR="002376F7" w:rsidRDefault="00000000">
            <w:r>
              <w:rPr>
                <w:sz w:val="14"/>
              </w:rPr>
              <w:t>death</w:t>
            </w:r>
          </w:p>
        </w:tc>
      </w:tr>
      <w:tr w:rsidR="002376F7" w14:paraId="7F278B95" w14:textId="77777777">
        <w:trPr>
          <w:jc w:val="center"/>
        </w:trPr>
        <w:tc>
          <w:tcPr>
            <w:tcW w:w="3024" w:type="dxa"/>
            <w:shd w:val="clear" w:color="auto" w:fill="EEF6F8"/>
          </w:tcPr>
          <w:p w14:paraId="213EC5D3" w14:textId="77777777" w:rsidR="002376F7" w:rsidRDefault="00000000">
            <w:r>
              <w:rPr>
                <w:sz w:val="14"/>
              </w:rPr>
              <w:t>movi</w:t>
            </w:r>
          </w:p>
        </w:tc>
        <w:tc>
          <w:tcPr>
            <w:tcW w:w="6912" w:type="dxa"/>
            <w:shd w:val="clear" w:color="auto" w:fill="EEF6F8"/>
          </w:tcPr>
          <w:p w14:paraId="0037FE68" w14:textId="77777777" w:rsidR="002376F7" w:rsidRDefault="00000000">
            <w:r>
              <w:rPr>
                <w:sz w:val="14"/>
              </w:rPr>
              <w:t>move</w:t>
            </w:r>
          </w:p>
        </w:tc>
      </w:tr>
      <w:tr w:rsidR="002376F7" w14:paraId="45D404FE" w14:textId="77777777">
        <w:trPr>
          <w:jc w:val="center"/>
        </w:trPr>
        <w:tc>
          <w:tcPr>
            <w:tcW w:w="3024" w:type="dxa"/>
          </w:tcPr>
          <w:p w14:paraId="2B22CEFD" w14:textId="77777777" w:rsidR="002376F7" w:rsidRDefault="00000000">
            <w:r>
              <w:rPr>
                <w:sz w:val="14"/>
              </w:rPr>
              <w:t>multe</w:t>
            </w:r>
          </w:p>
        </w:tc>
        <w:tc>
          <w:tcPr>
            <w:tcW w:w="6912" w:type="dxa"/>
          </w:tcPr>
          <w:p w14:paraId="716B8B83" w14:textId="77777777" w:rsidR="002376F7" w:rsidRDefault="00000000">
            <w:r>
              <w:rPr>
                <w:sz w:val="14"/>
              </w:rPr>
              <w:t>many / much</w:t>
            </w:r>
          </w:p>
        </w:tc>
      </w:tr>
      <w:tr w:rsidR="002376F7" w14:paraId="30A93C7D" w14:textId="77777777">
        <w:trPr>
          <w:jc w:val="center"/>
        </w:trPr>
        <w:tc>
          <w:tcPr>
            <w:tcW w:w="3024" w:type="dxa"/>
            <w:shd w:val="clear" w:color="auto" w:fill="EEF6F8"/>
          </w:tcPr>
          <w:p w14:paraId="71D06D65" w14:textId="77777777" w:rsidR="002376F7" w:rsidRDefault="00000000">
            <w:r>
              <w:rPr>
                <w:sz w:val="14"/>
              </w:rPr>
              <w:t>musik</w:t>
            </w:r>
          </w:p>
        </w:tc>
        <w:tc>
          <w:tcPr>
            <w:tcW w:w="6912" w:type="dxa"/>
            <w:shd w:val="clear" w:color="auto" w:fill="EEF6F8"/>
          </w:tcPr>
          <w:p w14:paraId="6401B5D3" w14:textId="77777777" w:rsidR="002376F7" w:rsidRDefault="00000000">
            <w:r>
              <w:rPr>
                <w:sz w:val="14"/>
              </w:rPr>
              <w:t>music</w:t>
            </w:r>
          </w:p>
        </w:tc>
      </w:tr>
      <w:tr w:rsidR="002376F7" w14:paraId="4D2C532C" w14:textId="77777777">
        <w:trPr>
          <w:jc w:val="center"/>
        </w:trPr>
        <w:tc>
          <w:tcPr>
            <w:tcW w:w="3024" w:type="dxa"/>
          </w:tcPr>
          <w:p w14:paraId="67826345" w14:textId="77777777" w:rsidR="002376F7" w:rsidRDefault="00000000">
            <w:r>
              <w:rPr>
                <w:sz w:val="14"/>
              </w:rPr>
              <w:t>nasion</w:t>
            </w:r>
          </w:p>
        </w:tc>
        <w:tc>
          <w:tcPr>
            <w:tcW w:w="6912" w:type="dxa"/>
          </w:tcPr>
          <w:p w14:paraId="1027426F" w14:textId="77777777" w:rsidR="002376F7" w:rsidRDefault="00000000">
            <w:r>
              <w:rPr>
                <w:sz w:val="14"/>
              </w:rPr>
              <w:t>nasion</w:t>
            </w:r>
          </w:p>
        </w:tc>
      </w:tr>
      <w:tr w:rsidR="002376F7" w14:paraId="6CC40BBA" w14:textId="77777777">
        <w:trPr>
          <w:jc w:val="center"/>
        </w:trPr>
        <w:tc>
          <w:tcPr>
            <w:tcW w:w="3024" w:type="dxa"/>
            <w:shd w:val="clear" w:color="auto" w:fill="EEF6F8"/>
          </w:tcPr>
          <w:p w14:paraId="387F9753" w14:textId="77777777" w:rsidR="002376F7" w:rsidRDefault="00000000">
            <w:r>
              <w:rPr>
                <w:sz w:val="14"/>
              </w:rPr>
              <w:t>natur</w:t>
            </w:r>
          </w:p>
        </w:tc>
        <w:tc>
          <w:tcPr>
            <w:tcW w:w="6912" w:type="dxa"/>
            <w:shd w:val="clear" w:color="auto" w:fill="EEF6F8"/>
          </w:tcPr>
          <w:p w14:paraId="11DD2AEA" w14:textId="77777777" w:rsidR="002376F7" w:rsidRDefault="00000000">
            <w:r>
              <w:rPr>
                <w:sz w:val="14"/>
              </w:rPr>
              <w:t>nature</w:t>
            </w:r>
          </w:p>
        </w:tc>
      </w:tr>
      <w:tr w:rsidR="002376F7" w14:paraId="2A242A38" w14:textId="77777777">
        <w:trPr>
          <w:jc w:val="center"/>
        </w:trPr>
        <w:tc>
          <w:tcPr>
            <w:tcW w:w="3024" w:type="dxa"/>
          </w:tcPr>
          <w:p w14:paraId="3802CBAB" w14:textId="77777777" w:rsidR="002376F7" w:rsidRDefault="00000000">
            <w:r>
              <w:rPr>
                <w:sz w:val="14"/>
              </w:rPr>
              <w:t>ne</w:t>
            </w:r>
          </w:p>
        </w:tc>
        <w:tc>
          <w:tcPr>
            <w:tcW w:w="6912" w:type="dxa"/>
          </w:tcPr>
          <w:p w14:paraId="5E4C2494" w14:textId="77777777" w:rsidR="002376F7" w:rsidRDefault="00000000">
            <w:r>
              <w:rPr>
                <w:sz w:val="14"/>
              </w:rPr>
              <w:t>not</w:t>
            </w:r>
          </w:p>
        </w:tc>
      </w:tr>
      <w:tr w:rsidR="002376F7" w14:paraId="6654F52A" w14:textId="77777777">
        <w:trPr>
          <w:jc w:val="center"/>
        </w:trPr>
        <w:tc>
          <w:tcPr>
            <w:tcW w:w="3024" w:type="dxa"/>
            <w:shd w:val="clear" w:color="auto" w:fill="EEF6F8"/>
          </w:tcPr>
          <w:p w14:paraId="487461C3" w14:textId="77777777" w:rsidR="002376F7" w:rsidRDefault="00000000">
            <w:r>
              <w:rPr>
                <w:sz w:val="14"/>
              </w:rPr>
              <w:t>nesesita</w:t>
            </w:r>
          </w:p>
        </w:tc>
        <w:tc>
          <w:tcPr>
            <w:tcW w:w="6912" w:type="dxa"/>
            <w:shd w:val="clear" w:color="auto" w:fill="EEF6F8"/>
          </w:tcPr>
          <w:p w14:paraId="33D75141" w14:textId="77777777" w:rsidR="002376F7" w:rsidRDefault="00000000">
            <w:r>
              <w:rPr>
                <w:sz w:val="14"/>
              </w:rPr>
              <w:t>need</w:t>
            </w:r>
          </w:p>
        </w:tc>
      </w:tr>
      <w:tr w:rsidR="002376F7" w14:paraId="3C1D0881" w14:textId="77777777">
        <w:trPr>
          <w:jc w:val="center"/>
        </w:trPr>
        <w:tc>
          <w:tcPr>
            <w:tcW w:w="3024" w:type="dxa"/>
          </w:tcPr>
          <w:p w14:paraId="644E4231" w14:textId="77777777" w:rsidR="002376F7" w:rsidRDefault="00000000">
            <w:r>
              <w:rPr>
                <w:sz w:val="14"/>
              </w:rPr>
              <w:t>nokte</w:t>
            </w:r>
          </w:p>
        </w:tc>
        <w:tc>
          <w:tcPr>
            <w:tcW w:w="6912" w:type="dxa"/>
          </w:tcPr>
          <w:p w14:paraId="294E4E42" w14:textId="77777777" w:rsidR="002376F7" w:rsidRDefault="00000000">
            <w:r>
              <w:rPr>
                <w:sz w:val="14"/>
              </w:rPr>
              <w:t>night</w:t>
            </w:r>
          </w:p>
        </w:tc>
      </w:tr>
      <w:tr w:rsidR="002376F7" w14:paraId="69799810" w14:textId="77777777">
        <w:trPr>
          <w:jc w:val="center"/>
        </w:trPr>
        <w:tc>
          <w:tcPr>
            <w:tcW w:w="3024" w:type="dxa"/>
            <w:shd w:val="clear" w:color="auto" w:fill="EEF6F8"/>
          </w:tcPr>
          <w:p w14:paraId="40DBFE20" w14:textId="77777777" w:rsidR="002376F7" w:rsidRDefault="00000000">
            <w:r>
              <w:rPr>
                <w:sz w:val="14"/>
              </w:rPr>
              <w:t>nom</w:t>
            </w:r>
          </w:p>
        </w:tc>
        <w:tc>
          <w:tcPr>
            <w:tcW w:w="6912" w:type="dxa"/>
            <w:shd w:val="clear" w:color="auto" w:fill="EEF6F8"/>
          </w:tcPr>
          <w:p w14:paraId="52B0F37B" w14:textId="77777777" w:rsidR="002376F7" w:rsidRDefault="00000000">
            <w:r>
              <w:rPr>
                <w:sz w:val="14"/>
              </w:rPr>
              <w:t>name</w:t>
            </w:r>
          </w:p>
        </w:tc>
      </w:tr>
      <w:tr w:rsidR="002376F7" w14:paraId="691B7068" w14:textId="77777777">
        <w:trPr>
          <w:jc w:val="center"/>
        </w:trPr>
        <w:tc>
          <w:tcPr>
            <w:tcW w:w="3024" w:type="dxa"/>
          </w:tcPr>
          <w:p w14:paraId="78CB8A9B" w14:textId="77777777" w:rsidR="002376F7" w:rsidRDefault="00000000">
            <w:r>
              <w:rPr>
                <w:sz w:val="14"/>
              </w:rPr>
              <w:t>nord</w:t>
            </w:r>
          </w:p>
        </w:tc>
        <w:tc>
          <w:tcPr>
            <w:tcW w:w="6912" w:type="dxa"/>
          </w:tcPr>
          <w:p w14:paraId="3391529F" w14:textId="77777777" w:rsidR="002376F7" w:rsidRDefault="00000000">
            <w:r>
              <w:rPr>
                <w:sz w:val="14"/>
              </w:rPr>
              <w:t>north</w:t>
            </w:r>
          </w:p>
        </w:tc>
      </w:tr>
      <w:tr w:rsidR="002376F7" w14:paraId="6876CE24" w14:textId="77777777">
        <w:trPr>
          <w:jc w:val="center"/>
        </w:trPr>
        <w:tc>
          <w:tcPr>
            <w:tcW w:w="3024" w:type="dxa"/>
            <w:shd w:val="clear" w:color="auto" w:fill="EEF6F8"/>
          </w:tcPr>
          <w:p w14:paraId="5CB42D08" w14:textId="77777777" w:rsidR="002376F7" w:rsidRDefault="00000000">
            <w:r>
              <w:rPr>
                <w:sz w:val="14"/>
              </w:rPr>
              <w:t>nos</w:t>
            </w:r>
          </w:p>
        </w:tc>
        <w:tc>
          <w:tcPr>
            <w:tcW w:w="6912" w:type="dxa"/>
            <w:shd w:val="clear" w:color="auto" w:fill="EEF6F8"/>
          </w:tcPr>
          <w:p w14:paraId="0730714A" w14:textId="77777777" w:rsidR="002376F7" w:rsidRDefault="00000000">
            <w:r>
              <w:rPr>
                <w:sz w:val="14"/>
              </w:rPr>
              <w:t>we / us / our</w:t>
            </w:r>
          </w:p>
        </w:tc>
      </w:tr>
      <w:tr w:rsidR="002376F7" w14:paraId="73E8C774" w14:textId="77777777">
        <w:trPr>
          <w:jc w:val="center"/>
        </w:trPr>
        <w:tc>
          <w:tcPr>
            <w:tcW w:w="3024" w:type="dxa"/>
          </w:tcPr>
          <w:p w14:paraId="30CF2601" w14:textId="77777777" w:rsidR="002376F7" w:rsidRDefault="00000000">
            <w:r>
              <w:rPr>
                <w:sz w:val="14"/>
              </w:rPr>
              <w:t>nota</w:t>
            </w:r>
          </w:p>
        </w:tc>
        <w:tc>
          <w:tcPr>
            <w:tcW w:w="6912" w:type="dxa"/>
          </w:tcPr>
          <w:p w14:paraId="15F1AF8F" w14:textId="77777777" w:rsidR="002376F7" w:rsidRDefault="00000000">
            <w:r>
              <w:rPr>
                <w:sz w:val="14"/>
              </w:rPr>
              <w:t>note</w:t>
            </w:r>
          </w:p>
        </w:tc>
      </w:tr>
      <w:tr w:rsidR="002376F7" w14:paraId="7E3C7D3A" w14:textId="77777777">
        <w:trPr>
          <w:jc w:val="center"/>
        </w:trPr>
        <w:tc>
          <w:tcPr>
            <w:tcW w:w="3024" w:type="dxa"/>
            <w:shd w:val="clear" w:color="auto" w:fill="EEF6F8"/>
          </w:tcPr>
          <w:p w14:paraId="4438AA6C" w14:textId="77777777" w:rsidR="002376F7" w:rsidRDefault="00000000">
            <w:r>
              <w:rPr>
                <w:sz w:val="14"/>
              </w:rPr>
              <w:t>nova</w:t>
            </w:r>
          </w:p>
        </w:tc>
        <w:tc>
          <w:tcPr>
            <w:tcW w:w="6912" w:type="dxa"/>
            <w:shd w:val="clear" w:color="auto" w:fill="EEF6F8"/>
          </w:tcPr>
          <w:p w14:paraId="4CEEBFAF" w14:textId="77777777" w:rsidR="002376F7" w:rsidRDefault="00000000">
            <w:r>
              <w:rPr>
                <w:sz w:val="14"/>
              </w:rPr>
              <w:t>new</w:t>
            </w:r>
          </w:p>
        </w:tc>
      </w:tr>
      <w:tr w:rsidR="002376F7" w14:paraId="475FBE11" w14:textId="77777777">
        <w:trPr>
          <w:jc w:val="center"/>
        </w:trPr>
        <w:tc>
          <w:tcPr>
            <w:tcW w:w="3024" w:type="dxa"/>
          </w:tcPr>
          <w:p w14:paraId="719D2669" w14:textId="77777777" w:rsidR="002376F7" w:rsidRDefault="00000000">
            <w:r>
              <w:rPr>
                <w:sz w:val="14"/>
              </w:rPr>
              <w:t>nove</w:t>
            </w:r>
          </w:p>
        </w:tc>
        <w:tc>
          <w:tcPr>
            <w:tcW w:w="6912" w:type="dxa"/>
          </w:tcPr>
          <w:p w14:paraId="34D76C3A" w14:textId="77777777" w:rsidR="002376F7" w:rsidRDefault="00000000">
            <w:r>
              <w:rPr>
                <w:sz w:val="14"/>
              </w:rPr>
              <w:t>nine</w:t>
            </w:r>
          </w:p>
        </w:tc>
      </w:tr>
      <w:tr w:rsidR="002376F7" w14:paraId="67502E39" w14:textId="77777777">
        <w:trPr>
          <w:jc w:val="center"/>
        </w:trPr>
        <w:tc>
          <w:tcPr>
            <w:tcW w:w="3024" w:type="dxa"/>
            <w:shd w:val="clear" w:color="auto" w:fill="EEF6F8"/>
          </w:tcPr>
          <w:p w14:paraId="3F0B7994" w14:textId="77777777" w:rsidR="002376F7" w:rsidRDefault="00000000">
            <w:r>
              <w:rPr>
                <w:sz w:val="14"/>
              </w:rPr>
              <w:t>nu</w:t>
            </w:r>
          </w:p>
        </w:tc>
        <w:tc>
          <w:tcPr>
            <w:tcW w:w="6912" w:type="dxa"/>
            <w:shd w:val="clear" w:color="auto" w:fill="EEF6F8"/>
          </w:tcPr>
          <w:p w14:paraId="3643EFB8" w14:textId="77777777" w:rsidR="002376F7" w:rsidRDefault="00000000">
            <w:r>
              <w:rPr>
                <w:sz w:val="14"/>
              </w:rPr>
              <w:t>now / current marker</w:t>
            </w:r>
          </w:p>
        </w:tc>
      </w:tr>
      <w:tr w:rsidR="002376F7" w14:paraId="3D4732C6" w14:textId="77777777">
        <w:trPr>
          <w:jc w:val="center"/>
        </w:trPr>
        <w:tc>
          <w:tcPr>
            <w:tcW w:w="3024" w:type="dxa"/>
          </w:tcPr>
          <w:p w14:paraId="0A0A2C62" w14:textId="77777777" w:rsidR="002376F7" w:rsidRDefault="00000000">
            <w:r>
              <w:rPr>
                <w:sz w:val="14"/>
              </w:rPr>
              <w:t>numero</w:t>
            </w:r>
          </w:p>
        </w:tc>
        <w:tc>
          <w:tcPr>
            <w:tcW w:w="6912" w:type="dxa"/>
          </w:tcPr>
          <w:p w14:paraId="43555FC0" w14:textId="77777777" w:rsidR="002376F7" w:rsidRDefault="00000000">
            <w:r>
              <w:rPr>
                <w:sz w:val="14"/>
              </w:rPr>
              <w:t>number</w:t>
            </w:r>
          </w:p>
        </w:tc>
      </w:tr>
      <w:tr w:rsidR="002376F7" w14:paraId="7A6F8C6B" w14:textId="77777777">
        <w:trPr>
          <w:jc w:val="center"/>
        </w:trPr>
        <w:tc>
          <w:tcPr>
            <w:tcW w:w="3024" w:type="dxa"/>
            <w:shd w:val="clear" w:color="auto" w:fill="EEF6F8"/>
          </w:tcPr>
          <w:p w14:paraId="6F73B097" w14:textId="77777777" w:rsidR="002376F7" w:rsidRDefault="00000000">
            <w:r>
              <w:rPr>
                <w:sz w:val="14"/>
              </w:rPr>
              <w:t>okto</w:t>
            </w:r>
          </w:p>
        </w:tc>
        <w:tc>
          <w:tcPr>
            <w:tcW w:w="6912" w:type="dxa"/>
            <w:shd w:val="clear" w:color="auto" w:fill="EEF6F8"/>
          </w:tcPr>
          <w:p w14:paraId="444A88D1" w14:textId="77777777" w:rsidR="002376F7" w:rsidRDefault="00000000">
            <w:r>
              <w:rPr>
                <w:sz w:val="14"/>
              </w:rPr>
              <w:t>eight</w:t>
            </w:r>
          </w:p>
        </w:tc>
      </w:tr>
      <w:tr w:rsidR="002376F7" w14:paraId="1D218A8F" w14:textId="77777777">
        <w:trPr>
          <w:jc w:val="center"/>
        </w:trPr>
        <w:tc>
          <w:tcPr>
            <w:tcW w:w="3024" w:type="dxa"/>
          </w:tcPr>
          <w:p w14:paraId="246AE48D" w14:textId="77777777" w:rsidR="002376F7" w:rsidRDefault="00000000">
            <w:r>
              <w:rPr>
                <w:sz w:val="14"/>
              </w:rPr>
              <w:t>ofisial</w:t>
            </w:r>
          </w:p>
        </w:tc>
        <w:tc>
          <w:tcPr>
            <w:tcW w:w="6912" w:type="dxa"/>
          </w:tcPr>
          <w:p w14:paraId="33CEBC7B" w14:textId="77777777" w:rsidR="002376F7" w:rsidRDefault="00000000">
            <w:r>
              <w:rPr>
                <w:sz w:val="14"/>
              </w:rPr>
              <w:t>official</w:t>
            </w:r>
          </w:p>
        </w:tc>
      </w:tr>
      <w:tr w:rsidR="002376F7" w14:paraId="1FAA2740" w14:textId="77777777">
        <w:trPr>
          <w:jc w:val="center"/>
        </w:trPr>
        <w:tc>
          <w:tcPr>
            <w:tcW w:w="3024" w:type="dxa"/>
            <w:shd w:val="clear" w:color="auto" w:fill="EEF6F8"/>
          </w:tcPr>
          <w:p w14:paraId="2ACD5B8E" w14:textId="77777777" w:rsidR="002376F7" w:rsidRDefault="00000000">
            <w:r>
              <w:rPr>
                <w:sz w:val="14"/>
              </w:rPr>
              <w:t>okulo</w:t>
            </w:r>
          </w:p>
        </w:tc>
        <w:tc>
          <w:tcPr>
            <w:tcW w:w="6912" w:type="dxa"/>
            <w:shd w:val="clear" w:color="auto" w:fill="EEF6F8"/>
          </w:tcPr>
          <w:p w14:paraId="233E14A1" w14:textId="77777777" w:rsidR="002376F7" w:rsidRDefault="00000000">
            <w:r>
              <w:rPr>
                <w:sz w:val="14"/>
              </w:rPr>
              <w:t>eye</w:t>
            </w:r>
          </w:p>
        </w:tc>
      </w:tr>
      <w:tr w:rsidR="002376F7" w14:paraId="4C9D94CA" w14:textId="77777777">
        <w:trPr>
          <w:jc w:val="center"/>
        </w:trPr>
        <w:tc>
          <w:tcPr>
            <w:tcW w:w="3024" w:type="dxa"/>
          </w:tcPr>
          <w:p w14:paraId="5DB09605" w14:textId="77777777" w:rsidR="002376F7" w:rsidRDefault="00000000">
            <w:r>
              <w:rPr>
                <w:sz w:val="14"/>
              </w:rPr>
              <w:t>opera</w:t>
            </w:r>
          </w:p>
        </w:tc>
        <w:tc>
          <w:tcPr>
            <w:tcW w:w="6912" w:type="dxa"/>
          </w:tcPr>
          <w:p w14:paraId="5A781A80" w14:textId="77777777" w:rsidR="002376F7" w:rsidRDefault="00000000">
            <w:r>
              <w:rPr>
                <w:sz w:val="14"/>
              </w:rPr>
              <w:t>operate / work</w:t>
            </w:r>
          </w:p>
        </w:tc>
      </w:tr>
      <w:tr w:rsidR="002376F7" w14:paraId="52C42EE0" w14:textId="77777777">
        <w:trPr>
          <w:jc w:val="center"/>
        </w:trPr>
        <w:tc>
          <w:tcPr>
            <w:tcW w:w="3024" w:type="dxa"/>
            <w:shd w:val="clear" w:color="auto" w:fill="EEF6F8"/>
          </w:tcPr>
          <w:p w14:paraId="5461DFA0" w14:textId="77777777" w:rsidR="002376F7" w:rsidRDefault="00000000">
            <w:r>
              <w:rPr>
                <w:sz w:val="14"/>
              </w:rPr>
              <w:t>ordine</w:t>
            </w:r>
          </w:p>
        </w:tc>
        <w:tc>
          <w:tcPr>
            <w:tcW w:w="6912" w:type="dxa"/>
            <w:shd w:val="clear" w:color="auto" w:fill="EEF6F8"/>
          </w:tcPr>
          <w:p w14:paraId="49CCD996" w14:textId="77777777" w:rsidR="002376F7" w:rsidRDefault="00000000">
            <w:r>
              <w:rPr>
                <w:sz w:val="14"/>
              </w:rPr>
              <w:t>order</w:t>
            </w:r>
          </w:p>
        </w:tc>
      </w:tr>
      <w:tr w:rsidR="002376F7" w14:paraId="356AA144" w14:textId="77777777">
        <w:trPr>
          <w:jc w:val="center"/>
        </w:trPr>
        <w:tc>
          <w:tcPr>
            <w:tcW w:w="3024" w:type="dxa"/>
          </w:tcPr>
          <w:p w14:paraId="4B4729FB" w14:textId="77777777" w:rsidR="002376F7" w:rsidRDefault="00000000">
            <w:r>
              <w:rPr>
                <w:sz w:val="14"/>
              </w:rPr>
              <w:t>pagina</w:t>
            </w:r>
          </w:p>
        </w:tc>
        <w:tc>
          <w:tcPr>
            <w:tcW w:w="6912" w:type="dxa"/>
          </w:tcPr>
          <w:p w14:paraId="04225D86" w14:textId="77777777" w:rsidR="002376F7" w:rsidRDefault="00000000">
            <w:r>
              <w:rPr>
                <w:sz w:val="14"/>
              </w:rPr>
              <w:t>page</w:t>
            </w:r>
          </w:p>
        </w:tc>
      </w:tr>
      <w:tr w:rsidR="002376F7" w14:paraId="6BB8ACF9" w14:textId="77777777">
        <w:trPr>
          <w:jc w:val="center"/>
        </w:trPr>
        <w:tc>
          <w:tcPr>
            <w:tcW w:w="3024" w:type="dxa"/>
            <w:shd w:val="clear" w:color="auto" w:fill="EEF6F8"/>
          </w:tcPr>
          <w:p w14:paraId="56B98166" w14:textId="77777777" w:rsidR="002376F7" w:rsidRDefault="00000000">
            <w:r>
              <w:rPr>
                <w:sz w:val="14"/>
              </w:rPr>
              <w:t>pan</w:t>
            </w:r>
          </w:p>
        </w:tc>
        <w:tc>
          <w:tcPr>
            <w:tcW w:w="6912" w:type="dxa"/>
            <w:shd w:val="clear" w:color="auto" w:fill="EEF6F8"/>
          </w:tcPr>
          <w:p w14:paraId="25A5FBC6" w14:textId="77777777" w:rsidR="002376F7" w:rsidRDefault="00000000">
            <w:r>
              <w:rPr>
                <w:sz w:val="14"/>
              </w:rPr>
              <w:t>bread</w:t>
            </w:r>
          </w:p>
        </w:tc>
      </w:tr>
      <w:tr w:rsidR="002376F7" w14:paraId="2166D61B" w14:textId="77777777">
        <w:trPr>
          <w:jc w:val="center"/>
        </w:trPr>
        <w:tc>
          <w:tcPr>
            <w:tcW w:w="3024" w:type="dxa"/>
          </w:tcPr>
          <w:p w14:paraId="26D0C8B1" w14:textId="77777777" w:rsidR="002376F7" w:rsidRDefault="00000000">
            <w:r>
              <w:rPr>
                <w:sz w:val="14"/>
              </w:rPr>
              <w:t>parla</w:t>
            </w:r>
          </w:p>
        </w:tc>
        <w:tc>
          <w:tcPr>
            <w:tcW w:w="6912" w:type="dxa"/>
          </w:tcPr>
          <w:p w14:paraId="32AFE812" w14:textId="77777777" w:rsidR="002376F7" w:rsidRDefault="00000000">
            <w:r>
              <w:rPr>
                <w:sz w:val="14"/>
              </w:rPr>
              <w:t>speak</w:t>
            </w:r>
          </w:p>
        </w:tc>
      </w:tr>
      <w:tr w:rsidR="002376F7" w14:paraId="36E95E29" w14:textId="77777777">
        <w:trPr>
          <w:jc w:val="center"/>
        </w:trPr>
        <w:tc>
          <w:tcPr>
            <w:tcW w:w="3024" w:type="dxa"/>
            <w:shd w:val="clear" w:color="auto" w:fill="EEF6F8"/>
          </w:tcPr>
          <w:p w14:paraId="01307BF1" w14:textId="77777777" w:rsidR="002376F7" w:rsidRDefault="00000000">
            <w:r>
              <w:rPr>
                <w:sz w:val="14"/>
              </w:rPr>
              <w:t>parler</w:t>
            </w:r>
          </w:p>
        </w:tc>
        <w:tc>
          <w:tcPr>
            <w:tcW w:w="6912" w:type="dxa"/>
            <w:shd w:val="clear" w:color="auto" w:fill="EEF6F8"/>
          </w:tcPr>
          <w:p w14:paraId="3C0F6D85" w14:textId="77777777" w:rsidR="002376F7" w:rsidRDefault="00000000">
            <w:r>
              <w:rPr>
                <w:sz w:val="14"/>
              </w:rPr>
              <w:t>speaker</w:t>
            </w:r>
          </w:p>
        </w:tc>
      </w:tr>
      <w:tr w:rsidR="002376F7" w14:paraId="14C4228C" w14:textId="77777777">
        <w:trPr>
          <w:jc w:val="center"/>
        </w:trPr>
        <w:tc>
          <w:tcPr>
            <w:tcW w:w="3024" w:type="dxa"/>
          </w:tcPr>
          <w:p w14:paraId="31CE1DD7" w14:textId="77777777" w:rsidR="002376F7" w:rsidRDefault="00000000">
            <w:r>
              <w:rPr>
                <w:sz w:val="14"/>
              </w:rPr>
              <w:t>parte</w:t>
            </w:r>
          </w:p>
        </w:tc>
        <w:tc>
          <w:tcPr>
            <w:tcW w:w="6912" w:type="dxa"/>
          </w:tcPr>
          <w:p w14:paraId="4B5B9DDE" w14:textId="77777777" w:rsidR="002376F7" w:rsidRDefault="00000000">
            <w:r>
              <w:rPr>
                <w:sz w:val="14"/>
              </w:rPr>
              <w:t>part</w:t>
            </w:r>
          </w:p>
        </w:tc>
      </w:tr>
      <w:tr w:rsidR="002376F7" w14:paraId="0B35FBAA" w14:textId="77777777">
        <w:trPr>
          <w:jc w:val="center"/>
        </w:trPr>
        <w:tc>
          <w:tcPr>
            <w:tcW w:w="3024" w:type="dxa"/>
            <w:shd w:val="clear" w:color="auto" w:fill="EEF6F8"/>
          </w:tcPr>
          <w:p w14:paraId="436E009E" w14:textId="77777777" w:rsidR="002376F7" w:rsidRDefault="00000000">
            <w:r>
              <w:rPr>
                <w:sz w:val="14"/>
              </w:rPr>
              <w:t>passa</w:t>
            </w:r>
          </w:p>
        </w:tc>
        <w:tc>
          <w:tcPr>
            <w:tcW w:w="6912" w:type="dxa"/>
            <w:shd w:val="clear" w:color="auto" w:fill="EEF6F8"/>
          </w:tcPr>
          <w:p w14:paraId="6E1A8A3B" w14:textId="77777777" w:rsidR="002376F7" w:rsidRDefault="00000000">
            <w:r>
              <w:rPr>
                <w:sz w:val="14"/>
              </w:rPr>
              <w:t>pass</w:t>
            </w:r>
          </w:p>
        </w:tc>
      </w:tr>
      <w:tr w:rsidR="002376F7" w14:paraId="5434BD0A" w14:textId="77777777">
        <w:trPr>
          <w:jc w:val="center"/>
        </w:trPr>
        <w:tc>
          <w:tcPr>
            <w:tcW w:w="3024" w:type="dxa"/>
          </w:tcPr>
          <w:p w14:paraId="3104508C" w14:textId="77777777" w:rsidR="002376F7" w:rsidRDefault="00000000">
            <w:r>
              <w:rPr>
                <w:sz w:val="14"/>
              </w:rPr>
              <w:t>pa</w:t>
            </w:r>
          </w:p>
        </w:tc>
        <w:tc>
          <w:tcPr>
            <w:tcW w:w="6912" w:type="dxa"/>
          </w:tcPr>
          <w:p w14:paraId="0D92CFA6" w14:textId="77777777" w:rsidR="002376F7" w:rsidRDefault="00000000">
            <w:r>
              <w:rPr>
                <w:sz w:val="14"/>
              </w:rPr>
              <w:t>past marker</w:t>
            </w:r>
          </w:p>
        </w:tc>
      </w:tr>
      <w:tr w:rsidR="002376F7" w14:paraId="4098A326" w14:textId="77777777">
        <w:trPr>
          <w:jc w:val="center"/>
        </w:trPr>
        <w:tc>
          <w:tcPr>
            <w:tcW w:w="3024" w:type="dxa"/>
            <w:shd w:val="clear" w:color="auto" w:fill="EEF6F8"/>
          </w:tcPr>
          <w:p w14:paraId="06450925" w14:textId="77777777" w:rsidR="002376F7" w:rsidRDefault="00000000">
            <w:r>
              <w:rPr>
                <w:sz w:val="14"/>
              </w:rPr>
              <w:t>pater</w:t>
            </w:r>
          </w:p>
        </w:tc>
        <w:tc>
          <w:tcPr>
            <w:tcW w:w="6912" w:type="dxa"/>
            <w:shd w:val="clear" w:color="auto" w:fill="EEF6F8"/>
          </w:tcPr>
          <w:p w14:paraId="217C821F" w14:textId="77777777" w:rsidR="002376F7" w:rsidRDefault="00000000">
            <w:r>
              <w:rPr>
                <w:sz w:val="14"/>
              </w:rPr>
              <w:t>father</w:t>
            </w:r>
          </w:p>
        </w:tc>
      </w:tr>
      <w:tr w:rsidR="002376F7" w14:paraId="6BDB5DB2" w14:textId="77777777">
        <w:trPr>
          <w:jc w:val="center"/>
        </w:trPr>
        <w:tc>
          <w:tcPr>
            <w:tcW w:w="3024" w:type="dxa"/>
          </w:tcPr>
          <w:p w14:paraId="3AB7B203" w14:textId="77777777" w:rsidR="002376F7" w:rsidRDefault="00000000">
            <w:r>
              <w:rPr>
                <w:sz w:val="14"/>
              </w:rPr>
              <w:t>pay</w:t>
            </w:r>
          </w:p>
        </w:tc>
        <w:tc>
          <w:tcPr>
            <w:tcW w:w="6912" w:type="dxa"/>
          </w:tcPr>
          <w:p w14:paraId="3434E253" w14:textId="77777777" w:rsidR="002376F7" w:rsidRDefault="00000000">
            <w:r>
              <w:rPr>
                <w:sz w:val="14"/>
              </w:rPr>
              <w:t>pay</w:t>
            </w:r>
          </w:p>
        </w:tc>
      </w:tr>
      <w:tr w:rsidR="002376F7" w14:paraId="14EA0E46" w14:textId="77777777">
        <w:trPr>
          <w:jc w:val="center"/>
        </w:trPr>
        <w:tc>
          <w:tcPr>
            <w:tcW w:w="3024" w:type="dxa"/>
            <w:shd w:val="clear" w:color="auto" w:fill="EEF6F8"/>
          </w:tcPr>
          <w:p w14:paraId="59A663CF" w14:textId="77777777" w:rsidR="002376F7" w:rsidRDefault="00000000">
            <w:r>
              <w:rPr>
                <w:sz w:val="14"/>
              </w:rPr>
              <w:t>pase</w:t>
            </w:r>
          </w:p>
        </w:tc>
        <w:tc>
          <w:tcPr>
            <w:tcW w:w="6912" w:type="dxa"/>
            <w:shd w:val="clear" w:color="auto" w:fill="EEF6F8"/>
          </w:tcPr>
          <w:p w14:paraId="5F4FD6A3" w14:textId="77777777" w:rsidR="002376F7" w:rsidRDefault="00000000">
            <w:r>
              <w:rPr>
                <w:sz w:val="14"/>
              </w:rPr>
              <w:t>peace</w:t>
            </w:r>
          </w:p>
        </w:tc>
      </w:tr>
      <w:tr w:rsidR="002376F7" w14:paraId="7AE6CDD0" w14:textId="77777777">
        <w:trPr>
          <w:jc w:val="center"/>
        </w:trPr>
        <w:tc>
          <w:tcPr>
            <w:tcW w:w="3024" w:type="dxa"/>
          </w:tcPr>
          <w:p w14:paraId="72324BD9" w14:textId="77777777" w:rsidR="002376F7" w:rsidRDefault="00000000">
            <w:r>
              <w:rPr>
                <w:sz w:val="14"/>
              </w:rPr>
              <w:t>pensa</w:t>
            </w:r>
          </w:p>
        </w:tc>
        <w:tc>
          <w:tcPr>
            <w:tcW w:w="6912" w:type="dxa"/>
          </w:tcPr>
          <w:p w14:paraId="0E94BB6C" w14:textId="77777777" w:rsidR="002376F7" w:rsidRDefault="00000000">
            <w:r>
              <w:rPr>
                <w:sz w:val="14"/>
              </w:rPr>
              <w:t>think</w:t>
            </w:r>
          </w:p>
        </w:tc>
      </w:tr>
      <w:tr w:rsidR="002376F7" w14:paraId="460CF95A" w14:textId="77777777">
        <w:trPr>
          <w:jc w:val="center"/>
        </w:trPr>
        <w:tc>
          <w:tcPr>
            <w:tcW w:w="3024" w:type="dxa"/>
            <w:shd w:val="clear" w:color="auto" w:fill="EEF6F8"/>
          </w:tcPr>
          <w:p w14:paraId="03728B85" w14:textId="77777777" w:rsidR="002376F7" w:rsidRDefault="00000000">
            <w:r>
              <w:rPr>
                <w:sz w:val="14"/>
              </w:rPr>
              <w:t>per</w:t>
            </w:r>
          </w:p>
        </w:tc>
        <w:tc>
          <w:tcPr>
            <w:tcW w:w="6912" w:type="dxa"/>
            <w:shd w:val="clear" w:color="auto" w:fill="EEF6F8"/>
          </w:tcPr>
          <w:p w14:paraId="5C5F109B" w14:textId="77777777" w:rsidR="002376F7" w:rsidRDefault="00000000">
            <w:r>
              <w:rPr>
                <w:sz w:val="14"/>
              </w:rPr>
              <w:t>for / through</w:t>
            </w:r>
          </w:p>
        </w:tc>
      </w:tr>
      <w:tr w:rsidR="002376F7" w14:paraId="3F5A09BA" w14:textId="77777777">
        <w:trPr>
          <w:jc w:val="center"/>
        </w:trPr>
        <w:tc>
          <w:tcPr>
            <w:tcW w:w="3024" w:type="dxa"/>
          </w:tcPr>
          <w:p w14:paraId="7AC6D2E0" w14:textId="77777777" w:rsidR="002376F7" w:rsidRDefault="00000000">
            <w:r>
              <w:rPr>
                <w:sz w:val="14"/>
              </w:rPr>
              <w:t>persona</w:t>
            </w:r>
          </w:p>
        </w:tc>
        <w:tc>
          <w:tcPr>
            <w:tcW w:w="6912" w:type="dxa"/>
          </w:tcPr>
          <w:p w14:paraId="3894CBC5" w14:textId="77777777" w:rsidR="002376F7" w:rsidRDefault="00000000">
            <w:r>
              <w:rPr>
                <w:sz w:val="14"/>
              </w:rPr>
              <w:t>person</w:t>
            </w:r>
          </w:p>
        </w:tc>
      </w:tr>
      <w:tr w:rsidR="002376F7" w14:paraId="5C229BBE" w14:textId="77777777">
        <w:trPr>
          <w:jc w:val="center"/>
        </w:trPr>
        <w:tc>
          <w:tcPr>
            <w:tcW w:w="3024" w:type="dxa"/>
            <w:shd w:val="clear" w:color="auto" w:fill="EEF6F8"/>
          </w:tcPr>
          <w:p w14:paraId="7C33F125" w14:textId="77777777" w:rsidR="002376F7" w:rsidRDefault="00000000">
            <w:r>
              <w:rPr>
                <w:sz w:val="14"/>
              </w:rPr>
              <w:t>plez</w:t>
            </w:r>
          </w:p>
        </w:tc>
        <w:tc>
          <w:tcPr>
            <w:tcW w:w="6912" w:type="dxa"/>
            <w:shd w:val="clear" w:color="auto" w:fill="EEF6F8"/>
          </w:tcPr>
          <w:p w14:paraId="6FB70AB4" w14:textId="77777777" w:rsidR="002376F7" w:rsidRDefault="00000000">
            <w:r>
              <w:rPr>
                <w:sz w:val="14"/>
              </w:rPr>
              <w:t>please</w:t>
            </w:r>
          </w:p>
        </w:tc>
      </w:tr>
      <w:tr w:rsidR="002376F7" w14:paraId="7F900FDD" w14:textId="77777777">
        <w:trPr>
          <w:jc w:val="center"/>
        </w:trPr>
        <w:tc>
          <w:tcPr>
            <w:tcW w:w="3024" w:type="dxa"/>
          </w:tcPr>
          <w:p w14:paraId="36BDA7B5" w14:textId="77777777" w:rsidR="002376F7" w:rsidRDefault="00000000">
            <w:r>
              <w:rPr>
                <w:sz w:val="14"/>
              </w:rPr>
              <w:t>plus</w:t>
            </w:r>
          </w:p>
        </w:tc>
        <w:tc>
          <w:tcPr>
            <w:tcW w:w="6912" w:type="dxa"/>
          </w:tcPr>
          <w:p w14:paraId="24D7A2DF" w14:textId="77777777" w:rsidR="002376F7" w:rsidRDefault="00000000">
            <w:r>
              <w:rPr>
                <w:sz w:val="14"/>
              </w:rPr>
              <w:t>more</w:t>
            </w:r>
          </w:p>
        </w:tc>
      </w:tr>
      <w:tr w:rsidR="002376F7" w14:paraId="7E2D3D0B" w14:textId="77777777">
        <w:trPr>
          <w:jc w:val="center"/>
        </w:trPr>
        <w:tc>
          <w:tcPr>
            <w:tcW w:w="3024" w:type="dxa"/>
            <w:shd w:val="clear" w:color="auto" w:fill="EEF6F8"/>
          </w:tcPr>
          <w:p w14:paraId="54BD7CBB" w14:textId="77777777" w:rsidR="002376F7" w:rsidRDefault="00000000">
            <w:r>
              <w:rPr>
                <w:sz w:val="14"/>
              </w:rPr>
              <w:t>poder</w:t>
            </w:r>
          </w:p>
        </w:tc>
        <w:tc>
          <w:tcPr>
            <w:tcW w:w="6912" w:type="dxa"/>
            <w:shd w:val="clear" w:color="auto" w:fill="EEF6F8"/>
          </w:tcPr>
          <w:p w14:paraId="0466FE0F" w14:textId="77777777" w:rsidR="002376F7" w:rsidRDefault="00000000">
            <w:r>
              <w:rPr>
                <w:sz w:val="14"/>
              </w:rPr>
              <w:t>can / power</w:t>
            </w:r>
          </w:p>
        </w:tc>
      </w:tr>
      <w:tr w:rsidR="002376F7" w14:paraId="5E479B40" w14:textId="77777777">
        <w:trPr>
          <w:jc w:val="center"/>
        </w:trPr>
        <w:tc>
          <w:tcPr>
            <w:tcW w:w="3024" w:type="dxa"/>
          </w:tcPr>
          <w:p w14:paraId="288BC6A9" w14:textId="77777777" w:rsidR="002376F7" w:rsidRDefault="00000000">
            <w:r>
              <w:rPr>
                <w:sz w:val="14"/>
              </w:rPr>
              <w:t>porta</w:t>
            </w:r>
          </w:p>
        </w:tc>
        <w:tc>
          <w:tcPr>
            <w:tcW w:w="6912" w:type="dxa"/>
          </w:tcPr>
          <w:p w14:paraId="1550F805" w14:textId="77777777" w:rsidR="002376F7" w:rsidRDefault="00000000">
            <w:r>
              <w:rPr>
                <w:sz w:val="14"/>
              </w:rPr>
              <w:t>door / carry</w:t>
            </w:r>
          </w:p>
        </w:tc>
      </w:tr>
      <w:tr w:rsidR="002376F7" w14:paraId="23B54768" w14:textId="77777777">
        <w:trPr>
          <w:jc w:val="center"/>
        </w:trPr>
        <w:tc>
          <w:tcPr>
            <w:tcW w:w="3024" w:type="dxa"/>
            <w:shd w:val="clear" w:color="auto" w:fill="EEF6F8"/>
          </w:tcPr>
          <w:p w14:paraId="7C1BD25E" w14:textId="77777777" w:rsidR="002376F7" w:rsidRDefault="00000000">
            <w:r>
              <w:rPr>
                <w:sz w:val="14"/>
              </w:rPr>
              <w:t>pos</w:t>
            </w:r>
          </w:p>
        </w:tc>
        <w:tc>
          <w:tcPr>
            <w:tcW w:w="6912" w:type="dxa"/>
            <w:shd w:val="clear" w:color="auto" w:fill="EEF6F8"/>
          </w:tcPr>
          <w:p w14:paraId="52626479" w14:textId="77777777" w:rsidR="002376F7" w:rsidRDefault="00000000">
            <w:r>
              <w:rPr>
                <w:sz w:val="14"/>
              </w:rPr>
              <w:t>after</w:t>
            </w:r>
          </w:p>
        </w:tc>
      </w:tr>
      <w:tr w:rsidR="002376F7" w14:paraId="12D013F4" w14:textId="77777777">
        <w:trPr>
          <w:jc w:val="center"/>
        </w:trPr>
        <w:tc>
          <w:tcPr>
            <w:tcW w:w="3024" w:type="dxa"/>
          </w:tcPr>
          <w:p w14:paraId="7C812543" w14:textId="77777777" w:rsidR="002376F7" w:rsidRDefault="00000000">
            <w:r>
              <w:rPr>
                <w:sz w:val="14"/>
              </w:rPr>
              <w:t>posibla</w:t>
            </w:r>
          </w:p>
        </w:tc>
        <w:tc>
          <w:tcPr>
            <w:tcW w:w="6912" w:type="dxa"/>
          </w:tcPr>
          <w:p w14:paraId="017F7C4C" w14:textId="77777777" w:rsidR="002376F7" w:rsidRDefault="00000000">
            <w:r>
              <w:rPr>
                <w:sz w:val="14"/>
              </w:rPr>
              <w:t>possible</w:t>
            </w:r>
          </w:p>
        </w:tc>
      </w:tr>
      <w:tr w:rsidR="002376F7" w14:paraId="2A4B0E42" w14:textId="77777777">
        <w:trPr>
          <w:jc w:val="center"/>
        </w:trPr>
        <w:tc>
          <w:tcPr>
            <w:tcW w:w="3024" w:type="dxa"/>
            <w:shd w:val="clear" w:color="auto" w:fill="EEF6F8"/>
          </w:tcPr>
          <w:p w14:paraId="539A2ECA" w14:textId="77777777" w:rsidR="002376F7" w:rsidRDefault="00000000">
            <w:r>
              <w:rPr>
                <w:sz w:val="14"/>
              </w:rPr>
              <w:t>prepara</w:t>
            </w:r>
          </w:p>
        </w:tc>
        <w:tc>
          <w:tcPr>
            <w:tcW w:w="6912" w:type="dxa"/>
            <w:shd w:val="clear" w:color="auto" w:fill="EEF6F8"/>
          </w:tcPr>
          <w:p w14:paraId="5D01D4BC" w14:textId="77777777" w:rsidR="002376F7" w:rsidRDefault="00000000">
            <w:r>
              <w:rPr>
                <w:sz w:val="14"/>
              </w:rPr>
              <w:t>prepare</w:t>
            </w:r>
          </w:p>
        </w:tc>
      </w:tr>
      <w:tr w:rsidR="002376F7" w14:paraId="7DCE016F" w14:textId="77777777">
        <w:trPr>
          <w:jc w:val="center"/>
        </w:trPr>
        <w:tc>
          <w:tcPr>
            <w:tcW w:w="3024" w:type="dxa"/>
          </w:tcPr>
          <w:p w14:paraId="1C6ECB47" w14:textId="77777777" w:rsidR="002376F7" w:rsidRDefault="00000000">
            <w:r>
              <w:rPr>
                <w:sz w:val="14"/>
              </w:rPr>
              <w:t>prima</w:t>
            </w:r>
          </w:p>
        </w:tc>
        <w:tc>
          <w:tcPr>
            <w:tcW w:w="6912" w:type="dxa"/>
          </w:tcPr>
          <w:p w14:paraId="61791957" w14:textId="77777777" w:rsidR="002376F7" w:rsidRDefault="00000000">
            <w:r>
              <w:rPr>
                <w:sz w:val="14"/>
              </w:rPr>
              <w:t>first</w:t>
            </w:r>
          </w:p>
        </w:tc>
      </w:tr>
      <w:tr w:rsidR="002376F7" w14:paraId="5F0D7DE6" w14:textId="77777777">
        <w:trPr>
          <w:jc w:val="center"/>
        </w:trPr>
        <w:tc>
          <w:tcPr>
            <w:tcW w:w="3024" w:type="dxa"/>
            <w:shd w:val="clear" w:color="auto" w:fill="EEF6F8"/>
          </w:tcPr>
          <w:p w14:paraId="6319EF91" w14:textId="77777777" w:rsidR="002376F7" w:rsidRDefault="00000000">
            <w:r>
              <w:rPr>
                <w:sz w:val="14"/>
              </w:rPr>
              <w:t>pro</w:t>
            </w:r>
          </w:p>
        </w:tc>
        <w:tc>
          <w:tcPr>
            <w:tcW w:w="6912" w:type="dxa"/>
            <w:shd w:val="clear" w:color="auto" w:fill="EEF6F8"/>
          </w:tcPr>
          <w:p w14:paraId="75086B68" w14:textId="77777777" w:rsidR="002376F7" w:rsidRDefault="00000000">
            <w:r>
              <w:rPr>
                <w:sz w:val="14"/>
              </w:rPr>
              <w:t>for / en favor of</w:t>
            </w:r>
          </w:p>
        </w:tc>
      </w:tr>
      <w:tr w:rsidR="002376F7" w14:paraId="558F806E" w14:textId="77777777">
        <w:trPr>
          <w:jc w:val="center"/>
        </w:trPr>
        <w:tc>
          <w:tcPr>
            <w:tcW w:w="3024" w:type="dxa"/>
          </w:tcPr>
          <w:p w14:paraId="23A3C9FB" w14:textId="77777777" w:rsidR="002376F7" w:rsidRDefault="00000000">
            <w:r>
              <w:rPr>
                <w:sz w:val="14"/>
              </w:rPr>
              <w:t>problema</w:t>
            </w:r>
          </w:p>
        </w:tc>
        <w:tc>
          <w:tcPr>
            <w:tcW w:w="6912" w:type="dxa"/>
          </w:tcPr>
          <w:p w14:paraId="5D886B76" w14:textId="77777777" w:rsidR="002376F7" w:rsidRDefault="00000000">
            <w:r>
              <w:rPr>
                <w:sz w:val="14"/>
              </w:rPr>
              <w:t>problem</w:t>
            </w:r>
          </w:p>
        </w:tc>
      </w:tr>
      <w:tr w:rsidR="002376F7" w14:paraId="418E0D20" w14:textId="77777777">
        <w:trPr>
          <w:jc w:val="center"/>
        </w:trPr>
        <w:tc>
          <w:tcPr>
            <w:tcW w:w="3024" w:type="dxa"/>
            <w:shd w:val="clear" w:color="auto" w:fill="EEF6F8"/>
          </w:tcPr>
          <w:p w14:paraId="7D3EF1BF" w14:textId="77777777" w:rsidR="002376F7" w:rsidRDefault="00000000">
            <w:r>
              <w:rPr>
                <w:sz w:val="14"/>
              </w:rPr>
              <w:t>program</w:t>
            </w:r>
          </w:p>
        </w:tc>
        <w:tc>
          <w:tcPr>
            <w:tcW w:w="6912" w:type="dxa"/>
            <w:shd w:val="clear" w:color="auto" w:fill="EEF6F8"/>
          </w:tcPr>
          <w:p w14:paraId="72CD1AE7" w14:textId="77777777" w:rsidR="002376F7" w:rsidRDefault="00000000">
            <w:r>
              <w:rPr>
                <w:sz w:val="14"/>
              </w:rPr>
              <w:t>program</w:t>
            </w:r>
          </w:p>
        </w:tc>
      </w:tr>
      <w:tr w:rsidR="002376F7" w14:paraId="4272A5FD" w14:textId="77777777">
        <w:trPr>
          <w:jc w:val="center"/>
        </w:trPr>
        <w:tc>
          <w:tcPr>
            <w:tcW w:w="3024" w:type="dxa"/>
          </w:tcPr>
          <w:p w14:paraId="019A4C30" w14:textId="77777777" w:rsidR="002376F7" w:rsidRDefault="00000000">
            <w:r>
              <w:rPr>
                <w:sz w:val="14"/>
              </w:rPr>
              <w:t>protekte</w:t>
            </w:r>
          </w:p>
        </w:tc>
        <w:tc>
          <w:tcPr>
            <w:tcW w:w="6912" w:type="dxa"/>
          </w:tcPr>
          <w:p w14:paraId="17696C76" w14:textId="77777777" w:rsidR="002376F7" w:rsidRDefault="00000000">
            <w:r>
              <w:rPr>
                <w:sz w:val="14"/>
              </w:rPr>
              <w:t>protect</w:t>
            </w:r>
          </w:p>
        </w:tc>
      </w:tr>
      <w:tr w:rsidR="002376F7" w14:paraId="40461648" w14:textId="77777777">
        <w:trPr>
          <w:jc w:val="center"/>
        </w:trPr>
        <w:tc>
          <w:tcPr>
            <w:tcW w:w="3024" w:type="dxa"/>
            <w:shd w:val="clear" w:color="auto" w:fill="EEF6F8"/>
          </w:tcPr>
          <w:p w14:paraId="4356A5F3" w14:textId="77777777" w:rsidR="002376F7" w:rsidRDefault="00000000">
            <w:r>
              <w:rPr>
                <w:sz w:val="14"/>
              </w:rPr>
              <w:t>prudent</w:t>
            </w:r>
          </w:p>
        </w:tc>
        <w:tc>
          <w:tcPr>
            <w:tcW w:w="6912" w:type="dxa"/>
            <w:shd w:val="clear" w:color="auto" w:fill="EEF6F8"/>
          </w:tcPr>
          <w:p w14:paraId="6E2944EC" w14:textId="77777777" w:rsidR="002376F7" w:rsidRDefault="00000000">
            <w:r>
              <w:rPr>
                <w:sz w:val="14"/>
              </w:rPr>
              <w:t>sensible / practical</w:t>
            </w:r>
          </w:p>
        </w:tc>
      </w:tr>
      <w:tr w:rsidR="002376F7" w14:paraId="0BEFAAF1" w14:textId="77777777">
        <w:trPr>
          <w:jc w:val="center"/>
        </w:trPr>
        <w:tc>
          <w:tcPr>
            <w:tcW w:w="3024" w:type="dxa"/>
          </w:tcPr>
          <w:p w14:paraId="5BD1AE6F" w14:textId="77777777" w:rsidR="002376F7" w:rsidRDefault="00000000">
            <w:r>
              <w:rPr>
                <w:sz w:val="14"/>
              </w:rPr>
              <w:t>publik</w:t>
            </w:r>
          </w:p>
        </w:tc>
        <w:tc>
          <w:tcPr>
            <w:tcW w:w="6912" w:type="dxa"/>
          </w:tcPr>
          <w:p w14:paraId="161DAFD8" w14:textId="77777777" w:rsidR="002376F7" w:rsidRDefault="00000000">
            <w:r>
              <w:rPr>
                <w:sz w:val="14"/>
              </w:rPr>
              <w:t>publik</w:t>
            </w:r>
          </w:p>
        </w:tc>
      </w:tr>
      <w:tr w:rsidR="002376F7" w14:paraId="1E07948D" w14:textId="77777777">
        <w:trPr>
          <w:jc w:val="center"/>
        </w:trPr>
        <w:tc>
          <w:tcPr>
            <w:tcW w:w="3024" w:type="dxa"/>
            <w:shd w:val="clear" w:color="auto" w:fill="EEF6F8"/>
          </w:tcPr>
          <w:p w14:paraId="047D9F3E" w14:textId="77777777" w:rsidR="002376F7" w:rsidRDefault="00000000">
            <w:r>
              <w:rPr>
                <w:sz w:val="14"/>
              </w:rPr>
              <w:t>qual</w:t>
            </w:r>
          </w:p>
        </w:tc>
        <w:tc>
          <w:tcPr>
            <w:tcW w:w="6912" w:type="dxa"/>
            <w:shd w:val="clear" w:color="auto" w:fill="EEF6F8"/>
          </w:tcPr>
          <w:p w14:paraId="6252D022" w14:textId="77777777" w:rsidR="002376F7" w:rsidRDefault="00000000">
            <w:r>
              <w:rPr>
                <w:sz w:val="14"/>
              </w:rPr>
              <w:t>which</w:t>
            </w:r>
          </w:p>
        </w:tc>
      </w:tr>
      <w:tr w:rsidR="002376F7" w14:paraId="0C74D03D" w14:textId="77777777">
        <w:trPr>
          <w:jc w:val="center"/>
        </w:trPr>
        <w:tc>
          <w:tcPr>
            <w:tcW w:w="3024" w:type="dxa"/>
          </w:tcPr>
          <w:p w14:paraId="23DAA3CA" w14:textId="77777777" w:rsidR="002376F7" w:rsidRDefault="00000000">
            <w:r>
              <w:rPr>
                <w:sz w:val="14"/>
              </w:rPr>
              <w:t>quant</w:t>
            </w:r>
          </w:p>
        </w:tc>
        <w:tc>
          <w:tcPr>
            <w:tcW w:w="6912" w:type="dxa"/>
          </w:tcPr>
          <w:p w14:paraId="15CA4990" w14:textId="77777777" w:rsidR="002376F7" w:rsidRDefault="00000000">
            <w:r>
              <w:rPr>
                <w:sz w:val="14"/>
              </w:rPr>
              <w:t>how much / how many</w:t>
            </w:r>
          </w:p>
        </w:tc>
      </w:tr>
      <w:tr w:rsidR="002376F7" w14:paraId="2EA774F3" w14:textId="77777777">
        <w:trPr>
          <w:jc w:val="center"/>
        </w:trPr>
        <w:tc>
          <w:tcPr>
            <w:tcW w:w="3024" w:type="dxa"/>
            <w:shd w:val="clear" w:color="auto" w:fill="EEF6F8"/>
          </w:tcPr>
          <w:p w14:paraId="78656D1A" w14:textId="77777777" w:rsidR="002376F7" w:rsidRDefault="00000000">
            <w:r>
              <w:rPr>
                <w:sz w:val="14"/>
              </w:rPr>
              <w:t>quatro</w:t>
            </w:r>
          </w:p>
        </w:tc>
        <w:tc>
          <w:tcPr>
            <w:tcW w:w="6912" w:type="dxa"/>
            <w:shd w:val="clear" w:color="auto" w:fill="EEF6F8"/>
          </w:tcPr>
          <w:p w14:paraId="66178072" w14:textId="77777777" w:rsidR="002376F7" w:rsidRDefault="00000000">
            <w:r>
              <w:rPr>
                <w:sz w:val="14"/>
              </w:rPr>
              <w:t>four</w:t>
            </w:r>
          </w:p>
        </w:tc>
      </w:tr>
      <w:tr w:rsidR="002376F7" w14:paraId="4797FF48" w14:textId="77777777">
        <w:trPr>
          <w:jc w:val="center"/>
        </w:trPr>
        <w:tc>
          <w:tcPr>
            <w:tcW w:w="3024" w:type="dxa"/>
          </w:tcPr>
          <w:p w14:paraId="693E5874" w14:textId="77777777" w:rsidR="002376F7" w:rsidRDefault="00000000">
            <w:r>
              <w:rPr>
                <w:sz w:val="14"/>
              </w:rPr>
              <w:t>radio</w:t>
            </w:r>
          </w:p>
        </w:tc>
        <w:tc>
          <w:tcPr>
            <w:tcW w:w="6912" w:type="dxa"/>
          </w:tcPr>
          <w:p w14:paraId="17D4539A" w14:textId="77777777" w:rsidR="002376F7" w:rsidRDefault="00000000">
            <w:r>
              <w:rPr>
                <w:sz w:val="14"/>
              </w:rPr>
              <w:t>radio</w:t>
            </w:r>
          </w:p>
        </w:tc>
      </w:tr>
      <w:tr w:rsidR="002376F7" w14:paraId="677FC154" w14:textId="77777777">
        <w:trPr>
          <w:jc w:val="center"/>
        </w:trPr>
        <w:tc>
          <w:tcPr>
            <w:tcW w:w="3024" w:type="dxa"/>
            <w:shd w:val="clear" w:color="auto" w:fill="EEF6F8"/>
          </w:tcPr>
          <w:p w14:paraId="2D2939CF" w14:textId="77777777" w:rsidR="002376F7" w:rsidRDefault="00000000">
            <w:r>
              <w:rPr>
                <w:sz w:val="14"/>
              </w:rPr>
              <w:t>rapide</w:t>
            </w:r>
          </w:p>
        </w:tc>
        <w:tc>
          <w:tcPr>
            <w:tcW w:w="6912" w:type="dxa"/>
            <w:shd w:val="clear" w:color="auto" w:fill="EEF6F8"/>
          </w:tcPr>
          <w:p w14:paraId="219B8D12" w14:textId="77777777" w:rsidR="002376F7" w:rsidRDefault="00000000">
            <w:r>
              <w:rPr>
                <w:sz w:val="14"/>
              </w:rPr>
              <w:t>fast</w:t>
            </w:r>
          </w:p>
        </w:tc>
      </w:tr>
      <w:tr w:rsidR="002376F7" w14:paraId="36B9F38C" w14:textId="77777777">
        <w:trPr>
          <w:jc w:val="center"/>
        </w:trPr>
        <w:tc>
          <w:tcPr>
            <w:tcW w:w="3024" w:type="dxa"/>
          </w:tcPr>
          <w:p w14:paraId="2B28B2E5" w14:textId="77777777" w:rsidR="002376F7" w:rsidRDefault="00000000">
            <w:r>
              <w:rPr>
                <w:sz w:val="14"/>
              </w:rPr>
              <w:t>real</w:t>
            </w:r>
          </w:p>
        </w:tc>
        <w:tc>
          <w:tcPr>
            <w:tcW w:w="6912" w:type="dxa"/>
          </w:tcPr>
          <w:p w14:paraId="5363CCF0" w14:textId="77777777" w:rsidR="002376F7" w:rsidRDefault="00000000">
            <w:r>
              <w:rPr>
                <w:sz w:val="14"/>
              </w:rPr>
              <w:t>real</w:t>
            </w:r>
          </w:p>
        </w:tc>
      </w:tr>
      <w:tr w:rsidR="002376F7" w14:paraId="78B09660" w14:textId="77777777">
        <w:trPr>
          <w:jc w:val="center"/>
        </w:trPr>
        <w:tc>
          <w:tcPr>
            <w:tcW w:w="3024" w:type="dxa"/>
            <w:shd w:val="clear" w:color="auto" w:fill="EEF6F8"/>
          </w:tcPr>
          <w:p w14:paraId="16C10BF7" w14:textId="77777777" w:rsidR="002376F7" w:rsidRDefault="00000000">
            <w:r>
              <w:rPr>
                <w:sz w:val="14"/>
              </w:rPr>
              <w:t>reseve</w:t>
            </w:r>
          </w:p>
        </w:tc>
        <w:tc>
          <w:tcPr>
            <w:tcW w:w="6912" w:type="dxa"/>
            <w:shd w:val="clear" w:color="auto" w:fill="EEF6F8"/>
          </w:tcPr>
          <w:p w14:paraId="06F4CEDD" w14:textId="77777777" w:rsidR="002376F7" w:rsidRDefault="00000000">
            <w:r>
              <w:rPr>
                <w:sz w:val="14"/>
              </w:rPr>
              <w:t>receive</w:t>
            </w:r>
          </w:p>
        </w:tc>
      </w:tr>
      <w:tr w:rsidR="002376F7" w14:paraId="2146EB1C" w14:textId="77777777">
        <w:trPr>
          <w:jc w:val="center"/>
        </w:trPr>
        <w:tc>
          <w:tcPr>
            <w:tcW w:w="3024" w:type="dxa"/>
          </w:tcPr>
          <w:p w14:paraId="2985D384" w14:textId="77777777" w:rsidR="002376F7" w:rsidRDefault="00000000">
            <w:r>
              <w:rPr>
                <w:sz w:val="14"/>
              </w:rPr>
              <w:t>regula</w:t>
            </w:r>
          </w:p>
        </w:tc>
        <w:tc>
          <w:tcPr>
            <w:tcW w:w="6912" w:type="dxa"/>
          </w:tcPr>
          <w:p w14:paraId="0E104580" w14:textId="77777777" w:rsidR="002376F7" w:rsidRDefault="00000000">
            <w:r>
              <w:rPr>
                <w:sz w:val="14"/>
              </w:rPr>
              <w:t>rule</w:t>
            </w:r>
          </w:p>
        </w:tc>
      </w:tr>
      <w:tr w:rsidR="002376F7" w14:paraId="0C246532" w14:textId="77777777">
        <w:trPr>
          <w:jc w:val="center"/>
        </w:trPr>
        <w:tc>
          <w:tcPr>
            <w:tcW w:w="3024" w:type="dxa"/>
            <w:shd w:val="clear" w:color="auto" w:fill="EEF6F8"/>
          </w:tcPr>
          <w:p w14:paraId="38B66012" w14:textId="77777777" w:rsidR="002376F7" w:rsidRDefault="00000000">
            <w:r>
              <w:rPr>
                <w:sz w:val="14"/>
              </w:rPr>
              <w:t>repete</w:t>
            </w:r>
          </w:p>
        </w:tc>
        <w:tc>
          <w:tcPr>
            <w:tcW w:w="6912" w:type="dxa"/>
            <w:shd w:val="clear" w:color="auto" w:fill="EEF6F8"/>
          </w:tcPr>
          <w:p w14:paraId="479076A5" w14:textId="77777777" w:rsidR="002376F7" w:rsidRDefault="00000000">
            <w:r>
              <w:rPr>
                <w:sz w:val="14"/>
              </w:rPr>
              <w:t>repeat</w:t>
            </w:r>
          </w:p>
        </w:tc>
      </w:tr>
      <w:tr w:rsidR="002376F7" w14:paraId="098B1285" w14:textId="77777777">
        <w:trPr>
          <w:jc w:val="center"/>
        </w:trPr>
        <w:tc>
          <w:tcPr>
            <w:tcW w:w="3024" w:type="dxa"/>
          </w:tcPr>
          <w:p w14:paraId="6B4AED0D" w14:textId="77777777" w:rsidR="002376F7" w:rsidRDefault="00000000">
            <w:r>
              <w:rPr>
                <w:sz w:val="14"/>
              </w:rPr>
              <w:t>responde</w:t>
            </w:r>
          </w:p>
        </w:tc>
        <w:tc>
          <w:tcPr>
            <w:tcW w:w="6912" w:type="dxa"/>
          </w:tcPr>
          <w:p w14:paraId="34750D46" w14:textId="77777777" w:rsidR="002376F7" w:rsidRDefault="00000000">
            <w:r>
              <w:rPr>
                <w:sz w:val="14"/>
              </w:rPr>
              <w:t>answer</w:t>
            </w:r>
          </w:p>
        </w:tc>
      </w:tr>
      <w:tr w:rsidR="002376F7" w14:paraId="326ADB08" w14:textId="77777777">
        <w:trPr>
          <w:jc w:val="center"/>
        </w:trPr>
        <w:tc>
          <w:tcPr>
            <w:tcW w:w="3024" w:type="dxa"/>
            <w:shd w:val="clear" w:color="auto" w:fill="EEF6F8"/>
          </w:tcPr>
          <w:p w14:paraId="375234DC" w14:textId="77777777" w:rsidR="002376F7" w:rsidRDefault="00000000">
            <w:r>
              <w:rPr>
                <w:sz w:val="14"/>
              </w:rPr>
              <w:t>revider</w:t>
            </w:r>
          </w:p>
        </w:tc>
        <w:tc>
          <w:tcPr>
            <w:tcW w:w="6912" w:type="dxa"/>
            <w:shd w:val="clear" w:color="auto" w:fill="EEF6F8"/>
          </w:tcPr>
          <w:p w14:paraId="67C2ACC4" w14:textId="77777777" w:rsidR="002376F7" w:rsidRDefault="00000000">
            <w:r>
              <w:rPr>
                <w:sz w:val="14"/>
              </w:rPr>
              <w:t>see again</w:t>
            </w:r>
          </w:p>
        </w:tc>
      </w:tr>
      <w:tr w:rsidR="002376F7" w14:paraId="73E7339D" w14:textId="77777777">
        <w:trPr>
          <w:jc w:val="center"/>
        </w:trPr>
        <w:tc>
          <w:tcPr>
            <w:tcW w:w="3024" w:type="dxa"/>
          </w:tcPr>
          <w:p w14:paraId="48619719" w14:textId="77777777" w:rsidR="002376F7" w:rsidRDefault="00000000">
            <w:r>
              <w:rPr>
                <w:sz w:val="14"/>
              </w:rPr>
              <w:t>roja</w:t>
            </w:r>
          </w:p>
        </w:tc>
        <w:tc>
          <w:tcPr>
            <w:tcW w:w="6912" w:type="dxa"/>
          </w:tcPr>
          <w:p w14:paraId="62EE8813" w14:textId="77777777" w:rsidR="002376F7" w:rsidRDefault="00000000">
            <w:r>
              <w:rPr>
                <w:sz w:val="14"/>
              </w:rPr>
              <w:t>red</w:t>
            </w:r>
          </w:p>
        </w:tc>
      </w:tr>
      <w:tr w:rsidR="002376F7" w14:paraId="602CF45F" w14:textId="77777777">
        <w:trPr>
          <w:jc w:val="center"/>
        </w:trPr>
        <w:tc>
          <w:tcPr>
            <w:tcW w:w="3024" w:type="dxa"/>
            <w:shd w:val="clear" w:color="auto" w:fill="EEF6F8"/>
          </w:tcPr>
          <w:p w14:paraId="07B411C3" w14:textId="77777777" w:rsidR="002376F7" w:rsidRDefault="00000000">
            <w:r>
              <w:rPr>
                <w:sz w:val="14"/>
              </w:rPr>
              <w:t>rua</w:t>
            </w:r>
          </w:p>
        </w:tc>
        <w:tc>
          <w:tcPr>
            <w:tcW w:w="6912" w:type="dxa"/>
            <w:shd w:val="clear" w:color="auto" w:fill="EEF6F8"/>
          </w:tcPr>
          <w:p w14:paraId="221A25E8" w14:textId="77777777" w:rsidR="002376F7" w:rsidRDefault="00000000">
            <w:r>
              <w:rPr>
                <w:sz w:val="14"/>
              </w:rPr>
              <w:t>street</w:t>
            </w:r>
          </w:p>
        </w:tc>
      </w:tr>
      <w:tr w:rsidR="002376F7" w14:paraId="3BFFE6D2" w14:textId="77777777">
        <w:trPr>
          <w:jc w:val="center"/>
        </w:trPr>
        <w:tc>
          <w:tcPr>
            <w:tcW w:w="3024" w:type="dxa"/>
          </w:tcPr>
          <w:p w14:paraId="37A7B81B" w14:textId="77777777" w:rsidR="002376F7" w:rsidRDefault="00000000">
            <w:r>
              <w:rPr>
                <w:sz w:val="14"/>
              </w:rPr>
              <w:t>salve</w:t>
            </w:r>
          </w:p>
        </w:tc>
        <w:tc>
          <w:tcPr>
            <w:tcW w:w="6912" w:type="dxa"/>
          </w:tcPr>
          <w:p w14:paraId="384EA43F" w14:textId="77777777" w:rsidR="002376F7" w:rsidRDefault="00000000">
            <w:r>
              <w:rPr>
                <w:sz w:val="14"/>
              </w:rPr>
              <w:t>hello</w:t>
            </w:r>
          </w:p>
        </w:tc>
      </w:tr>
      <w:tr w:rsidR="002376F7" w14:paraId="17ADBB22" w14:textId="77777777">
        <w:trPr>
          <w:jc w:val="center"/>
        </w:trPr>
        <w:tc>
          <w:tcPr>
            <w:tcW w:w="3024" w:type="dxa"/>
            <w:shd w:val="clear" w:color="auto" w:fill="EEF6F8"/>
          </w:tcPr>
          <w:p w14:paraId="6346C946" w14:textId="77777777" w:rsidR="002376F7" w:rsidRDefault="00000000">
            <w:r>
              <w:rPr>
                <w:sz w:val="14"/>
              </w:rPr>
              <w:t>sana</w:t>
            </w:r>
          </w:p>
        </w:tc>
        <w:tc>
          <w:tcPr>
            <w:tcW w:w="6912" w:type="dxa"/>
            <w:shd w:val="clear" w:color="auto" w:fill="EEF6F8"/>
          </w:tcPr>
          <w:p w14:paraId="2DA46B1B" w14:textId="77777777" w:rsidR="002376F7" w:rsidRDefault="00000000">
            <w:r>
              <w:rPr>
                <w:sz w:val="14"/>
              </w:rPr>
              <w:t>healthy</w:t>
            </w:r>
          </w:p>
        </w:tc>
      </w:tr>
      <w:tr w:rsidR="002376F7" w14:paraId="4829F93E" w14:textId="77777777">
        <w:trPr>
          <w:jc w:val="center"/>
        </w:trPr>
        <w:tc>
          <w:tcPr>
            <w:tcW w:w="3024" w:type="dxa"/>
          </w:tcPr>
          <w:p w14:paraId="7EF0D666" w14:textId="77777777" w:rsidR="002376F7" w:rsidRDefault="00000000">
            <w:r>
              <w:rPr>
                <w:sz w:val="14"/>
              </w:rPr>
              <w:t>skribe</w:t>
            </w:r>
          </w:p>
        </w:tc>
        <w:tc>
          <w:tcPr>
            <w:tcW w:w="6912" w:type="dxa"/>
          </w:tcPr>
          <w:p w14:paraId="785DF918" w14:textId="77777777" w:rsidR="002376F7" w:rsidRDefault="00000000">
            <w:r>
              <w:rPr>
                <w:sz w:val="14"/>
              </w:rPr>
              <w:t>write</w:t>
            </w:r>
          </w:p>
        </w:tc>
      </w:tr>
      <w:tr w:rsidR="002376F7" w14:paraId="0363D324" w14:textId="77777777">
        <w:trPr>
          <w:jc w:val="center"/>
        </w:trPr>
        <w:tc>
          <w:tcPr>
            <w:tcW w:w="3024" w:type="dxa"/>
            <w:shd w:val="clear" w:color="auto" w:fill="EEF6F8"/>
          </w:tcPr>
          <w:p w14:paraId="0D4B8C2E" w14:textId="77777777" w:rsidR="002376F7" w:rsidRDefault="00000000">
            <w:r>
              <w:rPr>
                <w:sz w:val="14"/>
              </w:rPr>
              <w:t>se</w:t>
            </w:r>
          </w:p>
        </w:tc>
        <w:tc>
          <w:tcPr>
            <w:tcW w:w="6912" w:type="dxa"/>
            <w:shd w:val="clear" w:color="auto" w:fill="EEF6F8"/>
          </w:tcPr>
          <w:p w14:paraId="264D6D38" w14:textId="77777777" w:rsidR="002376F7" w:rsidRDefault="00000000">
            <w:r>
              <w:rPr>
                <w:sz w:val="14"/>
              </w:rPr>
              <w:t>self / reflexive</w:t>
            </w:r>
          </w:p>
        </w:tc>
      </w:tr>
      <w:tr w:rsidR="002376F7" w14:paraId="44E13C92" w14:textId="77777777">
        <w:trPr>
          <w:jc w:val="center"/>
        </w:trPr>
        <w:tc>
          <w:tcPr>
            <w:tcW w:w="3024" w:type="dxa"/>
          </w:tcPr>
          <w:p w14:paraId="27A7BEBB" w14:textId="77777777" w:rsidR="002376F7" w:rsidRDefault="00000000">
            <w:r>
              <w:rPr>
                <w:sz w:val="14"/>
              </w:rPr>
              <w:t>semana</w:t>
            </w:r>
          </w:p>
        </w:tc>
        <w:tc>
          <w:tcPr>
            <w:tcW w:w="6912" w:type="dxa"/>
          </w:tcPr>
          <w:p w14:paraId="694CDDAE" w14:textId="77777777" w:rsidR="002376F7" w:rsidRDefault="00000000">
            <w:r>
              <w:rPr>
                <w:sz w:val="14"/>
              </w:rPr>
              <w:t>week</w:t>
            </w:r>
          </w:p>
        </w:tc>
      </w:tr>
      <w:tr w:rsidR="002376F7" w14:paraId="6873B37E" w14:textId="77777777">
        <w:trPr>
          <w:jc w:val="center"/>
        </w:trPr>
        <w:tc>
          <w:tcPr>
            <w:tcW w:w="3024" w:type="dxa"/>
            <w:shd w:val="clear" w:color="auto" w:fill="EEF6F8"/>
          </w:tcPr>
          <w:p w14:paraId="0FDD7725" w14:textId="77777777" w:rsidR="002376F7" w:rsidRDefault="00000000">
            <w:r>
              <w:rPr>
                <w:sz w:val="14"/>
              </w:rPr>
              <w:t>sensitiv</w:t>
            </w:r>
          </w:p>
        </w:tc>
        <w:tc>
          <w:tcPr>
            <w:tcW w:w="6912" w:type="dxa"/>
            <w:shd w:val="clear" w:color="auto" w:fill="EEF6F8"/>
          </w:tcPr>
          <w:p w14:paraId="3E309292" w14:textId="77777777" w:rsidR="002376F7" w:rsidRDefault="00000000">
            <w:r>
              <w:rPr>
                <w:sz w:val="14"/>
              </w:rPr>
              <w:t>sensitive</w:t>
            </w:r>
          </w:p>
        </w:tc>
      </w:tr>
      <w:tr w:rsidR="002376F7" w14:paraId="268A2CF4" w14:textId="77777777">
        <w:trPr>
          <w:jc w:val="center"/>
        </w:trPr>
        <w:tc>
          <w:tcPr>
            <w:tcW w:w="3024" w:type="dxa"/>
          </w:tcPr>
          <w:p w14:paraId="39B9DB6A" w14:textId="77777777" w:rsidR="002376F7" w:rsidRDefault="00000000">
            <w:r>
              <w:rPr>
                <w:sz w:val="14"/>
              </w:rPr>
              <w:t>servi</w:t>
            </w:r>
          </w:p>
        </w:tc>
        <w:tc>
          <w:tcPr>
            <w:tcW w:w="6912" w:type="dxa"/>
          </w:tcPr>
          <w:p w14:paraId="2A2347E7" w14:textId="77777777" w:rsidR="002376F7" w:rsidRDefault="00000000">
            <w:r>
              <w:rPr>
                <w:sz w:val="14"/>
              </w:rPr>
              <w:t>serve</w:t>
            </w:r>
          </w:p>
        </w:tc>
      </w:tr>
      <w:tr w:rsidR="002376F7" w14:paraId="792EEE62" w14:textId="77777777">
        <w:trPr>
          <w:jc w:val="center"/>
        </w:trPr>
        <w:tc>
          <w:tcPr>
            <w:tcW w:w="3024" w:type="dxa"/>
            <w:shd w:val="clear" w:color="auto" w:fill="EEF6F8"/>
          </w:tcPr>
          <w:p w14:paraId="1DEB63C9" w14:textId="77777777" w:rsidR="002376F7" w:rsidRDefault="00000000">
            <w:r>
              <w:rPr>
                <w:sz w:val="14"/>
              </w:rPr>
              <w:t>sete</w:t>
            </w:r>
          </w:p>
        </w:tc>
        <w:tc>
          <w:tcPr>
            <w:tcW w:w="6912" w:type="dxa"/>
            <w:shd w:val="clear" w:color="auto" w:fill="EEF6F8"/>
          </w:tcPr>
          <w:p w14:paraId="6A5FD302" w14:textId="77777777" w:rsidR="002376F7" w:rsidRDefault="00000000">
            <w:r>
              <w:rPr>
                <w:sz w:val="14"/>
              </w:rPr>
              <w:t>seven</w:t>
            </w:r>
          </w:p>
        </w:tc>
      </w:tr>
      <w:tr w:rsidR="002376F7" w14:paraId="23C4C03F" w14:textId="77777777">
        <w:trPr>
          <w:jc w:val="center"/>
        </w:trPr>
        <w:tc>
          <w:tcPr>
            <w:tcW w:w="3024" w:type="dxa"/>
          </w:tcPr>
          <w:p w14:paraId="187C0CB5" w14:textId="77777777" w:rsidR="002376F7" w:rsidRDefault="00000000">
            <w:r>
              <w:rPr>
                <w:sz w:val="14"/>
              </w:rPr>
              <w:t>sex</w:t>
            </w:r>
          </w:p>
        </w:tc>
        <w:tc>
          <w:tcPr>
            <w:tcW w:w="6912" w:type="dxa"/>
          </w:tcPr>
          <w:p w14:paraId="6A002CD4" w14:textId="77777777" w:rsidR="002376F7" w:rsidRDefault="00000000">
            <w:r>
              <w:rPr>
                <w:sz w:val="14"/>
              </w:rPr>
              <w:t>six</w:t>
            </w:r>
          </w:p>
        </w:tc>
      </w:tr>
      <w:tr w:rsidR="002376F7" w14:paraId="7640AF0E" w14:textId="77777777">
        <w:trPr>
          <w:jc w:val="center"/>
        </w:trPr>
        <w:tc>
          <w:tcPr>
            <w:tcW w:w="3024" w:type="dxa"/>
            <w:shd w:val="clear" w:color="auto" w:fill="EEF6F8"/>
          </w:tcPr>
          <w:p w14:paraId="4E0FF4B2" w14:textId="77777777" w:rsidR="002376F7" w:rsidRDefault="00000000">
            <w:r>
              <w:rPr>
                <w:sz w:val="14"/>
              </w:rPr>
              <w:t>shanse</w:t>
            </w:r>
          </w:p>
        </w:tc>
        <w:tc>
          <w:tcPr>
            <w:tcW w:w="6912" w:type="dxa"/>
            <w:shd w:val="clear" w:color="auto" w:fill="EEF6F8"/>
          </w:tcPr>
          <w:p w14:paraId="552B3943" w14:textId="77777777" w:rsidR="002376F7" w:rsidRDefault="00000000">
            <w:r>
              <w:rPr>
                <w:sz w:val="14"/>
              </w:rPr>
              <w:t>chance</w:t>
            </w:r>
          </w:p>
        </w:tc>
      </w:tr>
    </w:tbl>
    <w:p w14:paraId="2A88A59F" w14:textId="77777777" w:rsidR="002376F7" w:rsidRDefault="002376F7">
      <w:pPr>
        <w:spacing w:after="120"/>
      </w:pPr>
    </w:p>
    <w:p w14:paraId="57469037" w14:textId="77777777" w:rsidR="002376F7" w:rsidRDefault="00000000">
      <w:pPr>
        <w:pStyle w:val="Heading2"/>
      </w:pPr>
      <w:r>
        <w:t>English to Claralinga</w:t>
      </w:r>
    </w:p>
    <w:tbl>
      <w:tblPr>
        <w:tblStyle w:val="TableGrid"/>
        <w:tblW w:w="0" w:type="auto"/>
        <w:jc w:val="center"/>
        <w:tblLook w:val="04A0" w:firstRow="1" w:lastRow="0" w:firstColumn="1" w:lastColumn="0" w:noHBand="0" w:noVBand="1"/>
      </w:tblPr>
      <w:tblGrid>
        <w:gridCol w:w="4464"/>
        <w:gridCol w:w="5472"/>
      </w:tblGrid>
      <w:tr w:rsidR="002376F7" w14:paraId="2E287DAE" w14:textId="77777777">
        <w:trPr>
          <w:tblHeader/>
          <w:jc w:val="center"/>
        </w:trPr>
        <w:tc>
          <w:tcPr>
            <w:tcW w:w="4464" w:type="dxa"/>
            <w:shd w:val="clear" w:color="auto" w:fill="163B60"/>
          </w:tcPr>
          <w:p w14:paraId="49176473" w14:textId="77777777" w:rsidR="002376F7" w:rsidRDefault="00000000">
            <w:r>
              <w:rPr>
                <w:b/>
                <w:color w:val="FFFFFF"/>
                <w:sz w:val="16"/>
              </w:rPr>
              <w:t>English</w:t>
            </w:r>
          </w:p>
        </w:tc>
        <w:tc>
          <w:tcPr>
            <w:tcW w:w="5472" w:type="dxa"/>
            <w:shd w:val="clear" w:color="auto" w:fill="163B60"/>
          </w:tcPr>
          <w:p w14:paraId="21755AC8" w14:textId="77777777" w:rsidR="002376F7" w:rsidRDefault="00000000">
            <w:r>
              <w:rPr>
                <w:b/>
                <w:color w:val="FFFFFF"/>
                <w:sz w:val="16"/>
              </w:rPr>
              <w:t>Claralinga</w:t>
            </w:r>
          </w:p>
        </w:tc>
      </w:tr>
      <w:tr w:rsidR="002376F7" w14:paraId="610787A1" w14:textId="77777777">
        <w:trPr>
          <w:jc w:val="center"/>
        </w:trPr>
        <w:tc>
          <w:tcPr>
            <w:tcW w:w="4464" w:type="dxa"/>
          </w:tcPr>
          <w:p w14:paraId="626A3993" w14:textId="77777777" w:rsidR="002376F7" w:rsidRDefault="00000000">
            <w:r>
              <w:rPr>
                <w:sz w:val="14"/>
              </w:rPr>
              <w:t>adult</w:t>
            </w:r>
          </w:p>
        </w:tc>
        <w:tc>
          <w:tcPr>
            <w:tcW w:w="5472" w:type="dxa"/>
          </w:tcPr>
          <w:p w14:paraId="202FB38A" w14:textId="77777777" w:rsidR="002376F7" w:rsidRDefault="00000000">
            <w:r>
              <w:rPr>
                <w:sz w:val="14"/>
              </w:rPr>
              <w:t>adult</w:t>
            </w:r>
          </w:p>
        </w:tc>
      </w:tr>
      <w:tr w:rsidR="002376F7" w14:paraId="6309DAAA" w14:textId="77777777">
        <w:trPr>
          <w:jc w:val="center"/>
        </w:trPr>
        <w:tc>
          <w:tcPr>
            <w:tcW w:w="4464" w:type="dxa"/>
            <w:shd w:val="clear" w:color="auto" w:fill="EEF6F8"/>
          </w:tcPr>
          <w:p w14:paraId="78EB04CD" w14:textId="77777777" w:rsidR="002376F7" w:rsidRDefault="00000000">
            <w:r>
              <w:rPr>
                <w:sz w:val="14"/>
              </w:rPr>
              <w:t>affirm</w:t>
            </w:r>
          </w:p>
        </w:tc>
        <w:tc>
          <w:tcPr>
            <w:tcW w:w="5472" w:type="dxa"/>
            <w:shd w:val="clear" w:color="auto" w:fill="EEF6F8"/>
          </w:tcPr>
          <w:p w14:paraId="6B241A17" w14:textId="77777777" w:rsidR="002376F7" w:rsidRDefault="00000000">
            <w:r>
              <w:rPr>
                <w:sz w:val="14"/>
              </w:rPr>
              <w:t>afirma</w:t>
            </w:r>
          </w:p>
        </w:tc>
      </w:tr>
      <w:tr w:rsidR="002376F7" w14:paraId="50B87985" w14:textId="77777777">
        <w:trPr>
          <w:jc w:val="center"/>
        </w:trPr>
        <w:tc>
          <w:tcPr>
            <w:tcW w:w="4464" w:type="dxa"/>
          </w:tcPr>
          <w:p w14:paraId="0C16A4C5" w14:textId="77777777" w:rsidR="002376F7" w:rsidRDefault="00000000">
            <w:r>
              <w:rPr>
                <w:sz w:val="14"/>
              </w:rPr>
              <w:t>after</w:t>
            </w:r>
          </w:p>
        </w:tc>
        <w:tc>
          <w:tcPr>
            <w:tcW w:w="5472" w:type="dxa"/>
          </w:tcPr>
          <w:p w14:paraId="5BBBDA74" w14:textId="77777777" w:rsidR="002376F7" w:rsidRDefault="00000000">
            <w:r>
              <w:rPr>
                <w:sz w:val="14"/>
              </w:rPr>
              <w:t>pos</w:t>
            </w:r>
          </w:p>
        </w:tc>
      </w:tr>
      <w:tr w:rsidR="002376F7" w14:paraId="657CB8BA" w14:textId="77777777">
        <w:trPr>
          <w:jc w:val="center"/>
        </w:trPr>
        <w:tc>
          <w:tcPr>
            <w:tcW w:w="4464" w:type="dxa"/>
            <w:shd w:val="clear" w:color="auto" w:fill="EEF6F8"/>
          </w:tcPr>
          <w:p w14:paraId="501AB3F0" w14:textId="77777777" w:rsidR="002376F7" w:rsidRDefault="00000000">
            <w:r>
              <w:rPr>
                <w:sz w:val="14"/>
              </w:rPr>
              <w:t>already</w:t>
            </w:r>
          </w:p>
        </w:tc>
        <w:tc>
          <w:tcPr>
            <w:tcW w:w="5472" w:type="dxa"/>
            <w:shd w:val="clear" w:color="auto" w:fill="EEF6F8"/>
          </w:tcPr>
          <w:p w14:paraId="2B75E91D" w14:textId="77777777" w:rsidR="002376F7" w:rsidRDefault="00000000">
            <w:r>
              <w:rPr>
                <w:sz w:val="14"/>
              </w:rPr>
              <w:t>ja</w:t>
            </w:r>
          </w:p>
        </w:tc>
      </w:tr>
      <w:tr w:rsidR="002376F7" w14:paraId="19144D8C" w14:textId="77777777">
        <w:trPr>
          <w:jc w:val="center"/>
        </w:trPr>
        <w:tc>
          <w:tcPr>
            <w:tcW w:w="4464" w:type="dxa"/>
          </w:tcPr>
          <w:p w14:paraId="7CC7A470" w14:textId="77777777" w:rsidR="002376F7" w:rsidRDefault="00000000">
            <w:r>
              <w:rPr>
                <w:sz w:val="14"/>
              </w:rPr>
              <w:t>and</w:t>
            </w:r>
          </w:p>
        </w:tc>
        <w:tc>
          <w:tcPr>
            <w:tcW w:w="5472" w:type="dxa"/>
          </w:tcPr>
          <w:p w14:paraId="11FC59F9" w14:textId="77777777" w:rsidR="002376F7" w:rsidRDefault="00000000">
            <w:r>
              <w:rPr>
                <w:sz w:val="14"/>
              </w:rPr>
              <w:t>et</w:t>
            </w:r>
          </w:p>
        </w:tc>
      </w:tr>
      <w:tr w:rsidR="002376F7" w14:paraId="44BB1173" w14:textId="77777777">
        <w:trPr>
          <w:jc w:val="center"/>
        </w:trPr>
        <w:tc>
          <w:tcPr>
            <w:tcW w:w="4464" w:type="dxa"/>
            <w:shd w:val="clear" w:color="auto" w:fill="EEF6F8"/>
          </w:tcPr>
          <w:p w14:paraId="3AEFAE27" w14:textId="77777777" w:rsidR="002376F7" w:rsidRDefault="00000000">
            <w:r>
              <w:rPr>
                <w:sz w:val="14"/>
              </w:rPr>
              <w:t>answer</w:t>
            </w:r>
          </w:p>
        </w:tc>
        <w:tc>
          <w:tcPr>
            <w:tcW w:w="5472" w:type="dxa"/>
            <w:shd w:val="clear" w:color="auto" w:fill="EEF6F8"/>
          </w:tcPr>
          <w:p w14:paraId="17F8F426" w14:textId="77777777" w:rsidR="002376F7" w:rsidRDefault="00000000">
            <w:r>
              <w:rPr>
                <w:sz w:val="14"/>
              </w:rPr>
              <w:t>responde</w:t>
            </w:r>
          </w:p>
        </w:tc>
      </w:tr>
      <w:tr w:rsidR="002376F7" w14:paraId="3AEAD01C" w14:textId="77777777">
        <w:trPr>
          <w:jc w:val="center"/>
        </w:trPr>
        <w:tc>
          <w:tcPr>
            <w:tcW w:w="4464" w:type="dxa"/>
          </w:tcPr>
          <w:p w14:paraId="579932BB" w14:textId="77777777" w:rsidR="002376F7" w:rsidRDefault="00000000">
            <w:r>
              <w:rPr>
                <w:sz w:val="14"/>
              </w:rPr>
              <w:t>art</w:t>
            </w:r>
          </w:p>
        </w:tc>
        <w:tc>
          <w:tcPr>
            <w:tcW w:w="5472" w:type="dxa"/>
          </w:tcPr>
          <w:p w14:paraId="2B3C147D" w14:textId="77777777" w:rsidR="002376F7" w:rsidRDefault="00000000">
            <w:r>
              <w:rPr>
                <w:sz w:val="14"/>
              </w:rPr>
              <w:t>arte</w:t>
            </w:r>
          </w:p>
        </w:tc>
      </w:tr>
      <w:tr w:rsidR="002376F7" w14:paraId="73DF411C" w14:textId="77777777">
        <w:trPr>
          <w:jc w:val="center"/>
        </w:trPr>
        <w:tc>
          <w:tcPr>
            <w:tcW w:w="4464" w:type="dxa"/>
            <w:shd w:val="clear" w:color="auto" w:fill="EEF6F8"/>
          </w:tcPr>
          <w:p w14:paraId="5D3E8DB3" w14:textId="77777777" w:rsidR="002376F7" w:rsidRDefault="00000000">
            <w:r>
              <w:rPr>
                <w:sz w:val="14"/>
              </w:rPr>
              <w:t>author</w:t>
            </w:r>
          </w:p>
        </w:tc>
        <w:tc>
          <w:tcPr>
            <w:tcW w:w="5472" w:type="dxa"/>
            <w:shd w:val="clear" w:color="auto" w:fill="EEF6F8"/>
          </w:tcPr>
          <w:p w14:paraId="43CEE977" w14:textId="77777777" w:rsidR="002376F7" w:rsidRDefault="00000000">
            <w:r>
              <w:rPr>
                <w:sz w:val="14"/>
              </w:rPr>
              <w:t>autor</w:t>
            </w:r>
          </w:p>
        </w:tc>
      </w:tr>
      <w:tr w:rsidR="002376F7" w14:paraId="73A58C85" w14:textId="77777777">
        <w:trPr>
          <w:jc w:val="center"/>
        </w:trPr>
        <w:tc>
          <w:tcPr>
            <w:tcW w:w="4464" w:type="dxa"/>
          </w:tcPr>
          <w:p w14:paraId="56D1C8EE" w14:textId="77777777" w:rsidR="002376F7" w:rsidRDefault="00000000">
            <w:r>
              <w:rPr>
                <w:sz w:val="14"/>
              </w:rPr>
              <w:t>bad</w:t>
            </w:r>
          </w:p>
        </w:tc>
        <w:tc>
          <w:tcPr>
            <w:tcW w:w="5472" w:type="dxa"/>
          </w:tcPr>
          <w:p w14:paraId="491632BE" w14:textId="77777777" w:rsidR="002376F7" w:rsidRDefault="00000000">
            <w:r>
              <w:rPr>
                <w:sz w:val="14"/>
              </w:rPr>
              <w:t>mal</w:t>
            </w:r>
          </w:p>
        </w:tc>
      </w:tr>
      <w:tr w:rsidR="002376F7" w14:paraId="596CAE2A" w14:textId="77777777">
        <w:trPr>
          <w:jc w:val="center"/>
        </w:trPr>
        <w:tc>
          <w:tcPr>
            <w:tcW w:w="4464" w:type="dxa"/>
            <w:shd w:val="clear" w:color="auto" w:fill="EEF6F8"/>
          </w:tcPr>
          <w:p w14:paraId="310CC0EE" w14:textId="77777777" w:rsidR="002376F7" w:rsidRDefault="00000000">
            <w:r>
              <w:rPr>
                <w:sz w:val="14"/>
              </w:rPr>
              <w:t>base</w:t>
            </w:r>
          </w:p>
        </w:tc>
        <w:tc>
          <w:tcPr>
            <w:tcW w:w="5472" w:type="dxa"/>
            <w:shd w:val="clear" w:color="auto" w:fill="EEF6F8"/>
          </w:tcPr>
          <w:p w14:paraId="5152329E" w14:textId="77777777" w:rsidR="002376F7" w:rsidRDefault="00000000">
            <w:r>
              <w:rPr>
                <w:sz w:val="14"/>
              </w:rPr>
              <w:t>basa</w:t>
            </w:r>
          </w:p>
        </w:tc>
      </w:tr>
      <w:tr w:rsidR="002376F7" w14:paraId="69D2817A" w14:textId="77777777">
        <w:trPr>
          <w:jc w:val="center"/>
        </w:trPr>
        <w:tc>
          <w:tcPr>
            <w:tcW w:w="4464" w:type="dxa"/>
          </w:tcPr>
          <w:p w14:paraId="39626823" w14:textId="77777777" w:rsidR="002376F7" w:rsidRDefault="00000000">
            <w:r>
              <w:rPr>
                <w:sz w:val="14"/>
              </w:rPr>
              <w:t>begin</w:t>
            </w:r>
          </w:p>
        </w:tc>
        <w:tc>
          <w:tcPr>
            <w:tcW w:w="5472" w:type="dxa"/>
          </w:tcPr>
          <w:p w14:paraId="0F41C941" w14:textId="77777777" w:rsidR="002376F7" w:rsidRDefault="00000000">
            <w:r>
              <w:rPr>
                <w:sz w:val="14"/>
              </w:rPr>
              <w:t>komensa</w:t>
            </w:r>
          </w:p>
        </w:tc>
      </w:tr>
      <w:tr w:rsidR="002376F7" w14:paraId="31D020DF" w14:textId="77777777">
        <w:trPr>
          <w:jc w:val="center"/>
        </w:trPr>
        <w:tc>
          <w:tcPr>
            <w:tcW w:w="4464" w:type="dxa"/>
            <w:shd w:val="clear" w:color="auto" w:fill="EEF6F8"/>
          </w:tcPr>
          <w:p w14:paraId="4BBE0E5F" w14:textId="77777777" w:rsidR="002376F7" w:rsidRDefault="00000000">
            <w:r>
              <w:rPr>
                <w:sz w:val="14"/>
              </w:rPr>
              <w:t>between</w:t>
            </w:r>
          </w:p>
        </w:tc>
        <w:tc>
          <w:tcPr>
            <w:tcW w:w="5472" w:type="dxa"/>
            <w:shd w:val="clear" w:color="auto" w:fill="EEF6F8"/>
          </w:tcPr>
          <w:p w14:paraId="553A1F50" w14:textId="77777777" w:rsidR="002376F7" w:rsidRDefault="00000000">
            <w:r>
              <w:rPr>
                <w:sz w:val="14"/>
              </w:rPr>
              <w:t>inter</w:t>
            </w:r>
          </w:p>
        </w:tc>
      </w:tr>
      <w:tr w:rsidR="002376F7" w14:paraId="439857F8" w14:textId="77777777">
        <w:trPr>
          <w:jc w:val="center"/>
        </w:trPr>
        <w:tc>
          <w:tcPr>
            <w:tcW w:w="4464" w:type="dxa"/>
          </w:tcPr>
          <w:p w14:paraId="1889D891" w14:textId="77777777" w:rsidR="002376F7" w:rsidRDefault="00000000">
            <w:r>
              <w:rPr>
                <w:sz w:val="14"/>
              </w:rPr>
              <w:t>body</w:t>
            </w:r>
          </w:p>
        </w:tc>
        <w:tc>
          <w:tcPr>
            <w:tcW w:w="5472" w:type="dxa"/>
          </w:tcPr>
          <w:p w14:paraId="7B45E613" w14:textId="77777777" w:rsidR="002376F7" w:rsidRDefault="00000000">
            <w:r>
              <w:rPr>
                <w:sz w:val="14"/>
              </w:rPr>
              <w:t>korpo</w:t>
            </w:r>
          </w:p>
        </w:tc>
      </w:tr>
      <w:tr w:rsidR="002376F7" w14:paraId="4C04780F" w14:textId="77777777">
        <w:trPr>
          <w:jc w:val="center"/>
        </w:trPr>
        <w:tc>
          <w:tcPr>
            <w:tcW w:w="4464" w:type="dxa"/>
            <w:shd w:val="clear" w:color="auto" w:fill="EEF6F8"/>
          </w:tcPr>
          <w:p w14:paraId="4673A2AE" w14:textId="77777777" w:rsidR="002376F7" w:rsidRDefault="00000000">
            <w:r>
              <w:rPr>
                <w:sz w:val="14"/>
              </w:rPr>
              <w:t>book</w:t>
            </w:r>
          </w:p>
        </w:tc>
        <w:tc>
          <w:tcPr>
            <w:tcW w:w="5472" w:type="dxa"/>
            <w:shd w:val="clear" w:color="auto" w:fill="EEF6F8"/>
          </w:tcPr>
          <w:p w14:paraId="5D34C207" w14:textId="77777777" w:rsidR="002376F7" w:rsidRDefault="00000000">
            <w:r>
              <w:rPr>
                <w:sz w:val="14"/>
              </w:rPr>
              <w:t>libro</w:t>
            </w:r>
          </w:p>
        </w:tc>
      </w:tr>
      <w:tr w:rsidR="002376F7" w14:paraId="5888AD96" w14:textId="77777777">
        <w:trPr>
          <w:jc w:val="center"/>
        </w:trPr>
        <w:tc>
          <w:tcPr>
            <w:tcW w:w="4464" w:type="dxa"/>
          </w:tcPr>
          <w:p w14:paraId="627EB868" w14:textId="77777777" w:rsidR="002376F7" w:rsidRDefault="00000000">
            <w:r>
              <w:rPr>
                <w:sz w:val="14"/>
              </w:rPr>
              <w:t>book-related root</w:t>
            </w:r>
          </w:p>
        </w:tc>
        <w:tc>
          <w:tcPr>
            <w:tcW w:w="5472" w:type="dxa"/>
          </w:tcPr>
          <w:p w14:paraId="32754945" w14:textId="77777777" w:rsidR="002376F7" w:rsidRDefault="00000000">
            <w:r>
              <w:rPr>
                <w:sz w:val="14"/>
              </w:rPr>
              <w:t>bibli</w:t>
            </w:r>
          </w:p>
        </w:tc>
      </w:tr>
      <w:tr w:rsidR="002376F7" w14:paraId="3F1742A0" w14:textId="77777777">
        <w:trPr>
          <w:jc w:val="center"/>
        </w:trPr>
        <w:tc>
          <w:tcPr>
            <w:tcW w:w="4464" w:type="dxa"/>
            <w:shd w:val="clear" w:color="auto" w:fill="EEF6F8"/>
          </w:tcPr>
          <w:p w14:paraId="0E784550" w14:textId="77777777" w:rsidR="002376F7" w:rsidRDefault="00000000">
            <w:r>
              <w:rPr>
                <w:sz w:val="14"/>
              </w:rPr>
              <w:t>brave</w:t>
            </w:r>
          </w:p>
        </w:tc>
        <w:tc>
          <w:tcPr>
            <w:tcW w:w="5472" w:type="dxa"/>
            <w:shd w:val="clear" w:color="auto" w:fill="EEF6F8"/>
          </w:tcPr>
          <w:p w14:paraId="3707BE2B" w14:textId="77777777" w:rsidR="002376F7" w:rsidRDefault="00000000">
            <w:r>
              <w:rPr>
                <w:sz w:val="14"/>
              </w:rPr>
              <w:t>brava</w:t>
            </w:r>
          </w:p>
        </w:tc>
      </w:tr>
      <w:tr w:rsidR="002376F7" w14:paraId="6881FAD4" w14:textId="77777777">
        <w:trPr>
          <w:jc w:val="center"/>
        </w:trPr>
        <w:tc>
          <w:tcPr>
            <w:tcW w:w="4464" w:type="dxa"/>
          </w:tcPr>
          <w:p w14:paraId="7A63C724" w14:textId="77777777" w:rsidR="002376F7" w:rsidRDefault="00000000">
            <w:r>
              <w:rPr>
                <w:sz w:val="14"/>
              </w:rPr>
              <w:t>bread</w:t>
            </w:r>
          </w:p>
        </w:tc>
        <w:tc>
          <w:tcPr>
            <w:tcW w:w="5472" w:type="dxa"/>
          </w:tcPr>
          <w:p w14:paraId="60DBBA2B" w14:textId="77777777" w:rsidR="002376F7" w:rsidRDefault="00000000">
            <w:r>
              <w:rPr>
                <w:sz w:val="14"/>
              </w:rPr>
              <w:t>pan</w:t>
            </w:r>
          </w:p>
        </w:tc>
      </w:tr>
      <w:tr w:rsidR="002376F7" w14:paraId="72D78E63" w14:textId="77777777">
        <w:trPr>
          <w:jc w:val="center"/>
        </w:trPr>
        <w:tc>
          <w:tcPr>
            <w:tcW w:w="4464" w:type="dxa"/>
            <w:shd w:val="clear" w:color="auto" w:fill="EEF6F8"/>
          </w:tcPr>
          <w:p w14:paraId="5D8096D8" w14:textId="77777777" w:rsidR="002376F7" w:rsidRDefault="00000000">
            <w:r>
              <w:rPr>
                <w:sz w:val="14"/>
              </w:rPr>
              <w:t>but</w:t>
            </w:r>
          </w:p>
        </w:tc>
        <w:tc>
          <w:tcPr>
            <w:tcW w:w="5472" w:type="dxa"/>
            <w:shd w:val="clear" w:color="auto" w:fill="EEF6F8"/>
          </w:tcPr>
          <w:p w14:paraId="2927B1AA" w14:textId="77777777" w:rsidR="002376F7" w:rsidRDefault="00000000">
            <w:r>
              <w:rPr>
                <w:sz w:val="14"/>
              </w:rPr>
              <w:t>ma</w:t>
            </w:r>
          </w:p>
        </w:tc>
      </w:tr>
      <w:tr w:rsidR="002376F7" w14:paraId="7288A52F" w14:textId="77777777">
        <w:trPr>
          <w:jc w:val="center"/>
        </w:trPr>
        <w:tc>
          <w:tcPr>
            <w:tcW w:w="4464" w:type="dxa"/>
          </w:tcPr>
          <w:p w14:paraId="527E5EAE" w14:textId="77777777" w:rsidR="002376F7" w:rsidRDefault="00000000">
            <w:r>
              <w:rPr>
                <w:sz w:val="14"/>
              </w:rPr>
              <w:t>buy</w:t>
            </w:r>
          </w:p>
        </w:tc>
        <w:tc>
          <w:tcPr>
            <w:tcW w:w="5472" w:type="dxa"/>
          </w:tcPr>
          <w:p w14:paraId="550316A5" w14:textId="77777777" w:rsidR="002376F7" w:rsidRDefault="00000000">
            <w:r>
              <w:rPr>
                <w:sz w:val="14"/>
              </w:rPr>
              <w:t>compra</w:t>
            </w:r>
          </w:p>
        </w:tc>
      </w:tr>
      <w:tr w:rsidR="002376F7" w14:paraId="22CC58F8" w14:textId="77777777">
        <w:trPr>
          <w:jc w:val="center"/>
        </w:trPr>
        <w:tc>
          <w:tcPr>
            <w:tcW w:w="4464" w:type="dxa"/>
            <w:shd w:val="clear" w:color="auto" w:fill="EEF6F8"/>
          </w:tcPr>
          <w:p w14:paraId="7F35F5D4" w14:textId="77777777" w:rsidR="002376F7" w:rsidRDefault="00000000">
            <w:r>
              <w:rPr>
                <w:sz w:val="14"/>
              </w:rPr>
              <w:t>camp</w:t>
            </w:r>
          </w:p>
        </w:tc>
        <w:tc>
          <w:tcPr>
            <w:tcW w:w="5472" w:type="dxa"/>
            <w:shd w:val="clear" w:color="auto" w:fill="EEF6F8"/>
          </w:tcPr>
          <w:p w14:paraId="5424CCA9" w14:textId="77777777" w:rsidR="002376F7" w:rsidRDefault="00000000">
            <w:r>
              <w:rPr>
                <w:sz w:val="14"/>
              </w:rPr>
              <w:t>camp</w:t>
            </w:r>
          </w:p>
        </w:tc>
      </w:tr>
      <w:tr w:rsidR="002376F7" w14:paraId="7E6F5459" w14:textId="77777777">
        <w:trPr>
          <w:jc w:val="center"/>
        </w:trPr>
        <w:tc>
          <w:tcPr>
            <w:tcW w:w="4464" w:type="dxa"/>
          </w:tcPr>
          <w:p w14:paraId="147DF950" w14:textId="77777777" w:rsidR="002376F7" w:rsidRDefault="00000000">
            <w:r>
              <w:rPr>
                <w:sz w:val="14"/>
              </w:rPr>
              <w:t>can</w:t>
            </w:r>
          </w:p>
        </w:tc>
        <w:tc>
          <w:tcPr>
            <w:tcW w:w="5472" w:type="dxa"/>
          </w:tcPr>
          <w:p w14:paraId="3FD23606" w14:textId="77777777" w:rsidR="002376F7" w:rsidRDefault="00000000">
            <w:r>
              <w:rPr>
                <w:sz w:val="14"/>
              </w:rPr>
              <w:t>poder</w:t>
            </w:r>
          </w:p>
        </w:tc>
      </w:tr>
      <w:tr w:rsidR="002376F7" w14:paraId="607B6F69" w14:textId="77777777">
        <w:trPr>
          <w:jc w:val="center"/>
        </w:trPr>
        <w:tc>
          <w:tcPr>
            <w:tcW w:w="4464" w:type="dxa"/>
            <w:shd w:val="clear" w:color="auto" w:fill="EEF6F8"/>
          </w:tcPr>
          <w:p w14:paraId="1003E82D" w14:textId="77777777" w:rsidR="002376F7" w:rsidRDefault="00000000">
            <w:r>
              <w:rPr>
                <w:sz w:val="14"/>
              </w:rPr>
              <w:t>card</w:t>
            </w:r>
          </w:p>
        </w:tc>
        <w:tc>
          <w:tcPr>
            <w:tcW w:w="5472" w:type="dxa"/>
            <w:shd w:val="clear" w:color="auto" w:fill="EEF6F8"/>
          </w:tcPr>
          <w:p w14:paraId="00EEB3FC" w14:textId="77777777" w:rsidR="002376F7" w:rsidRDefault="00000000">
            <w:r>
              <w:rPr>
                <w:sz w:val="14"/>
              </w:rPr>
              <w:t>karte</w:t>
            </w:r>
          </w:p>
        </w:tc>
      </w:tr>
      <w:tr w:rsidR="002376F7" w14:paraId="58941677" w14:textId="77777777">
        <w:trPr>
          <w:jc w:val="center"/>
        </w:trPr>
        <w:tc>
          <w:tcPr>
            <w:tcW w:w="4464" w:type="dxa"/>
          </w:tcPr>
          <w:p w14:paraId="7A6DF711" w14:textId="77777777" w:rsidR="002376F7" w:rsidRDefault="00000000">
            <w:r>
              <w:rPr>
                <w:sz w:val="14"/>
              </w:rPr>
              <w:t>care</w:t>
            </w:r>
          </w:p>
        </w:tc>
        <w:tc>
          <w:tcPr>
            <w:tcW w:w="5472" w:type="dxa"/>
          </w:tcPr>
          <w:p w14:paraId="67AC505E" w14:textId="77777777" w:rsidR="002376F7" w:rsidRDefault="00000000">
            <w:r>
              <w:rPr>
                <w:sz w:val="14"/>
              </w:rPr>
              <w:t>cura</w:t>
            </w:r>
          </w:p>
        </w:tc>
      </w:tr>
      <w:tr w:rsidR="002376F7" w14:paraId="6803E05F" w14:textId="77777777">
        <w:trPr>
          <w:jc w:val="center"/>
        </w:trPr>
        <w:tc>
          <w:tcPr>
            <w:tcW w:w="4464" w:type="dxa"/>
            <w:shd w:val="clear" w:color="auto" w:fill="EEF6F8"/>
          </w:tcPr>
          <w:p w14:paraId="442EB7C9" w14:textId="77777777" w:rsidR="002376F7" w:rsidRDefault="00000000">
            <w:r>
              <w:rPr>
                <w:sz w:val="14"/>
              </w:rPr>
              <w:t>case</w:t>
            </w:r>
          </w:p>
        </w:tc>
        <w:tc>
          <w:tcPr>
            <w:tcW w:w="5472" w:type="dxa"/>
            <w:shd w:val="clear" w:color="auto" w:fill="EEF6F8"/>
          </w:tcPr>
          <w:p w14:paraId="4F4D6AB7" w14:textId="77777777" w:rsidR="002376F7" w:rsidRDefault="00000000">
            <w:r>
              <w:rPr>
                <w:sz w:val="14"/>
              </w:rPr>
              <w:t>kaso</w:t>
            </w:r>
          </w:p>
        </w:tc>
      </w:tr>
      <w:tr w:rsidR="002376F7" w14:paraId="6906C670" w14:textId="77777777">
        <w:trPr>
          <w:jc w:val="center"/>
        </w:trPr>
        <w:tc>
          <w:tcPr>
            <w:tcW w:w="4464" w:type="dxa"/>
          </w:tcPr>
          <w:p w14:paraId="77C379F2" w14:textId="77777777" w:rsidR="002376F7" w:rsidRDefault="00000000">
            <w:r>
              <w:rPr>
                <w:sz w:val="14"/>
              </w:rPr>
              <w:t>center</w:t>
            </w:r>
          </w:p>
        </w:tc>
        <w:tc>
          <w:tcPr>
            <w:tcW w:w="5472" w:type="dxa"/>
          </w:tcPr>
          <w:p>
            <w:r>
              <w:t>kentro</w:t>
            </w:r>
          </w:p>
        </w:tc>
      </w:tr>
      <w:tr w:rsidR="002376F7" w14:paraId="2D2BCA3E" w14:textId="77777777">
        <w:trPr>
          <w:jc w:val="center"/>
        </w:trPr>
        <w:tc>
          <w:tcPr>
            <w:tcW w:w="4464" w:type="dxa"/>
            <w:shd w:val="clear" w:color="auto" w:fill="EEF6F8"/>
          </w:tcPr>
          <w:p w14:paraId="43F7A4D5" w14:textId="77777777" w:rsidR="002376F7" w:rsidRDefault="00000000">
            <w:r>
              <w:rPr>
                <w:sz w:val="14"/>
              </w:rPr>
              <w:t>center</w:t>
            </w:r>
          </w:p>
        </w:tc>
        <w:tc>
          <w:tcPr>
            <w:tcW w:w="5472" w:type="dxa"/>
            <w:shd w:val="clear" w:color="auto" w:fill="EEF6F8"/>
          </w:tcPr>
          <w:p>
            <w:r>
              <w:t>kentro</w:t>
            </w:r>
          </w:p>
        </w:tc>
      </w:tr>
      <w:tr w:rsidR="002376F7" w14:paraId="3EB2B9A2" w14:textId="77777777">
        <w:trPr>
          <w:jc w:val="center"/>
        </w:trPr>
        <w:tc>
          <w:tcPr>
            <w:tcW w:w="4464" w:type="dxa"/>
          </w:tcPr>
          <w:p w14:paraId="03FA6D31" w14:textId="77777777" w:rsidR="002376F7" w:rsidRDefault="00000000">
            <w:r>
              <w:rPr>
                <w:sz w:val="14"/>
              </w:rPr>
              <w:t>chance</w:t>
            </w:r>
          </w:p>
        </w:tc>
        <w:tc>
          <w:tcPr>
            <w:tcW w:w="5472" w:type="dxa"/>
          </w:tcPr>
          <w:p w14:paraId="393B9AE9" w14:textId="77777777" w:rsidR="002376F7" w:rsidRDefault="00000000">
            <w:r>
              <w:rPr>
                <w:sz w:val="14"/>
              </w:rPr>
              <w:t>shanse</w:t>
            </w:r>
          </w:p>
        </w:tc>
      </w:tr>
      <w:tr w:rsidR="002376F7" w14:paraId="70F4D489" w14:textId="77777777">
        <w:trPr>
          <w:jc w:val="center"/>
        </w:trPr>
        <w:tc>
          <w:tcPr>
            <w:tcW w:w="4464" w:type="dxa"/>
            <w:shd w:val="clear" w:color="auto" w:fill="EEF6F8"/>
          </w:tcPr>
          <w:p w14:paraId="69883F49" w14:textId="77777777" w:rsidR="002376F7" w:rsidRDefault="00000000">
            <w:r>
              <w:rPr>
                <w:sz w:val="14"/>
              </w:rPr>
              <w:t>child</w:t>
            </w:r>
          </w:p>
        </w:tc>
        <w:tc>
          <w:tcPr>
            <w:tcW w:w="5472" w:type="dxa"/>
            <w:shd w:val="clear" w:color="auto" w:fill="EEF6F8"/>
          </w:tcPr>
          <w:p w14:paraId="2AF0BFA5" w14:textId="77777777" w:rsidR="002376F7" w:rsidRDefault="00000000">
            <w:r>
              <w:rPr>
                <w:sz w:val="14"/>
              </w:rPr>
              <w:t>fil</w:t>
            </w:r>
          </w:p>
        </w:tc>
      </w:tr>
      <w:tr w:rsidR="002376F7" w14:paraId="4F6200CA" w14:textId="77777777">
        <w:trPr>
          <w:jc w:val="center"/>
        </w:trPr>
        <w:tc>
          <w:tcPr>
            <w:tcW w:w="4464" w:type="dxa"/>
          </w:tcPr>
          <w:p w14:paraId="7B8A836D" w14:textId="77777777" w:rsidR="002376F7" w:rsidRDefault="00000000">
            <w:r>
              <w:rPr>
                <w:sz w:val="14"/>
              </w:rPr>
              <w:t>class</w:t>
            </w:r>
          </w:p>
        </w:tc>
        <w:tc>
          <w:tcPr>
            <w:tcW w:w="5472" w:type="dxa"/>
          </w:tcPr>
          <w:p w14:paraId="0BE0EFF3" w14:textId="77777777" w:rsidR="002376F7" w:rsidRDefault="00000000">
            <w:r>
              <w:rPr>
                <w:sz w:val="14"/>
              </w:rPr>
              <w:t>klase</w:t>
            </w:r>
          </w:p>
        </w:tc>
      </w:tr>
      <w:tr w:rsidR="002376F7" w14:paraId="240BC2D7" w14:textId="77777777">
        <w:trPr>
          <w:jc w:val="center"/>
        </w:trPr>
        <w:tc>
          <w:tcPr>
            <w:tcW w:w="4464" w:type="dxa"/>
            <w:shd w:val="clear" w:color="auto" w:fill="EEF6F8"/>
          </w:tcPr>
          <w:p w14:paraId="7DC5121B" w14:textId="77777777" w:rsidR="002376F7" w:rsidRDefault="00000000">
            <w:r>
              <w:rPr>
                <w:sz w:val="14"/>
              </w:rPr>
              <w:t>clear</w:t>
            </w:r>
          </w:p>
        </w:tc>
        <w:tc>
          <w:tcPr>
            <w:tcW w:w="5472" w:type="dxa"/>
            <w:shd w:val="clear" w:color="auto" w:fill="EEF6F8"/>
          </w:tcPr>
          <w:p w14:paraId="0C549604" w14:textId="77777777" w:rsidR="002376F7" w:rsidRDefault="00000000">
            <w:r>
              <w:rPr>
                <w:sz w:val="14"/>
              </w:rPr>
              <w:t>clar</w:t>
            </w:r>
          </w:p>
        </w:tc>
      </w:tr>
      <w:tr w:rsidR="002376F7" w14:paraId="46EA4C6D" w14:textId="77777777">
        <w:trPr>
          <w:jc w:val="center"/>
        </w:trPr>
        <w:tc>
          <w:tcPr>
            <w:tcW w:w="4464" w:type="dxa"/>
          </w:tcPr>
          <w:p w14:paraId="723E6C19" w14:textId="77777777" w:rsidR="002376F7" w:rsidRDefault="00000000">
            <w:r>
              <w:rPr>
                <w:sz w:val="14"/>
              </w:rPr>
              <w:t>Clear Language</w:t>
            </w:r>
          </w:p>
        </w:tc>
        <w:tc>
          <w:tcPr>
            <w:tcW w:w="5472" w:type="dxa"/>
          </w:tcPr>
          <w:p w14:paraId="5FC5EB8C" w14:textId="77777777" w:rsidR="002376F7" w:rsidRDefault="00000000">
            <w:r>
              <w:rPr>
                <w:sz w:val="14"/>
              </w:rPr>
              <w:t>Claralinga</w:t>
            </w:r>
          </w:p>
        </w:tc>
      </w:tr>
      <w:tr w:rsidR="002376F7" w14:paraId="720C7902" w14:textId="77777777">
        <w:trPr>
          <w:jc w:val="center"/>
        </w:trPr>
        <w:tc>
          <w:tcPr>
            <w:tcW w:w="4464" w:type="dxa"/>
            <w:shd w:val="clear" w:color="auto" w:fill="EEF6F8"/>
          </w:tcPr>
          <w:p w14:paraId="2582C106" w14:textId="77777777" w:rsidR="002376F7" w:rsidRDefault="00000000">
            <w:r>
              <w:rPr>
                <w:sz w:val="14"/>
              </w:rPr>
              <w:t>close</w:t>
            </w:r>
          </w:p>
        </w:tc>
        <w:tc>
          <w:tcPr>
            <w:tcW w:w="5472" w:type="dxa"/>
            <w:shd w:val="clear" w:color="auto" w:fill="EEF6F8"/>
          </w:tcPr>
          <w:p w14:paraId="2433CB56" w14:textId="77777777" w:rsidR="002376F7" w:rsidRDefault="00000000">
            <w:r>
              <w:rPr>
                <w:sz w:val="14"/>
              </w:rPr>
              <w:t>ferma</w:t>
            </w:r>
          </w:p>
        </w:tc>
      </w:tr>
      <w:tr w:rsidR="002376F7" w14:paraId="0B751792" w14:textId="77777777">
        <w:trPr>
          <w:jc w:val="center"/>
        </w:trPr>
        <w:tc>
          <w:tcPr>
            <w:tcW w:w="4464" w:type="dxa"/>
          </w:tcPr>
          <w:p w14:paraId="638B289A" w14:textId="77777777" w:rsidR="002376F7" w:rsidRDefault="00000000">
            <w:r>
              <w:rPr>
                <w:sz w:val="14"/>
              </w:rPr>
              <w:t>coffee</w:t>
            </w:r>
          </w:p>
        </w:tc>
        <w:tc>
          <w:tcPr>
            <w:tcW w:w="5472" w:type="dxa"/>
          </w:tcPr>
          <w:p w14:paraId="6CA184EB" w14:textId="77777777" w:rsidR="002376F7" w:rsidRDefault="00000000">
            <w:r>
              <w:rPr>
                <w:sz w:val="14"/>
              </w:rPr>
              <w:t>kafe</w:t>
            </w:r>
          </w:p>
        </w:tc>
      </w:tr>
      <w:tr w:rsidR="002376F7" w14:paraId="77134754" w14:textId="77777777">
        <w:trPr>
          <w:jc w:val="center"/>
        </w:trPr>
        <w:tc>
          <w:tcPr>
            <w:tcW w:w="4464" w:type="dxa"/>
            <w:shd w:val="clear" w:color="auto" w:fill="EEF6F8"/>
          </w:tcPr>
          <w:p w14:paraId="2615FA9B" w14:textId="77777777" w:rsidR="002376F7" w:rsidRDefault="00000000">
            <w:r>
              <w:rPr>
                <w:sz w:val="14"/>
              </w:rPr>
              <w:t>color</w:t>
            </w:r>
          </w:p>
        </w:tc>
        <w:tc>
          <w:tcPr>
            <w:tcW w:w="5472" w:type="dxa"/>
            <w:shd w:val="clear" w:color="auto" w:fill="EEF6F8"/>
          </w:tcPr>
          <w:p w14:paraId="343BD97C" w14:textId="77777777" w:rsidR="002376F7" w:rsidRDefault="00000000">
            <w:r>
              <w:rPr>
                <w:sz w:val="14"/>
              </w:rPr>
              <w:t>color</w:t>
            </w:r>
          </w:p>
        </w:tc>
      </w:tr>
      <w:tr w:rsidR="002376F7" w14:paraId="6666505C" w14:textId="77777777">
        <w:trPr>
          <w:jc w:val="center"/>
        </w:trPr>
        <w:tc>
          <w:tcPr>
            <w:tcW w:w="4464" w:type="dxa"/>
          </w:tcPr>
          <w:p w14:paraId="39A46730" w14:textId="77777777" w:rsidR="002376F7" w:rsidRDefault="00000000">
            <w:r>
              <w:rPr>
                <w:sz w:val="14"/>
              </w:rPr>
              <w:t>common</w:t>
            </w:r>
          </w:p>
        </w:tc>
        <w:tc>
          <w:tcPr>
            <w:tcW w:w="5472" w:type="dxa"/>
          </w:tcPr>
          <w:p w14:paraId="73177812" w14:textId="77777777" w:rsidR="002376F7" w:rsidRDefault="00000000">
            <w:r>
              <w:rPr>
                <w:sz w:val="14"/>
              </w:rPr>
              <w:t>komun</w:t>
            </w:r>
          </w:p>
        </w:tc>
      </w:tr>
      <w:tr w:rsidR="002376F7" w14:paraId="17137474" w14:textId="77777777">
        <w:trPr>
          <w:jc w:val="center"/>
        </w:trPr>
        <w:tc>
          <w:tcPr>
            <w:tcW w:w="4464" w:type="dxa"/>
            <w:shd w:val="clear" w:color="auto" w:fill="EEF6F8"/>
          </w:tcPr>
          <w:p w14:paraId="7E25C324" w14:textId="77777777" w:rsidR="002376F7" w:rsidRDefault="00000000">
            <w:r>
              <w:rPr>
                <w:sz w:val="14"/>
              </w:rPr>
              <w:t>common</w:t>
            </w:r>
          </w:p>
        </w:tc>
        <w:tc>
          <w:tcPr>
            <w:tcW w:w="5472" w:type="dxa"/>
            <w:shd w:val="clear" w:color="auto" w:fill="EEF6F8"/>
          </w:tcPr>
          <w:p w14:paraId="09BC4799" w14:textId="77777777" w:rsidR="002376F7" w:rsidRDefault="00000000">
            <w:r>
              <w:rPr>
                <w:sz w:val="14"/>
              </w:rPr>
              <w:t>komun</w:t>
            </w:r>
          </w:p>
        </w:tc>
      </w:tr>
      <w:tr w:rsidR="002376F7" w14:paraId="2BBA269B" w14:textId="77777777">
        <w:trPr>
          <w:jc w:val="center"/>
        </w:trPr>
        <w:tc>
          <w:tcPr>
            <w:tcW w:w="4464" w:type="dxa"/>
          </w:tcPr>
          <w:p w14:paraId="60673EA3" w14:textId="77777777" w:rsidR="002376F7" w:rsidRDefault="00000000">
            <w:r>
              <w:rPr>
                <w:sz w:val="14"/>
              </w:rPr>
              <w:t>communicate</w:t>
            </w:r>
          </w:p>
        </w:tc>
        <w:tc>
          <w:tcPr>
            <w:tcW w:w="5472" w:type="dxa"/>
          </w:tcPr>
          <w:p w14:paraId="73DACB67" w14:textId="77777777" w:rsidR="002376F7" w:rsidRDefault="00000000">
            <w:r>
              <w:rPr>
                <w:sz w:val="14"/>
              </w:rPr>
              <w:t>komunika</w:t>
            </w:r>
          </w:p>
        </w:tc>
      </w:tr>
      <w:tr w:rsidR="002376F7" w14:paraId="2563D703" w14:textId="77777777">
        <w:trPr>
          <w:jc w:val="center"/>
        </w:trPr>
        <w:tc>
          <w:tcPr>
            <w:tcW w:w="4464" w:type="dxa"/>
            <w:shd w:val="clear" w:color="auto" w:fill="EEF6F8"/>
          </w:tcPr>
          <w:p w14:paraId="1F67C946" w14:textId="77777777" w:rsidR="002376F7" w:rsidRDefault="00000000">
            <w:r>
              <w:rPr>
                <w:sz w:val="14"/>
              </w:rPr>
              <w:t>compare</w:t>
            </w:r>
          </w:p>
        </w:tc>
        <w:tc>
          <w:tcPr>
            <w:tcW w:w="5472" w:type="dxa"/>
            <w:shd w:val="clear" w:color="auto" w:fill="EEF6F8"/>
          </w:tcPr>
          <w:p w14:paraId="6BA14869" w14:textId="77777777" w:rsidR="002376F7" w:rsidRDefault="00000000">
            <w:r>
              <w:rPr>
                <w:sz w:val="14"/>
              </w:rPr>
              <w:t>kompara</w:t>
            </w:r>
          </w:p>
        </w:tc>
      </w:tr>
      <w:tr w:rsidR="002376F7" w14:paraId="2017DF24" w14:textId="77777777">
        <w:trPr>
          <w:jc w:val="center"/>
        </w:trPr>
        <w:tc>
          <w:tcPr>
            <w:tcW w:w="4464" w:type="dxa"/>
          </w:tcPr>
          <w:p w14:paraId="023C531A" w14:textId="77777777" w:rsidR="002376F7" w:rsidRDefault="00000000">
            <w:r>
              <w:rPr>
                <w:sz w:val="14"/>
              </w:rPr>
              <w:t>connect</w:t>
            </w:r>
          </w:p>
        </w:tc>
        <w:tc>
          <w:tcPr>
            <w:tcW w:w="5472" w:type="dxa"/>
          </w:tcPr>
          <w:p w14:paraId="5F4CCB15" w14:textId="77777777" w:rsidR="002376F7" w:rsidRDefault="00000000">
            <w:r>
              <w:rPr>
                <w:sz w:val="14"/>
              </w:rPr>
              <w:t>konekte</w:t>
            </w:r>
          </w:p>
        </w:tc>
      </w:tr>
      <w:tr w:rsidR="002376F7" w14:paraId="7CC348C8" w14:textId="77777777">
        <w:trPr>
          <w:jc w:val="center"/>
        </w:trPr>
        <w:tc>
          <w:tcPr>
            <w:tcW w:w="4464" w:type="dxa"/>
            <w:shd w:val="clear" w:color="auto" w:fill="EEF6F8"/>
          </w:tcPr>
          <w:p w14:paraId="4ED831E2" w14:textId="77777777" w:rsidR="002376F7" w:rsidRDefault="00000000">
            <w:r>
              <w:rPr>
                <w:sz w:val="14"/>
              </w:rPr>
              <w:t>copy</w:t>
            </w:r>
          </w:p>
        </w:tc>
        <w:tc>
          <w:tcPr>
            <w:tcW w:w="5472" w:type="dxa"/>
            <w:shd w:val="clear" w:color="auto" w:fill="EEF6F8"/>
          </w:tcPr>
          <w:p w14:paraId="56FE81B8" w14:textId="77777777" w:rsidR="002376F7" w:rsidRDefault="00000000">
            <w:r>
              <w:rPr>
                <w:sz w:val="14"/>
              </w:rPr>
              <w:t>kopi</w:t>
            </w:r>
          </w:p>
        </w:tc>
      </w:tr>
      <w:tr w:rsidR="002376F7" w14:paraId="1F3D6167" w14:textId="77777777">
        <w:trPr>
          <w:jc w:val="center"/>
        </w:trPr>
        <w:tc>
          <w:tcPr>
            <w:tcW w:w="4464" w:type="dxa"/>
          </w:tcPr>
          <w:p w14:paraId="6ACC11CC" w14:textId="77777777" w:rsidR="002376F7" w:rsidRDefault="00000000">
            <w:r>
              <w:rPr>
                <w:sz w:val="14"/>
              </w:rPr>
              <w:t>core</w:t>
            </w:r>
          </w:p>
        </w:tc>
        <w:tc>
          <w:tcPr>
            <w:tcW w:w="5472" w:type="dxa"/>
          </w:tcPr>
          <w:p w14:paraId="31D3A3BD" w14:textId="77777777" w:rsidR="002376F7" w:rsidRDefault="00000000">
            <w:r>
              <w:rPr>
                <w:sz w:val="14"/>
              </w:rPr>
              <w:t>core</w:t>
            </w:r>
          </w:p>
        </w:tc>
      </w:tr>
      <w:tr w:rsidR="002376F7" w14:paraId="0E43676D" w14:textId="77777777">
        <w:trPr>
          <w:jc w:val="center"/>
        </w:trPr>
        <w:tc>
          <w:tcPr>
            <w:tcW w:w="4464" w:type="dxa"/>
            <w:shd w:val="clear" w:color="auto" w:fill="EEF6F8"/>
          </w:tcPr>
          <w:p w14:paraId="10CE7ACC" w14:textId="77777777" w:rsidR="002376F7" w:rsidRDefault="00000000">
            <w:r>
              <w:rPr>
                <w:sz w:val="14"/>
              </w:rPr>
              <w:t>cost</w:t>
            </w:r>
          </w:p>
        </w:tc>
        <w:tc>
          <w:tcPr>
            <w:tcW w:w="5472" w:type="dxa"/>
            <w:shd w:val="clear" w:color="auto" w:fill="EEF6F8"/>
          </w:tcPr>
          <w:p w14:paraId="5C49976F" w14:textId="77777777" w:rsidR="002376F7" w:rsidRDefault="00000000">
            <w:r>
              <w:rPr>
                <w:sz w:val="14"/>
              </w:rPr>
              <w:t>kosta</w:t>
            </w:r>
          </w:p>
        </w:tc>
      </w:tr>
      <w:tr w:rsidR="002376F7" w14:paraId="54E4BB6B" w14:textId="77777777">
        <w:trPr>
          <w:jc w:val="center"/>
        </w:trPr>
        <w:tc>
          <w:tcPr>
            <w:tcW w:w="4464" w:type="dxa"/>
          </w:tcPr>
          <w:p w14:paraId="4AE37BDE" w14:textId="77777777" w:rsidR="002376F7" w:rsidRDefault="00000000">
            <w:r>
              <w:rPr>
                <w:sz w:val="14"/>
              </w:rPr>
              <w:t>create</w:t>
            </w:r>
          </w:p>
        </w:tc>
        <w:tc>
          <w:tcPr>
            <w:tcW w:w="5472" w:type="dxa"/>
          </w:tcPr>
          <w:p w14:paraId="1413C121" w14:textId="77777777" w:rsidR="002376F7" w:rsidRDefault="00000000">
            <w:r>
              <w:rPr>
                <w:sz w:val="14"/>
              </w:rPr>
              <w:t>krea</w:t>
            </w:r>
          </w:p>
        </w:tc>
      </w:tr>
      <w:tr w:rsidR="002376F7" w14:paraId="5CA18CDD" w14:textId="77777777">
        <w:trPr>
          <w:jc w:val="center"/>
        </w:trPr>
        <w:tc>
          <w:tcPr>
            <w:tcW w:w="4464" w:type="dxa"/>
            <w:shd w:val="clear" w:color="auto" w:fill="EEF6F8"/>
          </w:tcPr>
          <w:p w14:paraId="65F6ED0F" w14:textId="77777777" w:rsidR="002376F7" w:rsidRDefault="00000000">
            <w:r>
              <w:rPr>
                <w:sz w:val="14"/>
              </w:rPr>
              <w:t>culture</w:t>
            </w:r>
          </w:p>
        </w:tc>
        <w:tc>
          <w:tcPr>
            <w:tcW w:w="5472" w:type="dxa"/>
            <w:shd w:val="clear" w:color="auto" w:fill="EEF6F8"/>
          </w:tcPr>
          <w:p w14:paraId="4CF13596" w14:textId="77777777" w:rsidR="002376F7" w:rsidRDefault="00000000">
            <w:r>
              <w:rPr>
                <w:sz w:val="14"/>
              </w:rPr>
              <w:t>kultura</w:t>
            </w:r>
          </w:p>
        </w:tc>
      </w:tr>
      <w:tr w:rsidR="002376F7" w14:paraId="7E5F2758" w14:textId="77777777">
        <w:trPr>
          <w:jc w:val="center"/>
        </w:trPr>
        <w:tc>
          <w:tcPr>
            <w:tcW w:w="4464" w:type="dxa"/>
          </w:tcPr>
          <w:p w14:paraId="3CA5DE2A" w14:textId="77777777" w:rsidR="002376F7" w:rsidRDefault="00000000">
            <w:r>
              <w:rPr>
                <w:sz w:val="14"/>
              </w:rPr>
              <w:t>day</w:t>
            </w:r>
          </w:p>
        </w:tc>
        <w:tc>
          <w:tcPr>
            <w:tcW w:w="5472" w:type="dxa"/>
          </w:tcPr>
          <w:p w14:paraId="4248CFF8" w14:textId="77777777" w:rsidR="002376F7" w:rsidRDefault="00000000">
            <w:r>
              <w:rPr>
                <w:sz w:val="14"/>
              </w:rPr>
              <w:t>dia</w:t>
            </w:r>
          </w:p>
        </w:tc>
      </w:tr>
      <w:tr w:rsidR="002376F7" w14:paraId="7DF59BD5" w14:textId="77777777">
        <w:trPr>
          <w:jc w:val="center"/>
        </w:trPr>
        <w:tc>
          <w:tcPr>
            <w:tcW w:w="4464" w:type="dxa"/>
            <w:shd w:val="clear" w:color="auto" w:fill="EEF6F8"/>
          </w:tcPr>
          <w:p w14:paraId="23755B66" w14:textId="77777777" w:rsidR="002376F7" w:rsidRDefault="00000000">
            <w:r>
              <w:rPr>
                <w:sz w:val="14"/>
              </w:rPr>
              <w:t>death</w:t>
            </w:r>
          </w:p>
        </w:tc>
        <w:tc>
          <w:tcPr>
            <w:tcW w:w="5472" w:type="dxa"/>
            <w:shd w:val="clear" w:color="auto" w:fill="EEF6F8"/>
          </w:tcPr>
          <w:p w14:paraId="6840186A" w14:textId="77777777" w:rsidR="002376F7" w:rsidRDefault="00000000">
            <w:r>
              <w:rPr>
                <w:sz w:val="14"/>
              </w:rPr>
              <w:t>morte</w:t>
            </w:r>
          </w:p>
        </w:tc>
      </w:tr>
      <w:tr w:rsidR="002376F7" w14:paraId="6A550411" w14:textId="77777777">
        <w:trPr>
          <w:jc w:val="center"/>
        </w:trPr>
        <w:tc>
          <w:tcPr>
            <w:tcW w:w="4464" w:type="dxa"/>
          </w:tcPr>
          <w:p w14:paraId="526827D9" w14:textId="77777777" w:rsidR="002376F7" w:rsidRDefault="00000000">
            <w:r>
              <w:rPr>
                <w:sz w:val="14"/>
              </w:rPr>
              <w:t>Dekmber</w:t>
            </w:r>
          </w:p>
        </w:tc>
        <w:tc>
          <w:tcPr>
            <w:tcW w:w="5472" w:type="dxa"/>
          </w:tcPr>
          <w:p w14:paraId="00CD9836" w14:textId="77777777" w:rsidR="002376F7" w:rsidRDefault="00000000">
            <w:r>
              <w:rPr>
                <w:sz w:val="14"/>
              </w:rPr>
              <w:t>dekmbr</w:t>
            </w:r>
          </w:p>
        </w:tc>
      </w:tr>
      <w:tr w:rsidR="002376F7" w14:paraId="2DA0E9EB" w14:textId="77777777">
        <w:trPr>
          <w:jc w:val="center"/>
        </w:trPr>
        <w:tc>
          <w:tcPr>
            <w:tcW w:w="4464" w:type="dxa"/>
            <w:shd w:val="clear" w:color="auto" w:fill="EEF6F8"/>
          </w:tcPr>
          <w:p w14:paraId="5A89DFB6" w14:textId="77777777" w:rsidR="002376F7" w:rsidRDefault="00000000">
            <w:r>
              <w:rPr>
                <w:sz w:val="14"/>
              </w:rPr>
              <w:t>deside</w:t>
            </w:r>
          </w:p>
        </w:tc>
        <w:tc>
          <w:tcPr>
            <w:tcW w:w="5472" w:type="dxa"/>
            <w:shd w:val="clear" w:color="auto" w:fill="EEF6F8"/>
          </w:tcPr>
          <w:p w14:paraId="76581EC2" w14:textId="77777777" w:rsidR="002376F7" w:rsidRDefault="00000000">
            <w:r>
              <w:rPr>
                <w:sz w:val="14"/>
              </w:rPr>
              <w:t>deside</w:t>
            </w:r>
          </w:p>
        </w:tc>
      </w:tr>
      <w:tr w:rsidR="002376F7" w14:paraId="6ED722D5" w14:textId="77777777">
        <w:trPr>
          <w:jc w:val="center"/>
        </w:trPr>
        <w:tc>
          <w:tcPr>
            <w:tcW w:w="4464" w:type="dxa"/>
          </w:tcPr>
          <w:p w14:paraId="113AB683" w14:textId="77777777" w:rsidR="002376F7" w:rsidRDefault="00000000">
            <w:r>
              <w:rPr>
                <w:sz w:val="14"/>
              </w:rPr>
              <w:t>democracy</w:t>
            </w:r>
          </w:p>
        </w:tc>
        <w:tc>
          <w:tcPr>
            <w:tcW w:w="5472" w:type="dxa"/>
          </w:tcPr>
          <w:p w14:paraId="147886C6" w14:textId="77777777" w:rsidR="002376F7" w:rsidRDefault="00000000">
            <w:r>
              <w:rPr>
                <w:sz w:val="14"/>
              </w:rPr>
              <w:t>demokrati</w:t>
            </w:r>
          </w:p>
        </w:tc>
      </w:tr>
      <w:tr w:rsidR="002376F7" w14:paraId="1ED358A0" w14:textId="77777777">
        <w:trPr>
          <w:jc w:val="center"/>
        </w:trPr>
        <w:tc>
          <w:tcPr>
            <w:tcW w:w="4464" w:type="dxa"/>
            <w:shd w:val="clear" w:color="auto" w:fill="EEF6F8"/>
          </w:tcPr>
          <w:p w14:paraId="4E603B77" w14:textId="77777777" w:rsidR="002376F7" w:rsidRDefault="00000000">
            <w:r>
              <w:rPr>
                <w:sz w:val="14"/>
              </w:rPr>
              <w:t>desire</w:t>
            </w:r>
          </w:p>
        </w:tc>
        <w:tc>
          <w:tcPr>
            <w:tcW w:w="5472" w:type="dxa"/>
            <w:shd w:val="clear" w:color="auto" w:fill="EEF6F8"/>
          </w:tcPr>
          <w:p w14:paraId="5CD62842" w14:textId="77777777" w:rsidR="002376F7" w:rsidRDefault="00000000">
            <w:r>
              <w:rPr>
                <w:sz w:val="14"/>
              </w:rPr>
              <w:t>desira</w:t>
            </w:r>
          </w:p>
        </w:tc>
      </w:tr>
      <w:tr w:rsidR="002376F7" w14:paraId="11EE8394" w14:textId="77777777">
        <w:trPr>
          <w:jc w:val="center"/>
        </w:trPr>
        <w:tc>
          <w:tcPr>
            <w:tcW w:w="4464" w:type="dxa"/>
          </w:tcPr>
          <w:p w14:paraId="2CFBB423" w14:textId="77777777" w:rsidR="002376F7" w:rsidRDefault="00000000">
            <w:r>
              <w:rPr>
                <w:sz w:val="14"/>
              </w:rPr>
              <w:t>difficult</w:t>
            </w:r>
          </w:p>
        </w:tc>
        <w:tc>
          <w:tcPr>
            <w:tcW w:w="5472" w:type="dxa"/>
          </w:tcPr>
          <w:p w14:paraId="4F3A7D87" w14:textId="77777777" w:rsidR="002376F7" w:rsidRDefault="00000000">
            <w:r>
              <w:rPr>
                <w:sz w:val="14"/>
              </w:rPr>
              <w:t>difisil</w:t>
            </w:r>
          </w:p>
        </w:tc>
      </w:tr>
      <w:tr w:rsidR="002376F7" w14:paraId="561C106C" w14:textId="77777777">
        <w:trPr>
          <w:jc w:val="center"/>
        </w:trPr>
        <w:tc>
          <w:tcPr>
            <w:tcW w:w="4464" w:type="dxa"/>
            <w:shd w:val="clear" w:color="auto" w:fill="EEF6F8"/>
          </w:tcPr>
          <w:p w14:paraId="063A8EF3" w14:textId="77777777" w:rsidR="002376F7" w:rsidRDefault="00000000">
            <w:r>
              <w:rPr>
                <w:sz w:val="14"/>
              </w:rPr>
              <w:t>direct</w:t>
            </w:r>
          </w:p>
        </w:tc>
        <w:tc>
          <w:tcPr>
            <w:tcW w:w="5472" w:type="dxa"/>
            <w:shd w:val="clear" w:color="auto" w:fill="EEF6F8"/>
          </w:tcPr>
          <w:p w14:paraId="0F8AAD03" w14:textId="77777777" w:rsidR="002376F7" w:rsidRDefault="00000000">
            <w:r>
              <w:rPr>
                <w:sz w:val="14"/>
              </w:rPr>
              <w:t>direkt</w:t>
            </w:r>
          </w:p>
        </w:tc>
      </w:tr>
      <w:tr w:rsidR="002376F7" w14:paraId="3AF7FF0E" w14:textId="77777777">
        <w:trPr>
          <w:jc w:val="center"/>
        </w:trPr>
        <w:tc>
          <w:tcPr>
            <w:tcW w:w="4464" w:type="dxa"/>
          </w:tcPr>
          <w:p w14:paraId="0DAEF241" w14:textId="77777777" w:rsidR="002376F7" w:rsidRDefault="00000000">
            <w:r>
              <w:rPr>
                <w:sz w:val="14"/>
              </w:rPr>
              <w:t>do</w:t>
            </w:r>
          </w:p>
        </w:tc>
        <w:tc>
          <w:tcPr>
            <w:tcW w:w="5472" w:type="dxa"/>
          </w:tcPr>
          <w:p w14:paraId="0B905420" w14:textId="77777777" w:rsidR="002376F7" w:rsidRDefault="00000000">
            <w:r>
              <w:rPr>
                <w:sz w:val="14"/>
              </w:rPr>
              <w:t>far</w:t>
            </w:r>
          </w:p>
        </w:tc>
      </w:tr>
      <w:tr w:rsidR="002376F7" w14:paraId="53C6B028" w14:textId="77777777">
        <w:trPr>
          <w:jc w:val="center"/>
        </w:trPr>
        <w:tc>
          <w:tcPr>
            <w:tcW w:w="4464" w:type="dxa"/>
            <w:shd w:val="clear" w:color="auto" w:fill="EEF6F8"/>
          </w:tcPr>
          <w:p w14:paraId="5700951A" w14:textId="77777777" w:rsidR="002376F7" w:rsidRDefault="00000000">
            <w:r>
              <w:rPr>
                <w:sz w:val="14"/>
              </w:rPr>
              <w:t>door</w:t>
            </w:r>
          </w:p>
        </w:tc>
        <w:tc>
          <w:tcPr>
            <w:tcW w:w="5472" w:type="dxa"/>
            <w:shd w:val="clear" w:color="auto" w:fill="EEF6F8"/>
          </w:tcPr>
          <w:p w14:paraId="4C64D831" w14:textId="77777777" w:rsidR="002376F7" w:rsidRDefault="00000000">
            <w:r>
              <w:rPr>
                <w:sz w:val="14"/>
              </w:rPr>
              <w:t>porta</w:t>
            </w:r>
          </w:p>
        </w:tc>
      </w:tr>
      <w:tr w:rsidR="002376F7" w14:paraId="4EB1ED72" w14:textId="77777777">
        <w:trPr>
          <w:jc w:val="center"/>
        </w:trPr>
        <w:tc>
          <w:tcPr>
            <w:tcW w:w="4464" w:type="dxa"/>
          </w:tcPr>
          <w:p w14:paraId="0860DF01" w14:textId="77777777" w:rsidR="002376F7" w:rsidRDefault="00000000">
            <w:r>
              <w:rPr>
                <w:sz w:val="14"/>
              </w:rPr>
              <w:t>drink</w:t>
            </w:r>
          </w:p>
        </w:tc>
        <w:tc>
          <w:tcPr>
            <w:tcW w:w="5472" w:type="dxa"/>
          </w:tcPr>
          <w:p w14:paraId="0757CF22" w14:textId="77777777" w:rsidR="002376F7" w:rsidRDefault="00000000">
            <w:r>
              <w:rPr>
                <w:sz w:val="14"/>
              </w:rPr>
              <w:t>bebe</w:t>
            </w:r>
          </w:p>
        </w:tc>
      </w:tr>
      <w:tr w:rsidR="002376F7" w14:paraId="6A5026B2" w14:textId="77777777">
        <w:trPr>
          <w:jc w:val="center"/>
        </w:trPr>
        <w:tc>
          <w:tcPr>
            <w:tcW w:w="4464" w:type="dxa"/>
            <w:shd w:val="clear" w:color="auto" w:fill="EEF6F8"/>
          </w:tcPr>
          <w:p w14:paraId="1AEEFAB2" w14:textId="77777777" w:rsidR="002376F7" w:rsidRDefault="00000000">
            <w:r>
              <w:rPr>
                <w:sz w:val="14"/>
              </w:rPr>
              <w:t>easy</w:t>
            </w:r>
          </w:p>
        </w:tc>
        <w:tc>
          <w:tcPr>
            <w:tcW w:w="5472" w:type="dxa"/>
            <w:shd w:val="clear" w:color="auto" w:fill="EEF6F8"/>
          </w:tcPr>
          <w:p w14:paraId="5D142EB1" w14:textId="77777777" w:rsidR="002376F7" w:rsidRDefault="00000000">
            <w:r>
              <w:rPr>
                <w:sz w:val="14"/>
              </w:rPr>
              <w:t>fasil</w:t>
            </w:r>
          </w:p>
        </w:tc>
      </w:tr>
      <w:tr w:rsidR="002376F7" w14:paraId="4397071D" w14:textId="77777777">
        <w:trPr>
          <w:jc w:val="center"/>
        </w:trPr>
        <w:tc>
          <w:tcPr>
            <w:tcW w:w="4464" w:type="dxa"/>
          </w:tcPr>
          <w:p w14:paraId="1FE9782C" w14:textId="77777777" w:rsidR="002376F7" w:rsidRDefault="00000000">
            <w:r>
              <w:rPr>
                <w:sz w:val="14"/>
              </w:rPr>
              <w:t>educate</w:t>
            </w:r>
          </w:p>
        </w:tc>
        <w:tc>
          <w:tcPr>
            <w:tcW w:w="5472" w:type="dxa"/>
          </w:tcPr>
          <w:p w14:paraId="5AB3ECFA" w14:textId="77777777" w:rsidR="002376F7" w:rsidRDefault="00000000">
            <w:r>
              <w:rPr>
                <w:sz w:val="14"/>
              </w:rPr>
              <w:t>eduka</w:t>
            </w:r>
          </w:p>
        </w:tc>
      </w:tr>
      <w:tr w:rsidR="002376F7" w14:paraId="114053E6" w14:textId="77777777">
        <w:trPr>
          <w:jc w:val="center"/>
        </w:trPr>
        <w:tc>
          <w:tcPr>
            <w:tcW w:w="4464" w:type="dxa"/>
            <w:shd w:val="clear" w:color="auto" w:fill="EEF6F8"/>
          </w:tcPr>
          <w:p w14:paraId="13F8CAA4" w14:textId="77777777" w:rsidR="002376F7" w:rsidRDefault="00000000">
            <w:r>
              <w:rPr>
                <w:sz w:val="14"/>
              </w:rPr>
              <w:t>eight</w:t>
            </w:r>
          </w:p>
        </w:tc>
        <w:tc>
          <w:tcPr>
            <w:tcW w:w="5472" w:type="dxa"/>
            <w:shd w:val="clear" w:color="auto" w:fill="EEF6F8"/>
          </w:tcPr>
          <w:p w14:paraId="4A82A6A8" w14:textId="77777777" w:rsidR="002376F7" w:rsidRDefault="00000000">
            <w:r>
              <w:rPr>
                <w:sz w:val="14"/>
              </w:rPr>
              <w:t>okto</w:t>
            </w:r>
          </w:p>
        </w:tc>
      </w:tr>
      <w:tr w:rsidR="002376F7" w14:paraId="2BAA0952" w14:textId="77777777">
        <w:trPr>
          <w:jc w:val="center"/>
        </w:trPr>
        <w:tc>
          <w:tcPr>
            <w:tcW w:w="4464" w:type="dxa"/>
          </w:tcPr>
          <w:p w14:paraId="6BDF625D" w14:textId="77777777" w:rsidR="002376F7" w:rsidRDefault="00000000">
            <w:r>
              <w:rPr>
                <w:sz w:val="14"/>
              </w:rPr>
              <w:t>end</w:t>
            </w:r>
          </w:p>
        </w:tc>
        <w:tc>
          <w:tcPr>
            <w:tcW w:w="5472" w:type="dxa"/>
          </w:tcPr>
          <w:p w14:paraId="73CD7262" w14:textId="77777777" w:rsidR="002376F7" w:rsidRDefault="00000000">
            <w:r>
              <w:rPr>
                <w:sz w:val="14"/>
              </w:rPr>
              <w:t>fin</w:t>
            </w:r>
          </w:p>
        </w:tc>
      </w:tr>
      <w:tr w:rsidR="002376F7" w14:paraId="1A2429E9" w14:textId="77777777">
        <w:trPr>
          <w:jc w:val="center"/>
        </w:trPr>
        <w:tc>
          <w:tcPr>
            <w:tcW w:w="4464" w:type="dxa"/>
            <w:shd w:val="clear" w:color="auto" w:fill="EEF6F8"/>
          </w:tcPr>
          <w:p w14:paraId="35346209" w14:textId="77777777" w:rsidR="002376F7" w:rsidRDefault="00000000">
            <w:r>
              <w:rPr>
                <w:sz w:val="14"/>
              </w:rPr>
              <w:t>energy</w:t>
            </w:r>
          </w:p>
        </w:tc>
        <w:tc>
          <w:tcPr>
            <w:tcW w:w="5472" w:type="dxa"/>
            <w:shd w:val="clear" w:color="auto" w:fill="EEF6F8"/>
          </w:tcPr>
          <w:p w14:paraId="35A1C58B" w14:textId="77777777" w:rsidR="002376F7" w:rsidRDefault="00000000">
            <w:r>
              <w:rPr>
                <w:sz w:val="14"/>
              </w:rPr>
              <w:t>energi</w:t>
            </w:r>
          </w:p>
        </w:tc>
      </w:tr>
      <w:tr w:rsidR="002376F7" w14:paraId="36FE0E5D" w14:textId="77777777">
        <w:trPr>
          <w:jc w:val="center"/>
        </w:trPr>
        <w:tc>
          <w:tcPr>
            <w:tcW w:w="4464" w:type="dxa"/>
          </w:tcPr>
          <w:p w14:paraId="78687CE6" w14:textId="77777777" w:rsidR="002376F7" w:rsidRDefault="00000000">
            <w:r>
              <w:rPr>
                <w:sz w:val="14"/>
              </w:rPr>
              <w:t>enter</w:t>
            </w:r>
          </w:p>
        </w:tc>
        <w:tc>
          <w:tcPr>
            <w:tcW w:w="5472" w:type="dxa"/>
          </w:tcPr>
          <w:p w14:paraId="5B8C78AB" w14:textId="77777777" w:rsidR="002376F7" w:rsidRDefault="00000000">
            <w:r>
              <w:rPr>
                <w:sz w:val="14"/>
              </w:rPr>
              <w:t>entra</w:t>
            </w:r>
          </w:p>
        </w:tc>
      </w:tr>
      <w:tr w:rsidR="002376F7" w14:paraId="1E9EBBAD" w14:textId="77777777">
        <w:trPr>
          <w:jc w:val="center"/>
        </w:trPr>
        <w:tc>
          <w:tcPr>
            <w:tcW w:w="4464" w:type="dxa"/>
            <w:shd w:val="clear" w:color="auto" w:fill="EEF6F8"/>
          </w:tcPr>
          <w:p w14:paraId="4B79E23F" w14:textId="77777777" w:rsidR="002376F7" w:rsidRDefault="00000000">
            <w:r>
              <w:rPr>
                <w:sz w:val="14"/>
              </w:rPr>
              <w:t>example</w:t>
            </w:r>
          </w:p>
        </w:tc>
        <w:tc>
          <w:tcPr>
            <w:tcW w:w="5472" w:type="dxa"/>
            <w:shd w:val="clear" w:color="auto" w:fill="EEF6F8"/>
          </w:tcPr>
          <w:p w14:paraId="1DE96A46" w14:textId="77777777" w:rsidR="002376F7" w:rsidRDefault="00000000">
            <w:r>
              <w:rPr>
                <w:sz w:val="14"/>
              </w:rPr>
              <w:t>exempla</w:t>
            </w:r>
          </w:p>
        </w:tc>
      </w:tr>
      <w:tr w:rsidR="002376F7" w14:paraId="4224A1DB" w14:textId="77777777">
        <w:trPr>
          <w:jc w:val="center"/>
        </w:trPr>
        <w:tc>
          <w:tcPr>
            <w:tcW w:w="4464" w:type="dxa"/>
          </w:tcPr>
          <w:p w14:paraId="4A9290D2" w14:textId="77777777" w:rsidR="002376F7" w:rsidRDefault="00000000">
            <w:r>
              <w:rPr>
                <w:sz w:val="14"/>
              </w:rPr>
              <w:t>eye</w:t>
            </w:r>
          </w:p>
        </w:tc>
        <w:tc>
          <w:tcPr>
            <w:tcW w:w="5472" w:type="dxa"/>
          </w:tcPr>
          <w:p w14:paraId="73CAB23C" w14:textId="77777777" w:rsidR="002376F7" w:rsidRDefault="00000000">
            <w:r>
              <w:rPr>
                <w:sz w:val="14"/>
              </w:rPr>
              <w:t>okulo</w:t>
            </w:r>
          </w:p>
        </w:tc>
      </w:tr>
      <w:tr w:rsidR="002376F7" w14:paraId="1BF93CDE" w14:textId="77777777">
        <w:trPr>
          <w:jc w:val="center"/>
        </w:trPr>
        <w:tc>
          <w:tcPr>
            <w:tcW w:w="4464" w:type="dxa"/>
            <w:shd w:val="clear" w:color="auto" w:fill="EEF6F8"/>
          </w:tcPr>
          <w:p w14:paraId="1262245B" w14:textId="77777777" w:rsidR="002376F7" w:rsidRDefault="00000000">
            <w:r>
              <w:rPr>
                <w:sz w:val="14"/>
              </w:rPr>
              <w:t>face</w:t>
            </w:r>
          </w:p>
        </w:tc>
        <w:tc>
          <w:tcPr>
            <w:tcW w:w="5472" w:type="dxa"/>
            <w:shd w:val="clear" w:color="auto" w:fill="EEF6F8"/>
          </w:tcPr>
          <w:p w14:paraId="5A1969B5" w14:textId="77777777" w:rsidR="002376F7" w:rsidRDefault="00000000">
            <w:r>
              <w:rPr>
                <w:sz w:val="14"/>
              </w:rPr>
              <w:t>fac</w:t>
            </w:r>
          </w:p>
        </w:tc>
      </w:tr>
      <w:tr w:rsidR="002376F7" w14:paraId="0DA8267D" w14:textId="77777777">
        <w:trPr>
          <w:jc w:val="center"/>
        </w:trPr>
        <w:tc>
          <w:tcPr>
            <w:tcW w:w="4464" w:type="dxa"/>
          </w:tcPr>
          <w:p w14:paraId="43A0CAA5" w14:textId="77777777" w:rsidR="002376F7" w:rsidRDefault="00000000">
            <w:r>
              <w:rPr>
                <w:sz w:val="14"/>
              </w:rPr>
              <w:t>fact</w:t>
            </w:r>
          </w:p>
        </w:tc>
        <w:tc>
          <w:tcPr>
            <w:tcW w:w="5472" w:type="dxa"/>
          </w:tcPr>
          <w:p w14:paraId="0A8AE60D" w14:textId="77777777" w:rsidR="002376F7" w:rsidRDefault="00000000">
            <w:r>
              <w:rPr>
                <w:sz w:val="14"/>
              </w:rPr>
              <w:t>fakt</w:t>
            </w:r>
          </w:p>
        </w:tc>
      </w:tr>
      <w:tr w:rsidR="002376F7" w14:paraId="11B9C37E" w14:textId="77777777">
        <w:trPr>
          <w:jc w:val="center"/>
        </w:trPr>
        <w:tc>
          <w:tcPr>
            <w:tcW w:w="4464" w:type="dxa"/>
            <w:shd w:val="clear" w:color="auto" w:fill="EEF6F8"/>
          </w:tcPr>
          <w:p w14:paraId="06D951DF" w14:textId="77777777" w:rsidR="002376F7" w:rsidRDefault="00000000">
            <w:r>
              <w:rPr>
                <w:sz w:val="14"/>
              </w:rPr>
              <w:t>family</w:t>
            </w:r>
          </w:p>
        </w:tc>
        <w:tc>
          <w:tcPr>
            <w:tcW w:w="5472" w:type="dxa"/>
            <w:shd w:val="clear" w:color="auto" w:fill="EEF6F8"/>
          </w:tcPr>
          <w:p w14:paraId="5A267DED" w14:textId="77777777" w:rsidR="002376F7" w:rsidRDefault="00000000">
            <w:r>
              <w:rPr>
                <w:sz w:val="14"/>
              </w:rPr>
              <w:t>familia</w:t>
            </w:r>
          </w:p>
        </w:tc>
      </w:tr>
      <w:tr w:rsidR="002376F7" w14:paraId="725334F5" w14:textId="77777777">
        <w:trPr>
          <w:jc w:val="center"/>
        </w:trPr>
        <w:tc>
          <w:tcPr>
            <w:tcW w:w="4464" w:type="dxa"/>
          </w:tcPr>
          <w:p w14:paraId="1E8D7CD0" w14:textId="77777777" w:rsidR="002376F7" w:rsidRDefault="00000000">
            <w:r>
              <w:rPr>
                <w:sz w:val="14"/>
              </w:rPr>
              <w:t>fast</w:t>
            </w:r>
          </w:p>
        </w:tc>
        <w:tc>
          <w:tcPr>
            <w:tcW w:w="5472" w:type="dxa"/>
          </w:tcPr>
          <w:p w14:paraId="34F9E858" w14:textId="77777777" w:rsidR="002376F7" w:rsidRDefault="00000000">
            <w:r>
              <w:rPr>
                <w:sz w:val="14"/>
              </w:rPr>
              <w:t>rapide</w:t>
            </w:r>
          </w:p>
        </w:tc>
      </w:tr>
      <w:tr w:rsidR="002376F7" w14:paraId="5592CE86" w14:textId="77777777">
        <w:trPr>
          <w:jc w:val="center"/>
        </w:trPr>
        <w:tc>
          <w:tcPr>
            <w:tcW w:w="4464" w:type="dxa"/>
            <w:shd w:val="clear" w:color="auto" w:fill="EEF6F8"/>
          </w:tcPr>
          <w:p w14:paraId="7D2395A8" w14:textId="77777777" w:rsidR="002376F7" w:rsidRDefault="00000000">
            <w:r>
              <w:rPr>
                <w:sz w:val="14"/>
              </w:rPr>
              <w:t>father</w:t>
            </w:r>
          </w:p>
        </w:tc>
        <w:tc>
          <w:tcPr>
            <w:tcW w:w="5472" w:type="dxa"/>
            <w:shd w:val="clear" w:color="auto" w:fill="EEF6F8"/>
          </w:tcPr>
          <w:p w14:paraId="59315B92" w14:textId="77777777" w:rsidR="002376F7" w:rsidRDefault="00000000">
            <w:r>
              <w:rPr>
                <w:sz w:val="14"/>
              </w:rPr>
              <w:t>pater</w:t>
            </w:r>
          </w:p>
        </w:tc>
      </w:tr>
      <w:tr w:rsidR="002376F7" w14:paraId="6CB161A4" w14:textId="77777777">
        <w:trPr>
          <w:jc w:val="center"/>
        </w:trPr>
        <w:tc>
          <w:tcPr>
            <w:tcW w:w="4464" w:type="dxa"/>
          </w:tcPr>
          <w:p w14:paraId="7C09C663" w14:textId="77777777" w:rsidR="002376F7" w:rsidRDefault="00000000">
            <w:r>
              <w:rPr>
                <w:sz w:val="14"/>
              </w:rPr>
              <w:t>female</w:t>
            </w:r>
          </w:p>
        </w:tc>
        <w:tc>
          <w:tcPr>
            <w:tcW w:w="5472" w:type="dxa"/>
          </w:tcPr>
          <w:p w14:paraId="1E0CD0C2" w14:textId="77777777" w:rsidR="002376F7" w:rsidRDefault="00000000">
            <w:r>
              <w:rPr>
                <w:sz w:val="14"/>
              </w:rPr>
              <w:t>fem</w:t>
            </w:r>
          </w:p>
        </w:tc>
      </w:tr>
      <w:tr w:rsidR="002376F7" w14:paraId="4B6D28D0" w14:textId="77777777">
        <w:trPr>
          <w:jc w:val="center"/>
        </w:trPr>
        <w:tc>
          <w:tcPr>
            <w:tcW w:w="4464" w:type="dxa"/>
            <w:shd w:val="clear" w:color="auto" w:fill="EEF6F8"/>
          </w:tcPr>
          <w:p w14:paraId="6BFBAF23" w14:textId="77777777" w:rsidR="002376F7" w:rsidRDefault="00000000">
            <w:r>
              <w:rPr>
                <w:sz w:val="14"/>
              </w:rPr>
              <w:t>first</w:t>
            </w:r>
          </w:p>
        </w:tc>
        <w:tc>
          <w:tcPr>
            <w:tcW w:w="5472" w:type="dxa"/>
            <w:shd w:val="clear" w:color="auto" w:fill="EEF6F8"/>
          </w:tcPr>
          <w:p w14:paraId="317AB48C" w14:textId="77777777" w:rsidR="002376F7" w:rsidRDefault="00000000">
            <w:r>
              <w:rPr>
                <w:sz w:val="14"/>
              </w:rPr>
              <w:t>prima</w:t>
            </w:r>
          </w:p>
        </w:tc>
      </w:tr>
      <w:tr w:rsidR="002376F7" w14:paraId="07F1C41D" w14:textId="77777777">
        <w:trPr>
          <w:jc w:val="center"/>
        </w:trPr>
        <w:tc>
          <w:tcPr>
            <w:tcW w:w="4464" w:type="dxa"/>
          </w:tcPr>
          <w:p w14:paraId="35C3981E" w14:textId="77777777" w:rsidR="002376F7" w:rsidRDefault="00000000">
            <w:r>
              <w:rPr>
                <w:sz w:val="14"/>
              </w:rPr>
              <w:t>five</w:t>
            </w:r>
          </w:p>
        </w:tc>
        <w:tc>
          <w:tcPr>
            <w:tcW w:w="5472" w:type="dxa"/>
          </w:tcPr>
          <w:p w14:paraId="2BAF8799" w14:textId="77777777" w:rsidR="002376F7" w:rsidRDefault="00000000">
            <w:r>
              <w:rPr>
                <w:sz w:val="14"/>
              </w:rPr>
              <w:t>cinque</w:t>
            </w:r>
          </w:p>
        </w:tc>
      </w:tr>
      <w:tr w:rsidR="002376F7" w14:paraId="735EE0FA" w14:textId="77777777">
        <w:trPr>
          <w:jc w:val="center"/>
        </w:trPr>
        <w:tc>
          <w:tcPr>
            <w:tcW w:w="4464" w:type="dxa"/>
            <w:shd w:val="clear" w:color="auto" w:fill="EEF6F8"/>
          </w:tcPr>
          <w:p w14:paraId="60FD439B" w14:textId="77777777" w:rsidR="002376F7" w:rsidRDefault="00000000">
            <w:r>
              <w:rPr>
                <w:sz w:val="14"/>
              </w:rPr>
              <w:t>flower</w:t>
            </w:r>
          </w:p>
        </w:tc>
        <w:tc>
          <w:tcPr>
            <w:tcW w:w="5472" w:type="dxa"/>
            <w:shd w:val="clear" w:color="auto" w:fill="EEF6F8"/>
          </w:tcPr>
          <w:p w14:paraId="6F177E8D" w14:textId="77777777" w:rsidR="002376F7" w:rsidRDefault="00000000">
            <w:r>
              <w:rPr>
                <w:sz w:val="14"/>
              </w:rPr>
              <w:t>flor</w:t>
            </w:r>
          </w:p>
        </w:tc>
      </w:tr>
      <w:tr w:rsidR="002376F7" w14:paraId="6952410D" w14:textId="77777777">
        <w:trPr>
          <w:jc w:val="center"/>
        </w:trPr>
        <w:tc>
          <w:tcPr>
            <w:tcW w:w="4464" w:type="dxa"/>
          </w:tcPr>
          <w:p w14:paraId="19E9DD78" w14:textId="77777777" w:rsidR="002376F7" w:rsidRDefault="00000000">
            <w:r>
              <w:rPr>
                <w:sz w:val="14"/>
              </w:rPr>
              <w:t>food</w:t>
            </w:r>
          </w:p>
        </w:tc>
        <w:tc>
          <w:tcPr>
            <w:tcW w:w="5472" w:type="dxa"/>
          </w:tcPr>
          <w:p w14:paraId="3BE207CE" w14:textId="77777777" w:rsidR="002376F7" w:rsidRDefault="00000000">
            <w:r>
              <w:rPr>
                <w:sz w:val="14"/>
              </w:rPr>
              <w:t>alimenta</w:t>
            </w:r>
          </w:p>
        </w:tc>
      </w:tr>
      <w:tr w:rsidR="002376F7" w14:paraId="19CFBEE3" w14:textId="77777777">
        <w:trPr>
          <w:jc w:val="center"/>
        </w:trPr>
        <w:tc>
          <w:tcPr>
            <w:tcW w:w="4464" w:type="dxa"/>
            <w:shd w:val="clear" w:color="auto" w:fill="EEF6F8"/>
          </w:tcPr>
          <w:p w14:paraId="13967A0D" w14:textId="77777777" w:rsidR="002376F7" w:rsidRDefault="00000000">
            <w:r>
              <w:rPr>
                <w:sz w:val="14"/>
              </w:rPr>
              <w:t>for</w:t>
            </w:r>
          </w:p>
        </w:tc>
        <w:tc>
          <w:tcPr>
            <w:tcW w:w="5472" w:type="dxa"/>
            <w:shd w:val="clear" w:color="auto" w:fill="EEF6F8"/>
          </w:tcPr>
          <w:p w14:paraId="0ED4EE89" w14:textId="77777777" w:rsidR="002376F7" w:rsidRDefault="00000000">
            <w:r>
              <w:rPr>
                <w:sz w:val="14"/>
              </w:rPr>
              <w:t>per</w:t>
            </w:r>
          </w:p>
        </w:tc>
      </w:tr>
      <w:tr w:rsidR="002376F7" w14:paraId="7CE2EEBB" w14:textId="77777777">
        <w:trPr>
          <w:jc w:val="center"/>
        </w:trPr>
        <w:tc>
          <w:tcPr>
            <w:tcW w:w="4464" w:type="dxa"/>
          </w:tcPr>
          <w:p w14:paraId="51DAB805" w14:textId="77777777" w:rsidR="002376F7" w:rsidRDefault="00000000">
            <w:r>
              <w:rPr>
                <w:sz w:val="14"/>
              </w:rPr>
              <w:t>for</w:t>
            </w:r>
          </w:p>
        </w:tc>
        <w:tc>
          <w:tcPr>
            <w:tcW w:w="5472" w:type="dxa"/>
          </w:tcPr>
          <w:p w14:paraId="4ED28270" w14:textId="77777777" w:rsidR="002376F7" w:rsidRDefault="00000000">
            <w:r>
              <w:rPr>
                <w:sz w:val="14"/>
              </w:rPr>
              <w:t>pro</w:t>
            </w:r>
          </w:p>
        </w:tc>
      </w:tr>
      <w:tr w:rsidR="002376F7" w14:paraId="3B9D0361" w14:textId="77777777">
        <w:trPr>
          <w:jc w:val="center"/>
        </w:trPr>
        <w:tc>
          <w:tcPr>
            <w:tcW w:w="4464" w:type="dxa"/>
            <w:shd w:val="clear" w:color="auto" w:fill="EEF6F8"/>
          </w:tcPr>
          <w:p w14:paraId="28ED794A" w14:textId="77777777" w:rsidR="002376F7" w:rsidRDefault="00000000">
            <w:r>
              <w:rPr>
                <w:sz w:val="14"/>
              </w:rPr>
              <w:t>form</w:t>
            </w:r>
          </w:p>
        </w:tc>
        <w:tc>
          <w:tcPr>
            <w:tcW w:w="5472" w:type="dxa"/>
            <w:shd w:val="clear" w:color="auto" w:fill="EEF6F8"/>
          </w:tcPr>
          <w:p w14:paraId="3952E160" w14:textId="77777777" w:rsidR="002376F7" w:rsidRDefault="00000000">
            <w:r>
              <w:rPr>
                <w:sz w:val="14"/>
              </w:rPr>
              <w:t>forma</w:t>
            </w:r>
          </w:p>
        </w:tc>
      </w:tr>
      <w:tr w:rsidR="002376F7" w14:paraId="329E7E55" w14:textId="77777777">
        <w:trPr>
          <w:jc w:val="center"/>
        </w:trPr>
        <w:tc>
          <w:tcPr>
            <w:tcW w:w="4464" w:type="dxa"/>
          </w:tcPr>
          <w:p w14:paraId="11978279" w14:textId="77777777" w:rsidR="002376F7" w:rsidRDefault="00000000">
            <w:r>
              <w:rPr>
                <w:sz w:val="14"/>
              </w:rPr>
              <w:t>four</w:t>
            </w:r>
          </w:p>
        </w:tc>
        <w:tc>
          <w:tcPr>
            <w:tcW w:w="5472" w:type="dxa"/>
          </w:tcPr>
          <w:p w14:paraId="7C751473" w14:textId="77777777" w:rsidR="002376F7" w:rsidRDefault="00000000">
            <w:r>
              <w:rPr>
                <w:sz w:val="14"/>
              </w:rPr>
              <w:t>quatro</w:t>
            </w:r>
          </w:p>
        </w:tc>
      </w:tr>
      <w:tr w:rsidR="002376F7" w14:paraId="0CDA58F0" w14:textId="77777777">
        <w:trPr>
          <w:jc w:val="center"/>
        </w:trPr>
        <w:tc>
          <w:tcPr>
            <w:tcW w:w="4464" w:type="dxa"/>
            <w:shd w:val="clear" w:color="auto" w:fill="EEF6F8"/>
          </w:tcPr>
          <w:p w14:paraId="056154C8" w14:textId="77777777" w:rsidR="002376F7" w:rsidRDefault="00000000">
            <w:r>
              <w:rPr>
                <w:sz w:val="14"/>
              </w:rPr>
              <w:t>free</w:t>
            </w:r>
          </w:p>
        </w:tc>
        <w:tc>
          <w:tcPr>
            <w:tcW w:w="5472" w:type="dxa"/>
            <w:shd w:val="clear" w:color="auto" w:fill="EEF6F8"/>
          </w:tcPr>
          <w:p w14:paraId="01FE1E3A" w14:textId="77777777" w:rsidR="002376F7" w:rsidRDefault="00000000">
            <w:r>
              <w:rPr>
                <w:sz w:val="14"/>
              </w:rPr>
              <w:t>liber</w:t>
            </w:r>
          </w:p>
        </w:tc>
      </w:tr>
      <w:tr w:rsidR="002376F7" w14:paraId="1EC05397" w14:textId="77777777">
        <w:trPr>
          <w:jc w:val="center"/>
        </w:trPr>
        <w:tc>
          <w:tcPr>
            <w:tcW w:w="4464" w:type="dxa"/>
          </w:tcPr>
          <w:p w14:paraId="2F9295B4" w14:textId="77777777" w:rsidR="002376F7" w:rsidRDefault="00000000">
            <w:r>
              <w:rPr>
                <w:sz w:val="14"/>
              </w:rPr>
              <w:t>friend</w:t>
            </w:r>
          </w:p>
        </w:tc>
        <w:tc>
          <w:tcPr>
            <w:tcW w:w="5472" w:type="dxa"/>
          </w:tcPr>
          <w:p w14:paraId="2585F2CC" w14:textId="77777777" w:rsidR="002376F7" w:rsidRDefault="00000000">
            <w:r>
              <w:rPr>
                <w:sz w:val="14"/>
              </w:rPr>
              <w:t>amik</w:t>
            </w:r>
          </w:p>
        </w:tc>
      </w:tr>
      <w:tr w:rsidR="002376F7" w14:paraId="4679E2EC" w14:textId="77777777">
        <w:trPr>
          <w:jc w:val="center"/>
        </w:trPr>
        <w:tc>
          <w:tcPr>
            <w:tcW w:w="4464" w:type="dxa"/>
            <w:shd w:val="clear" w:color="auto" w:fill="EEF6F8"/>
          </w:tcPr>
          <w:p w14:paraId="53539106" w14:textId="77777777" w:rsidR="002376F7" w:rsidRDefault="00000000">
            <w:r>
              <w:rPr>
                <w:sz w:val="14"/>
              </w:rPr>
              <w:t>fruit</w:t>
            </w:r>
          </w:p>
        </w:tc>
        <w:tc>
          <w:tcPr>
            <w:tcW w:w="5472" w:type="dxa"/>
            <w:shd w:val="clear" w:color="auto" w:fill="EEF6F8"/>
          </w:tcPr>
          <w:p w14:paraId="47EF681C" w14:textId="77777777" w:rsidR="002376F7" w:rsidRDefault="00000000">
            <w:r>
              <w:rPr>
                <w:sz w:val="14"/>
              </w:rPr>
              <w:t>fruta</w:t>
            </w:r>
          </w:p>
        </w:tc>
      </w:tr>
      <w:tr w:rsidR="002376F7" w14:paraId="56FC1002" w14:textId="77777777">
        <w:trPr>
          <w:jc w:val="center"/>
        </w:trPr>
        <w:tc>
          <w:tcPr>
            <w:tcW w:w="4464" w:type="dxa"/>
          </w:tcPr>
          <w:p w14:paraId="4D034F06" w14:textId="77777777" w:rsidR="002376F7" w:rsidRDefault="00000000">
            <w:r>
              <w:rPr>
                <w:sz w:val="14"/>
              </w:rPr>
              <w:t>future</w:t>
            </w:r>
          </w:p>
        </w:tc>
        <w:tc>
          <w:tcPr>
            <w:tcW w:w="5472" w:type="dxa"/>
          </w:tcPr>
          <w:p w14:paraId="12FB8A79" w14:textId="77777777" w:rsidR="002376F7" w:rsidRDefault="00000000">
            <w:r>
              <w:rPr>
                <w:sz w:val="14"/>
              </w:rPr>
              <w:t>futur</w:t>
            </w:r>
          </w:p>
        </w:tc>
      </w:tr>
      <w:tr w:rsidR="002376F7" w14:paraId="40AB8B47" w14:textId="77777777">
        <w:trPr>
          <w:jc w:val="center"/>
        </w:trPr>
        <w:tc>
          <w:tcPr>
            <w:tcW w:w="4464" w:type="dxa"/>
            <w:shd w:val="clear" w:color="auto" w:fill="EEF6F8"/>
          </w:tcPr>
          <w:p w14:paraId="1EFF0494" w14:textId="77777777" w:rsidR="002376F7" w:rsidRDefault="00000000">
            <w:r>
              <w:rPr>
                <w:sz w:val="14"/>
              </w:rPr>
              <w:t>generation</w:t>
            </w:r>
          </w:p>
        </w:tc>
        <w:tc>
          <w:tcPr>
            <w:tcW w:w="5472" w:type="dxa"/>
            <w:shd w:val="clear" w:color="auto" w:fill="EEF6F8"/>
          </w:tcPr>
          <w:p w14:paraId="385F722A" w14:textId="77777777" w:rsidR="002376F7" w:rsidRDefault="00000000">
            <w:r>
              <w:rPr>
                <w:sz w:val="14"/>
              </w:rPr>
              <w:t>gener</w:t>
            </w:r>
          </w:p>
        </w:tc>
      </w:tr>
      <w:tr w:rsidR="002376F7" w14:paraId="16B994C0" w14:textId="77777777">
        <w:trPr>
          <w:jc w:val="center"/>
        </w:trPr>
        <w:tc>
          <w:tcPr>
            <w:tcW w:w="4464" w:type="dxa"/>
          </w:tcPr>
          <w:p w14:paraId="100AEA5A" w14:textId="77777777" w:rsidR="002376F7" w:rsidRDefault="00000000">
            <w:r>
              <w:rPr>
                <w:sz w:val="14"/>
              </w:rPr>
              <w:t>give</w:t>
            </w:r>
          </w:p>
        </w:tc>
        <w:tc>
          <w:tcPr>
            <w:tcW w:w="5472" w:type="dxa"/>
          </w:tcPr>
          <w:p w14:paraId="0DCD4415" w14:textId="77777777" w:rsidR="002376F7" w:rsidRDefault="00000000">
            <w:r>
              <w:rPr>
                <w:sz w:val="14"/>
              </w:rPr>
              <w:t>da</w:t>
            </w:r>
          </w:p>
        </w:tc>
      </w:tr>
      <w:tr w:rsidR="002376F7" w14:paraId="1FB309D0" w14:textId="77777777">
        <w:trPr>
          <w:jc w:val="center"/>
        </w:trPr>
        <w:tc>
          <w:tcPr>
            <w:tcW w:w="4464" w:type="dxa"/>
            <w:shd w:val="clear" w:color="auto" w:fill="EEF6F8"/>
          </w:tcPr>
          <w:p w14:paraId="688C4949" w14:textId="77777777" w:rsidR="002376F7" w:rsidRDefault="00000000">
            <w:r>
              <w:rPr>
                <w:sz w:val="14"/>
              </w:rPr>
              <w:t>glory</w:t>
            </w:r>
          </w:p>
        </w:tc>
        <w:tc>
          <w:tcPr>
            <w:tcW w:w="5472" w:type="dxa"/>
            <w:shd w:val="clear" w:color="auto" w:fill="EEF6F8"/>
          </w:tcPr>
          <w:p w14:paraId="68E476EB" w14:textId="77777777" w:rsidR="002376F7" w:rsidRDefault="00000000">
            <w:r>
              <w:rPr>
                <w:sz w:val="14"/>
              </w:rPr>
              <w:t>gloria</w:t>
            </w:r>
          </w:p>
        </w:tc>
      </w:tr>
      <w:tr w:rsidR="002376F7" w14:paraId="03E34FA4" w14:textId="77777777">
        <w:trPr>
          <w:jc w:val="center"/>
        </w:trPr>
        <w:tc>
          <w:tcPr>
            <w:tcW w:w="4464" w:type="dxa"/>
          </w:tcPr>
          <w:p w14:paraId="328C2E61" w14:textId="77777777" w:rsidR="002376F7" w:rsidRDefault="00000000">
            <w:r>
              <w:rPr>
                <w:sz w:val="14"/>
              </w:rPr>
              <w:t>good</w:t>
            </w:r>
          </w:p>
        </w:tc>
        <w:tc>
          <w:tcPr>
            <w:tcW w:w="5472" w:type="dxa"/>
          </w:tcPr>
          <w:p w14:paraId="46DC1375" w14:textId="77777777" w:rsidR="002376F7" w:rsidRDefault="00000000">
            <w:r>
              <w:rPr>
                <w:sz w:val="14"/>
              </w:rPr>
              <w:t>bon</w:t>
            </w:r>
          </w:p>
        </w:tc>
      </w:tr>
      <w:tr w:rsidR="002376F7" w14:paraId="237CBB5A" w14:textId="77777777">
        <w:trPr>
          <w:jc w:val="center"/>
        </w:trPr>
        <w:tc>
          <w:tcPr>
            <w:tcW w:w="4464" w:type="dxa"/>
            <w:shd w:val="clear" w:color="auto" w:fill="EEF6F8"/>
          </w:tcPr>
          <w:p w14:paraId="4272FBC7" w14:textId="77777777" w:rsidR="002376F7" w:rsidRDefault="00000000">
            <w:r>
              <w:rPr>
                <w:sz w:val="14"/>
              </w:rPr>
              <w:t>govern</w:t>
            </w:r>
          </w:p>
        </w:tc>
        <w:tc>
          <w:tcPr>
            <w:tcW w:w="5472" w:type="dxa"/>
            <w:shd w:val="clear" w:color="auto" w:fill="EEF6F8"/>
          </w:tcPr>
          <w:p w14:paraId="5031D9C8" w14:textId="77777777" w:rsidR="002376F7" w:rsidRDefault="00000000">
            <w:r>
              <w:rPr>
                <w:sz w:val="14"/>
              </w:rPr>
              <w:t>governa</w:t>
            </w:r>
          </w:p>
        </w:tc>
      </w:tr>
      <w:tr w:rsidR="002376F7" w14:paraId="5623BED1" w14:textId="77777777">
        <w:trPr>
          <w:jc w:val="center"/>
        </w:trPr>
        <w:tc>
          <w:tcPr>
            <w:tcW w:w="4464" w:type="dxa"/>
          </w:tcPr>
          <w:p w14:paraId="032C428B" w14:textId="77777777" w:rsidR="002376F7" w:rsidRDefault="00000000">
            <w:r>
              <w:rPr>
                <w:sz w:val="14"/>
              </w:rPr>
              <w:t>great</w:t>
            </w:r>
          </w:p>
        </w:tc>
        <w:tc>
          <w:tcPr>
            <w:tcW w:w="5472" w:type="dxa"/>
          </w:tcPr>
          <w:p w14:paraId="54016F9D" w14:textId="77777777" w:rsidR="002376F7" w:rsidRDefault="00000000">
            <w:r>
              <w:rPr>
                <w:sz w:val="14"/>
              </w:rPr>
              <w:t>grande</w:t>
            </w:r>
          </w:p>
        </w:tc>
      </w:tr>
      <w:tr w:rsidR="002376F7" w14:paraId="4AFD7903" w14:textId="77777777">
        <w:trPr>
          <w:jc w:val="center"/>
        </w:trPr>
        <w:tc>
          <w:tcPr>
            <w:tcW w:w="4464" w:type="dxa"/>
            <w:shd w:val="clear" w:color="auto" w:fill="EEF6F8"/>
          </w:tcPr>
          <w:p w14:paraId="345C2E2B" w14:textId="77777777" w:rsidR="002376F7" w:rsidRDefault="00000000">
            <w:r>
              <w:rPr>
                <w:sz w:val="14"/>
              </w:rPr>
              <w:t>group</w:t>
            </w:r>
          </w:p>
        </w:tc>
        <w:tc>
          <w:tcPr>
            <w:tcW w:w="5472" w:type="dxa"/>
            <w:shd w:val="clear" w:color="auto" w:fill="EEF6F8"/>
          </w:tcPr>
          <w:p w14:paraId="4F640415" w14:textId="77777777" w:rsidR="002376F7" w:rsidRDefault="00000000">
            <w:r>
              <w:rPr>
                <w:sz w:val="14"/>
              </w:rPr>
              <w:t>grupo</w:t>
            </w:r>
          </w:p>
        </w:tc>
      </w:tr>
      <w:tr w:rsidR="002376F7" w14:paraId="0F4D6C07" w14:textId="77777777">
        <w:trPr>
          <w:jc w:val="center"/>
        </w:trPr>
        <w:tc>
          <w:tcPr>
            <w:tcW w:w="4464" w:type="dxa"/>
          </w:tcPr>
          <w:p w14:paraId="79184AB1" w14:textId="77777777" w:rsidR="002376F7" w:rsidRDefault="00000000">
            <w:r>
              <w:rPr>
                <w:sz w:val="14"/>
              </w:rPr>
              <w:t>guide</w:t>
            </w:r>
          </w:p>
        </w:tc>
        <w:tc>
          <w:tcPr>
            <w:tcW w:w="5472" w:type="dxa"/>
          </w:tcPr>
          <w:p w14:paraId="33F66A01" w14:textId="77777777" w:rsidR="002376F7" w:rsidRDefault="00000000">
            <w:r>
              <w:rPr>
                <w:sz w:val="14"/>
              </w:rPr>
              <w:t>guia</w:t>
            </w:r>
          </w:p>
        </w:tc>
      </w:tr>
      <w:tr w:rsidR="002376F7" w14:paraId="2108AA99" w14:textId="77777777">
        <w:trPr>
          <w:jc w:val="center"/>
        </w:trPr>
        <w:tc>
          <w:tcPr>
            <w:tcW w:w="4464" w:type="dxa"/>
            <w:shd w:val="clear" w:color="auto" w:fill="EEF6F8"/>
          </w:tcPr>
          <w:p w14:paraId="2835FCD8" w14:textId="77777777" w:rsidR="002376F7" w:rsidRDefault="00000000">
            <w:r>
              <w:rPr>
                <w:sz w:val="14"/>
              </w:rPr>
              <w:t>hand</w:t>
            </w:r>
          </w:p>
        </w:tc>
        <w:tc>
          <w:tcPr>
            <w:tcW w:w="5472" w:type="dxa"/>
            <w:shd w:val="clear" w:color="auto" w:fill="EEF6F8"/>
          </w:tcPr>
          <w:p w14:paraId="3A31BC11" w14:textId="77777777" w:rsidR="002376F7" w:rsidRDefault="00000000">
            <w:r>
              <w:rPr>
                <w:sz w:val="14"/>
              </w:rPr>
              <w:t>mano</w:t>
            </w:r>
          </w:p>
        </w:tc>
      </w:tr>
      <w:tr w:rsidR="002376F7" w14:paraId="6934D19A" w14:textId="77777777">
        <w:trPr>
          <w:jc w:val="center"/>
        </w:trPr>
        <w:tc>
          <w:tcPr>
            <w:tcW w:w="4464" w:type="dxa"/>
          </w:tcPr>
          <w:p w14:paraId="648581ED" w14:textId="77777777" w:rsidR="002376F7" w:rsidRDefault="00000000">
            <w:r>
              <w:rPr>
                <w:sz w:val="14"/>
              </w:rPr>
              <w:t>happy</w:t>
            </w:r>
          </w:p>
        </w:tc>
        <w:tc>
          <w:tcPr>
            <w:tcW w:w="5472" w:type="dxa"/>
          </w:tcPr>
          <w:p w14:paraId="70D652D6" w14:textId="77777777" w:rsidR="002376F7" w:rsidRDefault="00000000">
            <w:r>
              <w:rPr>
                <w:sz w:val="14"/>
              </w:rPr>
              <w:t>feliz</w:t>
            </w:r>
          </w:p>
        </w:tc>
      </w:tr>
      <w:tr w:rsidR="002376F7" w14:paraId="77A3C53C" w14:textId="77777777">
        <w:trPr>
          <w:jc w:val="center"/>
        </w:trPr>
        <w:tc>
          <w:tcPr>
            <w:tcW w:w="4464" w:type="dxa"/>
            <w:shd w:val="clear" w:color="auto" w:fill="EEF6F8"/>
          </w:tcPr>
          <w:p w14:paraId="2A59F682" w14:textId="77777777" w:rsidR="002376F7" w:rsidRDefault="00000000">
            <w:r>
              <w:rPr>
                <w:sz w:val="14"/>
              </w:rPr>
              <w:t>have</w:t>
            </w:r>
          </w:p>
        </w:tc>
        <w:tc>
          <w:tcPr>
            <w:tcW w:w="5472" w:type="dxa"/>
            <w:shd w:val="clear" w:color="auto" w:fill="EEF6F8"/>
          </w:tcPr>
          <w:p w14:paraId="5852B2D7" w14:textId="77777777" w:rsidR="002376F7" w:rsidRDefault="00000000">
            <w:r>
              <w:rPr>
                <w:sz w:val="14"/>
              </w:rPr>
              <w:t>habe</w:t>
            </w:r>
          </w:p>
        </w:tc>
      </w:tr>
      <w:tr w:rsidR="002376F7" w14:paraId="70A79035" w14:textId="77777777">
        <w:trPr>
          <w:jc w:val="center"/>
        </w:trPr>
        <w:tc>
          <w:tcPr>
            <w:tcW w:w="4464" w:type="dxa"/>
          </w:tcPr>
          <w:p w14:paraId="60D2748C" w14:textId="77777777" w:rsidR="002376F7" w:rsidRDefault="00000000">
            <w:r>
              <w:rPr>
                <w:sz w:val="14"/>
              </w:rPr>
              <w:t>he</w:t>
            </w:r>
          </w:p>
        </w:tc>
        <w:tc>
          <w:tcPr>
            <w:tcW w:w="5472" w:type="dxa"/>
          </w:tcPr>
          <w:p w14:paraId="04CE127A" w14:textId="77777777" w:rsidR="002376F7" w:rsidRDefault="00000000">
            <w:r>
              <w:rPr>
                <w:sz w:val="14"/>
              </w:rPr>
              <w:t>il</w:t>
            </w:r>
          </w:p>
        </w:tc>
      </w:tr>
      <w:tr w:rsidR="002376F7" w14:paraId="0B90A4A5" w14:textId="77777777">
        <w:trPr>
          <w:jc w:val="center"/>
        </w:trPr>
        <w:tc>
          <w:tcPr>
            <w:tcW w:w="4464" w:type="dxa"/>
            <w:shd w:val="clear" w:color="auto" w:fill="EEF6F8"/>
          </w:tcPr>
          <w:p w14:paraId="675442CE" w14:textId="77777777" w:rsidR="002376F7" w:rsidRDefault="00000000">
            <w:r>
              <w:rPr>
                <w:sz w:val="14"/>
              </w:rPr>
              <w:t>healthy</w:t>
            </w:r>
          </w:p>
        </w:tc>
        <w:tc>
          <w:tcPr>
            <w:tcW w:w="5472" w:type="dxa"/>
            <w:shd w:val="clear" w:color="auto" w:fill="EEF6F8"/>
          </w:tcPr>
          <w:p w14:paraId="2693B4ED" w14:textId="77777777" w:rsidR="002376F7" w:rsidRDefault="00000000">
            <w:r>
              <w:rPr>
                <w:sz w:val="14"/>
              </w:rPr>
              <w:t>sana</w:t>
            </w:r>
          </w:p>
        </w:tc>
      </w:tr>
      <w:tr w:rsidR="002376F7" w14:paraId="36C60602" w14:textId="77777777">
        <w:trPr>
          <w:jc w:val="center"/>
        </w:trPr>
        <w:tc>
          <w:tcPr>
            <w:tcW w:w="4464" w:type="dxa"/>
          </w:tcPr>
          <w:p w14:paraId="4708F86D" w14:textId="77777777" w:rsidR="002376F7" w:rsidRDefault="00000000">
            <w:r>
              <w:rPr>
                <w:sz w:val="14"/>
              </w:rPr>
              <w:t>hear</w:t>
            </w:r>
          </w:p>
        </w:tc>
        <w:tc>
          <w:tcPr>
            <w:tcW w:w="5472" w:type="dxa"/>
          </w:tcPr>
          <w:p w14:paraId="3E2F4710" w14:textId="77777777" w:rsidR="002376F7" w:rsidRDefault="00000000">
            <w:r>
              <w:rPr>
                <w:sz w:val="14"/>
              </w:rPr>
              <w:t>aud</w:t>
            </w:r>
          </w:p>
        </w:tc>
      </w:tr>
      <w:tr w:rsidR="002376F7" w14:paraId="6F877C4A" w14:textId="77777777">
        <w:trPr>
          <w:jc w:val="center"/>
        </w:trPr>
        <w:tc>
          <w:tcPr>
            <w:tcW w:w="4464" w:type="dxa"/>
            <w:shd w:val="clear" w:color="auto" w:fill="EEF6F8"/>
          </w:tcPr>
          <w:p w14:paraId="65E1425B" w14:textId="77777777" w:rsidR="002376F7" w:rsidRDefault="00000000">
            <w:r>
              <w:rPr>
                <w:sz w:val="14"/>
              </w:rPr>
              <w:t>heat</w:t>
            </w:r>
          </w:p>
        </w:tc>
        <w:tc>
          <w:tcPr>
            <w:tcW w:w="5472" w:type="dxa"/>
            <w:shd w:val="clear" w:color="auto" w:fill="EEF6F8"/>
          </w:tcPr>
          <w:p w14:paraId="0DBB8FC7" w14:textId="77777777" w:rsidR="002376F7" w:rsidRDefault="00000000">
            <w:r>
              <w:rPr>
                <w:sz w:val="14"/>
              </w:rPr>
              <w:t>kalor</w:t>
            </w:r>
          </w:p>
        </w:tc>
      </w:tr>
      <w:tr w:rsidR="002376F7" w14:paraId="3B9118D9" w14:textId="77777777">
        <w:trPr>
          <w:jc w:val="center"/>
        </w:trPr>
        <w:tc>
          <w:tcPr>
            <w:tcW w:w="4464" w:type="dxa"/>
          </w:tcPr>
          <w:p w14:paraId="3BB80929" w14:textId="77777777" w:rsidR="002376F7" w:rsidRDefault="00000000">
            <w:r>
              <w:rPr>
                <w:sz w:val="14"/>
              </w:rPr>
              <w:t>hello</w:t>
            </w:r>
          </w:p>
        </w:tc>
        <w:tc>
          <w:tcPr>
            <w:tcW w:w="5472" w:type="dxa"/>
          </w:tcPr>
          <w:p w14:paraId="1E44417D" w14:textId="77777777" w:rsidR="002376F7" w:rsidRDefault="00000000">
            <w:r>
              <w:rPr>
                <w:sz w:val="14"/>
              </w:rPr>
              <w:t>salve</w:t>
            </w:r>
          </w:p>
        </w:tc>
      </w:tr>
      <w:tr w:rsidR="002376F7" w14:paraId="7BF7021C" w14:textId="77777777">
        <w:trPr>
          <w:jc w:val="center"/>
        </w:trPr>
        <w:tc>
          <w:tcPr>
            <w:tcW w:w="4464" w:type="dxa"/>
            <w:shd w:val="clear" w:color="auto" w:fill="EEF6F8"/>
          </w:tcPr>
          <w:p w14:paraId="48731EC3" w14:textId="77777777" w:rsidR="002376F7" w:rsidRDefault="00000000">
            <w:r>
              <w:rPr>
                <w:sz w:val="14"/>
              </w:rPr>
              <w:t>help</w:t>
            </w:r>
          </w:p>
        </w:tc>
        <w:tc>
          <w:tcPr>
            <w:tcW w:w="5472" w:type="dxa"/>
            <w:shd w:val="clear" w:color="auto" w:fill="EEF6F8"/>
          </w:tcPr>
          <w:p w14:paraId="03700831" w14:textId="77777777" w:rsidR="002376F7" w:rsidRDefault="00000000">
            <w:r>
              <w:rPr>
                <w:sz w:val="14"/>
              </w:rPr>
              <w:t>ajuda</w:t>
            </w:r>
          </w:p>
        </w:tc>
      </w:tr>
      <w:tr w:rsidR="002376F7" w14:paraId="149A7C23" w14:textId="77777777">
        <w:trPr>
          <w:jc w:val="center"/>
        </w:trPr>
        <w:tc>
          <w:tcPr>
            <w:tcW w:w="4464" w:type="dxa"/>
          </w:tcPr>
          <w:p w14:paraId="4E18E2DC" w14:textId="77777777" w:rsidR="002376F7" w:rsidRDefault="00000000">
            <w:r>
              <w:rPr>
                <w:sz w:val="14"/>
              </w:rPr>
              <w:t>here</w:t>
            </w:r>
          </w:p>
        </w:tc>
        <w:tc>
          <w:tcPr>
            <w:tcW w:w="5472" w:type="dxa"/>
          </w:tcPr>
          <w:p w14:paraId="2BC3E0F9" w14:textId="77777777" w:rsidR="002376F7" w:rsidRDefault="00000000">
            <w:r>
              <w:rPr>
                <w:sz w:val="14"/>
              </w:rPr>
              <w:t>ici</w:t>
            </w:r>
          </w:p>
        </w:tc>
      </w:tr>
      <w:tr w:rsidR="002376F7" w14:paraId="168A18C4" w14:textId="77777777">
        <w:trPr>
          <w:jc w:val="center"/>
        </w:trPr>
        <w:tc>
          <w:tcPr>
            <w:tcW w:w="4464" w:type="dxa"/>
            <w:shd w:val="clear" w:color="auto" w:fill="EEF6F8"/>
          </w:tcPr>
          <w:p w14:paraId="05990FBA" w14:textId="77777777" w:rsidR="002376F7" w:rsidRDefault="00000000">
            <w:r>
              <w:rPr>
                <w:sz w:val="14"/>
              </w:rPr>
              <w:t>high</w:t>
            </w:r>
          </w:p>
        </w:tc>
        <w:tc>
          <w:tcPr>
            <w:tcW w:w="5472" w:type="dxa"/>
            <w:shd w:val="clear" w:color="auto" w:fill="EEF6F8"/>
          </w:tcPr>
          <w:p w14:paraId="5BFD1136" w14:textId="77777777" w:rsidR="002376F7" w:rsidRDefault="00000000">
            <w:r>
              <w:rPr>
                <w:sz w:val="14"/>
              </w:rPr>
              <w:t>alto</w:t>
            </w:r>
          </w:p>
        </w:tc>
      </w:tr>
      <w:tr w:rsidR="002376F7" w14:paraId="4A726C7A" w14:textId="77777777">
        <w:trPr>
          <w:jc w:val="center"/>
        </w:trPr>
        <w:tc>
          <w:tcPr>
            <w:tcW w:w="4464" w:type="dxa"/>
          </w:tcPr>
          <w:p w14:paraId="4AE4CA01" w14:textId="77777777" w:rsidR="002376F7" w:rsidRDefault="00000000">
            <w:r>
              <w:rPr>
                <w:sz w:val="14"/>
              </w:rPr>
              <w:t>home</w:t>
            </w:r>
          </w:p>
        </w:tc>
        <w:tc>
          <w:tcPr>
            <w:tcW w:w="5472" w:type="dxa"/>
          </w:tcPr>
          <w:p w14:paraId="4626680C" w14:textId="77777777" w:rsidR="002376F7" w:rsidRDefault="00000000">
            <w:r>
              <w:rPr>
                <w:sz w:val="14"/>
              </w:rPr>
              <w:t>dom</w:t>
            </w:r>
          </w:p>
        </w:tc>
      </w:tr>
      <w:tr w:rsidR="002376F7" w14:paraId="1CAF05EF" w14:textId="77777777">
        <w:trPr>
          <w:jc w:val="center"/>
        </w:trPr>
        <w:tc>
          <w:tcPr>
            <w:tcW w:w="4464" w:type="dxa"/>
            <w:shd w:val="clear" w:color="auto" w:fill="EEF6F8"/>
          </w:tcPr>
          <w:p w14:paraId="22B84F2D" w14:textId="77777777" w:rsidR="002376F7" w:rsidRDefault="00000000">
            <w:r>
              <w:rPr>
                <w:sz w:val="14"/>
              </w:rPr>
              <w:t>hope</w:t>
            </w:r>
          </w:p>
        </w:tc>
        <w:tc>
          <w:tcPr>
            <w:tcW w:w="5472" w:type="dxa"/>
            <w:shd w:val="clear" w:color="auto" w:fill="EEF6F8"/>
          </w:tcPr>
          <w:p w14:paraId="13C2366F" w14:textId="77777777" w:rsidR="002376F7" w:rsidRDefault="00000000">
            <w:r>
              <w:rPr>
                <w:sz w:val="14"/>
              </w:rPr>
              <w:t>espera</w:t>
            </w:r>
          </w:p>
        </w:tc>
      </w:tr>
      <w:tr w:rsidR="002376F7" w14:paraId="402AF7AD" w14:textId="77777777">
        <w:trPr>
          <w:jc w:val="center"/>
        </w:trPr>
        <w:tc>
          <w:tcPr>
            <w:tcW w:w="4464" w:type="dxa"/>
          </w:tcPr>
          <w:p w14:paraId="018371DA" w14:textId="77777777" w:rsidR="002376F7" w:rsidRDefault="00000000">
            <w:r>
              <w:rPr>
                <w:sz w:val="14"/>
              </w:rPr>
              <w:t>hour</w:t>
            </w:r>
          </w:p>
        </w:tc>
        <w:tc>
          <w:tcPr>
            <w:tcW w:w="5472" w:type="dxa"/>
          </w:tcPr>
          <w:p w14:paraId="2AB36B5F" w14:textId="77777777" w:rsidR="002376F7" w:rsidRDefault="00000000">
            <w:r>
              <w:rPr>
                <w:sz w:val="14"/>
              </w:rPr>
              <w:t>hora</w:t>
            </w:r>
          </w:p>
        </w:tc>
      </w:tr>
      <w:tr w:rsidR="002376F7" w14:paraId="1D57FACC" w14:textId="77777777">
        <w:trPr>
          <w:jc w:val="center"/>
        </w:trPr>
        <w:tc>
          <w:tcPr>
            <w:tcW w:w="4464" w:type="dxa"/>
            <w:shd w:val="clear" w:color="auto" w:fill="EEF6F8"/>
          </w:tcPr>
          <w:p w14:paraId="4B6C76DC" w14:textId="77777777" w:rsidR="002376F7" w:rsidRDefault="00000000">
            <w:r>
              <w:rPr>
                <w:sz w:val="14"/>
              </w:rPr>
              <w:t>house</w:t>
            </w:r>
          </w:p>
        </w:tc>
        <w:tc>
          <w:tcPr>
            <w:tcW w:w="5472" w:type="dxa"/>
            <w:shd w:val="clear" w:color="auto" w:fill="EEF6F8"/>
          </w:tcPr>
          <w:p w14:paraId="1B18B156" w14:textId="77777777" w:rsidR="002376F7" w:rsidRDefault="00000000">
            <w:r>
              <w:rPr>
                <w:sz w:val="14"/>
              </w:rPr>
              <w:t>kasa</w:t>
            </w:r>
          </w:p>
        </w:tc>
      </w:tr>
      <w:tr w:rsidR="002376F7" w14:paraId="5B44ECA5" w14:textId="77777777">
        <w:trPr>
          <w:jc w:val="center"/>
        </w:trPr>
        <w:tc>
          <w:tcPr>
            <w:tcW w:w="4464" w:type="dxa"/>
          </w:tcPr>
          <w:p w14:paraId="533D33AF" w14:textId="77777777" w:rsidR="002376F7" w:rsidRDefault="00000000">
            <w:r>
              <w:rPr>
                <w:sz w:val="14"/>
              </w:rPr>
              <w:t>how</w:t>
            </w:r>
          </w:p>
        </w:tc>
        <w:tc>
          <w:tcPr>
            <w:tcW w:w="5472" w:type="dxa"/>
          </w:tcPr>
          <w:p w14:paraId="6DF496AA" w14:textId="77777777" w:rsidR="002376F7" w:rsidRDefault="00000000">
            <w:r>
              <w:rPr>
                <w:sz w:val="14"/>
              </w:rPr>
              <w:t>kom</w:t>
            </w:r>
          </w:p>
        </w:tc>
      </w:tr>
      <w:tr w:rsidR="002376F7" w14:paraId="75FCF4EF" w14:textId="77777777">
        <w:trPr>
          <w:jc w:val="center"/>
        </w:trPr>
        <w:tc>
          <w:tcPr>
            <w:tcW w:w="4464" w:type="dxa"/>
            <w:shd w:val="clear" w:color="auto" w:fill="EEF6F8"/>
          </w:tcPr>
          <w:p w14:paraId="7E375D90" w14:textId="77777777" w:rsidR="002376F7" w:rsidRDefault="00000000">
            <w:r>
              <w:rPr>
                <w:sz w:val="14"/>
              </w:rPr>
              <w:t>how much</w:t>
            </w:r>
          </w:p>
        </w:tc>
        <w:tc>
          <w:tcPr>
            <w:tcW w:w="5472" w:type="dxa"/>
            <w:shd w:val="clear" w:color="auto" w:fill="EEF6F8"/>
          </w:tcPr>
          <w:p w14:paraId="2D0D6589" w14:textId="77777777" w:rsidR="002376F7" w:rsidRDefault="00000000">
            <w:r>
              <w:rPr>
                <w:sz w:val="14"/>
              </w:rPr>
              <w:t>quant</w:t>
            </w:r>
          </w:p>
        </w:tc>
      </w:tr>
      <w:tr w:rsidR="002376F7" w14:paraId="67362817" w14:textId="77777777">
        <w:trPr>
          <w:jc w:val="center"/>
        </w:trPr>
        <w:tc>
          <w:tcPr>
            <w:tcW w:w="4464" w:type="dxa"/>
          </w:tcPr>
          <w:p w14:paraId="044D6F90" w14:textId="77777777" w:rsidR="002376F7" w:rsidRDefault="00000000">
            <w:r>
              <w:rPr>
                <w:sz w:val="14"/>
              </w:rPr>
              <w:t>human</w:t>
            </w:r>
          </w:p>
        </w:tc>
        <w:tc>
          <w:tcPr>
            <w:tcW w:w="5472" w:type="dxa"/>
          </w:tcPr>
          <w:p w14:paraId="29BD88CF" w14:textId="77777777" w:rsidR="002376F7" w:rsidRDefault="00000000">
            <w:r>
              <w:rPr>
                <w:sz w:val="14"/>
              </w:rPr>
              <w:t>homo</w:t>
            </w:r>
          </w:p>
        </w:tc>
      </w:tr>
      <w:tr w:rsidR="002376F7" w14:paraId="74DD0B0D" w14:textId="77777777">
        <w:trPr>
          <w:jc w:val="center"/>
        </w:trPr>
        <w:tc>
          <w:tcPr>
            <w:tcW w:w="4464" w:type="dxa"/>
            <w:shd w:val="clear" w:color="auto" w:fill="EEF6F8"/>
          </w:tcPr>
          <w:p w14:paraId="23ACF1B8" w14:textId="77777777" w:rsidR="002376F7" w:rsidRDefault="00000000">
            <w:r>
              <w:rPr>
                <w:sz w:val="14"/>
              </w:rPr>
              <w:t>humor</w:t>
            </w:r>
          </w:p>
        </w:tc>
        <w:tc>
          <w:tcPr>
            <w:tcW w:w="5472" w:type="dxa"/>
            <w:shd w:val="clear" w:color="auto" w:fill="EEF6F8"/>
          </w:tcPr>
          <w:p w14:paraId="3CC1E0E2" w14:textId="77777777" w:rsidR="002376F7" w:rsidRDefault="00000000">
            <w:r>
              <w:rPr>
                <w:sz w:val="14"/>
              </w:rPr>
              <w:t>humor</w:t>
            </w:r>
          </w:p>
        </w:tc>
      </w:tr>
      <w:tr w:rsidR="002376F7" w14:paraId="2995D82D" w14:textId="77777777">
        <w:trPr>
          <w:jc w:val="center"/>
        </w:trPr>
        <w:tc>
          <w:tcPr>
            <w:tcW w:w="4464" w:type="dxa"/>
          </w:tcPr>
          <w:p w14:paraId="5EFDE077" w14:textId="77777777" w:rsidR="002376F7" w:rsidRDefault="00000000">
            <w:r>
              <w:rPr>
                <w:sz w:val="14"/>
              </w:rPr>
              <w:t>I</w:t>
            </w:r>
          </w:p>
        </w:tc>
        <w:tc>
          <w:tcPr>
            <w:tcW w:w="5472" w:type="dxa"/>
          </w:tcPr>
          <w:p w14:paraId="4C99210D" w14:textId="77777777" w:rsidR="002376F7" w:rsidRDefault="00000000">
            <w:r>
              <w:rPr>
                <w:sz w:val="14"/>
              </w:rPr>
              <w:t>mi</w:t>
            </w:r>
          </w:p>
        </w:tc>
      </w:tr>
      <w:tr w:rsidR="002376F7" w14:paraId="1063C2F5" w14:textId="77777777">
        <w:trPr>
          <w:jc w:val="center"/>
        </w:trPr>
        <w:tc>
          <w:tcPr>
            <w:tcW w:w="4464" w:type="dxa"/>
            <w:shd w:val="clear" w:color="auto" w:fill="EEF6F8"/>
          </w:tcPr>
          <w:p w14:paraId="7492F1C3" w14:textId="77777777" w:rsidR="002376F7" w:rsidRDefault="00000000">
            <w:r>
              <w:rPr>
                <w:sz w:val="14"/>
              </w:rPr>
              <w:t>idea</w:t>
            </w:r>
          </w:p>
        </w:tc>
        <w:tc>
          <w:tcPr>
            <w:tcW w:w="5472" w:type="dxa"/>
            <w:shd w:val="clear" w:color="auto" w:fill="EEF6F8"/>
          </w:tcPr>
          <w:p w14:paraId="4451C79E" w14:textId="77777777" w:rsidR="002376F7" w:rsidRDefault="00000000">
            <w:r>
              <w:rPr>
                <w:sz w:val="14"/>
              </w:rPr>
              <w:t>idea</w:t>
            </w:r>
          </w:p>
        </w:tc>
      </w:tr>
      <w:tr w:rsidR="002376F7" w14:paraId="27D7156E" w14:textId="77777777">
        <w:trPr>
          <w:jc w:val="center"/>
        </w:trPr>
        <w:tc>
          <w:tcPr>
            <w:tcW w:w="4464" w:type="dxa"/>
          </w:tcPr>
          <w:p w14:paraId="5E3ADA37" w14:textId="77777777" w:rsidR="002376F7" w:rsidRDefault="00000000">
            <w:r>
              <w:rPr>
                <w:sz w:val="14"/>
              </w:rPr>
              <w:t>en</w:t>
            </w:r>
          </w:p>
        </w:tc>
        <w:tc>
          <w:tcPr>
            <w:tcW w:w="5472" w:type="dxa"/>
          </w:tcPr>
          <w:p w14:paraId="12D24613" w14:textId="77777777" w:rsidR="002376F7" w:rsidRDefault="00000000">
            <w:r>
              <w:rPr>
                <w:sz w:val="14"/>
              </w:rPr>
              <w:t>en</w:t>
            </w:r>
          </w:p>
        </w:tc>
      </w:tr>
      <w:tr w:rsidR="002376F7" w14:paraId="218C00B2" w14:textId="77777777">
        <w:trPr>
          <w:jc w:val="center"/>
        </w:trPr>
        <w:tc>
          <w:tcPr>
            <w:tcW w:w="4464" w:type="dxa"/>
            <w:shd w:val="clear" w:color="auto" w:fill="EEF6F8"/>
          </w:tcPr>
          <w:p w14:paraId="015DDE3A" w14:textId="77777777" w:rsidR="002376F7" w:rsidRDefault="00000000">
            <w:r>
              <w:rPr>
                <w:sz w:val="14"/>
              </w:rPr>
              <w:t>inform</w:t>
            </w:r>
          </w:p>
        </w:tc>
        <w:tc>
          <w:tcPr>
            <w:tcW w:w="5472" w:type="dxa"/>
            <w:shd w:val="clear" w:color="auto" w:fill="EEF6F8"/>
          </w:tcPr>
          <w:p w14:paraId="09231291" w14:textId="77777777" w:rsidR="002376F7" w:rsidRDefault="00000000">
            <w:r>
              <w:rPr>
                <w:sz w:val="14"/>
              </w:rPr>
              <w:t>informa</w:t>
            </w:r>
          </w:p>
        </w:tc>
      </w:tr>
      <w:tr w:rsidR="002376F7" w14:paraId="4B20C1B2" w14:textId="77777777">
        <w:trPr>
          <w:jc w:val="center"/>
        </w:trPr>
        <w:tc>
          <w:tcPr>
            <w:tcW w:w="4464" w:type="dxa"/>
          </w:tcPr>
          <w:p w14:paraId="13037E9A" w14:textId="77777777" w:rsidR="002376F7" w:rsidRDefault="00000000">
            <w:r>
              <w:rPr>
                <w:sz w:val="14"/>
              </w:rPr>
              <w:t>international</w:t>
            </w:r>
          </w:p>
        </w:tc>
        <w:tc>
          <w:tcPr>
            <w:tcW w:w="5472" w:type="dxa"/>
          </w:tcPr>
          <w:p w14:paraId="081C922F" w14:textId="77777777" w:rsidR="002376F7" w:rsidRDefault="00000000">
            <w:r>
              <w:rPr>
                <w:sz w:val="14"/>
              </w:rPr>
              <w:t>international</w:t>
            </w:r>
          </w:p>
        </w:tc>
      </w:tr>
      <w:tr w:rsidR="002376F7" w14:paraId="64F113BC" w14:textId="77777777">
        <w:trPr>
          <w:jc w:val="center"/>
        </w:trPr>
        <w:tc>
          <w:tcPr>
            <w:tcW w:w="4464" w:type="dxa"/>
            <w:shd w:val="clear" w:color="auto" w:fill="EEF6F8"/>
          </w:tcPr>
          <w:p w14:paraId="42B396BA" w14:textId="77777777" w:rsidR="002376F7" w:rsidRDefault="00000000">
            <w:r>
              <w:rPr>
                <w:sz w:val="14"/>
              </w:rPr>
              <w:t>is</w:t>
            </w:r>
          </w:p>
        </w:tc>
        <w:tc>
          <w:tcPr>
            <w:tcW w:w="5472" w:type="dxa"/>
            <w:shd w:val="clear" w:color="auto" w:fill="EEF6F8"/>
          </w:tcPr>
          <w:p w14:paraId="7EAA439F" w14:textId="77777777" w:rsidR="002376F7" w:rsidRDefault="00000000">
            <w:r>
              <w:rPr>
                <w:sz w:val="14"/>
              </w:rPr>
              <w:t>es</w:t>
            </w:r>
          </w:p>
        </w:tc>
      </w:tr>
      <w:tr w:rsidR="002376F7" w14:paraId="25E65576" w14:textId="77777777">
        <w:trPr>
          <w:jc w:val="center"/>
        </w:trPr>
        <w:tc>
          <w:tcPr>
            <w:tcW w:w="4464" w:type="dxa"/>
          </w:tcPr>
          <w:p w14:paraId="0F8EFF92" w14:textId="77777777" w:rsidR="002376F7" w:rsidRDefault="00000000">
            <w:r>
              <w:rPr>
                <w:sz w:val="14"/>
              </w:rPr>
              <w:t>island</w:t>
            </w:r>
          </w:p>
        </w:tc>
        <w:tc>
          <w:tcPr>
            <w:tcW w:w="5472" w:type="dxa"/>
          </w:tcPr>
          <w:p w14:paraId="7BEF4992" w14:textId="77777777" w:rsidR="002376F7" w:rsidRDefault="00000000">
            <w:r>
              <w:rPr>
                <w:sz w:val="14"/>
              </w:rPr>
              <w:t>insula</w:t>
            </w:r>
          </w:p>
        </w:tc>
      </w:tr>
      <w:tr w:rsidR="002376F7" w14:paraId="4C27E748" w14:textId="77777777">
        <w:trPr>
          <w:jc w:val="center"/>
        </w:trPr>
        <w:tc>
          <w:tcPr>
            <w:tcW w:w="4464" w:type="dxa"/>
            <w:shd w:val="clear" w:color="auto" w:fill="EEF6F8"/>
          </w:tcPr>
          <w:p w14:paraId="1069473E" w14:textId="77777777" w:rsidR="002376F7" w:rsidRDefault="00000000">
            <w:r>
              <w:rPr>
                <w:sz w:val="14"/>
              </w:rPr>
              <w:t>it</w:t>
            </w:r>
          </w:p>
        </w:tc>
        <w:tc>
          <w:tcPr>
            <w:tcW w:w="5472" w:type="dxa"/>
            <w:shd w:val="clear" w:color="auto" w:fill="EEF6F8"/>
          </w:tcPr>
          <w:p w14:paraId="31DED1EB" w14:textId="77777777" w:rsidR="002376F7" w:rsidRDefault="00000000">
            <w:r>
              <w:rPr>
                <w:sz w:val="14"/>
              </w:rPr>
              <w:t>lo</w:t>
            </w:r>
          </w:p>
        </w:tc>
      </w:tr>
      <w:tr w:rsidR="002376F7" w14:paraId="2ED9849C" w14:textId="77777777">
        <w:trPr>
          <w:jc w:val="center"/>
        </w:trPr>
        <w:tc>
          <w:tcPr>
            <w:tcW w:w="4464" w:type="dxa"/>
          </w:tcPr>
          <w:p w14:paraId="31E096DD" w14:textId="77777777" w:rsidR="002376F7" w:rsidRDefault="00000000">
            <w:r>
              <w:rPr>
                <w:sz w:val="14"/>
              </w:rPr>
              <w:t>January</w:t>
            </w:r>
          </w:p>
        </w:tc>
        <w:tc>
          <w:tcPr>
            <w:tcW w:w="5472" w:type="dxa"/>
          </w:tcPr>
          <w:p w14:paraId="100870BC" w14:textId="77777777" w:rsidR="002376F7" w:rsidRDefault="00000000">
            <w:r>
              <w:rPr>
                <w:sz w:val="14"/>
              </w:rPr>
              <w:t>januar</w:t>
            </w:r>
          </w:p>
        </w:tc>
      </w:tr>
      <w:tr w:rsidR="002376F7" w14:paraId="15870C42" w14:textId="77777777">
        <w:trPr>
          <w:jc w:val="center"/>
        </w:trPr>
        <w:tc>
          <w:tcPr>
            <w:tcW w:w="4464" w:type="dxa"/>
            <w:shd w:val="clear" w:color="auto" w:fill="EEF6F8"/>
          </w:tcPr>
          <w:p w14:paraId="69C123DE" w14:textId="77777777" w:rsidR="002376F7" w:rsidRDefault="00000000">
            <w:r>
              <w:rPr>
                <w:sz w:val="14"/>
              </w:rPr>
              <w:t>journal</w:t>
            </w:r>
          </w:p>
        </w:tc>
        <w:tc>
          <w:tcPr>
            <w:tcW w:w="5472" w:type="dxa"/>
            <w:shd w:val="clear" w:color="auto" w:fill="EEF6F8"/>
          </w:tcPr>
          <w:p w14:paraId="3189FBA1" w14:textId="77777777" w:rsidR="002376F7" w:rsidRDefault="00000000">
            <w:r>
              <w:rPr>
                <w:sz w:val="14"/>
              </w:rPr>
              <w:t>jurnal</w:t>
            </w:r>
          </w:p>
        </w:tc>
      </w:tr>
      <w:tr w:rsidR="002376F7" w14:paraId="5AAD1BA4" w14:textId="77777777">
        <w:trPr>
          <w:jc w:val="center"/>
        </w:trPr>
        <w:tc>
          <w:tcPr>
            <w:tcW w:w="4464" w:type="dxa"/>
          </w:tcPr>
          <w:p w14:paraId="78EDFF5D" w14:textId="77777777" w:rsidR="002376F7" w:rsidRDefault="00000000">
            <w:r>
              <w:rPr>
                <w:sz w:val="14"/>
              </w:rPr>
              <w:t>just</w:t>
            </w:r>
          </w:p>
        </w:tc>
        <w:tc>
          <w:tcPr>
            <w:tcW w:w="5472" w:type="dxa"/>
          </w:tcPr>
          <w:p w14:paraId="5D6A8640" w14:textId="77777777" w:rsidR="002376F7" w:rsidRDefault="00000000">
            <w:r>
              <w:rPr>
                <w:sz w:val="14"/>
              </w:rPr>
              <w:t>just</w:t>
            </w:r>
          </w:p>
        </w:tc>
      </w:tr>
      <w:tr w:rsidR="002376F7" w14:paraId="781765B8" w14:textId="77777777">
        <w:trPr>
          <w:jc w:val="center"/>
        </w:trPr>
        <w:tc>
          <w:tcPr>
            <w:tcW w:w="4464" w:type="dxa"/>
            <w:shd w:val="clear" w:color="auto" w:fill="EEF6F8"/>
          </w:tcPr>
          <w:p w14:paraId="3E0A4CFA" w14:textId="77777777" w:rsidR="002376F7" w:rsidRDefault="00000000">
            <w:r>
              <w:rPr>
                <w:sz w:val="14"/>
              </w:rPr>
              <w:t>kilometer</w:t>
            </w:r>
          </w:p>
        </w:tc>
        <w:tc>
          <w:tcPr>
            <w:tcW w:w="5472" w:type="dxa"/>
            <w:shd w:val="clear" w:color="auto" w:fill="EEF6F8"/>
          </w:tcPr>
          <w:p w14:paraId="2C37E9F7" w14:textId="77777777" w:rsidR="002376F7" w:rsidRDefault="00000000">
            <w:r>
              <w:rPr>
                <w:sz w:val="14"/>
              </w:rPr>
              <w:t>kilometro</w:t>
            </w:r>
          </w:p>
        </w:tc>
      </w:tr>
      <w:tr w:rsidR="002376F7" w14:paraId="0D391A43" w14:textId="77777777">
        <w:trPr>
          <w:jc w:val="center"/>
        </w:trPr>
        <w:tc>
          <w:tcPr>
            <w:tcW w:w="4464" w:type="dxa"/>
          </w:tcPr>
          <w:p w14:paraId="34A63E81" w14:textId="77777777" w:rsidR="002376F7" w:rsidRDefault="00000000">
            <w:r>
              <w:rPr>
                <w:sz w:val="14"/>
              </w:rPr>
              <w:t>lake</w:t>
            </w:r>
          </w:p>
        </w:tc>
        <w:tc>
          <w:tcPr>
            <w:tcW w:w="5472" w:type="dxa"/>
          </w:tcPr>
          <w:p w14:paraId="68B89BAD" w14:textId="77777777" w:rsidR="002376F7" w:rsidRDefault="00000000">
            <w:r>
              <w:rPr>
                <w:sz w:val="14"/>
              </w:rPr>
              <w:t>lago</w:t>
            </w:r>
          </w:p>
        </w:tc>
      </w:tr>
      <w:tr w:rsidR="002376F7" w14:paraId="1A7B4469" w14:textId="77777777">
        <w:trPr>
          <w:jc w:val="center"/>
        </w:trPr>
        <w:tc>
          <w:tcPr>
            <w:tcW w:w="4464" w:type="dxa"/>
            <w:shd w:val="clear" w:color="auto" w:fill="EEF6F8"/>
          </w:tcPr>
          <w:p w14:paraId="62B12AB8" w14:textId="77777777" w:rsidR="002376F7" w:rsidRDefault="00000000">
            <w:r>
              <w:rPr>
                <w:sz w:val="14"/>
              </w:rPr>
              <w:t>language</w:t>
            </w:r>
          </w:p>
        </w:tc>
        <w:tc>
          <w:tcPr>
            <w:tcW w:w="5472" w:type="dxa"/>
            <w:shd w:val="clear" w:color="auto" w:fill="EEF6F8"/>
          </w:tcPr>
          <w:p w14:paraId="41C0BF64" w14:textId="77777777" w:rsidR="002376F7" w:rsidRDefault="00000000">
            <w:r>
              <w:rPr>
                <w:sz w:val="14"/>
              </w:rPr>
              <w:t>linga</w:t>
            </w:r>
          </w:p>
        </w:tc>
      </w:tr>
      <w:tr w:rsidR="002376F7" w14:paraId="3066EFDB" w14:textId="77777777">
        <w:trPr>
          <w:jc w:val="center"/>
        </w:trPr>
        <w:tc>
          <w:tcPr>
            <w:tcW w:w="4464" w:type="dxa"/>
          </w:tcPr>
          <w:p w14:paraId="05FC24E6" w14:textId="77777777" w:rsidR="002376F7" w:rsidRDefault="00000000">
            <w:r>
              <w:rPr>
                <w:sz w:val="14"/>
              </w:rPr>
              <w:t>language (familiar)</w:t>
            </w:r>
          </w:p>
        </w:tc>
        <w:tc>
          <w:tcPr>
            <w:tcW w:w="5472" w:type="dxa"/>
          </w:tcPr>
          <w:p w14:paraId="35203A3C" w14:textId="77777777" w:rsidR="002376F7" w:rsidRDefault="00000000">
            <w:r>
              <w:rPr>
                <w:sz w:val="14"/>
              </w:rPr>
              <w:t>linga</w:t>
            </w:r>
          </w:p>
        </w:tc>
      </w:tr>
      <w:tr w:rsidR="002376F7" w14:paraId="75CE249C" w14:textId="77777777">
        <w:trPr>
          <w:jc w:val="center"/>
        </w:trPr>
        <w:tc>
          <w:tcPr>
            <w:tcW w:w="4464" w:type="dxa"/>
            <w:shd w:val="clear" w:color="auto" w:fill="EEF6F8"/>
          </w:tcPr>
          <w:p w14:paraId="780C7926" w14:textId="77777777" w:rsidR="002376F7" w:rsidRDefault="00000000">
            <w:r>
              <w:rPr>
                <w:sz w:val="14"/>
              </w:rPr>
              <w:t>learn</w:t>
            </w:r>
          </w:p>
        </w:tc>
        <w:tc>
          <w:tcPr>
            <w:tcW w:w="5472" w:type="dxa"/>
            <w:shd w:val="clear" w:color="auto" w:fill="EEF6F8"/>
          </w:tcPr>
          <w:p w14:paraId="1190A9C8" w14:textId="77777777" w:rsidR="002376F7" w:rsidRDefault="00000000">
            <w:r>
              <w:rPr>
                <w:sz w:val="14"/>
              </w:rPr>
              <w:t>aprende</w:t>
            </w:r>
          </w:p>
        </w:tc>
      </w:tr>
      <w:tr w:rsidR="002376F7" w14:paraId="312355BA" w14:textId="77777777">
        <w:trPr>
          <w:jc w:val="center"/>
        </w:trPr>
        <w:tc>
          <w:tcPr>
            <w:tcW w:w="4464" w:type="dxa"/>
          </w:tcPr>
          <w:p w14:paraId="005F7567" w14:textId="77777777" w:rsidR="002376F7" w:rsidRDefault="00000000">
            <w:r>
              <w:rPr>
                <w:sz w:val="14"/>
              </w:rPr>
              <w:t>least</w:t>
            </w:r>
          </w:p>
        </w:tc>
        <w:tc>
          <w:tcPr>
            <w:tcW w:w="5472" w:type="dxa"/>
          </w:tcPr>
          <w:p w14:paraId="6927A64A" w14:textId="77777777" w:rsidR="002376F7" w:rsidRDefault="00000000">
            <w:r>
              <w:rPr>
                <w:sz w:val="14"/>
              </w:rPr>
              <w:t>min</w:t>
            </w:r>
          </w:p>
        </w:tc>
      </w:tr>
      <w:tr w:rsidR="002376F7" w14:paraId="5CAC9678" w14:textId="77777777">
        <w:trPr>
          <w:jc w:val="center"/>
        </w:trPr>
        <w:tc>
          <w:tcPr>
            <w:tcW w:w="4464" w:type="dxa"/>
            <w:shd w:val="clear" w:color="auto" w:fill="EEF6F8"/>
          </w:tcPr>
          <w:p w14:paraId="339C9790" w14:textId="77777777" w:rsidR="002376F7" w:rsidRDefault="00000000">
            <w:r>
              <w:rPr>
                <w:sz w:val="14"/>
              </w:rPr>
              <w:t>less</w:t>
            </w:r>
          </w:p>
        </w:tc>
        <w:tc>
          <w:tcPr>
            <w:tcW w:w="5472" w:type="dxa"/>
            <w:shd w:val="clear" w:color="auto" w:fill="EEF6F8"/>
          </w:tcPr>
          <w:p w14:paraId="196F44BC" w14:textId="77777777" w:rsidR="002376F7" w:rsidRDefault="00000000">
            <w:r>
              <w:rPr>
                <w:sz w:val="14"/>
              </w:rPr>
              <w:t>minus</w:t>
            </w:r>
          </w:p>
        </w:tc>
      </w:tr>
      <w:tr w:rsidR="002376F7" w14:paraId="03EC15C5" w14:textId="77777777">
        <w:trPr>
          <w:jc w:val="center"/>
        </w:trPr>
        <w:tc>
          <w:tcPr>
            <w:tcW w:w="4464" w:type="dxa"/>
          </w:tcPr>
          <w:p w14:paraId="64155FF2" w14:textId="77777777" w:rsidR="002376F7" w:rsidRDefault="00000000">
            <w:r>
              <w:rPr>
                <w:sz w:val="14"/>
              </w:rPr>
              <w:t>letter</w:t>
            </w:r>
          </w:p>
        </w:tc>
        <w:tc>
          <w:tcPr>
            <w:tcW w:w="5472" w:type="dxa"/>
          </w:tcPr>
          <w:p w14:paraId="230EA567" w14:textId="77777777" w:rsidR="002376F7" w:rsidRDefault="00000000">
            <w:r>
              <w:rPr>
                <w:sz w:val="14"/>
              </w:rPr>
              <w:t>letra</w:t>
            </w:r>
          </w:p>
        </w:tc>
      </w:tr>
      <w:tr w:rsidR="002376F7" w14:paraId="4D875C24" w14:textId="77777777">
        <w:trPr>
          <w:jc w:val="center"/>
        </w:trPr>
        <w:tc>
          <w:tcPr>
            <w:tcW w:w="4464" w:type="dxa"/>
            <w:shd w:val="clear" w:color="auto" w:fill="EEF6F8"/>
          </w:tcPr>
          <w:p w14:paraId="130BE6A2" w14:textId="77777777" w:rsidR="002376F7" w:rsidRDefault="00000000">
            <w:r>
              <w:rPr>
                <w:sz w:val="14"/>
              </w:rPr>
              <w:t>liberty</w:t>
            </w:r>
          </w:p>
        </w:tc>
        <w:tc>
          <w:tcPr>
            <w:tcW w:w="5472" w:type="dxa"/>
            <w:shd w:val="clear" w:color="auto" w:fill="EEF6F8"/>
          </w:tcPr>
          <w:p w14:paraId="4A9B93F1" w14:textId="77777777" w:rsidR="002376F7" w:rsidRDefault="00000000">
            <w:r>
              <w:rPr>
                <w:sz w:val="14"/>
              </w:rPr>
              <w:t>liberti</w:t>
            </w:r>
          </w:p>
        </w:tc>
      </w:tr>
      <w:tr w:rsidR="002376F7" w14:paraId="350ACD79" w14:textId="77777777">
        <w:trPr>
          <w:jc w:val="center"/>
        </w:trPr>
        <w:tc>
          <w:tcPr>
            <w:tcW w:w="4464" w:type="dxa"/>
          </w:tcPr>
          <w:p w14:paraId="5CE6B7E1" w14:textId="77777777" w:rsidR="002376F7" w:rsidRDefault="00000000">
            <w:r>
              <w:rPr>
                <w:sz w:val="14"/>
              </w:rPr>
              <w:t>light</w:t>
            </w:r>
          </w:p>
        </w:tc>
        <w:tc>
          <w:tcPr>
            <w:tcW w:w="5472" w:type="dxa"/>
          </w:tcPr>
          <w:p w14:paraId="1A2914AC" w14:textId="77777777" w:rsidR="002376F7" w:rsidRDefault="00000000">
            <w:r>
              <w:rPr>
                <w:sz w:val="14"/>
              </w:rPr>
              <w:t>lume</w:t>
            </w:r>
          </w:p>
        </w:tc>
      </w:tr>
      <w:tr w:rsidR="002376F7" w14:paraId="0841FB62" w14:textId="77777777">
        <w:trPr>
          <w:jc w:val="center"/>
        </w:trPr>
        <w:tc>
          <w:tcPr>
            <w:tcW w:w="4464" w:type="dxa"/>
            <w:shd w:val="clear" w:color="auto" w:fill="EEF6F8"/>
          </w:tcPr>
          <w:p w14:paraId="7A795D44" w14:textId="77777777" w:rsidR="002376F7" w:rsidRDefault="00000000">
            <w:r>
              <w:rPr>
                <w:sz w:val="14"/>
              </w:rPr>
              <w:t>line</w:t>
            </w:r>
          </w:p>
        </w:tc>
        <w:tc>
          <w:tcPr>
            <w:tcW w:w="5472" w:type="dxa"/>
            <w:shd w:val="clear" w:color="auto" w:fill="EEF6F8"/>
          </w:tcPr>
          <w:p w14:paraId="1CFBF064" w14:textId="77777777" w:rsidR="002376F7" w:rsidRDefault="00000000">
            <w:r>
              <w:rPr>
                <w:sz w:val="14"/>
              </w:rPr>
              <w:t>linea</w:t>
            </w:r>
          </w:p>
        </w:tc>
      </w:tr>
      <w:tr w:rsidR="002376F7" w14:paraId="52CCD53E" w14:textId="77777777">
        <w:trPr>
          <w:jc w:val="center"/>
        </w:trPr>
        <w:tc>
          <w:tcPr>
            <w:tcW w:w="4464" w:type="dxa"/>
          </w:tcPr>
          <w:p w14:paraId="665583EA" w14:textId="77777777" w:rsidR="002376F7" w:rsidRDefault="00000000">
            <w:r>
              <w:rPr>
                <w:sz w:val="14"/>
              </w:rPr>
              <w:t>list</w:t>
            </w:r>
          </w:p>
        </w:tc>
        <w:tc>
          <w:tcPr>
            <w:tcW w:w="5472" w:type="dxa"/>
          </w:tcPr>
          <w:p w14:paraId="79B29360" w14:textId="77777777" w:rsidR="002376F7" w:rsidRDefault="00000000">
            <w:r>
              <w:rPr>
                <w:sz w:val="14"/>
              </w:rPr>
              <w:t>lista</w:t>
            </w:r>
          </w:p>
        </w:tc>
      </w:tr>
      <w:tr w:rsidR="002376F7" w14:paraId="5BF37C34" w14:textId="77777777">
        <w:trPr>
          <w:jc w:val="center"/>
        </w:trPr>
        <w:tc>
          <w:tcPr>
            <w:tcW w:w="4464" w:type="dxa"/>
            <w:shd w:val="clear" w:color="auto" w:fill="EEF6F8"/>
          </w:tcPr>
          <w:p w14:paraId="171D7FAC" w14:textId="77777777" w:rsidR="002376F7" w:rsidRDefault="00000000">
            <w:r>
              <w:rPr>
                <w:sz w:val="14"/>
              </w:rPr>
              <w:t>look</w:t>
            </w:r>
          </w:p>
        </w:tc>
        <w:tc>
          <w:tcPr>
            <w:tcW w:w="5472" w:type="dxa"/>
            <w:shd w:val="clear" w:color="auto" w:fill="EEF6F8"/>
          </w:tcPr>
          <w:p w14:paraId="61B79C49" w14:textId="77777777" w:rsidR="002376F7" w:rsidRDefault="00000000">
            <w:r>
              <w:rPr>
                <w:sz w:val="14"/>
              </w:rPr>
              <w:t>mira</w:t>
            </w:r>
          </w:p>
        </w:tc>
      </w:tr>
      <w:tr w:rsidR="002376F7" w14:paraId="357ADB37" w14:textId="77777777">
        <w:trPr>
          <w:jc w:val="center"/>
        </w:trPr>
        <w:tc>
          <w:tcPr>
            <w:tcW w:w="4464" w:type="dxa"/>
          </w:tcPr>
          <w:p w14:paraId="26F0AF02" w14:textId="77777777" w:rsidR="002376F7" w:rsidRDefault="00000000">
            <w:r>
              <w:rPr>
                <w:sz w:val="14"/>
              </w:rPr>
              <w:t>love</w:t>
            </w:r>
          </w:p>
        </w:tc>
        <w:tc>
          <w:tcPr>
            <w:tcW w:w="5472" w:type="dxa"/>
          </w:tcPr>
          <w:p w14:paraId="7A76AA94" w14:textId="77777777" w:rsidR="002376F7" w:rsidRDefault="00000000">
            <w:r>
              <w:rPr>
                <w:sz w:val="14"/>
              </w:rPr>
              <w:t>ama</w:t>
            </w:r>
          </w:p>
        </w:tc>
      </w:tr>
      <w:tr w:rsidR="002376F7" w14:paraId="216FB710" w14:textId="77777777">
        <w:trPr>
          <w:jc w:val="center"/>
        </w:trPr>
        <w:tc>
          <w:tcPr>
            <w:tcW w:w="4464" w:type="dxa"/>
            <w:shd w:val="clear" w:color="auto" w:fill="EEF6F8"/>
          </w:tcPr>
          <w:p w14:paraId="453892BD" w14:textId="77777777" w:rsidR="002376F7" w:rsidRDefault="00000000">
            <w:r>
              <w:rPr>
                <w:sz w:val="14"/>
              </w:rPr>
              <w:t>major</w:t>
            </w:r>
          </w:p>
        </w:tc>
        <w:tc>
          <w:tcPr>
            <w:tcW w:w="5472" w:type="dxa"/>
            <w:shd w:val="clear" w:color="auto" w:fill="EEF6F8"/>
          </w:tcPr>
          <w:p w14:paraId="26623A9F" w14:textId="77777777" w:rsidR="002376F7" w:rsidRDefault="00000000">
            <w:r>
              <w:rPr>
                <w:sz w:val="14"/>
              </w:rPr>
              <w:t>major</w:t>
            </w:r>
          </w:p>
        </w:tc>
      </w:tr>
      <w:tr w:rsidR="002376F7" w14:paraId="76FE927D" w14:textId="77777777">
        <w:trPr>
          <w:jc w:val="center"/>
        </w:trPr>
        <w:tc>
          <w:tcPr>
            <w:tcW w:w="4464" w:type="dxa"/>
          </w:tcPr>
          <w:p w14:paraId="55CE975C" w14:textId="77777777" w:rsidR="002376F7" w:rsidRDefault="00000000">
            <w:r>
              <w:rPr>
                <w:sz w:val="14"/>
              </w:rPr>
              <w:t>male</w:t>
            </w:r>
          </w:p>
        </w:tc>
        <w:tc>
          <w:tcPr>
            <w:tcW w:w="5472" w:type="dxa"/>
          </w:tcPr>
          <w:p w14:paraId="71918740" w14:textId="77777777" w:rsidR="002376F7" w:rsidRDefault="00000000">
            <w:r>
              <w:rPr>
                <w:sz w:val="14"/>
              </w:rPr>
              <w:t>mas</w:t>
            </w:r>
          </w:p>
        </w:tc>
      </w:tr>
      <w:tr w:rsidR="002376F7" w14:paraId="0BBE0055" w14:textId="77777777">
        <w:trPr>
          <w:jc w:val="center"/>
        </w:trPr>
        <w:tc>
          <w:tcPr>
            <w:tcW w:w="4464" w:type="dxa"/>
            <w:shd w:val="clear" w:color="auto" w:fill="EEF6F8"/>
          </w:tcPr>
          <w:p w14:paraId="1F46C983" w14:textId="77777777" w:rsidR="002376F7" w:rsidRDefault="00000000">
            <w:r>
              <w:rPr>
                <w:sz w:val="14"/>
              </w:rPr>
              <w:t>many</w:t>
            </w:r>
          </w:p>
        </w:tc>
        <w:tc>
          <w:tcPr>
            <w:tcW w:w="5472" w:type="dxa"/>
            <w:shd w:val="clear" w:color="auto" w:fill="EEF6F8"/>
          </w:tcPr>
          <w:p w14:paraId="79AD630E" w14:textId="77777777" w:rsidR="002376F7" w:rsidRDefault="00000000">
            <w:r>
              <w:rPr>
                <w:sz w:val="14"/>
              </w:rPr>
              <w:t>multe</w:t>
            </w:r>
          </w:p>
        </w:tc>
      </w:tr>
      <w:tr w:rsidR="002376F7" w14:paraId="10A975A4" w14:textId="77777777">
        <w:trPr>
          <w:jc w:val="center"/>
        </w:trPr>
        <w:tc>
          <w:tcPr>
            <w:tcW w:w="4464" w:type="dxa"/>
          </w:tcPr>
          <w:p w14:paraId="131F7441" w14:textId="77777777" w:rsidR="002376F7" w:rsidRDefault="00000000">
            <w:r>
              <w:rPr>
                <w:sz w:val="14"/>
              </w:rPr>
              <w:t>map</w:t>
            </w:r>
          </w:p>
        </w:tc>
        <w:tc>
          <w:tcPr>
            <w:tcW w:w="5472" w:type="dxa"/>
          </w:tcPr>
          <w:p w14:paraId="38BB9E02" w14:textId="77777777" w:rsidR="002376F7" w:rsidRDefault="00000000">
            <w:r>
              <w:rPr>
                <w:sz w:val="14"/>
              </w:rPr>
              <w:t>mapa</w:t>
            </w:r>
          </w:p>
        </w:tc>
      </w:tr>
      <w:tr w:rsidR="002376F7" w14:paraId="55996462" w14:textId="77777777">
        <w:trPr>
          <w:jc w:val="center"/>
        </w:trPr>
        <w:tc>
          <w:tcPr>
            <w:tcW w:w="4464" w:type="dxa"/>
            <w:shd w:val="clear" w:color="auto" w:fill="EEF6F8"/>
          </w:tcPr>
          <w:p w14:paraId="5012CFEC" w14:textId="77777777" w:rsidR="002376F7" w:rsidRDefault="00000000">
            <w:r>
              <w:rPr>
                <w:sz w:val="14"/>
              </w:rPr>
              <w:t>mark</w:t>
            </w:r>
          </w:p>
        </w:tc>
        <w:tc>
          <w:tcPr>
            <w:tcW w:w="5472" w:type="dxa"/>
            <w:shd w:val="clear" w:color="auto" w:fill="EEF6F8"/>
          </w:tcPr>
          <w:p w14:paraId="7CBF652D" w14:textId="77777777" w:rsidR="002376F7" w:rsidRDefault="00000000">
            <w:r>
              <w:rPr>
                <w:sz w:val="14"/>
              </w:rPr>
              <w:t>marca</w:t>
            </w:r>
          </w:p>
        </w:tc>
      </w:tr>
      <w:tr w:rsidR="002376F7" w14:paraId="5FABB712" w14:textId="77777777">
        <w:trPr>
          <w:jc w:val="center"/>
        </w:trPr>
        <w:tc>
          <w:tcPr>
            <w:tcW w:w="4464" w:type="dxa"/>
          </w:tcPr>
          <w:p w14:paraId="78ACF950" w14:textId="77777777" w:rsidR="002376F7" w:rsidRDefault="00000000">
            <w:r>
              <w:rPr>
                <w:sz w:val="14"/>
              </w:rPr>
              <w:t>matter</w:t>
            </w:r>
          </w:p>
        </w:tc>
        <w:tc>
          <w:tcPr>
            <w:tcW w:w="5472" w:type="dxa"/>
          </w:tcPr>
          <w:p w14:paraId="1EE5599E" w14:textId="77777777" w:rsidR="002376F7" w:rsidRDefault="00000000">
            <w:r>
              <w:rPr>
                <w:sz w:val="14"/>
              </w:rPr>
              <w:t>importa</w:t>
            </w:r>
          </w:p>
        </w:tc>
      </w:tr>
      <w:tr w:rsidR="002376F7" w14:paraId="7703CC37" w14:textId="77777777">
        <w:trPr>
          <w:jc w:val="center"/>
        </w:trPr>
        <w:tc>
          <w:tcPr>
            <w:tcW w:w="4464" w:type="dxa"/>
            <w:shd w:val="clear" w:color="auto" w:fill="EEF6F8"/>
          </w:tcPr>
          <w:p w14:paraId="599B21FA" w14:textId="77777777" w:rsidR="002376F7" w:rsidRDefault="00000000">
            <w:r>
              <w:rPr>
                <w:sz w:val="14"/>
              </w:rPr>
              <w:t>medicine</w:t>
            </w:r>
          </w:p>
        </w:tc>
        <w:tc>
          <w:tcPr>
            <w:tcW w:w="5472" w:type="dxa"/>
            <w:shd w:val="clear" w:color="auto" w:fill="EEF6F8"/>
          </w:tcPr>
          <w:p w14:paraId="2F735800" w14:textId="77777777" w:rsidR="002376F7" w:rsidRDefault="00000000">
            <w:r>
              <w:rPr>
                <w:sz w:val="14"/>
              </w:rPr>
              <w:t>medika</w:t>
            </w:r>
          </w:p>
        </w:tc>
      </w:tr>
      <w:tr w:rsidR="002376F7" w14:paraId="360CAD77" w14:textId="77777777">
        <w:trPr>
          <w:jc w:val="center"/>
        </w:trPr>
        <w:tc>
          <w:tcPr>
            <w:tcW w:w="4464" w:type="dxa"/>
          </w:tcPr>
          <w:p w14:paraId="67BE607A" w14:textId="77777777" w:rsidR="002376F7" w:rsidRDefault="00000000">
            <w:r>
              <w:rPr>
                <w:sz w:val="14"/>
              </w:rPr>
              <w:t>melody</w:t>
            </w:r>
          </w:p>
        </w:tc>
        <w:tc>
          <w:tcPr>
            <w:tcW w:w="5472" w:type="dxa"/>
          </w:tcPr>
          <w:p w14:paraId="0D8803F6" w14:textId="77777777" w:rsidR="002376F7" w:rsidRDefault="00000000">
            <w:r>
              <w:rPr>
                <w:sz w:val="14"/>
              </w:rPr>
              <w:t>melodia</w:t>
            </w:r>
          </w:p>
        </w:tc>
      </w:tr>
      <w:tr w:rsidR="002376F7" w14:paraId="35F0C207" w14:textId="77777777">
        <w:trPr>
          <w:jc w:val="center"/>
        </w:trPr>
        <w:tc>
          <w:tcPr>
            <w:tcW w:w="4464" w:type="dxa"/>
            <w:shd w:val="clear" w:color="auto" w:fill="EEF6F8"/>
          </w:tcPr>
          <w:p w14:paraId="1F677172" w14:textId="77777777" w:rsidR="002376F7" w:rsidRDefault="00000000">
            <w:r>
              <w:rPr>
                <w:sz w:val="14"/>
              </w:rPr>
              <w:t>memory</w:t>
            </w:r>
          </w:p>
        </w:tc>
        <w:tc>
          <w:tcPr>
            <w:tcW w:w="5472" w:type="dxa"/>
            <w:shd w:val="clear" w:color="auto" w:fill="EEF6F8"/>
          </w:tcPr>
          <w:p w14:paraId="5E77D344" w14:textId="77777777" w:rsidR="002376F7" w:rsidRDefault="00000000">
            <w:r>
              <w:rPr>
                <w:sz w:val="14"/>
              </w:rPr>
              <w:t>memoria</w:t>
            </w:r>
          </w:p>
        </w:tc>
      </w:tr>
      <w:tr w:rsidR="002376F7" w14:paraId="1DBB3800" w14:textId="77777777">
        <w:trPr>
          <w:jc w:val="center"/>
        </w:trPr>
        <w:tc>
          <w:tcPr>
            <w:tcW w:w="4464" w:type="dxa"/>
          </w:tcPr>
          <w:p w14:paraId="705056B7" w14:textId="77777777" w:rsidR="002376F7" w:rsidRDefault="00000000">
            <w:r>
              <w:rPr>
                <w:sz w:val="14"/>
              </w:rPr>
              <w:t>meter</w:t>
            </w:r>
          </w:p>
        </w:tc>
        <w:tc>
          <w:tcPr>
            <w:tcW w:w="5472" w:type="dxa"/>
          </w:tcPr>
          <w:p w14:paraId="551B91F5" w14:textId="77777777" w:rsidR="002376F7" w:rsidRDefault="00000000">
            <w:r>
              <w:rPr>
                <w:sz w:val="14"/>
              </w:rPr>
              <w:t>metro</w:t>
            </w:r>
          </w:p>
        </w:tc>
      </w:tr>
      <w:tr w:rsidR="002376F7" w14:paraId="4AEDC101" w14:textId="77777777">
        <w:trPr>
          <w:jc w:val="center"/>
        </w:trPr>
        <w:tc>
          <w:tcPr>
            <w:tcW w:w="4464" w:type="dxa"/>
            <w:shd w:val="clear" w:color="auto" w:fill="EEF6F8"/>
          </w:tcPr>
          <w:p w14:paraId="3260233B" w14:textId="77777777" w:rsidR="002376F7" w:rsidRDefault="00000000">
            <w:r>
              <w:rPr>
                <w:sz w:val="14"/>
              </w:rPr>
              <w:t>million</w:t>
            </w:r>
          </w:p>
        </w:tc>
        <w:tc>
          <w:tcPr>
            <w:tcW w:w="5472" w:type="dxa"/>
            <w:shd w:val="clear" w:color="auto" w:fill="EEF6F8"/>
          </w:tcPr>
          <w:p w14:paraId="2D344FFF" w14:textId="77777777" w:rsidR="002376F7" w:rsidRDefault="00000000">
            <w:r>
              <w:rPr>
                <w:sz w:val="14"/>
              </w:rPr>
              <w:t>milion</w:t>
            </w:r>
          </w:p>
        </w:tc>
      </w:tr>
      <w:tr w:rsidR="002376F7" w14:paraId="7641064A" w14:textId="77777777">
        <w:trPr>
          <w:jc w:val="center"/>
        </w:trPr>
        <w:tc>
          <w:tcPr>
            <w:tcW w:w="4464" w:type="dxa"/>
          </w:tcPr>
          <w:p w14:paraId="1E121543" w14:textId="77777777" w:rsidR="002376F7" w:rsidRDefault="00000000">
            <w:r>
              <w:rPr>
                <w:sz w:val="14"/>
              </w:rPr>
              <w:t>minute</w:t>
            </w:r>
          </w:p>
        </w:tc>
        <w:tc>
          <w:tcPr>
            <w:tcW w:w="5472" w:type="dxa"/>
          </w:tcPr>
          <w:p w14:paraId="36C67346" w14:textId="77777777" w:rsidR="002376F7" w:rsidRDefault="00000000">
            <w:r>
              <w:rPr>
                <w:sz w:val="14"/>
              </w:rPr>
              <w:t>minuta</w:t>
            </w:r>
          </w:p>
        </w:tc>
      </w:tr>
      <w:tr w:rsidR="002376F7" w14:paraId="149939CF" w14:textId="77777777">
        <w:trPr>
          <w:jc w:val="center"/>
        </w:trPr>
        <w:tc>
          <w:tcPr>
            <w:tcW w:w="4464" w:type="dxa"/>
            <w:shd w:val="clear" w:color="auto" w:fill="EEF6F8"/>
          </w:tcPr>
          <w:p w14:paraId="379B3820" w14:textId="77777777" w:rsidR="002376F7" w:rsidRDefault="00000000">
            <w:r>
              <w:rPr>
                <w:sz w:val="14"/>
              </w:rPr>
              <w:t>modern</w:t>
            </w:r>
          </w:p>
        </w:tc>
        <w:tc>
          <w:tcPr>
            <w:tcW w:w="5472" w:type="dxa"/>
            <w:shd w:val="clear" w:color="auto" w:fill="EEF6F8"/>
          </w:tcPr>
          <w:p w14:paraId="58C4E530" w14:textId="77777777" w:rsidR="002376F7" w:rsidRDefault="00000000">
            <w:r>
              <w:rPr>
                <w:sz w:val="14"/>
              </w:rPr>
              <w:t>moderno</w:t>
            </w:r>
          </w:p>
        </w:tc>
      </w:tr>
      <w:tr w:rsidR="002376F7" w14:paraId="09F18A4D" w14:textId="77777777">
        <w:trPr>
          <w:jc w:val="center"/>
        </w:trPr>
        <w:tc>
          <w:tcPr>
            <w:tcW w:w="4464" w:type="dxa"/>
          </w:tcPr>
          <w:p w14:paraId="554B65BB" w14:textId="77777777" w:rsidR="002376F7" w:rsidRDefault="00000000">
            <w:r>
              <w:rPr>
                <w:sz w:val="14"/>
              </w:rPr>
              <w:t>moment</w:t>
            </w:r>
          </w:p>
        </w:tc>
        <w:tc>
          <w:tcPr>
            <w:tcW w:w="5472" w:type="dxa"/>
          </w:tcPr>
          <w:p w14:paraId="488AA53A" w14:textId="77777777" w:rsidR="002376F7" w:rsidRDefault="00000000">
            <w:r>
              <w:rPr>
                <w:sz w:val="14"/>
              </w:rPr>
              <w:t>momento</w:t>
            </w:r>
          </w:p>
        </w:tc>
      </w:tr>
      <w:tr w:rsidR="002376F7" w14:paraId="36F9D615" w14:textId="77777777">
        <w:trPr>
          <w:jc w:val="center"/>
        </w:trPr>
        <w:tc>
          <w:tcPr>
            <w:tcW w:w="4464" w:type="dxa"/>
            <w:shd w:val="clear" w:color="auto" w:fill="EEF6F8"/>
          </w:tcPr>
          <w:p w14:paraId="1253527D" w14:textId="77777777" w:rsidR="002376F7" w:rsidRDefault="00000000">
            <w:r>
              <w:rPr>
                <w:sz w:val="14"/>
              </w:rPr>
              <w:t>month</w:t>
            </w:r>
          </w:p>
        </w:tc>
        <w:tc>
          <w:tcPr>
            <w:tcW w:w="5472" w:type="dxa"/>
            <w:shd w:val="clear" w:color="auto" w:fill="EEF6F8"/>
          </w:tcPr>
          <w:p w14:paraId="219046D3" w14:textId="77777777" w:rsidR="002376F7" w:rsidRDefault="00000000">
            <w:r>
              <w:rPr>
                <w:sz w:val="14"/>
              </w:rPr>
              <w:t>mes</w:t>
            </w:r>
          </w:p>
        </w:tc>
      </w:tr>
      <w:tr w:rsidR="002376F7" w14:paraId="34B28FA8" w14:textId="77777777">
        <w:trPr>
          <w:jc w:val="center"/>
        </w:trPr>
        <w:tc>
          <w:tcPr>
            <w:tcW w:w="4464" w:type="dxa"/>
          </w:tcPr>
          <w:p w14:paraId="2996BDC5" w14:textId="77777777" w:rsidR="002376F7" w:rsidRDefault="00000000">
            <w:r>
              <w:rPr>
                <w:sz w:val="14"/>
              </w:rPr>
              <w:t>moon</w:t>
            </w:r>
          </w:p>
        </w:tc>
        <w:tc>
          <w:tcPr>
            <w:tcW w:w="5472" w:type="dxa"/>
          </w:tcPr>
          <w:p w14:paraId="16FAF5C0" w14:textId="77777777" w:rsidR="002376F7" w:rsidRDefault="00000000">
            <w:r>
              <w:rPr>
                <w:sz w:val="14"/>
              </w:rPr>
              <w:t>luna</w:t>
            </w:r>
          </w:p>
        </w:tc>
      </w:tr>
      <w:tr w:rsidR="002376F7" w14:paraId="723688B9" w14:textId="77777777">
        <w:trPr>
          <w:jc w:val="center"/>
        </w:trPr>
        <w:tc>
          <w:tcPr>
            <w:tcW w:w="4464" w:type="dxa"/>
            <w:shd w:val="clear" w:color="auto" w:fill="EEF6F8"/>
          </w:tcPr>
          <w:p w14:paraId="413DEFC1" w14:textId="77777777" w:rsidR="002376F7" w:rsidRDefault="00000000">
            <w:r>
              <w:rPr>
                <w:sz w:val="14"/>
              </w:rPr>
              <w:t>more</w:t>
            </w:r>
          </w:p>
        </w:tc>
        <w:tc>
          <w:tcPr>
            <w:tcW w:w="5472" w:type="dxa"/>
            <w:shd w:val="clear" w:color="auto" w:fill="EEF6F8"/>
          </w:tcPr>
          <w:p w14:paraId="0023A326" w14:textId="77777777" w:rsidR="002376F7" w:rsidRDefault="00000000">
            <w:r>
              <w:rPr>
                <w:sz w:val="14"/>
              </w:rPr>
              <w:t>plus</w:t>
            </w:r>
          </w:p>
        </w:tc>
      </w:tr>
      <w:tr w:rsidR="002376F7" w14:paraId="100B8B21" w14:textId="77777777">
        <w:trPr>
          <w:jc w:val="center"/>
        </w:trPr>
        <w:tc>
          <w:tcPr>
            <w:tcW w:w="4464" w:type="dxa"/>
          </w:tcPr>
          <w:p w14:paraId="31280996" w14:textId="77777777" w:rsidR="002376F7" w:rsidRDefault="00000000">
            <w:r>
              <w:rPr>
                <w:sz w:val="14"/>
              </w:rPr>
              <w:t>most</w:t>
            </w:r>
          </w:p>
        </w:tc>
        <w:tc>
          <w:tcPr>
            <w:tcW w:w="5472" w:type="dxa"/>
          </w:tcPr>
          <w:p w14:paraId="68048267" w14:textId="77777777" w:rsidR="002376F7" w:rsidRDefault="00000000">
            <w:r>
              <w:rPr>
                <w:sz w:val="14"/>
              </w:rPr>
              <w:t>max</w:t>
            </w:r>
          </w:p>
        </w:tc>
      </w:tr>
      <w:tr w:rsidR="002376F7" w14:paraId="46A5412E" w14:textId="77777777">
        <w:trPr>
          <w:jc w:val="center"/>
        </w:trPr>
        <w:tc>
          <w:tcPr>
            <w:tcW w:w="4464" w:type="dxa"/>
            <w:shd w:val="clear" w:color="auto" w:fill="EEF6F8"/>
          </w:tcPr>
          <w:p w14:paraId="25E51F12" w14:textId="77777777" w:rsidR="002376F7" w:rsidRDefault="00000000">
            <w:r>
              <w:rPr>
                <w:sz w:val="14"/>
              </w:rPr>
              <w:t>mother</w:t>
            </w:r>
          </w:p>
        </w:tc>
        <w:tc>
          <w:tcPr>
            <w:tcW w:w="5472" w:type="dxa"/>
            <w:shd w:val="clear" w:color="auto" w:fill="EEF6F8"/>
          </w:tcPr>
          <w:p w14:paraId="61E5C436" w14:textId="77777777" w:rsidR="002376F7" w:rsidRDefault="00000000">
            <w:r>
              <w:rPr>
                <w:sz w:val="14"/>
              </w:rPr>
              <w:t>mater</w:t>
            </w:r>
          </w:p>
        </w:tc>
      </w:tr>
      <w:tr w:rsidR="002376F7" w14:paraId="5C6549E8" w14:textId="77777777">
        <w:trPr>
          <w:jc w:val="center"/>
        </w:trPr>
        <w:tc>
          <w:tcPr>
            <w:tcW w:w="4464" w:type="dxa"/>
          </w:tcPr>
          <w:p w14:paraId="4CC25B53" w14:textId="77777777" w:rsidR="002376F7" w:rsidRDefault="00000000">
            <w:r>
              <w:rPr>
                <w:sz w:val="14"/>
              </w:rPr>
              <w:t>mountain</w:t>
            </w:r>
          </w:p>
        </w:tc>
        <w:tc>
          <w:tcPr>
            <w:tcW w:w="5472" w:type="dxa"/>
          </w:tcPr>
          <w:p w14:paraId="57366248" w14:textId="77777777" w:rsidR="002376F7" w:rsidRDefault="00000000">
            <w:r>
              <w:rPr>
                <w:sz w:val="14"/>
              </w:rPr>
              <w:t>monta</w:t>
            </w:r>
          </w:p>
        </w:tc>
      </w:tr>
      <w:tr w:rsidR="002376F7" w14:paraId="562979D2" w14:textId="77777777">
        <w:trPr>
          <w:jc w:val="center"/>
        </w:trPr>
        <w:tc>
          <w:tcPr>
            <w:tcW w:w="4464" w:type="dxa"/>
            <w:shd w:val="clear" w:color="auto" w:fill="EEF6F8"/>
          </w:tcPr>
          <w:p w14:paraId="34D13CBF" w14:textId="77777777" w:rsidR="002376F7" w:rsidRDefault="00000000">
            <w:r>
              <w:rPr>
                <w:sz w:val="14"/>
              </w:rPr>
              <w:t>move</w:t>
            </w:r>
          </w:p>
        </w:tc>
        <w:tc>
          <w:tcPr>
            <w:tcW w:w="5472" w:type="dxa"/>
            <w:shd w:val="clear" w:color="auto" w:fill="EEF6F8"/>
          </w:tcPr>
          <w:p w14:paraId="5A1441B4" w14:textId="77777777" w:rsidR="002376F7" w:rsidRDefault="00000000">
            <w:r>
              <w:rPr>
                <w:sz w:val="14"/>
              </w:rPr>
              <w:t>movi</w:t>
            </w:r>
          </w:p>
        </w:tc>
      </w:tr>
      <w:tr w:rsidR="002376F7" w14:paraId="4F739EB5" w14:textId="77777777">
        <w:trPr>
          <w:jc w:val="center"/>
        </w:trPr>
        <w:tc>
          <w:tcPr>
            <w:tcW w:w="4464" w:type="dxa"/>
          </w:tcPr>
          <w:p w14:paraId="1033488E" w14:textId="77777777" w:rsidR="002376F7" w:rsidRDefault="00000000">
            <w:r>
              <w:rPr>
                <w:sz w:val="14"/>
              </w:rPr>
              <w:t>music</w:t>
            </w:r>
          </w:p>
        </w:tc>
        <w:tc>
          <w:tcPr>
            <w:tcW w:w="5472" w:type="dxa"/>
          </w:tcPr>
          <w:p w14:paraId="1A732C35" w14:textId="77777777" w:rsidR="002376F7" w:rsidRDefault="00000000">
            <w:r>
              <w:rPr>
                <w:sz w:val="14"/>
              </w:rPr>
              <w:t>musik</w:t>
            </w:r>
          </w:p>
        </w:tc>
      </w:tr>
      <w:tr w:rsidR="002376F7" w14:paraId="1E1601C8" w14:textId="77777777">
        <w:trPr>
          <w:jc w:val="center"/>
        </w:trPr>
        <w:tc>
          <w:tcPr>
            <w:tcW w:w="4464" w:type="dxa"/>
            <w:shd w:val="clear" w:color="auto" w:fill="EEF6F8"/>
          </w:tcPr>
          <w:p w14:paraId="219C5B19" w14:textId="77777777" w:rsidR="002376F7" w:rsidRDefault="00000000">
            <w:r>
              <w:rPr>
                <w:sz w:val="14"/>
              </w:rPr>
              <w:t>name</w:t>
            </w:r>
          </w:p>
        </w:tc>
        <w:tc>
          <w:tcPr>
            <w:tcW w:w="5472" w:type="dxa"/>
            <w:shd w:val="clear" w:color="auto" w:fill="EEF6F8"/>
          </w:tcPr>
          <w:p w14:paraId="065FA3A7" w14:textId="77777777" w:rsidR="002376F7" w:rsidRDefault="00000000">
            <w:r>
              <w:rPr>
                <w:sz w:val="14"/>
              </w:rPr>
              <w:t>nom</w:t>
            </w:r>
          </w:p>
        </w:tc>
      </w:tr>
      <w:tr w:rsidR="002376F7" w14:paraId="6AAC6656" w14:textId="77777777">
        <w:trPr>
          <w:jc w:val="center"/>
        </w:trPr>
        <w:tc>
          <w:tcPr>
            <w:tcW w:w="4464" w:type="dxa"/>
          </w:tcPr>
          <w:p w14:paraId="4D4F0D67" w14:textId="77777777" w:rsidR="002376F7" w:rsidRDefault="00000000">
            <w:r>
              <w:rPr>
                <w:sz w:val="14"/>
              </w:rPr>
              <w:t>nasion</w:t>
            </w:r>
          </w:p>
        </w:tc>
        <w:tc>
          <w:tcPr>
            <w:tcW w:w="5472" w:type="dxa"/>
          </w:tcPr>
          <w:p w14:paraId="6CC207A6" w14:textId="77777777" w:rsidR="002376F7" w:rsidRDefault="00000000">
            <w:r>
              <w:rPr>
                <w:sz w:val="14"/>
              </w:rPr>
              <w:t>nasion</w:t>
            </w:r>
          </w:p>
        </w:tc>
      </w:tr>
      <w:tr w:rsidR="002376F7" w14:paraId="4CAA1B14" w14:textId="77777777">
        <w:trPr>
          <w:jc w:val="center"/>
        </w:trPr>
        <w:tc>
          <w:tcPr>
            <w:tcW w:w="4464" w:type="dxa"/>
            <w:shd w:val="clear" w:color="auto" w:fill="EEF6F8"/>
          </w:tcPr>
          <w:p w14:paraId="72DED4F8" w14:textId="77777777" w:rsidR="002376F7" w:rsidRDefault="00000000">
            <w:r>
              <w:rPr>
                <w:sz w:val="14"/>
              </w:rPr>
              <w:t>nature</w:t>
            </w:r>
          </w:p>
        </w:tc>
        <w:tc>
          <w:tcPr>
            <w:tcW w:w="5472" w:type="dxa"/>
            <w:shd w:val="clear" w:color="auto" w:fill="EEF6F8"/>
          </w:tcPr>
          <w:p w14:paraId="699D253A" w14:textId="77777777" w:rsidR="002376F7" w:rsidRDefault="00000000">
            <w:r>
              <w:rPr>
                <w:sz w:val="14"/>
              </w:rPr>
              <w:t>natur</w:t>
            </w:r>
          </w:p>
        </w:tc>
      </w:tr>
      <w:tr w:rsidR="002376F7" w14:paraId="0B5A8381" w14:textId="77777777">
        <w:trPr>
          <w:jc w:val="center"/>
        </w:trPr>
        <w:tc>
          <w:tcPr>
            <w:tcW w:w="4464" w:type="dxa"/>
          </w:tcPr>
          <w:p w14:paraId="34DDB585" w14:textId="77777777" w:rsidR="002376F7" w:rsidRDefault="00000000">
            <w:r>
              <w:rPr>
                <w:sz w:val="14"/>
              </w:rPr>
              <w:t>need</w:t>
            </w:r>
          </w:p>
        </w:tc>
        <w:tc>
          <w:tcPr>
            <w:tcW w:w="5472" w:type="dxa"/>
          </w:tcPr>
          <w:p w14:paraId="38896E55" w14:textId="77777777" w:rsidR="002376F7" w:rsidRDefault="00000000">
            <w:r>
              <w:rPr>
                <w:sz w:val="14"/>
              </w:rPr>
              <w:t>nesesita</w:t>
            </w:r>
          </w:p>
        </w:tc>
      </w:tr>
      <w:tr w:rsidR="002376F7" w14:paraId="52DF3241" w14:textId="77777777">
        <w:trPr>
          <w:jc w:val="center"/>
        </w:trPr>
        <w:tc>
          <w:tcPr>
            <w:tcW w:w="4464" w:type="dxa"/>
            <w:shd w:val="clear" w:color="auto" w:fill="EEF6F8"/>
          </w:tcPr>
          <w:p w14:paraId="2A73B06D" w14:textId="77777777" w:rsidR="002376F7" w:rsidRDefault="00000000">
            <w:r>
              <w:rPr>
                <w:sz w:val="14"/>
              </w:rPr>
              <w:t>new</w:t>
            </w:r>
          </w:p>
        </w:tc>
        <w:tc>
          <w:tcPr>
            <w:tcW w:w="5472" w:type="dxa"/>
            <w:shd w:val="clear" w:color="auto" w:fill="EEF6F8"/>
          </w:tcPr>
          <w:p w14:paraId="334400CB" w14:textId="77777777" w:rsidR="002376F7" w:rsidRDefault="00000000">
            <w:r>
              <w:rPr>
                <w:sz w:val="14"/>
              </w:rPr>
              <w:t>nova</w:t>
            </w:r>
          </w:p>
        </w:tc>
      </w:tr>
      <w:tr w:rsidR="002376F7" w14:paraId="729FF337" w14:textId="77777777">
        <w:trPr>
          <w:jc w:val="center"/>
        </w:trPr>
        <w:tc>
          <w:tcPr>
            <w:tcW w:w="4464" w:type="dxa"/>
          </w:tcPr>
          <w:p w14:paraId="5797BE87" w14:textId="77777777" w:rsidR="002376F7" w:rsidRDefault="00000000">
            <w:r>
              <w:rPr>
                <w:sz w:val="14"/>
              </w:rPr>
              <w:t>night</w:t>
            </w:r>
          </w:p>
        </w:tc>
        <w:tc>
          <w:tcPr>
            <w:tcW w:w="5472" w:type="dxa"/>
          </w:tcPr>
          <w:p w14:paraId="737535DA" w14:textId="77777777" w:rsidR="002376F7" w:rsidRDefault="00000000">
            <w:r>
              <w:rPr>
                <w:sz w:val="14"/>
              </w:rPr>
              <w:t>nokte</w:t>
            </w:r>
          </w:p>
        </w:tc>
      </w:tr>
      <w:tr w:rsidR="002376F7" w14:paraId="2CBEBFC6" w14:textId="77777777">
        <w:trPr>
          <w:jc w:val="center"/>
        </w:trPr>
        <w:tc>
          <w:tcPr>
            <w:tcW w:w="4464" w:type="dxa"/>
            <w:shd w:val="clear" w:color="auto" w:fill="EEF6F8"/>
          </w:tcPr>
          <w:p w14:paraId="7D426B1B" w14:textId="77777777" w:rsidR="002376F7" w:rsidRDefault="00000000">
            <w:r>
              <w:rPr>
                <w:sz w:val="14"/>
              </w:rPr>
              <w:t>nine</w:t>
            </w:r>
          </w:p>
        </w:tc>
        <w:tc>
          <w:tcPr>
            <w:tcW w:w="5472" w:type="dxa"/>
            <w:shd w:val="clear" w:color="auto" w:fill="EEF6F8"/>
          </w:tcPr>
          <w:p w14:paraId="7813DAD3" w14:textId="77777777" w:rsidR="002376F7" w:rsidRDefault="00000000">
            <w:r>
              <w:rPr>
                <w:sz w:val="14"/>
              </w:rPr>
              <w:t>nove</w:t>
            </w:r>
          </w:p>
        </w:tc>
      </w:tr>
      <w:tr w:rsidR="002376F7" w14:paraId="2FE2638A" w14:textId="77777777">
        <w:trPr>
          <w:jc w:val="center"/>
        </w:trPr>
        <w:tc>
          <w:tcPr>
            <w:tcW w:w="4464" w:type="dxa"/>
          </w:tcPr>
          <w:p w14:paraId="2CCFD0CB" w14:textId="77777777" w:rsidR="002376F7" w:rsidRDefault="00000000">
            <w:r>
              <w:rPr>
                <w:sz w:val="14"/>
              </w:rPr>
              <w:t>north</w:t>
            </w:r>
          </w:p>
        </w:tc>
        <w:tc>
          <w:tcPr>
            <w:tcW w:w="5472" w:type="dxa"/>
          </w:tcPr>
          <w:p w14:paraId="3B89C8A0" w14:textId="77777777" w:rsidR="002376F7" w:rsidRDefault="00000000">
            <w:r>
              <w:rPr>
                <w:sz w:val="14"/>
              </w:rPr>
              <w:t>nord</w:t>
            </w:r>
          </w:p>
        </w:tc>
      </w:tr>
      <w:tr w:rsidR="002376F7" w14:paraId="43D97D53" w14:textId="77777777">
        <w:trPr>
          <w:jc w:val="center"/>
        </w:trPr>
        <w:tc>
          <w:tcPr>
            <w:tcW w:w="4464" w:type="dxa"/>
            <w:shd w:val="clear" w:color="auto" w:fill="EEF6F8"/>
          </w:tcPr>
          <w:p w14:paraId="1B116E91" w14:textId="77777777" w:rsidR="002376F7" w:rsidRDefault="00000000">
            <w:r>
              <w:rPr>
                <w:sz w:val="14"/>
              </w:rPr>
              <w:t>not</w:t>
            </w:r>
          </w:p>
        </w:tc>
        <w:tc>
          <w:tcPr>
            <w:tcW w:w="5472" w:type="dxa"/>
            <w:shd w:val="clear" w:color="auto" w:fill="EEF6F8"/>
          </w:tcPr>
          <w:p w14:paraId="06CB6474" w14:textId="77777777" w:rsidR="002376F7" w:rsidRDefault="00000000">
            <w:r>
              <w:rPr>
                <w:sz w:val="14"/>
              </w:rPr>
              <w:t>ne</w:t>
            </w:r>
          </w:p>
        </w:tc>
      </w:tr>
      <w:tr w:rsidR="002376F7" w14:paraId="5C902103" w14:textId="77777777">
        <w:trPr>
          <w:jc w:val="center"/>
        </w:trPr>
        <w:tc>
          <w:tcPr>
            <w:tcW w:w="4464" w:type="dxa"/>
          </w:tcPr>
          <w:p w14:paraId="09A9A210" w14:textId="77777777" w:rsidR="002376F7" w:rsidRDefault="00000000">
            <w:r>
              <w:rPr>
                <w:sz w:val="14"/>
              </w:rPr>
              <w:t>note</w:t>
            </w:r>
          </w:p>
        </w:tc>
        <w:tc>
          <w:tcPr>
            <w:tcW w:w="5472" w:type="dxa"/>
          </w:tcPr>
          <w:p w14:paraId="4BBAE92C" w14:textId="77777777" w:rsidR="002376F7" w:rsidRDefault="00000000">
            <w:r>
              <w:rPr>
                <w:sz w:val="14"/>
              </w:rPr>
              <w:t>nota</w:t>
            </w:r>
          </w:p>
        </w:tc>
      </w:tr>
      <w:tr w:rsidR="002376F7" w14:paraId="2B46214D" w14:textId="77777777">
        <w:trPr>
          <w:jc w:val="center"/>
        </w:trPr>
        <w:tc>
          <w:tcPr>
            <w:tcW w:w="4464" w:type="dxa"/>
            <w:shd w:val="clear" w:color="auto" w:fill="EEF6F8"/>
          </w:tcPr>
          <w:p w14:paraId="204F5CBD" w14:textId="77777777" w:rsidR="002376F7" w:rsidRDefault="00000000">
            <w:r>
              <w:rPr>
                <w:sz w:val="14"/>
              </w:rPr>
              <w:t>now</w:t>
            </w:r>
          </w:p>
        </w:tc>
        <w:tc>
          <w:tcPr>
            <w:tcW w:w="5472" w:type="dxa"/>
            <w:shd w:val="clear" w:color="auto" w:fill="EEF6F8"/>
          </w:tcPr>
          <w:p w14:paraId="1FA580AD" w14:textId="77777777" w:rsidR="002376F7" w:rsidRDefault="00000000">
            <w:r>
              <w:rPr>
                <w:sz w:val="14"/>
              </w:rPr>
              <w:t>nu</w:t>
            </w:r>
          </w:p>
        </w:tc>
      </w:tr>
      <w:tr w:rsidR="002376F7" w14:paraId="2B15C7DC" w14:textId="77777777">
        <w:trPr>
          <w:jc w:val="center"/>
        </w:trPr>
        <w:tc>
          <w:tcPr>
            <w:tcW w:w="4464" w:type="dxa"/>
          </w:tcPr>
          <w:p w14:paraId="3C784025" w14:textId="77777777" w:rsidR="002376F7" w:rsidRDefault="00000000">
            <w:r>
              <w:rPr>
                <w:sz w:val="14"/>
              </w:rPr>
              <w:t>number</w:t>
            </w:r>
          </w:p>
        </w:tc>
        <w:tc>
          <w:tcPr>
            <w:tcW w:w="5472" w:type="dxa"/>
          </w:tcPr>
          <w:p w14:paraId="6C41959E" w14:textId="77777777" w:rsidR="002376F7" w:rsidRDefault="00000000">
            <w:r>
              <w:rPr>
                <w:sz w:val="14"/>
              </w:rPr>
              <w:t>numero</w:t>
            </w:r>
          </w:p>
        </w:tc>
      </w:tr>
      <w:tr w:rsidR="002376F7" w14:paraId="7D62CC3F" w14:textId="77777777">
        <w:trPr>
          <w:jc w:val="center"/>
        </w:trPr>
        <w:tc>
          <w:tcPr>
            <w:tcW w:w="4464" w:type="dxa"/>
            <w:shd w:val="clear" w:color="auto" w:fill="EEF6F8"/>
          </w:tcPr>
          <w:p w14:paraId="7DA10754" w14:textId="77777777" w:rsidR="002376F7" w:rsidRDefault="00000000">
            <w:r>
              <w:rPr>
                <w:sz w:val="14"/>
              </w:rPr>
              <w:t>of</w:t>
            </w:r>
          </w:p>
        </w:tc>
        <w:tc>
          <w:tcPr>
            <w:tcW w:w="5472" w:type="dxa"/>
            <w:shd w:val="clear" w:color="auto" w:fill="EEF6F8"/>
          </w:tcPr>
          <w:p w14:paraId="25A31B80" w14:textId="77777777" w:rsidR="002376F7" w:rsidRDefault="00000000">
            <w:r>
              <w:rPr>
                <w:sz w:val="14"/>
              </w:rPr>
              <w:t>de</w:t>
            </w:r>
          </w:p>
        </w:tc>
      </w:tr>
      <w:tr w:rsidR="002376F7" w14:paraId="29F3CA08" w14:textId="77777777">
        <w:trPr>
          <w:jc w:val="center"/>
        </w:trPr>
        <w:tc>
          <w:tcPr>
            <w:tcW w:w="4464" w:type="dxa"/>
          </w:tcPr>
          <w:p w14:paraId="5242896B" w14:textId="77777777" w:rsidR="002376F7" w:rsidRDefault="00000000">
            <w:r>
              <w:rPr>
                <w:sz w:val="14"/>
              </w:rPr>
              <w:t>official</w:t>
            </w:r>
          </w:p>
        </w:tc>
        <w:tc>
          <w:tcPr>
            <w:tcW w:w="5472" w:type="dxa"/>
          </w:tcPr>
          <w:p w14:paraId="5D9EA383" w14:textId="77777777" w:rsidR="002376F7" w:rsidRDefault="00000000">
            <w:r>
              <w:rPr>
                <w:sz w:val="14"/>
              </w:rPr>
              <w:t>ofisial</w:t>
            </w:r>
          </w:p>
        </w:tc>
      </w:tr>
      <w:tr w:rsidR="002376F7" w14:paraId="52E6579F" w14:textId="77777777">
        <w:trPr>
          <w:jc w:val="center"/>
        </w:trPr>
        <w:tc>
          <w:tcPr>
            <w:tcW w:w="4464" w:type="dxa"/>
            <w:shd w:val="clear" w:color="auto" w:fill="EEF6F8"/>
          </w:tcPr>
          <w:p w14:paraId="089A6EE6" w14:textId="77777777" w:rsidR="002376F7" w:rsidRDefault="00000000">
            <w:r>
              <w:rPr>
                <w:sz w:val="14"/>
              </w:rPr>
              <w:t>open</w:t>
            </w:r>
          </w:p>
        </w:tc>
        <w:tc>
          <w:tcPr>
            <w:tcW w:w="5472" w:type="dxa"/>
            <w:shd w:val="clear" w:color="auto" w:fill="EEF6F8"/>
          </w:tcPr>
          <w:p w14:paraId="279D26CD" w14:textId="77777777" w:rsidR="002376F7" w:rsidRDefault="00000000">
            <w:r>
              <w:rPr>
                <w:sz w:val="14"/>
              </w:rPr>
              <w:t>abri</w:t>
            </w:r>
          </w:p>
        </w:tc>
      </w:tr>
      <w:tr w:rsidR="002376F7" w14:paraId="134745A5" w14:textId="77777777">
        <w:trPr>
          <w:jc w:val="center"/>
        </w:trPr>
        <w:tc>
          <w:tcPr>
            <w:tcW w:w="4464" w:type="dxa"/>
          </w:tcPr>
          <w:p w14:paraId="69BC3DBC" w14:textId="77777777" w:rsidR="002376F7" w:rsidRDefault="00000000">
            <w:r>
              <w:rPr>
                <w:sz w:val="14"/>
              </w:rPr>
              <w:t>operate</w:t>
            </w:r>
          </w:p>
        </w:tc>
        <w:tc>
          <w:tcPr>
            <w:tcW w:w="5472" w:type="dxa"/>
          </w:tcPr>
          <w:p w14:paraId="7599405E" w14:textId="77777777" w:rsidR="002376F7" w:rsidRDefault="00000000">
            <w:r>
              <w:rPr>
                <w:sz w:val="14"/>
              </w:rPr>
              <w:t>opera</w:t>
            </w:r>
          </w:p>
        </w:tc>
      </w:tr>
      <w:tr w:rsidR="002376F7" w14:paraId="76BC5E23" w14:textId="77777777">
        <w:trPr>
          <w:jc w:val="center"/>
        </w:trPr>
        <w:tc>
          <w:tcPr>
            <w:tcW w:w="4464" w:type="dxa"/>
            <w:shd w:val="clear" w:color="auto" w:fill="EEF6F8"/>
          </w:tcPr>
          <w:p w14:paraId="30478935" w14:textId="77777777" w:rsidR="002376F7" w:rsidRDefault="00000000">
            <w:r>
              <w:rPr>
                <w:sz w:val="14"/>
              </w:rPr>
              <w:t>order</w:t>
            </w:r>
          </w:p>
        </w:tc>
        <w:tc>
          <w:tcPr>
            <w:tcW w:w="5472" w:type="dxa"/>
            <w:shd w:val="clear" w:color="auto" w:fill="EEF6F8"/>
          </w:tcPr>
          <w:p w14:paraId="43678DEC" w14:textId="77777777" w:rsidR="002376F7" w:rsidRDefault="00000000">
            <w:r>
              <w:rPr>
                <w:sz w:val="14"/>
              </w:rPr>
              <w:t>ordine</w:t>
            </w:r>
          </w:p>
        </w:tc>
      </w:tr>
      <w:tr w:rsidR="002376F7" w14:paraId="61A23497" w14:textId="77777777">
        <w:trPr>
          <w:jc w:val="center"/>
        </w:trPr>
        <w:tc>
          <w:tcPr>
            <w:tcW w:w="4464" w:type="dxa"/>
          </w:tcPr>
          <w:p w14:paraId="337468E4" w14:textId="77777777" w:rsidR="002376F7" w:rsidRDefault="00000000">
            <w:r>
              <w:rPr>
                <w:sz w:val="14"/>
              </w:rPr>
              <w:t>other</w:t>
            </w:r>
          </w:p>
        </w:tc>
        <w:tc>
          <w:tcPr>
            <w:tcW w:w="5472" w:type="dxa"/>
          </w:tcPr>
          <w:p w14:paraId="13E8B631" w14:textId="77777777" w:rsidR="002376F7" w:rsidRDefault="00000000">
            <w:r>
              <w:rPr>
                <w:sz w:val="14"/>
              </w:rPr>
              <w:t>alia</w:t>
            </w:r>
          </w:p>
        </w:tc>
      </w:tr>
      <w:tr w:rsidR="002376F7" w14:paraId="3A1FD09B" w14:textId="77777777">
        <w:trPr>
          <w:jc w:val="center"/>
        </w:trPr>
        <w:tc>
          <w:tcPr>
            <w:tcW w:w="4464" w:type="dxa"/>
            <w:shd w:val="clear" w:color="auto" w:fill="EEF6F8"/>
          </w:tcPr>
          <w:p w14:paraId="26C866F0" w14:textId="77777777" w:rsidR="002376F7" w:rsidRDefault="00000000">
            <w:r>
              <w:rPr>
                <w:sz w:val="14"/>
              </w:rPr>
              <w:t>page</w:t>
            </w:r>
          </w:p>
        </w:tc>
        <w:tc>
          <w:tcPr>
            <w:tcW w:w="5472" w:type="dxa"/>
            <w:shd w:val="clear" w:color="auto" w:fill="EEF6F8"/>
          </w:tcPr>
          <w:p w14:paraId="7121D61B" w14:textId="77777777" w:rsidR="002376F7" w:rsidRDefault="00000000">
            <w:r>
              <w:rPr>
                <w:sz w:val="14"/>
              </w:rPr>
              <w:t>pagina</w:t>
            </w:r>
          </w:p>
        </w:tc>
      </w:tr>
      <w:tr w:rsidR="002376F7" w14:paraId="0399818C" w14:textId="77777777">
        <w:trPr>
          <w:jc w:val="center"/>
        </w:trPr>
        <w:tc>
          <w:tcPr>
            <w:tcW w:w="4464" w:type="dxa"/>
          </w:tcPr>
          <w:p w14:paraId="71929B74" w14:textId="77777777" w:rsidR="002376F7" w:rsidRDefault="00000000">
            <w:r>
              <w:rPr>
                <w:sz w:val="14"/>
              </w:rPr>
              <w:t>paper</w:t>
            </w:r>
          </w:p>
        </w:tc>
        <w:tc>
          <w:tcPr>
            <w:tcW w:w="5472" w:type="dxa"/>
          </w:tcPr>
          <w:p w14:paraId="2062A67B" w14:textId="77777777" w:rsidR="002376F7" w:rsidRDefault="00000000">
            <w:r>
              <w:rPr>
                <w:sz w:val="14"/>
              </w:rPr>
              <w:t>charta</w:t>
            </w:r>
          </w:p>
        </w:tc>
      </w:tr>
      <w:tr w:rsidR="002376F7" w14:paraId="22C02372" w14:textId="77777777">
        <w:trPr>
          <w:jc w:val="center"/>
        </w:trPr>
        <w:tc>
          <w:tcPr>
            <w:tcW w:w="4464" w:type="dxa"/>
            <w:shd w:val="clear" w:color="auto" w:fill="EEF6F8"/>
          </w:tcPr>
          <w:p w14:paraId="330B8890" w14:textId="77777777" w:rsidR="002376F7" w:rsidRDefault="00000000">
            <w:r>
              <w:rPr>
                <w:sz w:val="14"/>
              </w:rPr>
              <w:t>part</w:t>
            </w:r>
          </w:p>
        </w:tc>
        <w:tc>
          <w:tcPr>
            <w:tcW w:w="5472" w:type="dxa"/>
            <w:shd w:val="clear" w:color="auto" w:fill="EEF6F8"/>
          </w:tcPr>
          <w:p w14:paraId="5C82D8B3" w14:textId="77777777" w:rsidR="002376F7" w:rsidRDefault="00000000">
            <w:r>
              <w:rPr>
                <w:sz w:val="14"/>
              </w:rPr>
              <w:t>parte</w:t>
            </w:r>
          </w:p>
        </w:tc>
      </w:tr>
      <w:tr w:rsidR="002376F7" w14:paraId="2D0B7016" w14:textId="77777777">
        <w:trPr>
          <w:jc w:val="center"/>
        </w:trPr>
        <w:tc>
          <w:tcPr>
            <w:tcW w:w="4464" w:type="dxa"/>
          </w:tcPr>
          <w:p w14:paraId="401C8CC7" w14:textId="77777777" w:rsidR="002376F7" w:rsidRDefault="00000000">
            <w:r>
              <w:rPr>
                <w:sz w:val="14"/>
              </w:rPr>
              <w:t>party</w:t>
            </w:r>
          </w:p>
        </w:tc>
        <w:tc>
          <w:tcPr>
            <w:tcW w:w="5472" w:type="dxa"/>
          </w:tcPr>
          <w:p w14:paraId="22518942" w14:textId="77777777" w:rsidR="002376F7" w:rsidRDefault="00000000">
            <w:r>
              <w:rPr>
                <w:sz w:val="14"/>
              </w:rPr>
              <w:t>festa</w:t>
            </w:r>
          </w:p>
        </w:tc>
      </w:tr>
      <w:tr w:rsidR="002376F7" w14:paraId="1B56BEFE" w14:textId="77777777">
        <w:trPr>
          <w:jc w:val="center"/>
        </w:trPr>
        <w:tc>
          <w:tcPr>
            <w:tcW w:w="4464" w:type="dxa"/>
            <w:shd w:val="clear" w:color="auto" w:fill="EEF6F8"/>
          </w:tcPr>
          <w:p w14:paraId="2AD7BDEE" w14:textId="77777777" w:rsidR="002376F7" w:rsidRDefault="00000000">
            <w:r>
              <w:rPr>
                <w:sz w:val="14"/>
              </w:rPr>
              <w:t>pass</w:t>
            </w:r>
          </w:p>
        </w:tc>
        <w:tc>
          <w:tcPr>
            <w:tcW w:w="5472" w:type="dxa"/>
            <w:shd w:val="clear" w:color="auto" w:fill="EEF6F8"/>
          </w:tcPr>
          <w:p w14:paraId="319E274F" w14:textId="77777777" w:rsidR="002376F7" w:rsidRDefault="00000000">
            <w:r>
              <w:rPr>
                <w:sz w:val="14"/>
              </w:rPr>
              <w:t>passa</w:t>
            </w:r>
          </w:p>
        </w:tc>
      </w:tr>
      <w:tr w:rsidR="002376F7" w14:paraId="3C8DF80B" w14:textId="77777777">
        <w:trPr>
          <w:jc w:val="center"/>
        </w:trPr>
        <w:tc>
          <w:tcPr>
            <w:tcW w:w="4464" w:type="dxa"/>
          </w:tcPr>
          <w:p w14:paraId="69E9E013" w14:textId="77777777" w:rsidR="002376F7" w:rsidRDefault="00000000">
            <w:r>
              <w:rPr>
                <w:sz w:val="14"/>
              </w:rPr>
              <w:t>past marker</w:t>
            </w:r>
          </w:p>
        </w:tc>
        <w:tc>
          <w:tcPr>
            <w:tcW w:w="5472" w:type="dxa"/>
          </w:tcPr>
          <w:p w14:paraId="4C4635E2" w14:textId="77777777" w:rsidR="002376F7" w:rsidRDefault="00000000">
            <w:r>
              <w:rPr>
                <w:sz w:val="14"/>
              </w:rPr>
              <w:t>pa</w:t>
            </w:r>
          </w:p>
        </w:tc>
      </w:tr>
      <w:tr w:rsidR="002376F7" w14:paraId="427E9DE0" w14:textId="77777777">
        <w:trPr>
          <w:jc w:val="center"/>
        </w:trPr>
        <w:tc>
          <w:tcPr>
            <w:tcW w:w="4464" w:type="dxa"/>
            <w:shd w:val="clear" w:color="auto" w:fill="EEF6F8"/>
          </w:tcPr>
          <w:p w14:paraId="2D7188C7" w14:textId="77777777" w:rsidR="002376F7" w:rsidRDefault="00000000">
            <w:r>
              <w:rPr>
                <w:sz w:val="14"/>
              </w:rPr>
              <w:t>pay</w:t>
            </w:r>
          </w:p>
        </w:tc>
        <w:tc>
          <w:tcPr>
            <w:tcW w:w="5472" w:type="dxa"/>
            <w:shd w:val="clear" w:color="auto" w:fill="EEF6F8"/>
          </w:tcPr>
          <w:p w14:paraId="7798F868" w14:textId="77777777" w:rsidR="002376F7" w:rsidRDefault="00000000">
            <w:r>
              <w:rPr>
                <w:sz w:val="14"/>
              </w:rPr>
              <w:t>pay</w:t>
            </w:r>
          </w:p>
        </w:tc>
      </w:tr>
      <w:tr w:rsidR="002376F7" w14:paraId="0C3025EE" w14:textId="77777777">
        <w:trPr>
          <w:jc w:val="center"/>
        </w:trPr>
        <w:tc>
          <w:tcPr>
            <w:tcW w:w="4464" w:type="dxa"/>
          </w:tcPr>
          <w:p w14:paraId="0E7B6A07" w14:textId="77777777" w:rsidR="002376F7" w:rsidRDefault="00000000">
            <w:r>
              <w:rPr>
                <w:sz w:val="14"/>
              </w:rPr>
              <w:t>peace</w:t>
            </w:r>
          </w:p>
        </w:tc>
        <w:tc>
          <w:tcPr>
            <w:tcW w:w="5472" w:type="dxa"/>
          </w:tcPr>
          <w:p w14:paraId="2F9F453E" w14:textId="77777777" w:rsidR="002376F7" w:rsidRDefault="00000000">
            <w:r>
              <w:rPr>
                <w:sz w:val="14"/>
              </w:rPr>
              <w:t>pase</w:t>
            </w:r>
          </w:p>
        </w:tc>
      </w:tr>
      <w:tr w:rsidR="002376F7" w14:paraId="6D0D64A5" w14:textId="77777777">
        <w:trPr>
          <w:jc w:val="center"/>
        </w:trPr>
        <w:tc>
          <w:tcPr>
            <w:tcW w:w="4464" w:type="dxa"/>
            <w:shd w:val="clear" w:color="auto" w:fill="EEF6F8"/>
          </w:tcPr>
          <w:p w14:paraId="2E2BDD19" w14:textId="77777777" w:rsidR="002376F7" w:rsidRDefault="00000000">
            <w:r>
              <w:rPr>
                <w:sz w:val="14"/>
              </w:rPr>
              <w:t>person</w:t>
            </w:r>
          </w:p>
        </w:tc>
        <w:tc>
          <w:tcPr>
            <w:tcW w:w="5472" w:type="dxa"/>
            <w:shd w:val="clear" w:color="auto" w:fill="EEF6F8"/>
          </w:tcPr>
          <w:p w14:paraId="63CDE66A" w14:textId="77777777" w:rsidR="002376F7" w:rsidRDefault="00000000">
            <w:r>
              <w:rPr>
                <w:sz w:val="14"/>
              </w:rPr>
              <w:t>persona</w:t>
            </w:r>
          </w:p>
        </w:tc>
      </w:tr>
      <w:tr w:rsidR="002376F7" w14:paraId="52850E61" w14:textId="77777777">
        <w:trPr>
          <w:jc w:val="center"/>
        </w:trPr>
        <w:tc>
          <w:tcPr>
            <w:tcW w:w="4464" w:type="dxa"/>
          </w:tcPr>
          <w:p w14:paraId="35DAFC9D" w14:textId="77777777" w:rsidR="002376F7" w:rsidRDefault="00000000">
            <w:r>
              <w:rPr>
                <w:sz w:val="14"/>
              </w:rPr>
              <w:t>photo</w:t>
            </w:r>
          </w:p>
        </w:tc>
        <w:tc>
          <w:tcPr>
            <w:tcW w:w="5472" w:type="dxa"/>
          </w:tcPr>
          <w:p w14:paraId="2D19D174" w14:textId="77777777" w:rsidR="002376F7" w:rsidRDefault="00000000">
            <w:r>
              <w:rPr>
                <w:sz w:val="14"/>
              </w:rPr>
              <w:t>foto</w:t>
            </w:r>
          </w:p>
        </w:tc>
      </w:tr>
      <w:tr w:rsidR="002376F7" w14:paraId="72D8E885" w14:textId="77777777">
        <w:trPr>
          <w:jc w:val="center"/>
        </w:trPr>
        <w:tc>
          <w:tcPr>
            <w:tcW w:w="4464" w:type="dxa"/>
            <w:shd w:val="clear" w:color="auto" w:fill="EEF6F8"/>
          </w:tcPr>
          <w:p w14:paraId="558584C4" w14:textId="77777777" w:rsidR="002376F7" w:rsidRDefault="00000000">
            <w:r>
              <w:rPr>
                <w:sz w:val="14"/>
              </w:rPr>
              <w:t>place</w:t>
            </w:r>
          </w:p>
        </w:tc>
        <w:tc>
          <w:tcPr>
            <w:tcW w:w="5472" w:type="dxa"/>
            <w:shd w:val="clear" w:color="auto" w:fill="EEF6F8"/>
          </w:tcPr>
          <w:p w14:paraId="7E4331C2" w14:textId="77777777" w:rsidR="002376F7" w:rsidRDefault="00000000">
            <w:r>
              <w:rPr>
                <w:sz w:val="14"/>
              </w:rPr>
              <w:t>loka</w:t>
            </w:r>
          </w:p>
        </w:tc>
      </w:tr>
      <w:tr w:rsidR="002376F7" w14:paraId="7B09CBAF" w14:textId="77777777">
        <w:trPr>
          <w:jc w:val="center"/>
        </w:trPr>
        <w:tc>
          <w:tcPr>
            <w:tcW w:w="4464" w:type="dxa"/>
          </w:tcPr>
          <w:p w14:paraId="065D18B3" w14:textId="77777777" w:rsidR="002376F7" w:rsidRDefault="00000000">
            <w:r>
              <w:rPr>
                <w:sz w:val="14"/>
              </w:rPr>
              <w:t>please</w:t>
            </w:r>
          </w:p>
        </w:tc>
        <w:tc>
          <w:tcPr>
            <w:tcW w:w="5472" w:type="dxa"/>
          </w:tcPr>
          <w:p w14:paraId="3C895189" w14:textId="77777777" w:rsidR="002376F7" w:rsidRDefault="00000000">
            <w:r>
              <w:rPr>
                <w:sz w:val="14"/>
              </w:rPr>
              <w:t>plez</w:t>
            </w:r>
          </w:p>
        </w:tc>
      </w:tr>
      <w:tr w:rsidR="002376F7" w14:paraId="00BECC9D" w14:textId="77777777">
        <w:trPr>
          <w:jc w:val="center"/>
        </w:trPr>
        <w:tc>
          <w:tcPr>
            <w:tcW w:w="4464" w:type="dxa"/>
            <w:shd w:val="clear" w:color="auto" w:fill="EEF6F8"/>
          </w:tcPr>
          <w:p w14:paraId="41D7ED63" w14:textId="77777777" w:rsidR="002376F7" w:rsidRDefault="00000000">
            <w:r>
              <w:rPr>
                <w:sz w:val="14"/>
              </w:rPr>
              <w:t>possible</w:t>
            </w:r>
          </w:p>
        </w:tc>
        <w:tc>
          <w:tcPr>
            <w:tcW w:w="5472" w:type="dxa"/>
            <w:shd w:val="clear" w:color="auto" w:fill="EEF6F8"/>
          </w:tcPr>
          <w:p w14:paraId="13BACFB3" w14:textId="77777777" w:rsidR="002376F7" w:rsidRDefault="00000000">
            <w:r>
              <w:rPr>
                <w:sz w:val="14"/>
              </w:rPr>
              <w:t>posibla</w:t>
            </w:r>
          </w:p>
        </w:tc>
      </w:tr>
      <w:tr w:rsidR="002376F7" w14:paraId="152A9254" w14:textId="77777777">
        <w:trPr>
          <w:jc w:val="center"/>
        </w:trPr>
        <w:tc>
          <w:tcPr>
            <w:tcW w:w="4464" w:type="dxa"/>
          </w:tcPr>
          <w:p w14:paraId="32BC5A8F" w14:textId="77777777" w:rsidR="002376F7" w:rsidRDefault="00000000">
            <w:r>
              <w:rPr>
                <w:sz w:val="14"/>
              </w:rPr>
              <w:t>prepare</w:t>
            </w:r>
          </w:p>
        </w:tc>
        <w:tc>
          <w:tcPr>
            <w:tcW w:w="5472" w:type="dxa"/>
          </w:tcPr>
          <w:p w14:paraId="7EEAEA47" w14:textId="77777777" w:rsidR="002376F7" w:rsidRDefault="00000000">
            <w:r>
              <w:rPr>
                <w:sz w:val="14"/>
              </w:rPr>
              <w:t>prepara</w:t>
            </w:r>
          </w:p>
        </w:tc>
      </w:tr>
      <w:tr w:rsidR="002376F7" w14:paraId="5A881330" w14:textId="77777777">
        <w:trPr>
          <w:jc w:val="center"/>
        </w:trPr>
        <w:tc>
          <w:tcPr>
            <w:tcW w:w="4464" w:type="dxa"/>
            <w:shd w:val="clear" w:color="auto" w:fill="EEF6F8"/>
          </w:tcPr>
          <w:p w14:paraId="1D3C6B5F" w14:textId="77777777" w:rsidR="002376F7" w:rsidRDefault="00000000">
            <w:r>
              <w:rPr>
                <w:sz w:val="14"/>
              </w:rPr>
              <w:t>problem</w:t>
            </w:r>
          </w:p>
        </w:tc>
        <w:tc>
          <w:tcPr>
            <w:tcW w:w="5472" w:type="dxa"/>
            <w:shd w:val="clear" w:color="auto" w:fill="EEF6F8"/>
          </w:tcPr>
          <w:p w14:paraId="31EFE099" w14:textId="77777777" w:rsidR="002376F7" w:rsidRDefault="00000000">
            <w:r>
              <w:rPr>
                <w:sz w:val="14"/>
              </w:rPr>
              <w:t>problema</w:t>
            </w:r>
          </w:p>
        </w:tc>
      </w:tr>
      <w:tr w:rsidR="002376F7" w14:paraId="0D29C9F7" w14:textId="77777777">
        <w:trPr>
          <w:jc w:val="center"/>
        </w:trPr>
        <w:tc>
          <w:tcPr>
            <w:tcW w:w="4464" w:type="dxa"/>
          </w:tcPr>
          <w:p w14:paraId="31550ED3" w14:textId="77777777" w:rsidR="002376F7" w:rsidRDefault="00000000">
            <w:r>
              <w:rPr>
                <w:sz w:val="14"/>
              </w:rPr>
              <w:t>program</w:t>
            </w:r>
          </w:p>
        </w:tc>
        <w:tc>
          <w:tcPr>
            <w:tcW w:w="5472" w:type="dxa"/>
          </w:tcPr>
          <w:p w14:paraId="27268E32" w14:textId="77777777" w:rsidR="002376F7" w:rsidRDefault="00000000">
            <w:r>
              <w:rPr>
                <w:sz w:val="14"/>
              </w:rPr>
              <w:t>program</w:t>
            </w:r>
          </w:p>
        </w:tc>
      </w:tr>
      <w:tr w:rsidR="002376F7" w14:paraId="5E5FF816" w14:textId="77777777">
        <w:trPr>
          <w:jc w:val="center"/>
        </w:trPr>
        <w:tc>
          <w:tcPr>
            <w:tcW w:w="4464" w:type="dxa"/>
            <w:shd w:val="clear" w:color="auto" w:fill="EEF6F8"/>
          </w:tcPr>
          <w:p w14:paraId="1735CC3E" w14:textId="77777777" w:rsidR="002376F7" w:rsidRDefault="00000000">
            <w:r>
              <w:rPr>
                <w:sz w:val="14"/>
              </w:rPr>
              <w:t>protect</w:t>
            </w:r>
          </w:p>
        </w:tc>
        <w:tc>
          <w:tcPr>
            <w:tcW w:w="5472" w:type="dxa"/>
            <w:shd w:val="clear" w:color="auto" w:fill="EEF6F8"/>
          </w:tcPr>
          <w:p w14:paraId="05E93341" w14:textId="77777777" w:rsidR="002376F7" w:rsidRDefault="00000000">
            <w:r>
              <w:rPr>
                <w:sz w:val="14"/>
              </w:rPr>
              <w:t>protekte</w:t>
            </w:r>
          </w:p>
        </w:tc>
      </w:tr>
      <w:tr w:rsidR="002376F7" w14:paraId="36D40C0D" w14:textId="77777777">
        <w:trPr>
          <w:jc w:val="center"/>
        </w:trPr>
        <w:tc>
          <w:tcPr>
            <w:tcW w:w="4464" w:type="dxa"/>
          </w:tcPr>
          <w:p w14:paraId="22BD5C08" w14:textId="77777777" w:rsidR="002376F7" w:rsidRDefault="00000000">
            <w:r>
              <w:rPr>
                <w:sz w:val="14"/>
              </w:rPr>
              <w:t>publik</w:t>
            </w:r>
          </w:p>
        </w:tc>
        <w:tc>
          <w:tcPr>
            <w:tcW w:w="5472" w:type="dxa"/>
          </w:tcPr>
          <w:p w14:paraId="558051EE" w14:textId="77777777" w:rsidR="002376F7" w:rsidRDefault="00000000">
            <w:r>
              <w:rPr>
                <w:sz w:val="14"/>
              </w:rPr>
              <w:t>publik</w:t>
            </w:r>
          </w:p>
        </w:tc>
      </w:tr>
      <w:tr w:rsidR="002376F7" w14:paraId="14B7F2A5" w14:textId="77777777">
        <w:trPr>
          <w:jc w:val="center"/>
        </w:trPr>
        <w:tc>
          <w:tcPr>
            <w:tcW w:w="4464" w:type="dxa"/>
            <w:shd w:val="clear" w:color="auto" w:fill="EEF6F8"/>
          </w:tcPr>
          <w:p w14:paraId="7FDF1A79" w14:textId="77777777" w:rsidR="002376F7" w:rsidRDefault="00000000">
            <w:r>
              <w:rPr>
                <w:sz w:val="14"/>
              </w:rPr>
              <w:t>put</w:t>
            </w:r>
          </w:p>
        </w:tc>
        <w:tc>
          <w:tcPr>
            <w:tcW w:w="5472" w:type="dxa"/>
            <w:shd w:val="clear" w:color="auto" w:fill="EEF6F8"/>
          </w:tcPr>
          <w:p w14:paraId="2D07864D" w14:textId="77777777" w:rsidR="002376F7" w:rsidRDefault="00000000">
            <w:r>
              <w:rPr>
                <w:sz w:val="14"/>
              </w:rPr>
              <w:t>mete</w:t>
            </w:r>
          </w:p>
        </w:tc>
      </w:tr>
      <w:tr w:rsidR="002376F7" w14:paraId="1E1DC064" w14:textId="77777777">
        <w:trPr>
          <w:jc w:val="center"/>
        </w:trPr>
        <w:tc>
          <w:tcPr>
            <w:tcW w:w="4464" w:type="dxa"/>
          </w:tcPr>
          <w:p w14:paraId="6FE46008" w14:textId="77777777" w:rsidR="002376F7" w:rsidRDefault="00000000">
            <w:r>
              <w:rPr>
                <w:sz w:val="14"/>
              </w:rPr>
              <w:t>question marker</w:t>
            </w:r>
          </w:p>
        </w:tc>
        <w:tc>
          <w:tcPr>
            <w:tcW w:w="5472" w:type="dxa"/>
          </w:tcPr>
          <w:p w14:paraId="274506AC" w14:textId="77777777" w:rsidR="002376F7" w:rsidRDefault="00000000">
            <w:r>
              <w:rPr>
                <w:sz w:val="14"/>
              </w:rPr>
              <w:t>ku</w:t>
            </w:r>
          </w:p>
        </w:tc>
      </w:tr>
      <w:tr w:rsidR="002376F7" w14:paraId="42E9D595" w14:textId="77777777">
        <w:trPr>
          <w:jc w:val="center"/>
        </w:trPr>
        <w:tc>
          <w:tcPr>
            <w:tcW w:w="4464" w:type="dxa"/>
            <w:shd w:val="clear" w:color="auto" w:fill="EEF6F8"/>
          </w:tcPr>
          <w:p w14:paraId="766A6FE0" w14:textId="77777777" w:rsidR="002376F7" w:rsidRDefault="00000000">
            <w:r>
              <w:rPr>
                <w:sz w:val="14"/>
              </w:rPr>
              <w:t>radio</w:t>
            </w:r>
          </w:p>
        </w:tc>
        <w:tc>
          <w:tcPr>
            <w:tcW w:w="5472" w:type="dxa"/>
            <w:shd w:val="clear" w:color="auto" w:fill="EEF6F8"/>
          </w:tcPr>
          <w:p w14:paraId="6C52E360" w14:textId="77777777" w:rsidR="002376F7" w:rsidRDefault="00000000">
            <w:r>
              <w:rPr>
                <w:sz w:val="14"/>
              </w:rPr>
              <w:t>radio</w:t>
            </w:r>
          </w:p>
        </w:tc>
      </w:tr>
      <w:tr w:rsidR="002376F7" w14:paraId="2DFDBBB8" w14:textId="77777777">
        <w:trPr>
          <w:jc w:val="center"/>
        </w:trPr>
        <w:tc>
          <w:tcPr>
            <w:tcW w:w="4464" w:type="dxa"/>
          </w:tcPr>
          <w:p w14:paraId="1FB38AC6" w14:textId="77777777" w:rsidR="002376F7" w:rsidRDefault="00000000">
            <w:r>
              <w:rPr>
                <w:sz w:val="14"/>
              </w:rPr>
              <w:t>read</w:t>
            </w:r>
          </w:p>
        </w:tc>
        <w:tc>
          <w:tcPr>
            <w:tcW w:w="5472" w:type="dxa"/>
          </w:tcPr>
          <w:p w14:paraId="45DF9902" w14:textId="77777777" w:rsidR="002376F7" w:rsidRDefault="00000000">
            <w:r>
              <w:rPr>
                <w:sz w:val="14"/>
              </w:rPr>
              <w:t>lege</w:t>
            </w:r>
          </w:p>
        </w:tc>
      </w:tr>
      <w:tr w:rsidR="002376F7" w14:paraId="61C6CDE9" w14:textId="77777777">
        <w:trPr>
          <w:jc w:val="center"/>
        </w:trPr>
        <w:tc>
          <w:tcPr>
            <w:tcW w:w="4464" w:type="dxa"/>
            <w:shd w:val="clear" w:color="auto" w:fill="EEF6F8"/>
          </w:tcPr>
          <w:p w14:paraId="7A173B16" w14:textId="77777777" w:rsidR="002376F7" w:rsidRDefault="00000000">
            <w:r>
              <w:rPr>
                <w:sz w:val="14"/>
              </w:rPr>
              <w:t>real</w:t>
            </w:r>
          </w:p>
        </w:tc>
        <w:tc>
          <w:tcPr>
            <w:tcW w:w="5472" w:type="dxa"/>
            <w:shd w:val="clear" w:color="auto" w:fill="EEF6F8"/>
          </w:tcPr>
          <w:p w14:paraId="6842B280" w14:textId="77777777" w:rsidR="002376F7" w:rsidRDefault="00000000">
            <w:r>
              <w:rPr>
                <w:sz w:val="14"/>
              </w:rPr>
              <w:t>real</w:t>
            </w:r>
          </w:p>
        </w:tc>
      </w:tr>
      <w:tr w:rsidR="002376F7" w14:paraId="49CAF9EB" w14:textId="77777777">
        <w:trPr>
          <w:jc w:val="center"/>
        </w:trPr>
        <w:tc>
          <w:tcPr>
            <w:tcW w:w="4464" w:type="dxa"/>
          </w:tcPr>
          <w:p w14:paraId="22D655B0" w14:textId="77777777" w:rsidR="002376F7" w:rsidRDefault="00000000">
            <w:r>
              <w:rPr>
                <w:sz w:val="14"/>
              </w:rPr>
              <w:t>receive</w:t>
            </w:r>
          </w:p>
        </w:tc>
        <w:tc>
          <w:tcPr>
            <w:tcW w:w="5472" w:type="dxa"/>
          </w:tcPr>
          <w:p w14:paraId="13A205F3" w14:textId="77777777" w:rsidR="002376F7" w:rsidRDefault="00000000">
            <w:r>
              <w:rPr>
                <w:sz w:val="14"/>
              </w:rPr>
              <w:t>reseve</w:t>
            </w:r>
          </w:p>
        </w:tc>
      </w:tr>
      <w:tr w:rsidR="002376F7" w14:paraId="12285B96" w14:textId="77777777">
        <w:trPr>
          <w:jc w:val="center"/>
        </w:trPr>
        <w:tc>
          <w:tcPr>
            <w:tcW w:w="4464" w:type="dxa"/>
            <w:shd w:val="clear" w:color="auto" w:fill="EEF6F8"/>
          </w:tcPr>
          <w:p w14:paraId="0AE28085" w14:textId="77777777" w:rsidR="002376F7" w:rsidRDefault="00000000">
            <w:r>
              <w:rPr>
                <w:sz w:val="14"/>
              </w:rPr>
              <w:t>red</w:t>
            </w:r>
          </w:p>
        </w:tc>
        <w:tc>
          <w:tcPr>
            <w:tcW w:w="5472" w:type="dxa"/>
            <w:shd w:val="clear" w:color="auto" w:fill="EEF6F8"/>
          </w:tcPr>
          <w:p w14:paraId="2E69211F" w14:textId="77777777" w:rsidR="002376F7" w:rsidRDefault="00000000">
            <w:r>
              <w:rPr>
                <w:sz w:val="14"/>
              </w:rPr>
              <w:t>roja</w:t>
            </w:r>
          </w:p>
        </w:tc>
      </w:tr>
      <w:tr w:rsidR="002376F7" w14:paraId="3BFA001C" w14:textId="77777777">
        <w:trPr>
          <w:jc w:val="center"/>
        </w:trPr>
        <w:tc>
          <w:tcPr>
            <w:tcW w:w="4464" w:type="dxa"/>
          </w:tcPr>
          <w:p w14:paraId="314E3B3F" w14:textId="77777777" w:rsidR="002376F7" w:rsidRDefault="00000000">
            <w:r>
              <w:rPr>
                <w:sz w:val="14"/>
              </w:rPr>
              <w:t>repeat</w:t>
            </w:r>
          </w:p>
        </w:tc>
        <w:tc>
          <w:tcPr>
            <w:tcW w:w="5472" w:type="dxa"/>
          </w:tcPr>
          <w:p w14:paraId="2143AABE" w14:textId="77777777" w:rsidR="002376F7" w:rsidRDefault="00000000">
            <w:r>
              <w:rPr>
                <w:sz w:val="14"/>
              </w:rPr>
              <w:t>repete</w:t>
            </w:r>
          </w:p>
        </w:tc>
      </w:tr>
      <w:tr w:rsidR="002376F7" w14:paraId="5EF083C0" w14:textId="77777777">
        <w:trPr>
          <w:jc w:val="center"/>
        </w:trPr>
        <w:tc>
          <w:tcPr>
            <w:tcW w:w="4464" w:type="dxa"/>
            <w:shd w:val="clear" w:color="auto" w:fill="EEF6F8"/>
          </w:tcPr>
          <w:p w14:paraId="00E2F7C9" w14:textId="77777777" w:rsidR="002376F7" w:rsidRDefault="00000000">
            <w:r>
              <w:rPr>
                <w:sz w:val="14"/>
              </w:rPr>
              <w:t>rule</w:t>
            </w:r>
          </w:p>
        </w:tc>
        <w:tc>
          <w:tcPr>
            <w:tcW w:w="5472" w:type="dxa"/>
            <w:shd w:val="clear" w:color="auto" w:fill="EEF6F8"/>
          </w:tcPr>
          <w:p w14:paraId="1E4883AF" w14:textId="77777777" w:rsidR="002376F7" w:rsidRDefault="00000000">
            <w:r>
              <w:rPr>
                <w:sz w:val="14"/>
              </w:rPr>
              <w:t>regula</w:t>
            </w:r>
          </w:p>
        </w:tc>
      </w:tr>
      <w:tr w:rsidR="002376F7" w14:paraId="1CC6C554" w14:textId="77777777">
        <w:trPr>
          <w:jc w:val="center"/>
        </w:trPr>
        <w:tc>
          <w:tcPr>
            <w:tcW w:w="4464" w:type="dxa"/>
          </w:tcPr>
          <w:p w14:paraId="4BFB446A" w14:textId="77777777" w:rsidR="002376F7" w:rsidRDefault="00000000">
            <w:r>
              <w:rPr>
                <w:sz w:val="14"/>
              </w:rPr>
              <w:t>say</w:t>
            </w:r>
          </w:p>
        </w:tc>
        <w:tc>
          <w:tcPr>
            <w:tcW w:w="5472" w:type="dxa"/>
          </w:tcPr>
          <w:p w14:paraId="017C68A2" w14:textId="77777777" w:rsidR="002376F7" w:rsidRDefault="00000000">
            <w:r>
              <w:rPr>
                <w:sz w:val="14"/>
              </w:rPr>
              <w:t>dise</w:t>
            </w:r>
          </w:p>
        </w:tc>
      </w:tr>
      <w:tr w:rsidR="002376F7" w14:paraId="4EC26B80" w14:textId="77777777">
        <w:trPr>
          <w:jc w:val="center"/>
        </w:trPr>
        <w:tc>
          <w:tcPr>
            <w:tcW w:w="4464" w:type="dxa"/>
            <w:shd w:val="clear" w:color="auto" w:fill="EEF6F8"/>
          </w:tcPr>
          <w:p w14:paraId="108CDD05" w14:textId="77777777" w:rsidR="002376F7" w:rsidRDefault="00000000">
            <w:r>
              <w:rPr>
                <w:sz w:val="14"/>
              </w:rPr>
              <w:t>see again</w:t>
            </w:r>
          </w:p>
        </w:tc>
        <w:tc>
          <w:tcPr>
            <w:tcW w:w="5472" w:type="dxa"/>
            <w:shd w:val="clear" w:color="auto" w:fill="EEF6F8"/>
          </w:tcPr>
          <w:p w14:paraId="0707BBF5" w14:textId="77777777" w:rsidR="002376F7" w:rsidRDefault="00000000">
            <w:r>
              <w:rPr>
                <w:sz w:val="14"/>
              </w:rPr>
              <w:t>revider</w:t>
            </w:r>
          </w:p>
        </w:tc>
      </w:tr>
      <w:tr w:rsidR="002376F7" w14:paraId="1374DBB5" w14:textId="77777777">
        <w:trPr>
          <w:jc w:val="center"/>
        </w:trPr>
        <w:tc>
          <w:tcPr>
            <w:tcW w:w="4464" w:type="dxa"/>
          </w:tcPr>
          <w:p w14:paraId="13A2E641" w14:textId="77777777" w:rsidR="002376F7" w:rsidRDefault="00000000">
            <w:r>
              <w:rPr>
                <w:sz w:val="14"/>
              </w:rPr>
              <w:t>self</w:t>
            </w:r>
          </w:p>
        </w:tc>
        <w:tc>
          <w:tcPr>
            <w:tcW w:w="5472" w:type="dxa"/>
          </w:tcPr>
          <w:p w14:paraId="6B681830" w14:textId="77777777" w:rsidR="002376F7" w:rsidRDefault="00000000">
            <w:r>
              <w:rPr>
                <w:sz w:val="14"/>
              </w:rPr>
              <w:t>se</w:t>
            </w:r>
          </w:p>
        </w:tc>
      </w:tr>
      <w:tr w:rsidR="002376F7" w14:paraId="58FE0FFA" w14:textId="77777777">
        <w:trPr>
          <w:jc w:val="center"/>
        </w:trPr>
        <w:tc>
          <w:tcPr>
            <w:tcW w:w="4464" w:type="dxa"/>
            <w:shd w:val="clear" w:color="auto" w:fill="EEF6F8"/>
          </w:tcPr>
          <w:p w14:paraId="051D6262" w14:textId="77777777" w:rsidR="002376F7" w:rsidRDefault="00000000">
            <w:r>
              <w:rPr>
                <w:sz w:val="14"/>
              </w:rPr>
              <w:t>sensible</w:t>
            </w:r>
          </w:p>
        </w:tc>
        <w:tc>
          <w:tcPr>
            <w:tcW w:w="5472" w:type="dxa"/>
            <w:shd w:val="clear" w:color="auto" w:fill="EEF6F8"/>
          </w:tcPr>
          <w:p w14:paraId="535402D9" w14:textId="77777777" w:rsidR="002376F7" w:rsidRDefault="00000000">
            <w:r>
              <w:rPr>
                <w:sz w:val="14"/>
              </w:rPr>
              <w:t>prudent</w:t>
            </w:r>
          </w:p>
        </w:tc>
      </w:tr>
      <w:tr w:rsidR="002376F7" w14:paraId="7D99BF6F" w14:textId="77777777">
        <w:trPr>
          <w:jc w:val="center"/>
        </w:trPr>
        <w:tc>
          <w:tcPr>
            <w:tcW w:w="4464" w:type="dxa"/>
          </w:tcPr>
          <w:p w14:paraId="25B7DF29" w14:textId="77777777" w:rsidR="002376F7" w:rsidRDefault="00000000">
            <w:r>
              <w:rPr>
                <w:sz w:val="14"/>
              </w:rPr>
              <w:t>sensitive</w:t>
            </w:r>
          </w:p>
        </w:tc>
        <w:tc>
          <w:tcPr>
            <w:tcW w:w="5472" w:type="dxa"/>
          </w:tcPr>
          <w:p w14:paraId="19F8EC9B" w14:textId="77777777" w:rsidR="002376F7" w:rsidRDefault="00000000">
            <w:r>
              <w:rPr>
                <w:sz w:val="14"/>
              </w:rPr>
              <w:t>sensitiv</w:t>
            </w:r>
          </w:p>
        </w:tc>
      </w:tr>
      <w:tr w:rsidR="002376F7" w14:paraId="6CA6FEFE" w14:textId="77777777">
        <w:trPr>
          <w:jc w:val="center"/>
        </w:trPr>
        <w:tc>
          <w:tcPr>
            <w:tcW w:w="4464" w:type="dxa"/>
            <w:shd w:val="clear" w:color="auto" w:fill="EEF6F8"/>
          </w:tcPr>
          <w:p w14:paraId="0E521052" w14:textId="77777777" w:rsidR="002376F7" w:rsidRDefault="00000000">
            <w:r>
              <w:rPr>
                <w:sz w:val="14"/>
              </w:rPr>
              <w:t>serve</w:t>
            </w:r>
          </w:p>
        </w:tc>
        <w:tc>
          <w:tcPr>
            <w:tcW w:w="5472" w:type="dxa"/>
            <w:shd w:val="clear" w:color="auto" w:fill="EEF6F8"/>
          </w:tcPr>
          <w:p w14:paraId="7D48CB2A" w14:textId="77777777" w:rsidR="002376F7" w:rsidRDefault="00000000">
            <w:r>
              <w:rPr>
                <w:sz w:val="14"/>
              </w:rPr>
              <w:t>servi</w:t>
            </w:r>
          </w:p>
        </w:tc>
      </w:tr>
      <w:tr w:rsidR="002376F7" w14:paraId="00D2648A" w14:textId="77777777">
        <w:trPr>
          <w:jc w:val="center"/>
        </w:trPr>
        <w:tc>
          <w:tcPr>
            <w:tcW w:w="4464" w:type="dxa"/>
          </w:tcPr>
          <w:p w14:paraId="5D915679" w14:textId="77777777" w:rsidR="002376F7" w:rsidRDefault="00000000">
            <w:r>
              <w:rPr>
                <w:sz w:val="14"/>
              </w:rPr>
              <w:t>seven</w:t>
            </w:r>
          </w:p>
        </w:tc>
        <w:tc>
          <w:tcPr>
            <w:tcW w:w="5472" w:type="dxa"/>
          </w:tcPr>
          <w:p w14:paraId="2BAF5812" w14:textId="77777777" w:rsidR="002376F7" w:rsidRDefault="00000000">
            <w:r>
              <w:rPr>
                <w:sz w:val="14"/>
              </w:rPr>
              <w:t>sete</w:t>
            </w:r>
          </w:p>
        </w:tc>
      </w:tr>
      <w:tr w:rsidR="002376F7" w14:paraId="7FF77ED1" w14:textId="77777777">
        <w:trPr>
          <w:jc w:val="center"/>
        </w:trPr>
        <w:tc>
          <w:tcPr>
            <w:tcW w:w="4464" w:type="dxa"/>
            <w:shd w:val="clear" w:color="auto" w:fill="EEF6F8"/>
          </w:tcPr>
          <w:p w14:paraId="2267A5E0" w14:textId="77777777" w:rsidR="002376F7" w:rsidRDefault="00000000">
            <w:r>
              <w:rPr>
                <w:sz w:val="14"/>
              </w:rPr>
              <w:t>she</w:t>
            </w:r>
          </w:p>
        </w:tc>
        <w:tc>
          <w:tcPr>
            <w:tcW w:w="5472" w:type="dxa"/>
            <w:shd w:val="clear" w:color="auto" w:fill="EEF6F8"/>
          </w:tcPr>
          <w:p w14:paraId="7D534E80" w14:textId="77777777" w:rsidR="002376F7" w:rsidRDefault="00000000">
            <w:r>
              <w:rPr>
                <w:sz w:val="14"/>
              </w:rPr>
              <w:t>ela</w:t>
            </w:r>
          </w:p>
        </w:tc>
      </w:tr>
      <w:tr w:rsidR="002376F7" w14:paraId="689159E7" w14:textId="77777777">
        <w:trPr>
          <w:jc w:val="center"/>
        </w:trPr>
        <w:tc>
          <w:tcPr>
            <w:tcW w:w="4464" w:type="dxa"/>
          </w:tcPr>
          <w:p w14:paraId="54C91953" w14:textId="77777777" w:rsidR="002376F7" w:rsidRDefault="00000000">
            <w:r>
              <w:rPr>
                <w:sz w:val="14"/>
              </w:rPr>
              <w:t>sibling</w:t>
            </w:r>
          </w:p>
        </w:tc>
        <w:tc>
          <w:tcPr>
            <w:tcW w:w="5472" w:type="dxa"/>
          </w:tcPr>
          <w:p w14:paraId="41DD79AB" w14:textId="77777777" w:rsidR="002376F7" w:rsidRDefault="00000000">
            <w:r>
              <w:rPr>
                <w:sz w:val="14"/>
              </w:rPr>
              <w:t>frate</w:t>
            </w:r>
          </w:p>
        </w:tc>
      </w:tr>
      <w:tr w:rsidR="002376F7" w14:paraId="5DB28D6D" w14:textId="77777777">
        <w:trPr>
          <w:jc w:val="center"/>
        </w:trPr>
        <w:tc>
          <w:tcPr>
            <w:tcW w:w="4464" w:type="dxa"/>
            <w:shd w:val="clear" w:color="auto" w:fill="EEF6F8"/>
          </w:tcPr>
          <w:p w14:paraId="2B32E962" w14:textId="77777777" w:rsidR="002376F7" w:rsidRDefault="00000000">
            <w:r>
              <w:rPr>
                <w:sz w:val="14"/>
              </w:rPr>
              <w:t>sing</w:t>
            </w:r>
          </w:p>
        </w:tc>
        <w:tc>
          <w:tcPr>
            <w:tcW w:w="5472" w:type="dxa"/>
            <w:shd w:val="clear" w:color="auto" w:fill="EEF6F8"/>
          </w:tcPr>
          <w:p w14:paraId="5B300EBF" w14:textId="77777777" w:rsidR="002376F7" w:rsidRDefault="00000000">
            <w:r>
              <w:rPr>
                <w:sz w:val="14"/>
              </w:rPr>
              <w:t>canta</w:t>
            </w:r>
          </w:p>
        </w:tc>
      </w:tr>
      <w:tr w:rsidR="002376F7" w14:paraId="2035D2DE" w14:textId="77777777">
        <w:trPr>
          <w:jc w:val="center"/>
        </w:trPr>
        <w:tc>
          <w:tcPr>
            <w:tcW w:w="4464" w:type="dxa"/>
          </w:tcPr>
          <w:p w14:paraId="25E878D9" w14:textId="77777777" w:rsidR="002376F7" w:rsidRDefault="00000000">
            <w:r>
              <w:rPr>
                <w:sz w:val="14"/>
              </w:rPr>
              <w:t>six</w:t>
            </w:r>
          </w:p>
        </w:tc>
        <w:tc>
          <w:tcPr>
            <w:tcW w:w="5472" w:type="dxa"/>
          </w:tcPr>
          <w:p w14:paraId="6270E609" w14:textId="77777777" w:rsidR="002376F7" w:rsidRDefault="00000000">
            <w:r>
              <w:rPr>
                <w:sz w:val="14"/>
              </w:rPr>
              <w:t>sex</w:t>
            </w:r>
          </w:p>
        </w:tc>
      </w:tr>
      <w:tr w:rsidR="002376F7" w14:paraId="7DD22133" w14:textId="77777777">
        <w:trPr>
          <w:jc w:val="center"/>
        </w:trPr>
        <w:tc>
          <w:tcPr>
            <w:tcW w:w="4464" w:type="dxa"/>
            <w:shd w:val="clear" w:color="auto" w:fill="EEF6F8"/>
          </w:tcPr>
          <w:p w14:paraId="4BE76231" w14:textId="77777777" w:rsidR="002376F7" w:rsidRDefault="00000000">
            <w:r>
              <w:rPr>
                <w:sz w:val="14"/>
              </w:rPr>
              <w:t>sky</w:t>
            </w:r>
          </w:p>
        </w:tc>
        <w:tc>
          <w:tcPr>
            <w:tcW w:w="5472" w:type="dxa"/>
            <w:shd w:val="clear" w:color="auto" w:fill="EEF6F8"/>
          </w:tcPr>
          <w:p w14:paraId="06AEDFF3" w14:textId="77777777" w:rsidR="002376F7" w:rsidRDefault="00000000">
            <w:r>
              <w:rPr>
                <w:sz w:val="14"/>
              </w:rPr>
              <w:t>cel</w:t>
            </w:r>
          </w:p>
        </w:tc>
      </w:tr>
      <w:tr w:rsidR="002376F7" w14:paraId="13BB8897" w14:textId="77777777">
        <w:trPr>
          <w:jc w:val="center"/>
        </w:trPr>
        <w:tc>
          <w:tcPr>
            <w:tcW w:w="4464" w:type="dxa"/>
          </w:tcPr>
          <w:p w14:paraId="01509D03" w14:textId="77777777" w:rsidR="002376F7" w:rsidRDefault="00000000">
            <w:r>
              <w:rPr>
                <w:sz w:val="14"/>
              </w:rPr>
              <w:t>sleep</w:t>
            </w:r>
          </w:p>
        </w:tc>
        <w:tc>
          <w:tcPr>
            <w:tcW w:w="5472" w:type="dxa"/>
          </w:tcPr>
          <w:p w14:paraId="0CA43CC2" w14:textId="77777777" w:rsidR="002376F7" w:rsidRDefault="00000000">
            <w:r>
              <w:rPr>
                <w:sz w:val="14"/>
              </w:rPr>
              <w:t>dormi</w:t>
            </w:r>
          </w:p>
        </w:tc>
      </w:tr>
      <w:tr w:rsidR="002376F7" w14:paraId="01EF0A3E" w14:textId="77777777">
        <w:trPr>
          <w:jc w:val="center"/>
        </w:trPr>
        <w:tc>
          <w:tcPr>
            <w:tcW w:w="4464" w:type="dxa"/>
            <w:shd w:val="clear" w:color="auto" w:fill="EEF6F8"/>
          </w:tcPr>
          <w:p w14:paraId="1C73CAFB" w14:textId="77777777" w:rsidR="002376F7" w:rsidRDefault="00000000">
            <w:r>
              <w:rPr>
                <w:sz w:val="14"/>
              </w:rPr>
              <w:t>soul</w:t>
            </w:r>
          </w:p>
        </w:tc>
        <w:tc>
          <w:tcPr>
            <w:tcW w:w="5472" w:type="dxa"/>
            <w:shd w:val="clear" w:color="auto" w:fill="EEF6F8"/>
          </w:tcPr>
          <w:p w14:paraId="213ED145" w14:textId="77777777" w:rsidR="002376F7" w:rsidRDefault="00000000">
            <w:r>
              <w:rPr>
                <w:sz w:val="14"/>
              </w:rPr>
              <w:t>anima</w:t>
            </w:r>
          </w:p>
        </w:tc>
      </w:tr>
      <w:tr w:rsidR="002376F7" w14:paraId="13ADEAE0" w14:textId="77777777">
        <w:trPr>
          <w:jc w:val="center"/>
        </w:trPr>
        <w:tc>
          <w:tcPr>
            <w:tcW w:w="4464" w:type="dxa"/>
          </w:tcPr>
          <w:p w14:paraId="4A6890E7" w14:textId="77777777" w:rsidR="002376F7" w:rsidRDefault="00000000">
            <w:r>
              <w:rPr>
                <w:sz w:val="14"/>
              </w:rPr>
              <w:t>speak</w:t>
            </w:r>
          </w:p>
        </w:tc>
        <w:tc>
          <w:tcPr>
            <w:tcW w:w="5472" w:type="dxa"/>
          </w:tcPr>
          <w:p w14:paraId="288BBBBC" w14:textId="77777777" w:rsidR="002376F7" w:rsidRDefault="00000000">
            <w:r>
              <w:rPr>
                <w:sz w:val="14"/>
              </w:rPr>
              <w:t>parla</w:t>
            </w:r>
          </w:p>
        </w:tc>
      </w:tr>
      <w:tr w:rsidR="002376F7" w14:paraId="0C187182" w14:textId="77777777">
        <w:trPr>
          <w:jc w:val="center"/>
        </w:trPr>
        <w:tc>
          <w:tcPr>
            <w:tcW w:w="4464" w:type="dxa"/>
            <w:shd w:val="clear" w:color="auto" w:fill="EEF6F8"/>
          </w:tcPr>
          <w:p w14:paraId="1218431C" w14:textId="77777777" w:rsidR="002376F7" w:rsidRDefault="00000000">
            <w:r>
              <w:rPr>
                <w:sz w:val="14"/>
              </w:rPr>
              <w:t>speaker</w:t>
            </w:r>
          </w:p>
        </w:tc>
        <w:tc>
          <w:tcPr>
            <w:tcW w:w="5472" w:type="dxa"/>
            <w:shd w:val="clear" w:color="auto" w:fill="EEF6F8"/>
          </w:tcPr>
          <w:p w14:paraId="47D33155" w14:textId="77777777" w:rsidR="002376F7" w:rsidRDefault="00000000">
            <w:r>
              <w:rPr>
                <w:sz w:val="14"/>
              </w:rPr>
              <w:t>parler</w:t>
            </w:r>
          </w:p>
        </w:tc>
      </w:tr>
      <w:tr w:rsidR="002376F7" w14:paraId="50109381" w14:textId="77777777">
        <w:trPr>
          <w:jc w:val="center"/>
        </w:trPr>
        <w:tc>
          <w:tcPr>
            <w:tcW w:w="4464" w:type="dxa"/>
          </w:tcPr>
          <w:p w14:paraId="20C743B9" w14:textId="77777777" w:rsidR="002376F7" w:rsidRDefault="00000000">
            <w:r>
              <w:rPr>
                <w:sz w:val="14"/>
              </w:rPr>
              <w:t>street</w:t>
            </w:r>
          </w:p>
        </w:tc>
        <w:tc>
          <w:tcPr>
            <w:tcW w:w="5472" w:type="dxa"/>
          </w:tcPr>
          <w:p w14:paraId="177DCC3A" w14:textId="77777777" w:rsidR="002376F7" w:rsidRDefault="00000000">
            <w:r>
              <w:rPr>
                <w:sz w:val="14"/>
              </w:rPr>
              <w:t>rua</w:t>
            </w:r>
          </w:p>
        </w:tc>
      </w:tr>
      <w:tr w:rsidR="002376F7" w14:paraId="10BC61A3" w14:textId="77777777">
        <w:trPr>
          <w:jc w:val="center"/>
        </w:trPr>
        <w:tc>
          <w:tcPr>
            <w:tcW w:w="4464" w:type="dxa"/>
            <w:shd w:val="clear" w:color="auto" w:fill="EEF6F8"/>
          </w:tcPr>
          <w:p w14:paraId="26F78BD0" w14:textId="77777777" w:rsidR="002376F7" w:rsidRDefault="00000000">
            <w:r>
              <w:rPr>
                <w:sz w:val="14"/>
              </w:rPr>
              <w:t>strong</w:t>
            </w:r>
          </w:p>
        </w:tc>
        <w:tc>
          <w:tcPr>
            <w:tcW w:w="5472" w:type="dxa"/>
            <w:shd w:val="clear" w:color="auto" w:fill="EEF6F8"/>
          </w:tcPr>
          <w:p w14:paraId="01BB7D23" w14:textId="77777777" w:rsidR="002376F7" w:rsidRDefault="00000000">
            <w:r>
              <w:rPr>
                <w:sz w:val="14"/>
              </w:rPr>
              <w:t>forte</w:t>
            </w:r>
          </w:p>
        </w:tc>
      </w:tr>
      <w:tr w:rsidR="002376F7" w14:paraId="6591B54A" w14:textId="77777777">
        <w:trPr>
          <w:jc w:val="center"/>
        </w:trPr>
        <w:tc>
          <w:tcPr>
            <w:tcW w:w="4464" w:type="dxa"/>
          </w:tcPr>
          <w:p w14:paraId="25FA6D5B" w14:textId="77777777" w:rsidR="002376F7" w:rsidRDefault="00000000">
            <w:r>
              <w:rPr>
                <w:sz w:val="14"/>
              </w:rPr>
              <w:t>ten</w:t>
            </w:r>
          </w:p>
        </w:tc>
        <w:tc>
          <w:tcPr>
            <w:tcW w:w="5472" w:type="dxa"/>
          </w:tcPr>
          <w:p w14:paraId="1341FCF3" w14:textId="77777777" w:rsidR="002376F7" w:rsidRDefault="00000000">
            <w:r>
              <w:rPr>
                <w:sz w:val="14"/>
              </w:rPr>
              <w:t>dek</w:t>
            </w:r>
          </w:p>
        </w:tc>
      </w:tr>
      <w:tr w:rsidR="002376F7" w14:paraId="109F9399" w14:textId="77777777">
        <w:trPr>
          <w:jc w:val="center"/>
        </w:trPr>
        <w:tc>
          <w:tcPr>
            <w:tcW w:w="4464" w:type="dxa"/>
            <w:shd w:val="clear" w:color="auto" w:fill="EEF6F8"/>
          </w:tcPr>
          <w:p w14:paraId="21E4CEDF" w14:textId="77777777" w:rsidR="002376F7" w:rsidRDefault="00000000">
            <w:r>
              <w:rPr>
                <w:sz w:val="14"/>
              </w:rPr>
              <w:t>thanks</w:t>
            </w:r>
          </w:p>
        </w:tc>
        <w:tc>
          <w:tcPr>
            <w:tcW w:w="5472" w:type="dxa"/>
            <w:shd w:val="clear" w:color="auto" w:fill="EEF6F8"/>
          </w:tcPr>
          <w:p w14:paraId="61E10592" w14:textId="77777777" w:rsidR="002376F7" w:rsidRDefault="00000000">
            <w:r>
              <w:rPr>
                <w:sz w:val="14"/>
              </w:rPr>
              <w:t>gratias</w:t>
            </w:r>
          </w:p>
        </w:tc>
      </w:tr>
      <w:tr w:rsidR="002376F7" w14:paraId="78BA03E0" w14:textId="77777777">
        <w:trPr>
          <w:jc w:val="center"/>
        </w:trPr>
        <w:tc>
          <w:tcPr>
            <w:tcW w:w="4464" w:type="dxa"/>
          </w:tcPr>
          <w:p w14:paraId="54EE1B17" w14:textId="77777777" w:rsidR="002376F7" w:rsidRDefault="00000000">
            <w:r>
              <w:rPr>
                <w:sz w:val="14"/>
              </w:rPr>
              <w:t>the</w:t>
            </w:r>
          </w:p>
        </w:tc>
        <w:tc>
          <w:tcPr>
            <w:tcW w:w="5472" w:type="dxa"/>
          </w:tcPr>
          <w:p w14:paraId="4D921846" w14:textId="77777777" w:rsidR="002376F7" w:rsidRDefault="00000000">
            <w:r>
              <w:rPr>
                <w:sz w:val="14"/>
              </w:rPr>
              <w:t>la</w:t>
            </w:r>
          </w:p>
        </w:tc>
      </w:tr>
      <w:tr w:rsidR="002376F7" w14:paraId="6A5290DE" w14:textId="77777777">
        <w:trPr>
          <w:jc w:val="center"/>
        </w:trPr>
        <w:tc>
          <w:tcPr>
            <w:tcW w:w="4464" w:type="dxa"/>
            <w:shd w:val="clear" w:color="auto" w:fill="EEF6F8"/>
          </w:tcPr>
          <w:p w14:paraId="1333AF66" w14:textId="77777777" w:rsidR="002376F7" w:rsidRDefault="00000000">
            <w:r>
              <w:rPr>
                <w:sz w:val="14"/>
              </w:rPr>
              <w:t>they</w:t>
            </w:r>
          </w:p>
        </w:tc>
        <w:tc>
          <w:tcPr>
            <w:tcW w:w="5472" w:type="dxa"/>
            <w:shd w:val="clear" w:color="auto" w:fill="EEF6F8"/>
          </w:tcPr>
          <w:p w14:paraId="40DC9BD2" w14:textId="77777777" w:rsidR="002376F7" w:rsidRDefault="00000000">
            <w:r>
              <w:rPr>
                <w:sz w:val="14"/>
              </w:rPr>
              <w:t>les</w:t>
            </w:r>
          </w:p>
        </w:tc>
      </w:tr>
      <w:tr w:rsidR="002376F7" w14:paraId="062F2D40" w14:textId="77777777">
        <w:trPr>
          <w:jc w:val="center"/>
        </w:trPr>
        <w:tc>
          <w:tcPr>
            <w:tcW w:w="4464" w:type="dxa"/>
          </w:tcPr>
          <w:p w14:paraId="7C8C7CB8" w14:textId="77777777" w:rsidR="002376F7" w:rsidRDefault="00000000">
            <w:r>
              <w:rPr>
                <w:sz w:val="14"/>
              </w:rPr>
              <w:t>think</w:t>
            </w:r>
          </w:p>
        </w:tc>
        <w:tc>
          <w:tcPr>
            <w:tcW w:w="5472" w:type="dxa"/>
          </w:tcPr>
          <w:p w14:paraId="3499AA83" w14:textId="77777777" w:rsidR="002376F7" w:rsidRDefault="00000000">
            <w:r>
              <w:rPr>
                <w:sz w:val="14"/>
              </w:rPr>
              <w:t>pensa</w:t>
            </w:r>
          </w:p>
        </w:tc>
      </w:tr>
      <w:tr w:rsidR="002376F7" w14:paraId="5E5DB2F3" w14:textId="77777777">
        <w:trPr>
          <w:jc w:val="center"/>
        </w:trPr>
        <w:tc>
          <w:tcPr>
            <w:tcW w:w="4464" w:type="dxa"/>
            <w:shd w:val="clear" w:color="auto" w:fill="EEF6F8"/>
          </w:tcPr>
          <w:p w14:paraId="5AE79291" w14:textId="77777777" w:rsidR="002376F7" w:rsidRDefault="00000000">
            <w:r>
              <w:rPr>
                <w:sz w:val="14"/>
              </w:rPr>
              <w:t>thousand</w:t>
            </w:r>
          </w:p>
        </w:tc>
        <w:tc>
          <w:tcPr>
            <w:tcW w:w="5472" w:type="dxa"/>
            <w:shd w:val="clear" w:color="auto" w:fill="EEF6F8"/>
          </w:tcPr>
          <w:p w14:paraId="00EEA5DD" w14:textId="77777777" w:rsidR="002376F7" w:rsidRDefault="00000000">
            <w:r>
              <w:rPr>
                <w:sz w:val="14"/>
              </w:rPr>
              <w:t>mil</w:t>
            </w:r>
          </w:p>
        </w:tc>
      </w:tr>
      <w:tr w:rsidR="002376F7" w14:paraId="62B512D6" w14:textId="77777777">
        <w:trPr>
          <w:jc w:val="center"/>
        </w:trPr>
        <w:tc>
          <w:tcPr>
            <w:tcW w:w="4464" w:type="dxa"/>
          </w:tcPr>
          <w:p w14:paraId="4BA6FFCD" w14:textId="77777777" w:rsidR="002376F7" w:rsidRDefault="00000000">
            <w:r>
              <w:rPr>
                <w:sz w:val="14"/>
              </w:rPr>
              <w:t>Thursday</w:t>
            </w:r>
          </w:p>
        </w:tc>
        <w:tc>
          <w:tcPr>
            <w:tcW w:w="5472" w:type="dxa"/>
          </w:tcPr>
          <w:p w14:paraId="60B03383" w14:textId="77777777" w:rsidR="002376F7" w:rsidRDefault="00000000">
            <w:r>
              <w:rPr>
                <w:sz w:val="14"/>
              </w:rPr>
              <w:t>jovedia</w:t>
            </w:r>
          </w:p>
        </w:tc>
      </w:tr>
      <w:tr w:rsidR="002376F7" w14:paraId="288ED428" w14:textId="77777777">
        <w:trPr>
          <w:jc w:val="center"/>
        </w:trPr>
        <w:tc>
          <w:tcPr>
            <w:tcW w:w="4464" w:type="dxa"/>
            <w:shd w:val="clear" w:color="auto" w:fill="EEF6F8"/>
          </w:tcPr>
          <w:p w14:paraId="57A08B4F" w14:textId="77777777" w:rsidR="002376F7" w:rsidRDefault="00000000">
            <w:r>
              <w:rPr>
                <w:sz w:val="14"/>
              </w:rPr>
              <w:t>to</w:t>
            </w:r>
          </w:p>
        </w:tc>
        <w:tc>
          <w:tcPr>
            <w:tcW w:w="5472" w:type="dxa"/>
            <w:shd w:val="clear" w:color="auto" w:fill="EEF6F8"/>
          </w:tcPr>
          <w:p w14:paraId="450D414C" w14:textId="77777777" w:rsidR="002376F7" w:rsidRDefault="00000000">
            <w:r>
              <w:rPr>
                <w:sz w:val="14"/>
              </w:rPr>
              <w:t>a</w:t>
            </w:r>
          </w:p>
        </w:tc>
      </w:tr>
      <w:tr w:rsidR="002376F7" w14:paraId="176006D1" w14:textId="77777777">
        <w:trPr>
          <w:jc w:val="center"/>
        </w:trPr>
        <w:tc>
          <w:tcPr>
            <w:tcW w:w="4464" w:type="dxa"/>
          </w:tcPr>
          <w:p w14:paraId="0A6DCA51" w14:textId="77777777" w:rsidR="002376F7" w:rsidRDefault="00000000">
            <w:r>
              <w:rPr>
                <w:sz w:val="14"/>
              </w:rPr>
              <w:t>to</w:t>
            </w:r>
          </w:p>
        </w:tc>
        <w:tc>
          <w:tcPr>
            <w:tcW w:w="5472" w:type="dxa"/>
          </w:tcPr>
          <w:p w14:paraId="30F7395A" w14:textId="77777777" w:rsidR="002376F7" w:rsidRDefault="00000000">
            <w:r>
              <w:rPr>
                <w:sz w:val="14"/>
              </w:rPr>
              <w:t>ad</w:t>
            </w:r>
          </w:p>
        </w:tc>
      </w:tr>
      <w:tr w:rsidR="002376F7" w14:paraId="7233C080" w14:textId="77777777">
        <w:trPr>
          <w:jc w:val="center"/>
        </w:trPr>
        <w:tc>
          <w:tcPr>
            <w:tcW w:w="4464" w:type="dxa"/>
            <w:shd w:val="clear" w:color="auto" w:fill="EEF6F8"/>
          </w:tcPr>
          <w:p w14:paraId="59F24096" w14:textId="77777777" w:rsidR="002376F7" w:rsidRDefault="00000000">
            <w:r>
              <w:rPr>
                <w:sz w:val="14"/>
              </w:rPr>
              <w:t>to the</w:t>
            </w:r>
          </w:p>
        </w:tc>
        <w:tc>
          <w:tcPr>
            <w:tcW w:w="5472" w:type="dxa"/>
            <w:shd w:val="clear" w:color="auto" w:fill="EEF6F8"/>
          </w:tcPr>
          <w:p w14:paraId="3DA4B154" w14:textId="77777777" w:rsidR="002376F7" w:rsidRDefault="00000000">
            <w:r>
              <w:rPr>
                <w:sz w:val="14"/>
              </w:rPr>
              <w:t>al</w:t>
            </w:r>
          </w:p>
        </w:tc>
      </w:tr>
      <w:tr w:rsidR="002376F7" w14:paraId="5DA52EE4" w14:textId="77777777">
        <w:trPr>
          <w:jc w:val="center"/>
        </w:trPr>
        <w:tc>
          <w:tcPr>
            <w:tcW w:w="4464" w:type="dxa"/>
          </w:tcPr>
          <w:p w14:paraId="466CD84C" w14:textId="77777777" w:rsidR="002376F7" w:rsidRDefault="00000000">
            <w:r>
              <w:rPr>
                <w:sz w:val="14"/>
              </w:rPr>
              <w:t>today</w:t>
            </w:r>
          </w:p>
        </w:tc>
        <w:tc>
          <w:tcPr>
            <w:tcW w:w="5472" w:type="dxa"/>
          </w:tcPr>
          <w:p w14:paraId="58B2C7BB" w14:textId="77777777" w:rsidR="002376F7" w:rsidRDefault="00000000">
            <w:r>
              <w:rPr>
                <w:sz w:val="14"/>
              </w:rPr>
              <w:t>hodia</w:t>
            </w:r>
          </w:p>
        </w:tc>
      </w:tr>
      <w:tr w:rsidR="002376F7" w14:paraId="7268FC9E" w14:textId="77777777">
        <w:trPr>
          <w:jc w:val="center"/>
        </w:trPr>
        <w:tc>
          <w:tcPr>
            <w:tcW w:w="4464" w:type="dxa"/>
            <w:shd w:val="clear" w:color="auto" w:fill="EEF6F8"/>
          </w:tcPr>
          <w:p w14:paraId="2504D87E" w14:textId="77777777" w:rsidR="002376F7" w:rsidRDefault="00000000">
            <w:r>
              <w:rPr>
                <w:sz w:val="14"/>
              </w:rPr>
              <w:t>tree</w:t>
            </w:r>
          </w:p>
        </w:tc>
        <w:tc>
          <w:tcPr>
            <w:tcW w:w="5472" w:type="dxa"/>
            <w:shd w:val="clear" w:color="auto" w:fill="EEF6F8"/>
          </w:tcPr>
          <w:p w14:paraId="45F21052" w14:textId="77777777" w:rsidR="002376F7" w:rsidRDefault="00000000">
            <w:r>
              <w:rPr>
                <w:sz w:val="14"/>
              </w:rPr>
              <w:t>arbor</w:t>
            </w:r>
          </w:p>
        </w:tc>
      </w:tr>
      <w:tr w:rsidR="002376F7" w14:paraId="760E1DD1" w14:textId="77777777">
        <w:trPr>
          <w:jc w:val="center"/>
        </w:trPr>
        <w:tc>
          <w:tcPr>
            <w:tcW w:w="4464" w:type="dxa"/>
          </w:tcPr>
          <w:p w14:paraId="40B029A4" w14:textId="77777777" w:rsidR="002376F7" w:rsidRDefault="00000000">
            <w:r>
              <w:rPr>
                <w:sz w:val="14"/>
              </w:rPr>
              <w:t>two</w:t>
            </w:r>
          </w:p>
        </w:tc>
        <w:tc>
          <w:tcPr>
            <w:tcW w:w="5472" w:type="dxa"/>
          </w:tcPr>
          <w:p w14:paraId="413A5650" w14:textId="77777777" w:rsidR="002376F7" w:rsidRDefault="00000000">
            <w:r>
              <w:rPr>
                <w:sz w:val="14"/>
              </w:rPr>
              <w:t>du</w:t>
            </w:r>
          </w:p>
        </w:tc>
      </w:tr>
      <w:tr w:rsidR="002376F7" w14:paraId="3BA9441D" w14:textId="77777777">
        <w:trPr>
          <w:jc w:val="center"/>
        </w:trPr>
        <w:tc>
          <w:tcPr>
            <w:tcW w:w="4464" w:type="dxa"/>
            <w:shd w:val="clear" w:color="auto" w:fill="EEF6F8"/>
          </w:tcPr>
          <w:p w14:paraId="169AC434" w14:textId="77777777" w:rsidR="002376F7" w:rsidRDefault="00000000">
            <w:r>
              <w:rPr>
                <w:sz w:val="14"/>
              </w:rPr>
              <w:t>understand</w:t>
            </w:r>
          </w:p>
        </w:tc>
        <w:tc>
          <w:tcPr>
            <w:tcW w:w="5472" w:type="dxa"/>
            <w:shd w:val="clear" w:color="auto" w:fill="EEF6F8"/>
          </w:tcPr>
          <w:p w14:paraId="4A65BA4F" w14:textId="77777777" w:rsidR="002376F7" w:rsidRDefault="00000000">
            <w:r>
              <w:rPr>
                <w:sz w:val="14"/>
              </w:rPr>
              <w:t>komprende</w:t>
            </w:r>
          </w:p>
        </w:tc>
      </w:tr>
      <w:tr w:rsidR="002376F7" w14:paraId="5177EC8E" w14:textId="77777777">
        <w:trPr>
          <w:jc w:val="center"/>
        </w:trPr>
        <w:tc>
          <w:tcPr>
            <w:tcW w:w="4464" w:type="dxa"/>
          </w:tcPr>
          <w:p w14:paraId="67A6D716" w14:textId="77777777" w:rsidR="002376F7" w:rsidRDefault="00000000">
            <w:r>
              <w:rPr>
                <w:sz w:val="14"/>
              </w:rPr>
              <w:t>wash</w:t>
            </w:r>
          </w:p>
        </w:tc>
        <w:tc>
          <w:tcPr>
            <w:tcW w:w="5472" w:type="dxa"/>
          </w:tcPr>
          <w:p w14:paraId="06965CEF" w14:textId="77777777" w:rsidR="002376F7" w:rsidRDefault="00000000">
            <w:r>
              <w:rPr>
                <w:sz w:val="14"/>
              </w:rPr>
              <w:t>lava</w:t>
            </w:r>
          </w:p>
        </w:tc>
      </w:tr>
      <w:tr w:rsidR="002376F7" w14:paraId="27D06AF8" w14:textId="77777777">
        <w:trPr>
          <w:jc w:val="center"/>
        </w:trPr>
        <w:tc>
          <w:tcPr>
            <w:tcW w:w="4464" w:type="dxa"/>
            <w:shd w:val="clear" w:color="auto" w:fill="EEF6F8"/>
          </w:tcPr>
          <w:p w14:paraId="00BAD21D" w14:textId="77777777" w:rsidR="002376F7" w:rsidRDefault="00000000">
            <w:r>
              <w:rPr>
                <w:sz w:val="14"/>
              </w:rPr>
              <w:t>water</w:t>
            </w:r>
          </w:p>
        </w:tc>
        <w:tc>
          <w:tcPr>
            <w:tcW w:w="5472" w:type="dxa"/>
            <w:shd w:val="clear" w:color="auto" w:fill="EEF6F8"/>
          </w:tcPr>
          <w:p w14:paraId="1A1B63CD" w14:textId="77777777" w:rsidR="002376F7" w:rsidRDefault="00000000">
            <w:r>
              <w:rPr>
                <w:sz w:val="14"/>
              </w:rPr>
              <w:t>akua</w:t>
            </w:r>
          </w:p>
        </w:tc>
      </w:tr>
      <w:tr w:rsidR="002376F7" w14:paraId="5CF40642" w14:textId="77777777">
        <w:trPr>
          <w:jc w:val="center"/>
        </w:trPr>
        <w:tc>
          <w:tcPr>
            <w:tcW w:w="4464" w:type="dxa"/>
          </w:tcPr>
          <w:p w14:paraId="01A4739E" w14:textId="77777777" w:rsidR="002376F7" w:rsidRDefault="00000000">
            <w:r>
              <w:rPr>
                <w:sz w:val="14"/>
              </w:rPr>
              <w:t>way</w:t>
            </w:r>
          </w:p>
        </w:tc>
        <w:tc>
          <w:tcPr>
            <w:tcW w:w="5472" w:type="dxa"/>
          </w:tcPr>
          <w:p w14:paraId="1CF4231E" w14:textId="77777777" w:rsidR="002376F7" w:rsidRDefault="00000000">
            <w:r>
              <w:rPr>
                <w:sz w:val="14"/>
              </w:rPr>
              <w:t>modo</w:t>
            </w:r>
          </w:p>
        </w:tc>
      </w:tr>
      <w:tr w:rsidR="002376F7" w14:paraId="66070EDB" w14:textId="77777777">
        <w:trPr>
          <w:jc w:val="center"/>
        </w:trPr>
        <w:tc>
          <w:tcPr>
            <w:tcW w:w="4464" w:type="dxa"/>
            <w:shd w:val="clear" w:color="auto" w:fill="EEF6F8"/>
          </w:tcPr>
          <w:p w14:paraId="18A10332" w14:textId="77777777" w:rsidR="002376F7" w:rsidRDefault="00000000">
            <w:r>
              <w:rPr>
                <w:sz w:val="14"/>
              </w:rPr>
              <w:t>we</w:t>
            </w:r>
          </w:p>
        </w:tc>
        <w:tc>
          <w:tcPr>
            <w:tcW w:w="5472" w:type="dxa"/>
            <w:shd w:val="clear" w:color="auto" w:fill="EEF6F8"/>
          </w:tcPr>
          <w:p w14:paraId="74045A3F" w14:textId="77777777" w:rsidR="002376F7" w:rsidRDefault="00000000">
            <w:r>
              <w:rPr>
                <w:sz w:val="14"/>
              </w:rPr>
              <w:t>nos</w:t>
            </w:r>
          </w:p>
        </w:tc>
      </w:tr>
      <w:tr w:rsidR="002376F7" w14:paraId="5B79B631" w14:textId="77777777">
        <w:trPr>
          <w:jc w:val="center"/>
        </w:trPr>
        <w:tc>
          <w:tcPr>
            <w:tcW w:w="4464" w:type="dxa"/>
          </w:tcPr>
          <w:p w14:paraId="37D1DE05" w14:textId="77777777" w:rsidR="002376F7" w:rsidRDefault="00000000">
            <w:r>
              <w:rPr>
                <w:sz w:val="14"/>
              </w:rPr>
              <w:t>week</w:t>
            </w:r>
          </w:p>
        </w:tc>
        <w:tc>
          <w:tcPr>
            <w:tcW w:w="5472" w:type="dxa"/>
          </w:tcPr>
          <w:p w14:paraId="093F4654" w14:textId="77777777" w:rsidR="002376F7" w:rsidRDefault="00000000">
            <w:r>
              <w:rPr>
                <w:sz w:val="14"/>
              </w:rPr>
              <w:t>semana</w:t>
            </w:r>
          </w:p>
        </w:tc>
      </w:tr>
      <w:tr w:rsidR="002376F7" w14:paraId="767EBEB1" w14:textId="77777777">
        <w:trPr>
          <w:jc w:val="center"/>
        </w:trPr>
        <w:tc>
          <w:tcPr>
            <w:tcW w:w="4464" w:type="dxa"/>
            <w:shd w:val="clear" w:color="auto" w:fill="EEF6F8"/>
          </w:tcPr>
          <w:p w14:paraId="674F600C" w14:textId="77777777" w:rsidR="002376F7" w:rsidRDefault="00000000">
            <w:r>
              <w:rPr>
                <w:sz w:val="14"/>
              </w:rPr>
              <w:t>well</w:t>
            </w:r>
          </w:p>
        </w:tc>
        <w:tc>
          <w:tcPr>
            <w:tcW w:w="5472" w:type="dxa"/>
            <w:shd w:val="clear" w:color="auto" w:fill="EEF6F8"/>
          </w:tcPr>
          <w:p w14:paraId="6B249BED" w14:textId="77777777" w:rsidR="002376F7" w:rsidRDefault="00000000">
            <w:r>
              <w:rPr>
                <w:sz w:val="14"/>
              </w:rPr>
              <w:t>bene</w:t>
            </w:r>
          </w:p>
        </w:tc>
      </w:tr>
      <w:tr w:rsidR="002376F7" w14:paraId="753B3C49" w14:textId="77777777">
        <w:trPr>
          <w:jc w:val="center"/>
        </w:trPr>
        <w:tc>
          <w:tcPr>
            <w:tcW w:w="4464" w:type="dxa"/>
          </w:tcPr>
          <w:p w14:paraId="77668635" w14:textId="77777777" w:rsidR="002376F7" w:rsidRDefault="00000000">
            <w:r>
              <w:rPr>
                <w:sz w:val="14"/>
              </w:rPr>
              <w:t>what</w:t>
            </w:r>
          </w:p>
        </w:tc>
        <w:tc>
          <w:tcPr>
            <w:tcW w:w="5472" w:type="dxa"/>
          </w:tcPr>
          <w:p w14:paraId="33378D79" w14:textId="77777777" w:rsidR="002376F7" w:rsidRDefault="00000000">
            <w:r>
              <w:rPr>
                <w:sz w:val="14"/>
              </w:rPr>
              <w:t>ke</w:t>
            </w:r>
          </w:p>
        </w:tc>
      </w:tr>
      <w:tr w:rsidR="002376F7" w14:paraId="3F8DB7AE" w14:textId="77777777">
        <w:trPr>
          <w:jc w:val="center"/>
        </w:trPr>
        <w:tc>
          <w:tcPr>
            <w:tcW w:w="4464" w:type="dxa"/>
            <w:shd w:val="clear" w:color="auto" w:fill="EEF6F8"/>
          </w:tcPr>
          <w:p w14:paraId="7C84BAD8" w14:textId="77777777" w:rsidR="002376F7" w:rsidRDefault="00000000">
            <w:r>
              <w:rPr>
                <w:sz w:val="14"/>
              </w:rPr>
              <w:t>when</w:t>
            </w:r>
          </w:p>
        </w:tc>
        <w:tc>
          <w:tcPr>
            <w:tcW w:w="5472" w:type="dxa"/>
            <w:shd w:val="clear" w:color="auto" w:fill="EEF6F8"/>
          </w:tcPr>
          <w:p w14:paraId="0B00FA44" w14:textId="77777777" w:rsidR="002376F7" w:rsidRDefault="00000000">
            <w:r>
              <w:rPr>
                <w:sz w:val="14"/>
              </w:rPr>
              <w:t>kan</w:t>
            </w:r>
          </w:p>
        </w:tc>
      </w:tr>
      <w:tr w:rsidR="002376F7" w14:paraId="5C25FE8D" w14:textId="77777777">
        <w:trPr>
          <w:jc w:val="center"/>
        </w:trPr>
        <w:tc>
          <w:tcPr>
            <w:tcW w:w="4464" w:type="dxa"/>
          </w:tcPr>
          <w:p w14:paraId="3ACC51CC" w14:textId="77777777" w:rsidR="002376F7" w:rsidRDefault="00000000">
            <w:r>
              <w:rPr>
                <w:sz w:val="14"/>
              </w:rPr>
              <w:t>which</w:t>
            </w:r>
          </w:p>
        </w:tc>
        <w:tc>
          <w:tcPr>
            <w:tcW w:w="5472" w:type="dxa"/>
          </w:tcPr>
          <w:p w14:paraId="4B6AD2CE" w14:textId="77777777" w:rsidR="002376F7" w:rsidRDefault="00000000">
            <w:r>
              <w:rPr>
                <w:sz w:val="14"/>
              </w:rPr>
              <w:t>qual</w:t>
            </w:r>
          </w:p>
        </w:tc>
      </w:tr>
      <w:tr w:rsidR="002376F7" w14:paraId="703435D3" w14:textId="77777777">
        <w:trPr>
          <w:jc w:val="center"/>
        </w:trPr>
        <w:tc>
          <w:tcPr>
            <w:tcW w:w="4464" w:type="dxa"/>
            <w:shd w:val="clear" w:color="auto" w:fill="EEF6F8"/>
          </w:tcPr>
          <w:p w14:paraId="38A35FA2" w14:textId="77777777" w:rsidR="002376F7" w:rsidRDefault="00000000">
            <w:r>
              <w:rPr>
                <w:sz w:val="14"/>
              </w:rPr>
              <w:t>white</w:t>
            </w:r>
          </w:p>
        </w:tc>
        <w:tc>
          <w:tcPr>
            <w:tcW w:w="5472" w:type="dxa"/>
            <w:shd w:val="clear" w:color="auto" w:fill="EEF6F8"/>
          </w:tcPr>
          <w:p w14:paraId="6E989FB8" w14:textId="77777777" w:rsidR="002376F7" w:rsidRDefault="00000000">
            <w:r>
              <w:rPr>
                <w:sz w:val="14"/>
              </w:rPr>
              <w:t>blanc</w:t>
            </w:r>
          </w:p>
        </w:tc>
      </w:tr>
      <w:tr w:rsidR="002376F7" w14:paraId="4A6ADC68" w14:textId="77777777">
        <w:trPr>
          <w:jc w:val="center"/>
        </w:trPr>
        <w:tc>
          <w:tcPr>
            <w:tcW w:w="4464" w:type="dxa"/>
          </w:tcPr>
          <w:p w14:paraId="1E01D3B8" w14:textId="77777777" w:rsidR="002376F7" w:rsidRDefault="00000000">
            <w:r>
              <w:rPr>
                <w:sz w:val="14"/>
              </w:rPr>
              <w:t>who</w:t>
            </w:r>
          </w:p>
        </w:tc>
        <w:tc>
          <w:tcPr>
            <w:tcW w:w="5472" w:type="dxa"/>
          </w:tcPr>
          <w:p w14:paraId="4723FB42" w14:textId="77777777" w:rsidR="002376F7" w:rsidRDefault="00000000">
            <w:r>
              <w:rPr>
                <w:sz w:val="14"/>
              </w:rPr>
              <w:t>ki</w:t>
            </w:r>
          </w:p>
        </w:tc>
      </w:tr>
      <w:tr w:rsidR="002376F7" w14:paraId="7D418746" w14:textId="77777777">
        <w:trPr>
          <w:jc w:val="center"/>
        </w:trPr>
        <w:tc>
          <w:tcPr>
            <w:tcW w:w="4464" w:type="dxa"/>
            <w:shd w:val="clear" w:color="auto" w:fill="EEF6F8"/>
          </w:tcPr>
          <w:p w14:paraId="00965BED" w14:textId="77777777" w:rsidR="002376F7" w:rsidRDefault="00000000">
            <w:r>
              <w:rPr>
                <w:sz w:val="14"/>
              </w:rPr>
              <w:t>why</w:t>
            </w:r>
          </w:p>
        </w:tc>
        <w:tc>
          <w:tcPr>
            <w:tcW w:w="5472" w:type="dxa"/>
            <w:shd w:val="clear" w:color="auto" w:fill="EEF6F8"/>
          </w:tcPr>
          <w:p w14:paraId="235133EB" w14:textId="77777777" w:rsidR="002376F7" w:rsidRDefault="00000000">
            <w:r>
              <w:rPr>
                <w:sz w:val="14"/>
              </w:rPr>
              <w:t>kur</w:t>
            </w:r>
          </w:p>
        </w:tc>
      </w:tr>
      <w:tr w:rsidR="002376F7" w14:paraId="39BC84FC" w14:textId="77777777">
        <w:trPr>
          <w:jc w:val="center"/>
        </w:trPr>
        <w:tc>
          <w:tcPr>
            <w:tcW w:w="4464" w:type="dxa"/>
          </w:tcPr>
          <w:p w14:paraId="55EF8A04" w14:textId="77777777" w:rsidR="002376F7" w:rsidRDefault="00000000">
            <w:r>
              <w:rPr>
                <w:sz w:val="14"/>
              </w:rPr>
              <w:t>wide</w:t>
            </w:r>
          </w:p>
        </w:tc>
        <w:tc>
          <w:tcPr>
            <w:tcW w:w="5472" w:type="dxa"/>
          </w:tcPr>
          <w:p w14:paraId="618EAE2B" w14:textId="77777777" w:rsidR="002376F7" w:rsidRDefault="00000000">
            <w:r>
              <w:rPr>
                <w:sz w:val="14"/>
              </w:rPr>
              <w:t>larga</w:t>
            </w:r>
          </w:p>
        </w:tc>
      </w:tr>
      <w:tr w:rsidR="002376F7" w14:paraId="1344AC70" w14:textId="77777777">
        <w:trPr>
          <w:jc w:val="center"/>
        </w:trPr>
        <w:tc>
          <w:tcPr>
            <w:tcW w:w="4464" w:type="dxa"/>
            <w:shd w:val="clear" w:color="auto" w:fill="EEF6F8"/>
          </w:tcPr>
          <w:p w14:paraId="10467777" w14:textId="77777777" w:rsidR="002376F7" w:rsidRDefault="00000000">
            <w:r>
              <w:rPr>
                <w:sz w:val="14"/>
              </w:rPr>
              <w:t>with</w:t>
            </w:r>
          </w:p>
        </w:tc>
        <w:tc>
          <w:tcPr>
            <w:tcW w:w="5472" w:type="dxa"/>
            <w:shd w:val="clear" w:color="auto" w:fill="EEF6F8"/>
          </w:tcPr>
          <w:p w14:paraId="7A61C161" w14:textId="77777777" w:rsidR="002376F7" w:rsidRDefault="00000000">
            <w:r>
              <w:rPr>
                <w:sz w:val="14"/>
              </w:rPr>
              <w:t>kon</w:t>
            </w:r>
          </w:p>
        </w:tc>
      </w:tr>
      <w:tr w:rsidR="002376F7" w14:paraId="49CF3DEB" w14:textId="77777777">
        <w:trPr>
          <w:jc w:val="center"/>
        </w:trPr>
        <w:tc>
          <w:tcPr>
            <w:tcW w:w="4464" w:type="dxa"/>
          </w:tcPr>
          <w:p w14:paraId="4C980473" w14:textId="77777777" w:rsidR="002376F7" w:rsidRDefault="00000000">
            <w:r>
              <w:rPr>
                <w:sz w:val="14"/>
              </w:rPr>
              <w:t>work</w:t>
            </w:r>
          </w:p>
        </w:tc>
        <w:tc>
          <w:tcPr>
            <w:tcW w:w="5472" w:type="dxa"/>
          </w:tcPr>
          <w:p w14:paraId="7EEF9FB7" w14:textId="77777777" w:rsidR="002376F7" w:rsidRDefault="00000000">
            <w:r>
              <w:rPr>
                <w:sz w:val="14"/>
              </w:rPr>
              <w:t>labora</w:t>
            </w:r>
          </w:p>
        </w:tc>
      </w:tr>
      <w:tr w:rsidR="002376F7" w14:paraId="06A0D270" w14:textId="77777777">
        <w:trPr>
          <w:jc w:val="center"/>
        </w:trPr>
        <w:tc>
          <w:tcPr>
            <w:tcW w:w="4464" w:type="dxa"/>
            <w:shd w:val="clear" w:color="auto" w:fill="EEF6F8"/>
          </w:tcPr>
          <w:p w14:paraId="2E8745C0" w14:textId="77777777" w:rsidR="002376F7" w:rsidRDefault="00000000">
            <w:r>
              <w:rPr>
                <w:sz w:val="14"/>
              </w:rPr>
              <w:t>world</w:t>
            </w:r>
          </w:p>
        </w:tc>
        <w:tc>
          <w:tcPr>
            <w:tcW w:w="5472" w:type="dxa"/>
            <w:shd w:val="clear" w:color="auto" w:fill="EEF6F8"/>
          </w:tcPr>
          <w:p w14:paraId="168BA760" w14:textId="77777777" w:rsidR="002376F7" w:rsidRDefault="00000000">
            <w:r>
              <w:rPr>
                <w:sz w:val="14"/>
              </w:rPr>
              <w:t>mondo</w:t>
            </w:r>
          </w:p>
        </w:tc>
      </w:tr>
      <w:tr w:rsidR="002376F7" w14:paraId="1384C097" w14:textId="77777777">
        <w:trPr>
          <w:jc w:val="center"/>
        </w:trPr>
        <w:tc>
          <w:tcPr>
            <w:tcW w:w="4464" w:type="dxa"/>
          </w:tcPr>
          <w:p w14:paraId="62B5CDE1" w14:textId="77777777" w:rsidR="002376F7" w:rsidRDefault="00000000">
            <w:r>
              <w:rPr>
                <w:sz w:val="14"/>
              </w:rPr>
              <w:t>write</w:t>
            </w:r>
          </w:p>
        </w:tc>
        <w:tc>
          <w:tcPr>
            <w:tcW w:w="5472" w:type="dxa"/>
          </w:tcPr>
          <w:p w14:paraId="73A81D9B" w14:textId="77777777" w:rsidR="002376F7" w:rsidRDefault="00000000">
            <w:r>
              <w:rPr>
                <w:sz w:val="14"/>
              </w:rPr>
              <w:t>skribe</w:t>
            </w:r>
          </w:p>
        </w:tc>
      </w:tr>
      <w:tr w:rsidR="002376F7" w14:paraId="38DC2D40" w14:textId="77777777">
        <w:trPr>
          <w:jc w:val="center"/>
        </w:trPr>
        <w:tc>
          <w:tcPr>
            <w:tcW w:w="4464" w:type="dxa"/>
            <w:shd w:val="clear" w:color="auto" w:fill="EEF6F8"/>
          </w:tcPr>
          <w:p w14:paraId="66DD2F4E" w14:textId="77777777" w:rsidR="002376F7" w:rsidRDefault="00000000">
            <w:r>
              <w:rPr>
                <w:sz w:val="14"/>
              </w:rPr>
              <w:t>year</w:t>
            </w:r>
          </w:p>
        </w:tc>
        <w:tc>
          <w:tcPr>
            <w:tcW w:w="5472" w:type="dxa"/>
            <w:shd w:val="clear" w:color="auto" w:fill="EEF6F8"/>
          </w:tcPr>
          <w:p w14:paraId="4E6CA3FE" w14:textId="77777777" w:rsidR="002376F7" w:rsidRDefault="00000000">
            <w:r>
              <w:rPr>
                <w:sz w:val="14"/>
              </w:rPr>
              <w:t>an</w:t>
            </w:r>
          </w:p>
        </w:tc>
      </w:tr>
    </w:tbl>
    <w:p w14:paraId="71C0D241" w14:textId="77777777" w:rsidR="002376F7" w:rsidRDefault="002376F7">
      <w:pPr>
        <w:spacing w:after="120"/>
      </w:pPr>
    </w:p>
    <w:p w14:paraId="0D4EF7EF" w14:textId="77777777" w:rsidR="002376F7" w:rsidRDefault="00000000">
      <w:r/>
    </w:p>
    <w:p w14:paraId="298A4A17" w14:textId="77777777" w:rsidR="002376F7" w:rsidRDefault="00000000">
      <w:pPr>
        <w:pStyle w:val="ChapterLabel"/>
      </w:pPr>
      <w:r>
        <w:t>Chapter 28</w:t>
      </w:r>
    </w:p>
    <w:p w14:paraId="39492C06" w14:textId="77777777" w:rsidR="002376F7" w:rsidRDefault="00000000">
      <w:pPr>
        <w:pStyle w:val="ChapterTitle"/>
        <w:keepNext/>
      </w:pPr>
      <w:r>
        <w:t>Pronunciation Audio Script</w:t>
      </w:r>
    </w:p>
    <w:p w14:paraId="472AA996" w14:textId="77777777" w:rsidR="002376F7" w:rsidRDefault="00000000">
      <w:pPr>
        <w:pStyle w:val="ChapterSubtitle"/>
      </w:pPr>
      <w:r>
        <w:t>Ready for future recordings</w:t>
      </w:r>
    </w:p>
    <w:p w14:paraId="4AB8BD4D" w14:textId="77777777" w:rsidR="002376F7" w:rsidRDefault="002376F7">
      <w:pPr>
        <w:pBdr>
          <w:bottom w:val="single" w:sz="12" w:space="1" w:color="DAA520"/>
        </w:pBdr>
        <w:spacing w:after="160"/>
      </w:pPr>
    </w:p>
    <w:p w14:paraId="2C431CB3" w14:textId="77777777" w:rsidR="002376F7" w:rsidRDefault="00000000">
      <w:pPr>
        <w:spacing w:after="100"/>
      </w:pPr>
      <w:r>
        <w:t>This section is written as a simple script for future audio lessons, videos, or classroom reading.</w:t>
      </w:r>
    </w:p>
    <w:p w14:paraId="25B0BDD2" w14:textId="77777777" w:rsidR="002376F7" w:rsidRDefault="00000000">
      <w:pPr>
        <w:pStyle w:val="Heading2"/>
      </w:pPr>
      <w:r>
        <w:t>Vowels</w:t>
      </w:r>
    </w:p>
    <w:p w14:paraId="086EDD03" w14:textId="77777777" w:rsidR="002376F7" w:rsidRDefault="00000000">
      <w:pPr>
        <w:spacing w:after="100"/>
      </w:pPr>
      <w:r>
        <w:t>a, e, i, o, u. Repeat: familia, tempo, histori, moderno, futur.</w:t>
      </w:r>
    </w:p>
    <w:p w14:paraId="202166A7" w14:textId="77777777" w:rsidR="002376F7" w:rsidRDefault="00000000">
      <w:pPr>
        <w:pStyle w:val="Heading2"/>
      </w:pPr>
      <w:r>
        <w:t>Consonants</w:t>
      </w:r>
    </w:p>
    <w:p w14:paraId="3C6BCEBD" w14:textId="77777777" w:rsidR="002376F7" w:rsidRDefault="00000000">
      <w:pPr>
        <w:spacing w:after="100"/>
      </w:pPr>
      <w:r>
        <w:t>k is default; retained c is pronounced k: clar, kultura, cel. g is always hard: grande, gratias. j sounds like English y: jurnal.</w:t>
      </w:r>
    </w:p>
    <w:p w14:paraId="0EE6F9BC" w14:textId="77777777" w:rsidR="002376F7" w:rsidRDefault="00000000">
      <w:pPr>
        <w:pStyle w:val="Heading2"/>
      </w:pPr>
      <w:r>
        <w:t>Stress Practice</w:t>
      </w:r>
    </w:p>
    <w:p w14:paraId="4E07694D" w14:textId="77777777" w:rsidR="002376F7" w:rsidRDefault="00000000">
      <w:pPr>
        <w:spacing w:after="100"/>
      </w:pPr>
      <w:r>
        <w:t>Claralinga, familia, demokrati, energia, kultura, persona, international.</w:t>
      </w:r>
    </w:p>
    <w:p w14:paraId="0D5F9E2B" w14:textId="77777777" w:rsidR="002376F7" w:rsidRDefault="00000000">
      <w:pPr>
        <w:pStyle w:val="Heading2"/>
      </w:pPr>
      <w:r>
        <w:t>Sentence Practice</w:t>
      </w:r>
    </w:p>
    <w:p w14:paraId="2843A061" w14:textId="77777777" w:rsidR="002376F7" w:rsidRDefault="00000000">
      <w:pPr>
        <w:spacing w:after="100"/>
      </w:pPr>
      <w:r>
        <w:t>Salve. Mi nom es Chad. Mi nu aprende Claralinga. Plez parla lenta. Mi ne komprende. Ku tu komprende? Gratias. A revider.</w:t>
      </w:r>
    </w:p>
    <w:p w14:paraId="456C6B06" w14:textId="77777777" w:rsidR="002376F7" w:rsidRDefault="00000000">
      <w:r/>
    </w:p>
    <w:p w14:paraId="6B52B173" w14:textId="77777777" w:rsidR="002376F7" w:rsidRDefault="00000000">
      <w:pPr>
        <w:pStyle w:val="ChapterLabel"/>
      </w:pPr>
      <w:r>
        <w:t>Chapter 29</w:t>
      </w:r>
    </w:p>
    <w:p w14:paraId="5E6E74AC" w14:textId="77777777" w:rsidR="002376F7" w:rsidRDefault="00000000">
      <w:pPr>
        <w:pStyle w:val="ChapterTitle"/>
        <w:keepNext/>
      </w:pPr>
      <w:r>
        <w:t>Claralinga at a Glance</w:t>
      </w:r>
    </w:p>
    <w:p w14:paraId="4E7ED9E7" w14:textId="77777777" w:rsidR="002376F7" w:rsidRDefault="00000000">
      <w:pPr>
        <w:pStyle w:val="ChapterSubtitle"/>
      </w:pPr>
      <w:r>
        <w:t>One-page grammar cheat sheet</w:t>
      </w:r>
    </w:p>
    <w:p w14:paraId="737A5093" w14:textId="77777777" w:rsidR="002376F7" w:rsidRDefault="002376F7">
      <w:pPr>
        <w:pBdr>
          <w:bottom w:val="single" w:sz="12" w:space="1" w:color="DAA520"/>
        </w:pBdr>
        <w:spacing w:after="160"/>
      </w:pPr>
    </w:p>
    <w:tbl>
      <w:tblPr>
        <w:tblStyle w:val="TableGrid"/>
        <w:tblW w:w="0" w:type="auto"/>
        <w:jc w:val="center"/>
        <w:tblLook w:val="04A0" w:firstRow="1" w:lastRow="0" w:firstColumn="1" w:lastColumn="0" w:noHBand="0" w:noVBand="1"/>
      </w:tblPr>
      <w:tblGrid>
        <w:gridCol w:w="2880"/>
        <w:gridCol w:w="7056"/>
      </w:tblGrid>
      <w:tr w:rsidR="002376F7" w14:paraId="27A5259A" w14:textId="77777777">
        <w:trPr>
          <w:tblHeader/>
          <w:jc w:val="center"/>
        </w:trPr>
        <w:tc>
          <w:tcPr>
            <w:tcW w:w="2880" w:type="dxa"/>
            <w:shd w:val="clear" w:color="auto" w:fill="163B60"/>
          </w:tcPr>
          <w:p w14:paraId="3672198E" w14:textId="77777777" w:rsidR="002376F7" w:rsidRDefault="00000000">
            <w:r>
              <w:rPr>
                <w:b/>
                <w:color w:val="FFFFFF"/>
                <w:sz w:val="16"/>
              </w:rPr>
              <w:t>Feature</w:t>
            </w:r>
          </w:p>
        </w:tc>
        <w:tc>
          <w:tcPr>
            <w:tcW w:w="7056" w:type="dxa"/>
            <w:shd w:val="clear" w:color="auto" w:fill="163B60"/>
          </w:tcPr>
          <w:p w14:paraId="524B23B1" w14:textId="77777777" w:rsidR="002376F7" w:rsidRDefault="00000000">
            <w:r>
              <w:rPr>
                <w:b/>
                <w:color w:val="FFFFFF"/>
                <w:sz w:val="16"/>
              </w:rPr>
              <w:t>Rule</w:t>
            </w:r>
          </w:p>
        </w:tc>
      </w:tr>
      <w:tr w:rsidR="002376F7" w14:paraId="55AF4670" w14:textId="77777777">
        <w:trPr>
          <w:jc w:val="center"/>
        </w:trPr>
        <w:tc>
          <w:tcPr>
            <w:tcW w:w="2880" w:type="dxa"/>
          </w:tcPr>
          <w:p w14:paraId="05A058CB" w14:textId="77777777" w:rsidR="002376F7" w:rsidRDefault="00000000">
            <w:r>
              <w:rPr>
                <w:sz w:val="16"/>
              </w:rPr>
              <w:t>la</w:t>
            </w:r>
          </w:p>
        </w:tc>
        <w:tc>
          <w:tcPr>
            <w:tcW w:w="7056" w:type="dxa"/>
          </w:tcPr>
          <w:p w14:paraId="737B2109" w14:textId="77777777" w:rsidR="002376F7" w:rsidRDefault="00000000">
            <w:r>
              <w:rPr>
                <w:sz w:val="16"/>
              </w:rPr>
              <w:t>the</w:t>
            </w:r>
          </w:p>
        </w:tc>
      </w:tr>
      <w:tr w:rsidR="002376F7" w14:paraId="1C5ED277" w14:textId="77777777">
        <w:trPr>
          <w:jc w:val="center"/>
        </w:trPr>
        <w:tc>
          <w:tcPr>
            <w:tcW w:w="2880" w:type="dxa"/>
            <w:shd w:val="clear" w:color="auto" w:fill="EEF6F8"/>
          </w:tcPr>
          <w:p w14:paraId="402E0D61" w14:textId="77777777" w:rsidR="002376F7" w:rsidRDefault="00000000">
            <w:r>
              <w:rPr>
                <w:sz w:val="16"/>
              </w:rPr>
              <w:t>un</w:t>
            </w:r>
          </w:p>
        </w:tc>
        <w:tc>
          <w:tcPr>
            <w:tcW w:w="7056" w:type="dxa"/>
            <w:shd w:val="clear" w:color="auto" w:fill="EEF6F8"/>
          </w:tcPr>
          <w:p w14:paraId="41C42226" w14:textId="77777777" w:rsidR="002376F7" w:rsidRDefault="00000000">
            <w:r>
              <w:rPr>
                <w:sz w:val="16"/>
              </w:rPr>
              <w:t>a / an / one</w:t>
            </w:r>
          </w:p>
        </w:tc>
      </w:tr>
      <w:tr w:rsidR="002376F7" w14:paraId="3E1F6BFD" w14:textId="77777777">
        <w:trPr>
          <w:jc w:val="center"/>
        </w:trPr>
        <w:tc>
          <w:tcPr>
            <w:tcW w:w="2880" w:type="dxa"/>
          </w:tcPr>
          <w:p w14:paraId="7CBCDDB8" w14:textId="77777777" w:rsidR="002376F7" w:rsidRDefault="00000000">
            <w:r>
              <w:rPr>
                <w:sz w:val="16"/>
              </w:rPr>
              <w:t>plural</w:t>
            </w:r>
          </w:p>
        </w:tc>
        <w:tc>
          <w:tcPr>
            <w:tcW w:w="7056" w:type="dxa"/>
          </w:tcPr>
          <w:p w14:paraId="7492C869" w14:textId="77777777" w:rsidR="002376F7" w:rsidRDefault="00000000">
            <w:r>
              <w:rPr>
                <w:sz w:val="16"/>
              </w:rPr>
              <w:t>add -s after vowels, -es after consonants when easier</w:t>
            </w:r>
          </w:p>
        </w:tc>
      </w:tr>
      <w:tr w:rsidR="002376F7" w14:paraId="333917EA" w14:textId="77777777">
        <w:trPr>
          <w:jc w:val="center"/>
        </w:trPr>
        <w:tc>
          <w:tcPr>
            <w:tcW w:w="2880" w:type="dxa"/>
            <w:shd w:val="clear" w:color="auto" w:fill="EEF6F8"/>
          </w:tcPr>
          <w:p w14:paraId="567EAEE3" w14:textId="77777777" w:rsidR="002376F7" w:rsidRDefault="00000000">
            <w:r>
              <w:rPr>
                <w:sz w:val="16"/>
              </w:rPr>
              <w:t>adjectives</w:t>
            </w:r>
          </w:p>
        </w:tc>
        <w:tc>
          <w:tcPr>
            <w:tcW w:w="7056" w:type="dxa"/>
            <w:shd w:val="clear" w:color="auto" w:fill="EEF6F8"/>
          </w:tcPr>
          <w:p w14:paraId="55081C78" w14:textId="77777777" w:rsidR="002376F7" w:rsidRDefault="00000000">
            <w:r>
              <w:rPr>
                <w:sz w:val="16"/>
              </w:rPr>
              <w:t>do not change for gender or number</w:t>
            </w:r>
          </w:p>
        </w:tc>
      </w:tr>
      <w:tr w:rsidR="002376F7" w14:paraId="1F53F79A" w14:textId="77777777">
        <w:trPr>
          <w:jc w:val="center"/>
        </w:trPr>
        <w:tc>
          <w:tcPr>
            <w:tcW w:w="2880" w:type="dxa"/>
          </w:tcPr>
          <w:p w14:paraId="30572A33" w14:textId="77777777" w:rsidR="002376F7" w:rsidRDefault="00000000">
            <w:r>
              <w:rPr>
                <w:sz w:val="16"/>
              </w:rPr>
              <w:t>word order</w:t>
            </w:r>
          </w:p>
        </w:tc>
        <w:tc>
          <w:tcPr>
            <w:tcW w:w="7056" w:type="dxa"/>
          </w:tcPr>
          <w:p w14:paraId="1AFAB73A" w14:textId="77777777" w:rsidR="002376F7" w:rsidRDefault="00000000">
            <w:r>
              <w:rPr>
                <w:sz w:val="16"/>
              </w:rPr>
              <w:t>Subject + Verb + Object</w:t>
            </w:r>
          </w:p>
        </w:tc>
      </w:tr>
      <w:tr w:rsidR="002376F7" w14:paraId="6C8A8A92" w14:textId="77777777">
        <w:trPr>
          <w:jc w:val="center"/>
        </w:trPr>
        <w:tc>
          <w:tcPr>
            <w:tcW w:w="2880" w:type="dxa"/>
            <w:shd w:val="clear" w:color="auto" w:fill="EEF6F8"/>
          </w:tcPr>
          <w:p w14:paraId="734E8604" w14:textId="77777777" w:rsidR="002376F7" w:rsidRDefault="00000000">
            <w:r>
              <w:rPr>
                <w:sz w:val="16"/>
              </w:rPr>
              <w:t>ne</w:t>
            </w:r>
          </w:p>
        </w:tc>
        <w:tc>
          <w:tcPr>
            <w:tcW w:w="7056" w:type="dxa"/>
            <w:shd w:val="clear" w:color="auto" w:fill="EEF6F8"/>
          </w:tcPr>
          <w:p w14:paraId="267834B3" w14:textId="77777777" w:rsidR="002376F7" w:rsidRDefault="00000000">
            <w:r>
              <w:rPr>
                <w:sz w:val="16"/>
              </w:rPr>
              <w:t>not</w:t>
            </w:r>
          </w:p>
        </w:tc>
      </w:tr>
      <w:tr w:rsidR="002376F7" w14:paraId="7004EEA4" w14:textId="77777777">
        <w:trPr>
          <w:jc w:val="center"/>
        </w:trPr>
        <w:tc>
          <w:tcPr>
            <w:tcW w:w="2880" w:type="dxa"/>
          </w:tcPr>
          <w:p w14:paraId="19F2F130" w14:textId="77777777" w:rsidR="002376F7" w:rsidRDefault="00000000">
            <w:r>
              <w:rPr>
                <w:sz w:val="16"/>
              </w:rPr>
              <w:t>ku</w:t>
            </w:r>
          </w:p>
        </w:tc>
        <w:tc>
          <w:tcPr>
            <w:tcW w:w="7056" w:type="dxa"/>
          </w:tcPr>
          <w:p w14:paraId="181B7284" w14:textId="77777777" w:rsidR="002376F7" w:rsidRDefault="00000000">
            <w:r>
              <w:rPr>
                <w:sz w:val="16"/>
              </w:rPr>
              <w:t>yes/no question marker</w:t>
            </w:r>
          </w:p>
        </w:tc>
      </w:tr>
      <w:tr w:rsidR="002376F7" w14:paraId="30DB0F90" w14:textId="77777777">
        <w:trPr>
          <w:jc w:val="center"/>
        </w:trPr>
        <w:tc>
          <w:tcPr>
            <w:tcW w:w="2880" w:type="dxa"/>
            <w:shd w:val="clear" w:color="auto" w:fill="EEF6F8"/>
          </w:tcPr>
          <w:p w14:paraId="08440EBB" w14:textId="77777777" w:rsidR="002376F7" w:rsidRDefault="00000000">
            <w:r>
              <w:rPr>
                <w:sz w:val="16"/>
              </w:rPr>
              <w:t>pa</w:t>
            </w:r>
          </w:p>
        </w:tc>
        <w:tc>
          <w:tcPr>
            <w:tcW w:w="7056" w:type="dxa"/>
            <w:shd w:val="clear" w:color="auto" w:fill="EEF6F8"/>
          </w:tcPr>
          <w:p w14:paraId="35F5C6DE" w14:textId="77777777" w:rsidR="002376F7" w:rsidRDefault="00000000">
            <w:r>
              <w:rPr>
                <w:sz w:val="16"/>
              </w:rPr>
              <w:t>past</w:t>
            </w:r>
          </w:p>
        </w:tc>
      </w:tr>
      <w:tr w:rsidR="002376F7" w14:paraId="1A75FA5C" w14:textId="77777777">
        <w:trPr>
          <w:jc w:val="center"/>
        </w:trPr>
        <w:tc>
          <w:tcPr>
            <w:tcW w:w="2880" w:type="dxa"/>
          </w:tcPr>
          <w:p w14:paraId="5EF0C3C7" w14:textId="77777777" w:rsidR="002376F7" w:rsidRDefault="00000000">
            <w:r>
              <w:rPr>
                <w:sz w:val="16"/>
              </w:rPr>
              <w:t>va</w:t>
            </w:r>
          </w:p>
        </w:tc>
        <w:tc>
          <w:tcPr>
            <w:tcW w:w="7056" w:type="dxa"/>
          </w:tcPr>
          <w:p w14:paraId="55939989" w14:textId="77777777" w:rsidR="002376F7" w:rsidRDefault="00000000">
            <w:r>
              <w:rPr>
                <w:sz w:val="16"/>
              </w:rPr>
              <w:t>future</w:t>
            </w:r>
          </w:p>
        </w:tc>
      </w:tr>
      <w:tr w:rsidR="002376F7" w14:paraId="3AA096C9" w14:textId="77777777">
        <w:trPr>
          <w:jc w:val="center"/>
        </w:trPr>
        <w:tc>
          <w:tcPr>
            <w:tcW w:w="2880" w:type="dxa"/>
            <w:shd w:val="clear" w:color="auto" w:fill="EEF6F8"/>
          </w:tcPr>
          <w:p w14:paraId="3B1249E1" w14:textId="77777777" w:rsidR="002376F7" w:rsidRDefault="00000000">
            <w:r>
              <w:rPr>
                <w:sz w:val="16"/>
              </w:rPr>
              <w:t>nu</w:t>
            </w:r>
          </w:p>
        </w:tc>
        <w:tc>
          <w:tcPr>
            <w:tcW w:w="7056" w:type="dxa"/>
            <w:shd w:val="clear" w:color="auto" w:fill="EEF6F8"/>
          </w:tcPr>
          <w:p w14:paraId="47A907E4" w14:textId="77777777" w:rsidR="002376F7" w:rsidRDefault="00000000">
            <w:r>
              <w:rPr>
                <w:sz w:val="16"/>
              </w:rPr>
              <w:t>current / now</w:t>
            </w:r>
          </w:p>
        </w:tc>
      </w:tr>
      <w:tr w:rsidR="002376F7" w14:paraId="12D06535" w14:textId="77777777">
        <w:trPr>
          <w:jc w:val="center"/>
        </w:trPr>
        <w:tc>
          <w:tcPr>
            <w:tcW w:w="2880" w:type="dxa"/>
          </w:tcPr>
          <w:p w14:paraId="3DC57882" w14:textId="77777777" w:rsidR="002376F7" w:rsidRDefault="00000000">
            <w:r>
              <w:rPr>
                <w:sz w:val="16"/>
              </w:rPr>
              <w:t>ja</w:t>
            </w:r>
          </w:p>
        </w:tc>
        <w:tc>
          <w:tcPr>
            <w:tcW w:w="7056" w:type="dxa"/>
          </w:tcPr>
          <w:p w14:paraId="5BACE4BF" w14:textId="77777777" w:rsidR="002376F7" w:rsidRDefault="00000000">
            <w:r>
              <w:rPr>
                <w:sz w:val="16"/>
              </w:rPr>
              <w:t>already / perfect</w:t>
            </w:r>
          </w:p>
        </w:tc>
      </w:tr>
      <w:tr w:rsidR="002376F7" w14:paraId="6EC64E9E" w14:textId="77777777">
        <w:trPr>
          <w:jc w:val="center"/>
        </w:trPr>
        <w:tc>
          <w:tcPr>
            <w:tcW w:w="2880" w:type="dxa"/>
            <w:shd w:val="clear" w:color="auto" w:fill="EEF6F8"/>
          </w:tcPr>
          <w:p w14:paraId="5FC7525B" w14:textId="77777777" w:rsidR="002376F7" w:rsidRDefault="00000000">
            <w:r>
              <w:rPr>
                <w:sz w:val="16"/>
              </w:rPr>
              <w:t>de</w:t>
            </w:r>
          </w:p>
        </w:tc>
        <w:tc>
          <w:tcPr>
            <w:tcW w:w="7056" w:type="dxa"/>
            <w:shd w:val="clear" w:color="auto" w:fill="EEF6F8"/>
          </w:tcPr>
          <w:p w14:paraId="7CAF5E6C" w14:textId="77777777" w:rsidR="002376F7" w:rsidRDefault="00000000">
            <w:r>
              <w:rPr>
                <w:sz w:val="16"/>
              </w:rPr>
              <w:t>of / from / possession</w:t>
            </w:r>
          </w:p>
        </w:tc>
      </w:tr>
      <w:tr w:rsidR="002376F7" w14:paraId="71FEC434" w14:textId="77777777">
        <w:trPr>
          <w:jc w:val="center"/>
        </w:trPr>
        <w:tc>
          <w:tcPr>
            <w:tcW w:w="2880" w:type="dxa"/>
          </w:tcPr>
          <w:p w14:paraId="48C2E721" w14:textId="77777777" w:rsidR="002376F7" w:rsidRDefault="00000000">
            <w:r>
              <w:rPr>
                <w:sz w:val="16"/>
              </w:rPr>
              <w:t>gender</w:t>
            </w:r>
          </w:p>
        </w:tc>
        <w:tc>
          <w:tcPr>
            <w:tcW w:w="7056" w:type="dxa"/>
          </w:tcPr>
          <w:p w14:paraId="7829ADD5" w14:textId="77777777" w:rsidR="002376F7" w:rsidRDefault="00000000">
            <w:r>
              <w:rPr>
                <w:sz w:val="16"/>
              </w:rPr>
              <w:t>no grammatical gender; use separate words when needed</w:t>
            </w:r>
          </w:p>
        </w:tc>
      </w:tr>
      <w:tr w:rsidR="002376F7" w14:paraId="689C9D25" w14:textId="77777777">
        <w:trPr>
          <w:jc w:val="center"/>
        </w:trPr>
        <w:tc>
          <w:tcPr>
            <w:tcW w:w="2880" w:type="dxa"/>
            <w:shd w:val="clear" w:color="auto" w:fill="EEF6F8"/>
          </w:tcPr>
          <w:p w14:paraId="55B9FA99" w14:textId="77777777" w:rsidR="002376F7" w:rsidRDefault="00000000">
            <w:r>
              <w:rPr>
                <w:sz w:val="16"/>
              </w:rPr>
              <w:t>spelling</w:t>
            </w:r>
          </w:p>
        </w:tc>
        <w:tc>
          <w:tcPr>
            <w:tcW w:w="7056" w:type="dxa"/>
            <w:shd w:val="clear" w:color="auto" w:fill="EEF6F8"/>
          </w:tcPr>
          <w:p w14:paraId="5ACF9539" w14:textId="77777777" w:rsidR="002376F7" w:rsidRDefault="00000000">
            <w:r>
              <w:rPr>
                <w:sz w:val="16"/>
              </w:rPr>
              <w:t>every letter pronounced; no silent letters</w:t>
            </w:r>
          </w:p>
        </w:tc>
      </w:tr>
    </w:tbl>
    <w:p w14:paraId="5B4594CB" w14:textId="77777777" w:rsidR="002376F7" w:rsidRDefault="002376F7">
      <w:pPr>
        <w:spacing w:after="120"/>
      </w:pPr>
    </w:p>
    <w:p w14:paraId="176A0F5B" w14:textId="77777777" w:rsidR="002376F7" w:rsidRDefault="00000000">
      <w:r/>
    </w:p>
    <w:p w14:paraId="5ADBE734" w14:textId="77777777" w:rsidR="002376F7" w:rsidRDefault="00000000">
      <w:pPr>
        <w:pStyle w:val="ChapterLabel"/>
      </w:pPr>
      <w:r>
        <w:t>Chapter 30</w:t>
      </w:r>
    </w:p>
    <w:p w14:paraId="4141AB3B" w14:textId="77777777" w:rsidR="002376F7" w:rsidRDefault="00000000">
      <w:pPr>
        <w:pStyle w:val="ChapterTitle"/>
        <w:keepNext/>
      </w:pPr>
      <w:r>
        <w:t>Creator’s Notes and Version Notes</w:t>
      </w:r>
    </w:p>
    <w:p w14:paraId="0F52BB25" w14:textId="77777777" w:rsidR="002376F7" w:rsidRDefault="00000000">
      <w:pPr>
        <w:pStyle w:val="ChapterSubtitle"/>
      </w:pPr>
      <w:r>
        <w:t>Where the project is and where it goes next</w:t>
      </w:r>
    </w:p>
    <w:p w14:paraId="73E24392" w14:textId="77777777" w:rsidR="002376F7" w:rsidRDefault="002376F7">
      <w:pPr>
        <w:pBdr>
          <w:bottom w:val="single" w:sz="12" w:space="1" w:color="DAA520"/>
        </w:pBdr>
        <w:spacing w:after="160"/>
      </w:pPr>
    </w:p>
    <w:p w14:paraId="4A471CAB" w14:textId="77777777" w:rsidR="002376F7" w:rsidRDefault="00000000">
      <w:pPr>
        <w:pStyle w:val="Heading2"/>
      </w:pPr>
      <w:r>
        <w:t>Creator’s Notes</w:t>
      </w:r>
    </w:p>
    <w:p w14:paraId="2523A3DD" w14:textId="77777777" w:rsidR="002376F7" w:rsidRDefault="00000000">
      <w:pPr>
        <w:spacing w:after="100"/>
      </w:pPr>
      <w:r>
        <w:t>Claralinga is meant to feel friendly from the first sentence. If a learner has to memorize a historical root chart before they can say hello, the language has already failed its mission. The purpose is simple: give ordinary people a clear, familiar bridge language that feels usable instead of intimidating.</w:t>
      </w:r>
    </w:p>
    <w:p w14:paraId="635223A9" w14:textId="77777777" w:rsidR="002376F7" w:rsidRDefault="00000000">
      <w:pPr>
        <w:pStyle w:val="Heading2"/>
      </w:pPr>
      <w:r>
        <w:t>Version Notes</w:t>
      </w:r>
    </w:p>
    <w:tbl>
      <w:tblPr>
        <w:tblStyle w:val="TableGrid"/>
        <w:tblW w:w="0" w:type="auto"/>
        <w:jc w:val="center"/>
        <w:tblLook w:val="04A0" w:firstRow="1" w:lastRow="0" w:firstColumn="1" w:lastColumn="0" w:noHBand="0" w:noVBand="1"/>
      </w:tblPr>
      <w:tblGrid>
        <w:gridCol w:w="1440"/>
        <w:gridCol w:w="8496"/>
      </w:tblGrid>
      <w:tr w:rsidR="002376F7" w14:paraId="5A5D3833" w14:textId="77777777">
        <w:trPr>
          <w:tblHeader/>
          <w:jc w:val="center"/>
        </w:trPr>
        <w:tc>
          <w:tcPr>
            <w:tcW w:w="1440" w:type="dxa"/>
            <w:shd w:val="clear" w:color="auto" w:fill="163B60"/>
          </w:tcPr>
          <w:p w14:paraId="612EE415" w14:textId="77777777" w:rsidR="002376F7" w:rsidRDefault="00000000">
            <w:r>
              <w:rPr>
                <w:b/>
                <w:color w:val="FFFFFF"/>
                <w:sz w:val="16"/>
              </w:rPr>
              <w:t>Version</w:t>
            </w:r>
          </w:p>
        </w:tc>
        <w:tc>
          <w:tcPr>
            <w:tcW w:w="8496" w:type="dxa"/>
            <w:shd w:val="clear" w:color="auto" w:fill="163B60"/>
          </w:tcPr>
          <w:p w14:paraId="5EF0E3BA" w14:textId="77777777" w:rsidR="002376F7" w:rsidRDefault="00000000">
            <w:r>
              <w:rPr>
                <w:b/>
                <w:color w:val="FFFFFF"/>
                <w:sz w:val="16"/>
              </w:rPr>
              <w:t>Notes</w:t>
            </w:r>
          </w:p>
        </w:tc>
      </w:tr>
      <w:tr w:rsidR="002376F7" w14:paraId="115CCABE" w14:textId="77777777">
        <w:trPr>
          <w:jc w:val="center"/>
        </w:trPr>
        <w:tc>
          <w:tcPr>
            <w:tcW w:w="1440" w:type="dxa"/>
          </w:tcPr>
          <w:p w14:paraId="4541F05E" w14:textId="77777777" w:rsidR="002376F7" w:rsidRDefault="00000000">
            <w:r>
              <w:rPr>
                <w:sz w:val="16"/>
              </w:rPr>
              <w:t>v0.5</w:t>
            </w:r>
          </w:p>
        </w:tc>
        <w:tc>
          <w:tcPr>
            <w:tcW w:w="8496" w:type="dxa"/>
          </w:tcPr>
          <w:p w14:paraId="0DAF18F3" w14:textId="77777777" w:rsidR="002376F7" w:rsidRDefault="00000000">
            <w:r>
              <w:rPr>
                <w:sz w:val="16"/>
              </w:rPr>
              <w:t>Original Language Bible format with foundational grammar, pronunciation, sample texts, and starter vocabulary.</w:t>
            </w:r>
          </w:p>
        </w:tc>
      </w:tr>
      <w:tr w:rsidR="002376F7" w14:paraId="093D2291" w14:textId="77777777">
        <w:trPr>
          <w:jc w:val="center"/>
        </w:trPr>
        <w:tc>
          <w:tcPr>
            <w:tcW w:w="1440" w:type="dxa"/>
            <w:shd w:val="clear" w:color="auto" w:fill="EEF6F8"/>
          </w:tcPr>
          <w:p w14:paraId="2FDA91CC" w14:textId="77777777" w:rsidR="002376F7" w:rsidRDefault="00000000">
            <w:r>
              <w:rPr>
                <w:sz w:val="16"/>
              </w:rPr>
              <w:t>v0.5</w:t>
            </w:r>
          </w:p>
        </w:tc>
        <w:tc>
          <w:tcPr>
            <w:tcW w:w="8496" w:type="dxa"/>
            <w:shd w:val="clear" w:color="auto" w:fill="EEF6F8"/>
          </w:tcPr>
          <w:p w14:paraId="6F18107B" w14:textId="77777777" w:rsidR="002376F7" w:rsidRDefault="00000000">
            <w:r>
              <w:rPr>
                <w:sz w:val="16"/>
              </w:rPr>
              <w:t>Branded introductory edition with shorter textbook styling and a Claralinga mark, but not enough depth to replace the Language Bible.</w:t>
            </w:r>
          </w:p>
        </w:tc>
      </w:tr>
      <w:tr w:rsidR="002376F7" w14:paraId="6631CB47" w14:textId="77777777">
        <w:trPr>
          <w:jc w:val="center"/>
        </w:trPr>
        <w:tc>
          <w:tcPr>
            <w:tcW w:w="1440" w:type="dxa"/>
          </w:tcPr>
          <w:p w14:paraId="0963CD1A" w14:textId="77777777" w:rsidR="002376F7" w:rsidRDefault="00000000">
            <w:r>
              <w:rPr>
                <w:sz w:val="16"/>
              </w:rPr>
              <w:t>v0.5</w:t>
            </w:r>
          </w:p>
        </w:tc>
        <w:tc>
          <w:tcPr>
            <w:tcW w:w="8496" w:type="dxa"/>
          </w:tcPr>
          <w:p w14:paraId="54C0094E" w14:textId="77777777" w:rsidR="002376F7" w:rsidRDefault="00000000">
            <w:r>
              <w:rPr>
                <w:sz w:val="16"/>
              </w:rPr>
              <w:t>Expanded textbook-style introduction. Restored depth, updated spelling and pronunciation rules, Core Vocabulary 250, phrasebook, conversations, readings, exercises, mini dictionaries, and blank back cover.</w:t>
            </w:r>
          </w:p>
        </w:tc>
      </w:tr>
      <w:tr w:rsidR="002376F7" w14:paraId="719824EF" w14:textId="77777777">
        <w:trPr>
          <w:jc w:val="center"/>
        </w:trPr>
        <w:tc>
          <w:tcPr>
            <w:tcW w:w="1440" w:type="dxa"/>
            <w:shd w:val="clear" w:color="auto" w:fill="EEF6F8"/>
          </w:tcPr>
          <w:p w14:paraId="1F5049BF" w14:textId="77777777" w:rsidR="002376F7" w:rsidRDefault="00000000">
            <w:r>
              <w:rPr>
                <w:sz w:val="16"/>
              </w:rPr>
              <w:t>v0.6</w:t>
            </w:r>
          </w:p>
        </w:tc>
        <w:tc>
          <w:tcPr>
            <w:tcW w:w="8496" w:type="dxa"/>
            <w:shd w:val="clear" w:color="auto" w:fill="EEF6F8"/>
          </w:tcPr>
          <w:p w14:paraId="6629EDE4" w14:textId="77777777" w:rsidR="002376F7" w:rsidRDefault="00000000">
            <w:r>
              <w:rPr>
                <w:sz w:val="16"/>
              </w:rPr>
              <w:t>Adds language-family scope, root-selection philosophy, international root comparisons, not-a-Romance-clone explanation, usage notes, variants, gender clarification, numbers/time/dates, ten lessons, expanded phrasebook and exercises, style guide, derivation tools, common mistakes, Core 500 roadmap, audio scripts, and grammar cheat sheet.</w:t>
            </w:r>
          </w:p>
        </w:tc>
      </w:tr>
    </w:tbl>
    <w:p w14:paraId="74CDCE3F" w14:textId="77777777" w:rsidR="002376F7" w:rsidRDefault="002376F7">
      <w:pPr>
        <w:spacing w:after="120"/>
      </w:pPr>
    </w:p>
    <w:tbl>
      <w:tblPr>
        <w:tblW w:w="0" w:type="auto"/>
        <w:jc w:val="center"/>
        <w:tblLook w:val="04A0" w:firstRow="1" w:lastRow="0" w:firstColumn="1" w:lastColumn="0" w:noHBand="0" w:noVBand="1"/>
      </w:tblPr>
      <w:tblGrid>
        <w:gridCol w:w="10282"/>
      </w:tblGrid>
      <w:tr w:rsidR="002376F7" w14:paraId="158F38DC" w14:textId="77777777">
        <w:trPr>
          <w:jc w:val="center"/>
        </w:trPr>
        <w:tc>
          <w:tcPr>
            <w:tcW w:w="10282" w:type="dxa"/>
            <w:shd w:val="clear" w:color="auto" w:fill="EAF5F8"/>
          </w:tcPr>
          <w:p w14:paraId="166E369C" w14:textId="77777777" w:rsidR="002376F7" w:rsidRDefault="00000000">
            <w:pPr>
              <w:spacing w:after="40"/>
            </w:pPr>
            <w:r>
              <w:rPr>
                <w:b/>
                <w:color w:val="163B60"/>
                <w:sz w:val="20"/>
              </w:rPr>
              <w:t>Next recommended step</w:t>
            </w:r>
          </w:p>
          <w:p w14:paraId="1D31AB8E" w14:textId="77777777" w:rsidR="002376F7" w:rsidRDefault="00000000">
            <w:pPr>
              <w:spacing w:after="40"/>
            </w:pPr>
            <w:r>
              <w:rPr>
                <w:sz w:val="17"/>
              </w:rPr>
              <w:t>Build and test the official Core 500 vocabulary, then create a workbook and teacher/creator notes edition.</w:t>
            </w:r>
          </w:p>
        </w:tc>
      </w:tr>
    </w:tbl>
    <w:p w14:paraId="32851455" w14:textId="77777777" w:rsidR="002376F7" w:rsidRDefault="002376F7"/>
    <w:p w14:paraId="3669D480" w14:textId="77777777" w:rsidR="002376F7" w:rsidRDefault="002376F7">
      <w:pPr>
        <w:sectPr w:rsidR="002376F7">
          <w:footerReference w:type="default" r:id="rId9"/>
          <w:headerReference w:type="default" r:id="rId13"/>
          <w:headerReference w:type="first" r:id="rId14"/>
          <w:footerReference w:type="first" r:id="rId15"/>
          <w:headerReference w:type="even" r:id="rId16"/>
          <w:footerReference w:type="even" r:id="rId17"/>
          <w:pgSz w:w="12240" w:h="15840"/>
          <w:pgMar w:top="893" w:right="979" w:bottom="893" w:left="979" w:header="720" w:footer="720" w:gutter="0"/>
          <w:cols w:space="720"/>
          <w:docGrid w:linePitch="360"/>
        </w:sectPr>
      </w:pPr>
    </w:p>
    <w:p w14:paraId="150A0141" w14:textId="77777777" w:rsidR="002376F7" w:rsidRDefault="002376F7">
      <w:pPr>
        <w:spacing w:before="5000"/>
        <w:jc w:val="center"/>
      </w:pPr>
    </w:p>
    <w:sectPr w:rsidR="002376F7" w:rsidSect="00034616">
      <w:footerReference w:type="default" r:id="rId10"/>
      <w:pgSz w:w="12240" w:h="15840"/>
      <w:pgMar w:top="893" w:right="979" w:bottom="893" w:left="97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E2650" w14:textId="77777777" w:rsidR="00D134C2" w:rsidRDefault="00D134C2">
      <w:pPr>
        <w:spacing w:after="0" w:line="240" w:lineRule="auto"/>
      </w:pPr>
      <w:r>
        <w:separator/>
      </w:r>
    </w:p>
  </w:endnote>
  <w:endnote w:type="continuationSeparator" w:id="0">
    <w:p w14:paraId="6AF48507" w14:textId="77777777" w:rsidR="00D134C2" w:rsidRDefault="00D1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956C" w14:textId="77777777" w:rsidR="002376F7" w:rsidRDefault="00000000">
    <w:pPr>
      <w:pStyle w:val="Footer"/>
      <w:jc w:val="center"/>
    </w:pPr>
    <w:r>
      <w:rPr>
        <w:color w:val="646464"/>
        <w:sz w:val="16"/>
      </w:rPr>
      <w:t>Claralinga: An Introduction v0.9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DE08" w14:textId="77777777" w:rsidR="002376F7" w:rsidRDefault="002376F7">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4.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EDBFD" w14:textId="77777777" w:rsidR="00D134C2" w:rsidRDefault="00D134C2">
      <w:pPr>
        <w:spacing w:after="0" w:line="240" w:lineRule="auto"/>
      </w:pPr>
      <w:r>
        <w:separator/>
      </w:r>
    </w:p>
  </w:footnote>
  <w:footnote w:type="continuationSeparator" w:id="0">
    <w:p w14:paraId="59AA435C" w14:textId="77777777" w:rsidR="00D134C2" w:rsidRDefault="00D134C2">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87713754">
    <w:abstractNumId w:val="8"/>
  </w:num>
  <w:num w:numId="2" w16cid:durableId="2092853713">
    <w:abstractNumId w:val="6"/>
  </w:num>
  <w:num w:numId="3" w16cid:durableId="787045366">
    <w:abstractNumId w:val="5"/>
  </w:num>
  <w:num w:numId="4" w16cid:durableId="947272037">
    <w:abstractNumId w:val="4"/>
  </w:num>
  <w:num w:numId="5" w16cid:durableId="89743770">
    <w:abstractNumId w:val="7"/>
  </w:num>
  <w:num w:numId="6" w16cid:durableId="556011896">
    <w:abstractNumId w:val="3"/>
  </w:num>
  <w:num w:numId="7" w16cid:durableId="791020054">
    <w:abstractNumId w:val="2"/>
  </w:num>
  <w:num w:numId="8" w16cid:durableId="718675235">
    <w:abstractNumId w:val="1"/>
  </w:num>
  <w:num w:numId="9" w16cid:durableId="202875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45494"/>
    <w:rsid w:val="0015074B"/>
    <w:rsid w:val="002376F7"/>
    <w:rsid w:val="0029639D"/>
    <w:rsid w:val="00326F90"/>
    <w:rsid w:val="00972C5C"/>
    <w:rsid w:val="00AA1D8D"/>
    <w:rsid w:val="00B47730"/>
    <w:rsid w:val="00CB0664"/>
    <w:rsid w:val="00D134C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34E51"/>
  <w14:defaultImageDpi w14:val="300"/>
  <w15:docId w15:val="{97FD085D-6DC1-4AD1-9B8C-0FF4F313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1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63B60"/>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63B60"/>
      <w:sz w:val="25"/>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C8085"/>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hapterLabel">
    <w:name w:val="Chapter Label"/>
    <w:rPr>
      <w:rFonts w:ascii="Aptos Display" w:hAnsi="Aptos Display"/>
      <w:b/>
      <w:color w:val="DAA520"/>
      <w:sz w:val="19"/>
    </w:rPr>
  </w:style>
  <w:style w:type="paragraph" w:customStyle="1" w:styleId="ChapterTitle">
    <w:name w:val="Chapter Title"/>
    <w:rPr>
      <w:rFonts w:ascii="Aptos Display" w:hAnsi="Aptos Display"/>
      <w:b/>
      <w:color w:val="163B60"/>
      <w:sz w:val="44"/>
    </w:rPr>
  </w:style>
  <w:style w:type="paragraph" w:customStyle="1" w:styleId="ChapterSubtitle">
    <w:name w:val="Chapter Subtitle"/>
    <w:rPr>
      <w:rFonts w:ascii="Aptos Display" w:hAnsi="Aptos Display"/>
      <w:color w:val="50505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6424</Words>
  <Characters>31994</Characters>
  <Application>Microsoft Office Word</Application>
  <DocSecurity>0</DocSecurity>
  <Lines>3199</Lines>
  <Paragraphs>3201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Claralinga: An Introduction v0.5</dc:title>
  <dc:subject>Claralinga beginner textbook and reference guide</dc:subject>
  <dc:creator>Chad S. Bruce</dc:creator>
  <cp:keywords/>
  <dc:description>generated by python-docx</dc:description>
  <cp:lastModifiedBy>Chad S. Bruce</cp:lastModifiedBy>
  <cp:revision>2</cp:revision>
  <dcterms:created xsi:type="dcterms:W3CDTF">2013-12-23T23:15:00Z</dcterms:created>
  <dcterms:modified xsi:type="dcterms:W3CDTF">2026-05-20T17:07:00Z</dcterms:modified>
  <cp:category/>
</cp:coreProperties>
</file>